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045E8" w14:textId="77777777" w:rsidR="00C044B5" w:rsidRDefault="00C044B5" w:rsidP="00DC6CFE">
      <w:pPr>
        <w:jc w:val="both"/>
        <w:rPr>
          <w:rFonts w:ascii="Arial" w:hAnsi="Arial" w:cs="Arial"/>
          <w:b/>
          <w:bCs/>
          <w:sz w:val="24"/>
          <w:szCs w:val="24"/>
        </w:rPr>
      </w:pPr>
    </w:p>
    <w:tbl>
      <w:tblPr>
        <w:tblStyle w:val="Tablaconcuadrcula"/>
        <w:tblW w:w="0" w:type="auto"/>
        <w:tblLook w:val="04A0" w:firstRow="1" w:lastRow="0" w:firstColumn="1" w:lastColumn="0" w:noHBand="0" w:noVBand="1"/>
      </w:tblPr>
      <w:tblGrid>
        <w:gridCol w:w="9629"/>
      </w:tblGrid>
      <w:tr w:rsidR="00C044B5" w14:paraId="0C719F39" w14:textId="77777777" w:rsidTr="00C044B5">
        <w:tc>
          <w:tcPr>
            <w:tcW w:w="10030" w:type="dxa"/>
          </w:tcPr>
          <w:p w14:paraId="3B92DE94" w14:textId="6616F701" w:rsidR="00C044B5" w:rsidRDefault="00C044B5" w:rsidP="00DC6CFE">
            <w:pPr>
              <w:jc w:val="both"/>
              <w:rPr>
                <w:rFonts w:ascii="Arial" w:hAnsi="Arial" w:cs="Arial"/>
                <w:b/>
                <w:bCs/>
                <w:sz w:val="24"/>
                <w:szCs w:val="24"/>
              </w:rPr>
            </w:pPr>
            <w:r>
              <w:rPr>
                <w:rFonts w:ascii="Arial" w:hAnsi="Arial" w:cs="Arial"/>
                <w:b/>
                <w:bCs/>
              </w:rPr>
              <w:t>DÉCIMA SÉPTIMA</w:t>
            </w:r>
            <w:r w:rsidRPr="00B06F85">
              <w:rPr>
                <w:rFonts w:ascii="Arial" w:hAnsi="Arial" w:cs="Arial"/>
                <w:b/>
                <w:bCs/>
              </w:rPr>
              <w:t xml:space="preserve"> SESIÓN ORDINARIA DE LA COMISIÓN EDILICIA PERMANENTE DE HACIENDA PÚBLICA Y PATRIMONIO MUNICIPAL.</w:t>
            </w:r>
          </w:p>
        </w:tc>
      </w:tr>
    </w:tbl>
    <w:p w14:paraId="75F77E17" w14:textId="77777777" w:rsidR="00C044B5" w:rsidRDefault="00C044B5" w:rsidP="00DC6CFE">
      <w:pPr>
        <w:jc w:val="both"/>
        <w:rPr>
          <w:rFonts w:ascii="Arial" w:hAnsi="Arial" w:cs="Arial"/>
          <w:b/>
          <w:bCs/>
          <w:sz w:val="24"/>
          <w:szCs w:val="24"/>
        </w:rPr>
      </w:pPr>
    </w:p>
    <w:p w14:paraId="2A747639" w14:textId="77777777" w:rsidR="00C044B5" w:rsidRDefault="00C044B5" w:rsidP="00DC6CFE">
      <w:pPr>
        <w:jc w:val="both"/>
        <w:rPr>
          <w:rFonts w:ascii="Arial" w:hAnsi="Arial" w:cs="Arial"/>
          <w:b/>
          <w:bCs/>
          <w:sz w:val="24"/>
          <w:szCs w:val="24"/>
        </w:rPr>
      </w:pPr>
    </w:p>
    <w:p w14:paraId="54D2CCE0" w14:textId="77777777" w:rsidR="00B27D56" w:rsidRDefault="00C044B5" w:rsidP="00DC6CFE">
      <w:pPr>
        <w:jc w:val="both"/>
        <w:rPr>
          <w:rFonts w:ascii="Arial" w:hAnsi="Arial" w:cs="Arial"/>
          <w:b/>
          <w:bCs/>
          <w:u w:val="single"/>
        </w:rPr>
      </w:pPr>
      <w:r w:rsidRPr="00B06F85">
        <w:rPr>
          <w:rFonts w:ascii="Arial" w:hAnsi="Arial" w:cs="Arial"/>
          <w:b/>
          <w:bCs/>
          <w:u w:val="single"/>
        </w:rPr>
        <w:t xml:space="preserve">Lugar, fecha y hora: Sala </w:t>
      </w:r>
      <w:r>
        <w:rPr>
          <w:rFonts w:ascii="Arial" w:hAnsi="Arial" w:cs="Arial"/>
          <w:b/>
          <w:bCs/>
          <w:u w:val="single"/>
        </w:rPr>
        <w:t>Museográfica José Clemente Orozco</w:t>
      </w:r>
      <w:r w:rsidRPr="00B06F85">
        <w:rPr>
          <w:rFonts w:ascii="Arial" w:hAnsi="Arial" w:cs="Arial"/>
          <w:b/>
          <w:bCs/>
          <w:u w:val="single"/>
        </w:rPr>
        <w:t xml:space="preserve">. </w:t>
      </w:r>
      <w:r>
        <w:rPr>
          <w:rFonts w:ascii="Arial" w:hAnsi="Arial" w:cs="Arial"/>
          <w:b/>
          <w:bCs/>
          <w:u w:val="single"/>
        </w:rPr>
        <w:t xml:space="preserve">17 </w:t>
      </w:r>
      <w:r w:rsidRPr="00B06F85">
        <w:rPr>
          <w:rFonts w:ascii="Arial" w:hAnsi="Arial" w:cs="Arial"/>
          <w:b/>
          <w:bCs/>
          <w:u w:val="single"/>
        </w:rPr>
        <w:t>de</w:t>
      </w:r>
      <w:r>
        <w:rPr>
          <w:rFonts w:ascii="Arial" w:hAnsi="Arial" w:cs="Arial"/>
          <w:b/>
          <w:bCs/>
          <w:u w:val="single"/>
        </w:rPr>
        <w:t xml:space="preserve"> agosto de</w:t>
      </w:r>
      <w:r w:rsidRPr="00B06F85">
        <w:rPr>
          <w:rFonts w:ascii="Arial" w:hAnsi="Arial" w:cs="Arial"/>
          <w:b/>
          <w:bCs/>
          <w:u w:val="single"/>
        </w:rPr>
        <w:t xml:space="preserve"> 2026. </w:t>
      </w:r>
    </w:p>
    <w:p w14:paraId="4EF09B1C" w14:textId="1F7489AF" w:rsidR="00C044B5" w:rsidRPr="00B06F85" w:rsidRDefault="00C044B5" w:rsidP="00DC6CFE">
      <w:pPr>
        <w:jc w:val="both"/>
        <w:rPr>
          <w:rFonts w:ascii="Arial" w:hAnsi="Arial" w:cs="Arial"/>
          <w:b/>
          <w:bCs/>
          <w:u w:val="single"/>
        </w:rPr>
      </w:pPr>
      <w:r w:rsidRPr="00B06F85">
        <w:rPr>
          <w:rFonts w:ascii="Arial" w:hAnsi="Arial" w:cs="Arial"/>
          <w:b/>
          <w:bCs/>
          <w:u w:val="single"/>
        </w:rPr>
        <w:t>1</w:t>
      </w:r>
      <w:r>
        <w:rPr>
          <w:rFonts w:ascii="Arial" w:hAnsi="Arial" w:cs="Arial"/>
          <w:b/>
          <w:bCs/>
          <w:u w:val="single"/>
        </w:rPr>
        <w:t>0</w:t>
      </w:r>
      <w:r w:rsidRPr="00B06F85">
        <w:rPr>
          <w:rFonts w:ascii="Arial" w:hAnsi="Arial" w:cs="Arial"/>
          <w:b/>
          <w:bCs/>
          <w:u w:val="single"/>
        </w:rPr>
        <w:t xml:space="preserve">: 00hrs. </w:t>
      </w:r>
    </w:p>
    <w:p w14:paraId="7F7B5071" w14:textId="77777777" w:rsidR="00C044B5" w:rsidRPr="00B06F85" w:rsidRDefault="00C044B5" w:rsidP="00DC6CFE">
      <w:pPr>
        <w:jc w:val="both"/>
        <w:rPr>
          <w:rFonts w:ascii="Arial" w:hAnsi="Arial" w:cs="Arial"/>
          <w:b/>
          <w:bCs/>
          <w:u w:val="single"/>
        </w:rPr>
      </w:pPr>
    </w:p>
    <w:p w14:paraId="38CA05FF" w14:textId="77777777" w:rsidR="00C044B5" w:rsidRPr="006602C6" w:rsidRDefault="00C044B5" w:rsidP="00DC6CFE">
      <w:pPr>
        <w:jc w:val="both"/>
        <w:rPr>
          <w:rFonts w:ascii="Arial" w:hAnsi="Arial" w:cs="Arial"/>
          <w:b/>
          <w:bCs/>
        </w:rPr>
      </w:pPr>
      <w:r w:rsidRPr="00B06F85">
        <w:rPr>
          <w:rFonts w:ascii="Arial" w:hAnsi="Arial" w:cs="Arial"/>
          <w:b/>
          <w:bCs/>
        </w:rPr>
        <w:t xml:space="preserve">En uso de la voz: </w:t>
      </w:r>
    </w:p>
    <w:p w14:paraId="4A4F0189" w14:textId="77777777" w:rsidR="00C044B5" w:rsidRDefault="00C044B5" w:rsidP="00DC6CFE">
      <w:pPr>
        <w:jc w:val="both"/>
        <w:rPr>
          <w:rFonts w:ascii="Arial" w:hAnsi="Arial" w:cs="Arial"/>
          <w:b/>
          <w:bCs/>
          <w:sz w:val="24"/>
          <w:szCs w:val="24"/>
        </w:rPr>
      </w:pPr>
    </w:p>
    <w:p w14:paraId="7EF5E5B3" w14:textId="5C9FC3BA" w:rsidR="00C044B5" w:rsidRDefault="002E4E9B" w:rsidP="00DC6CFE">
      <w:pPr>
        <w:jc w:val="both"/>
        <w:rPr>
          <w:rFonts w:ascii="Arial" w:hAnsi="Arial" w:cs="Arial"/>
          <w:sz w:val="24"/>
          <w:szCs w:val="24"/>
        </w:rPr>
      </w:pPr>
      <w:r w:rsidRPr="002E4E9B">
        <w:rPr>
          <w:rFonts w:ascii="Arial" w:hAnsi="Arial" w:cs="Arial"/>
          <w:b/>
          <w:bCs/>
          <w:sz w:val="24"/>
          <w:szCs w:val="24"/>
        </w:rPr>
        <w:t xml:space="preserve">C. MIGUEL MARENTES. - </w:t>
      </w:r>
      <w:r w:rsidRPr="002E4E9B">
        <w:rPr>
          <w:rFonts w:ascii="Arial" w:hAnsi="Arial" w:cs="Arial"/>
          <w:sz w:val="24"/>
          <w:szCs w:val="24"/>
        </w:rPr>
        <w:t>Muy buenos días, compañeras, compañeros. Muchas gracias por atender esta convocatoria. Siendo las 10</w:t>
      </w:r>
      <w:r>
        <w:rPr>
          <w:rFonts w:ascii="Arial" w:hAnsi="Arial" w:cs="Arial"/>
          <w:sz w:val="24"/>
          <w:szCs w:val="24"/>
        </w:rPr>
        <w:t xml:space="preserve"> diez</w:t>
      </w:r>
      <w:r w:rsidRPr="002E4E9B">
        <w:rPr>
          <w:rFonts w:ascii="Arial" w:hAnsi="Arial" w:cs="Arial"/>
          <w:sz w:val="24"/>
          <w:szCs w:val="24"/>
        </w:rPr>
        <w:t xml:space="preserve"> horas con 18</w:t>
      </w:r>
      <w:r>
        <w:rPr>
          <w:rFonts w:ascii="Arial" w:hAnsi="Arial" w:cs="Arial"/>
          <w:sz w:val="24"/>
          <w:szCs w:val="24"/>
        </w:rPr>
        <w:t xml:space="preserve"> dieciocho</w:t>
      </w:r>
      <w:r w:rsidRPr="002E4E9B">
        <w:rPr>
          <w:rFonts w:ascii="Arial" w:hAnsi="Arial" w:cs="Arial"/>
          <w:sz w:val="24"/>
          <w:szCs w:val="24"/>
        </w:rPr>
        <w:t xml:space="preserve"> minutos de este lunes 17</w:t>
      </w:r>
      <w:r>
        <w:rPr>
          <w:rFonts w:ascii="Arial" w:hAnsi="Arial" w:cs="Arial"/>
          <w:sz w:val="24"/>
          <w:szCs w:val="24"/>
        </w:rPr>
        <w:t xml:space="preserve"> diecisiete</w:t>
      </w:r>
      <w:r w:rsidRPr="002E4E9B">
        <w:rPr>
          <w:rFonts w:ascii="Arial" w:hAnsi="Arial" w:cs="Arial"/>
          <w:sz w:val="24"/>
          <w:szCs w:val="24"/>
        </w:rPr>
        <w:t xml:space="preserve"> de agosto de</w:t>
      </w:r>
      <w:r>
        <w:rPr>
          <w:rFonts w:ascii="Arial" w:hAnsi="Arial" w:cs="Arial"/>
          <w:sz w:val="24"/>
          <w:szCs w:val="24"/>
        </w:rPr>
        <w:t xml:space="preserve"> </w:t>
      </w:r>
      <w:r w:rsidRPr="002E4E9B">
        <w:rPr>
          <w:rFonts w:ascii="Arial" w:hAnsi="Arial" w:cs="Arial"/>
          <w:sz w:val="24"/>
          <w:szCs w:val="24"/>
        </w:rPr>
        <w:t>20</w:t>
      </w:r>
      <w:r>
        <w:rPr>
          <w:rFonts w:ascii="Arial" w:hAnsi="Arial" w:cs="Arial"/>
          <w:sz w:val="24"/>
          <w:szCs w:val="24"/>
        </w:rPr>
        <w:t>2</w:t>
      </w:r>
      <w:r w:rsidRPr="002E4E9B">
        <w:rPr>
          <w:rFonts w:ascii="Arial" w:hAnsi="Arial" w:cs="Arial"/>
          <w:sz w:val="24"/>
          <w:szCs w:val="24"/>
        </w:rPr>
        <w:t>6</w:t>
      </w:r>
      <w:r>
        <w:rPr>
          <w:rFonts w:ascii="Arial" w:hAnsi="Arial" w:cs="Arial"/>
          <w:sz w:val="24"/>
          <w:szCs w:val="24"/>
        </w:rPr>
        <w:t xml:space="preserve"> dos mil veintiséis</w:t>
      </w:r>
      <w:r w:rsidRPr="002E4E9B">
        <w:rPr>
          <w:rFonts w:ascii="Arial" w:hAnsi="Arial" w:cs="Arial"/>
          <w:sz w:val="24"/>
          <w:szCs w:val="24"/>
        </w:rPr>
        <w:t xml:space="preserve"> ubicados en la </w:t>
      </w:r>
      <w:r>
        <w:rPr>
          <w:rFonts w:ascii="Arial" w:hAnsi="Arial" w:cs="Arial"/>
          <w:sz w:val="24"/>
          <w:szCs w:val="24"/>
        </w:rPr>
        <w:t>S</w:t>
      </w:r>
      <w:r w:rsidRPr="002E4E9B">
        <w:rPr>
          <w:rFonts w:ascii="Arial" w:hAnsi="Arial" w:cs="Arial"/>
          <w:sz w:val="24"/>
          <w:szCs w:val="24"/>
        </w:rPr>
        <w:t xml:space="preserve">ala </w:t>
      </w:r>
      <w:r>
        <w:rPr>
          <w:rFonts w:ascii="Arial" w:hAnsi="Arial" w:cs="Arial"/>
          <w:sz w:val="24"/>
          <w:szCs w:val="24"/>
        </w:rPr>
        <w:t>Muse</w:t>
      </w:r>
      <w:r w:rsidRPr="002E4E9B">
        <w:rPr>
          <w:rFonts w:ascii="Arial" w:hAnsi="Arial" w:cs="Arial"/>
          <w:sz w:val="24"/>
          <w:szCs w:val="24"/>
        </w:rPr>
        <w:t>ográfica José Clemente Orozco ubicada en la planta baja del Palacio Municipal. Da</w:t>
      </w:r>
      <w:r>
        <w:rPr>
          <w:rFonts w:ascii="Arial" w:hAnsi="Arial" w:cs="Arial"/>
          <w:sz w:val="24"/>
          <w:szCs w:val="24"/>
        </w:rPr>
        <w:t xml:space="preserve">mos la bienvenida a esta </w:t>
      </w:r>
      <w:r w:rsidR="00DC6CFE">
        <w:rPr>
          <w:rFonts w:ascii="Arial" w:hAnsi="Arial" w:cs="Arial"/>
          <w:sz w:val="24"/>
          <w:szCs w:val="24"/>
        </w:rPr>
        <w:t>D</w:t>
      </w:r>
      <w:r>
        <w:rPr>
          <w:rFonts w:ascii="Arial" w:hAnsi="Arial" w:cs="Arial"/>
          <w:sz w:val="24"/>
          <w:szCs w:val="24"/>
        </w:rPr>
        <w:t xml:space="preserve">écima </w:t>
      </w:r>
      <w:r w:rsidR="00DC6CFE">
        <w:rPr>
          <w:rFonts w:ascii="Arial" w:hAnsi="Arial" w:cs="Arial"/>
          <w:sz w:val="24"/>
          <w:szCs w:val="24"/>
        </w:rPr>
        <w:t>S</w:t>
      </w:r>
      <w:r>
        <w:rPr>
          <w:rFonts w:ascii="Arial" w:hAnsi="Arial" w:cs="Arial"/>
          <w:sz w:val="24"/>
          <w:szCs w:val="24"/>
        </w:rPr>
        <w:t xml:space="preserve">éptima </w:t>
      </w:r>
      <w:r w:rsidR="00DC6CFE">
        <w:rPr>
          <w:rFonts w:ascii="Arial" w:hAnsi="Arial" w:cs="Arial"/>
          <w:sz w:val="24"/>
          <w:szCs w:val="24"/>
        </w:rPr>
        <w:t>S</w:t>
      </w:r>
      <w:r w:rsidRPr="002E4E9B">
        <w:rPr>
          <w:rFonts w:ascii="Arial" w:hAnsi="Arial" w:cs="Arial"/>
          <w:sz w:val="24"/>
          <w:szCs w:val="24"/>
        </w:rPr>
        <w:t>esión</w:t>
      </w:r>
      <w:r w:rsidR="00DC6CFE">
        <w:rPr>
          <w:rFonts w:ascii="Arial" w:hAnsi="Arial" w:cs="Arial"/>
          <w:sz w:val="24"/>
          <w:szCs w:val="24"/>
        </w:rPr>
        <w:t xml:space="preserve"> Ordinaria de la Comisión </w:t>
      </w:r>
      <w:proofErr w:type="gramStart"/>
      <w:r w:rsidR="00DC6CFE">
        <w:rPr>
          <w:rFonts w:ascii="Arial" w:hAnsi="Arial" w:cs="Arial"/>
          <w:sz w:val="24"/>
          <w:szCs w:val="24"/>
        </w:rPr>
        <w:t>Edilicia</w:t>
      </w:r>
      <w:proofErr w:type="gramEnd"/>
      <w:r w:rsidR="00DC6CFE">
        <w:rPr>
          <w:rFonts w:ascii="Arial" w:hAnsi="Arial" w:cs="Arial"/>
          <w:sz w:val="24"/>
          <w:szCs w:val="24"/>
        </w:rPr>
        <w:t xml:space="preserve"> Permanente de</w:t>
      </w:r>
      <w:r w:rsidRPr="002E4E9B">
        <w:rPr>
          <w:rFonts w:ascii="Arial" w:hAnsi="Arial" w:cs="Arial"/>
          <w:sz w:val="24"/>
          <w:szCs w:val="24"/>
        </w:rPr>
        <w:t xml:space="preserve"> Hacienda </w:t>
      </w:r>
      <w:r>
        <w:rPr>
          <w:rFonts w:ascii="Arial" w:hAnsi="Arial" w:cs="Arial"/>
          <w:sz w:val="24"/>
          <w:szCs w:val="24"/>
        </w:rPr>
        <w:t>P</w:t>
      </w:r>
      <w:r w:rsidRPr="002E4E9B">
        <w:rPr>
          <w:rFonts w:ascii="Arial" w:hAnsi="Arial" w:cs="Arial"/>
          <w:sz w:val="24"/>
          <w:szCs w:val="24"/>
        </w:rPr>
        <w:t xml:space="preserve">ública y </w:t>
      </w:r>
      <w:r>
        <w:rPr>
          <w:rFonts w:ascii="Arial" w:hAnsi="Arial" w:cs="Arial"/>
          <w:sz w:val="24"/>
          <w:szCs w:val="24"/>
        </w:rPr>
        <w:t>P</w:t>
      </w:r>
      <w:r w:rsidRPr="002E4E9B">
        <w:rPr>
          <w:rFonts w:ascii="Arial" w:hAnsi="Arial" w:cs="Arial"/>
          <w:sz w:val="24"/>
          <w:szCs w:val="24"/>
        </w:rPr>
        <w:t xml:space="preserve">atrimonio </w:t>
      </w:r>
      <w:r>
        <w:rPr>
          <w:rFonts w:ascii="Arial" w:hAnsi="Arial" w:cs="Arial"/>
          <w:sz w:val="24"/>
          <w:szCs w:val="24"/>
        </w:rPr>
        <w:t>M</w:t>
      </w:r>
      <w:r w:rsidRPr="002E4E9B">
        <w:rPr>
          <w:rFonts w:ascii="Arial" w:hAnsi="Arial" w:cs="Arial"/>
          <w:sz w:val="24"/>
          <w:szCs w:val="24"/>
        </w:rPr>
        <w:t>unicipal y como</w:t>
      </w:r>
      <w:r>
        <w:rPr>
          <w:rFonts w:ascii="Arial" w:hAnsi="Arial" w:cs="Arial"/>
          <w:sz w:val="24"/>
          <w:szCs w:val="24"/>
        </w:rPr>
        <w:t xml:space="preserve"> primer punto del orden del día</w:t>
      </w:r>
      <w:r w:rsidR="00DC6CFE">
        <w:rPr>
          <w:rFonts w:ascii="Arial" w:hAnsi="Arial" w:cs="Arial"/>
          <w:sz w:val="24"/>
          <w:szCs w:val="24"/>
        </w:rPr>
        <w:t>, lista de asistencia y</w:t>
      </w:r>
      <w:r>
        <w:rPr>
          <w:rFonts w:ascii="Arial" w:hAnsi="Arial" w:cs="Arial"/>
          <w:sz w:val="24"/>
          <w:szCs w:val="24"/>
        </w:rPr>
        <w:t xml:space="preserve"> verificación del quorum legal</w:t>
      </w:r>
      <w:r w:rsidR="00DC6CFE">
        <w:rPr>
          <w:rFonts w:ascii="Arial" w:hAnsi="Arial" w:cs="Arial"/>
          <w:sz w:val="24"/>
          <w:szCs w:val="24"/>
        </w:rPr>
        <w:t xml:space="preserve">: </w:t>
      </w:r>
      <w:r w:rsidRPr="002E4E9B">
        <w:rPr>
          <w:rFonts w:ascii="Arial" w:hAnsi="Arial" w:cs="Arial"/>
          <w:sz w:val="24"/>
          <w:szCs w:val="24"/>
        </w:rPr>
        <w:t xml:space="preserve"> </w:t>
      </w:r>
      <w:r>
        <w:rPr>
          <w:rFonts w:ascii="Arial" w:hAnsi="Arial" w:cs="Arial"/>
          <w:sz w:val="24"/>
          <w:szCs w:val="24"/>
        </w:rPr>
        <w:t>C</w:t>
      </w:r>
      <w:r w:rsidRPr="002E4E9B">
        <w:rPr>
          <w:rFonts w:ascii="Arial" w:hAnsi="Arial" w:cs="Arial"/>
          <w:sz w:val="24"/>
          <w:szCs w:val="24"/>
        </w:rPr>
        <w:t>iudadana Claudia Margarita Robl</w:t>
      </w:r>
      <w:r>
        <w:rPr>
          <w:rFonts w:ascii="Arial" w:hAnsi="Arial" w:cs="Arial"/>
          <w:sz w:val="24"/>
          <w:szCs w:val="24"/>
        </w:rPr>
        <w:t>es</w:t>
      </w:r>
      <w:r w:rsidRPr="002E4E9B">
        <w:rPr>
          <w:rFonts w:ascii="Arial" w:hAnsi="Arial" w:cs="Arial"/>
          <w:sz w:val="24"/>
          <w:szCs w:val="24"/>
        </w:rPr>
        <w:t xml:space="preserve"> Gómez.</w:t>
      </w:r>
      <w:r>
        <w:rPr>
          <w:rFonts w:ascii="Arial" w:hAnsi="Arial" w:cs="Arial"/>
          <w:sz w:val="24"/>
          <w:szCs w:val="24"/>
        </w:rPr>
        <w:t xml:space="preserve"> </w:t>
      </w:r>
      <w:r w:rsidRPr="002E4E9B">
        <w:rPr>
          <w:rFonts w:ascii="Arial" w:hAnsi="Arial" w:cs="Arial"/>
          <w:sz w:val="24"/>
          <w:szCs w:val="24"/>
        </w:rPr>
        <w:t>Ciudadana Marí</w:t>
      </w:r>
      <w:r>
        <w:rPr>
          <w:rFonts w:ascii="Arial" w:hAnsi="Arial" w:cs="Arial"/>
          <w:sz w:val="24"/>
          <w:szCs w:val="24"/>
        </w:rPr>
        <w:t>a Hi</w:t>
      </w:r>
      <w:r w:rsidRPr="002E4E9B">
        <w:rPr>
          <w:rFonts w:ascii="Arial" w:hAnsi="Arial" w:cs="Arial"/>
          <w:sz w:val="24"/>
          <w:szCs w:val="24"/>
        </w:rPr>
        <w:t>dania Romero Rodríguez, presente.</w:t>
      </w:r>
      <w:r>
        <w:rPr>
          <w:rFonts w:ascii="Arial" w:hAnsi="Arial" w:cs="Arial"/>
          <w:sz w:val="24"/>
          <w:szCs w:val="24"/>
        </w:rPr>
        <w:t xml:space="preserve"> </w:t>
      </w:r>
      <w:r w:rsidRPr="002E4E9B">
        <w:rPr>
          <w:rFonts w:ascii="Arial" w:hAnsi="Arial" w:cs="Arial"/>
          <w:sz w:val="24"/>
          <w:szCs w:val="24"/>
        </w:rPr>
        <w:t>Ciudadano José Bertín Chávez Vargas, Ciudadano Gustavo López Sandoval</w:t>
      </w:r>
      <w:r>
        <w:rPr>
          <w:rFonts w:ascii="Arial" w:hAnsi="Arial" w:cs="Arial"/>
          <w:sz w:val="24"/>
          <w:szCs w:val="24"/>
        </w:rPr>
        <w:t xml:space="preserve"> presente</w:t>
      </w:r>
      <w:r w:rsidRPr="002E4E9B">
        <w:rPr>
          <w:rFonts w:ascii="Arial" w:hAnsi="Arial" w:cs="Arial"/>
          <w:sz w:val="24"/>
          <w:szCs w:val="24"/>
        </w:rPr>
        <w:t xml:space="preserve"> y el de la voz regidor Miguel Marentes, presente</w:t>
      </w:r>
      <w:r w:rsidR="00DC6CFE">
        <w:rPr>
          <w:rFonts w:ascii="Arial" w:hAnsi="Arial" w:cs="Arial"/>
          <w:sz w:val="24"/>
          <w:szCs w:val="24"/>
        </w:rPr>
        <w:t>;</w:t>
      </w:r>
      <w:r w:rsidRPr="002E4E9B">
        <w:rPr>
          <w:rFonts w:ascii="Arial" w:hAnsi="Arial" w:cs="Arial"/>
          <w:sz w:val="24"/>
          <w:szCs w:val="24"/>
        </w:rPr>
        <w:t xml:space="preserve"> por que contamos con la</w:t>
      </w:r>
      <w:r>
        <w:rPr>
          <w:rFonts w:ascii="Arial" w:hAnsi="Arial" w:cs="Arial"/>
          <w:sz w:val="24"/>
          <w:szCs w:val="24"/>
        </w:rPr>
        <w:t xml:space="preserve"> </w:t>
      </w:r>
      <w:r w:rsidRPr="002E4E9B">
        <w:rPr>
          <w:rFonts w:ascii="Arial" w:hAnsi="Arial" w:cs="Arial"/>
          <w:sz w:val="24"/>
          <w:szCs w:val="24"/>
        </w:rPr>
        <w:t xml:space="preserve">asistencia de tres de cinco integrantes, por lo que existe el quórum legal. </w:t>
      </w:r>
    </w:p>
    <w:tbl>
      <w:tblPr>
        <w:tblStyle w:val="Tablaconcuadrcula"/>
        <w:tblW w:w="0" w:type="auto"/>
        <w:tblLook w:val="04A0" w:firstRow="1" w:lastRow="0" w:firstColumn="1" w:lastColumn="0" w:noHBand="0" w:noVBand="1"/>
      </w:tblPr>
      <w:tblGrid>
        <w:gridCol w:w="9530"/>
      </w:tblGrid>
      <w:tr w:rsidR="00C044B5" w:rsidRPr="00DC6CFE" w14:paraId="763A9A97" w14:textId="77777777" w:rsidTr="00BF51A8">
        <w:tc>
          <w:tcPr>
            <w:tcW w:w="9530" w:type="dxa"/>
          </w:tcPr>
          <w:p w14:paraId="3A7A05BB" w14:textId="77777777" w:rsidR="00C044B5" w:rsidRPr="00DC6CFE" w:rsidRDefault="00C044B5" w:rsidP="00DC6CFE">
            <w:pPr>
              <w:jc w:val="center"/>
              <w:rPr>
                <w:rFonts w:ascii="Arial" w:hAnsi="Arial" w:cs="Arial"/>
                <w:b/>
                <w:bCs/>
                <w:sz w:val="16"/>
                <w:szCs w:val="16"/>
              </w:rPr>
            </w:pPr>
            <w:r w:rsidRPr="00DC6CFE">
              <w:rPr>
                <w:rFonts w:ascii="Arial" w:hAnsi="Arial" w:cs="Arial"/>
                <w:b/>
                <w:bCs/>
                <w:sz w:val="16"/>
                <w:szCs w:val="16"/>
              </w:rPr>
              <w:t>LISTA DE ASISTENCIA</w:t>
            </w:r>
          </w:p>
        </w:tc>
      </w:tr>
    </w:tbl>
    <w:p w14:paraId="414993E2" w14:textId="77777777" w:rsidR="00C044B5" w:rsidRPr="00DC6CFE" w:rsidRDefault="00C044B5" w:rsidP="00DC6CFE">
      <w:pPr>
        <w:jc w:val="both"/>
        <w:rPr>
          <w:rFonts w:ascii="Arial" w:hAnsi="Arial" w:cs="Arial"/>
          <w:sz w:val="16"/>
          <w:szCs w:val="16"/>
        </w:rPr>
      </w:pPr>
    </w:p>
    <w:tbl>
      <w:tblPr>
        <w:tblStyle w:val="Tablaconcuadrcula"/>
        <w:tblpPr w:leftFromText="141" w:rightFromText="141" w:vertAnchor="text" w:horzAnchor="margin" w:tblpXSpec="center" w:tblpY="20"/>
        <w:tblW w:w="9493" w:type="dxa"/>
        <w:tblLayout w:type="fixed"/>
        <w:tblLook w:val="04A0" w:firstRow="1" w:lastRow="0" w:firstColumn="1" w:lastColumn="0" w:noHBand="0" w:noVBand="1"/>
      </w:tblPr>
      <w:tblGrid>
        <w:gridCol w:w="5098"/>
        <w:gridCol w:w="1701"/>
        <w:gridCol w:w="993"/>
        <w:gridCol w:w="1701"/>
      </w:tblGrid>
      <w:tr w:rsidR="00C044B5" w:rsidRPr="00DC6CFE" w14:paraId="4350AC9A" w14:textId="77777777" w:rsidTr="00BF51A8">
        <w:trPr>
          <w:trHeight w:val="699"/>
        </w:trPr>
        <w:tc>
          <w:tcPr>
            <w:tcW w:w="5098" w:type="dxa"/>
          </w:tcPr>
          <w:p w14:paraId="3EBB16D9" w14:textId="77777777" w:rsidR="00C044B5" w:rsidRPr="00DC6CFE" w:rsidRDefault="00C044B5" w:rsidP="00DC6CFE">
            <w:pPr>
              <w:spacing w:line="276" w:lineRule="auto"/>
              <w:jc w:val="both"/>
              <w:rPr>
                <w:rFonts w:ascii="Arial" w:hAnsi="Arial" w:cs="Arial"/>
                <w:b/>
                <w:bCs/>
                <w:sz w:val="16"/>
                <w:szCs w:val="16"/>
              </w:rPr>
            </w:pPr>
            <w:r w:rsidRPr="00DC6CFE">
              <w:rPr>
                <w:rFonts w:ascii="Arial" w:hAnsi="Arial" w:cs="Arial"/>
                <w:b/>
                <w:bCs/>
                <w:sz w:val="16"/>
                <w:szCs w:val="16"/>
              </w:rPr>
              <w:t>Nombre</w:t>
            </w:r>
          </w:p>
        </w:tc>
        <w:tc>
          <w:tcPr>
            <w:tcW w:w="1701" w:type="dxa"/>
          </w:tcPr>
          <w:p w14:paraId="2A686331" w14:textId="77777777" w:rsidR="00C044B5" w:rsidRPr="00DC6CFE" w:rsidRDefault="00C044B5" w:rsidP="00DC6CFE">
            <w:pPr>
              <w:spacing w:line="276" w:lineRule="auto"/>
              <w:jc w:val="both"/>
              <w:rPr>
                <w:rFonts w:ascii="Arial" w:hAnsi="Arial" w:cs="Arial"/>
                <w:b/>
                <w:bCs/>
                <w:sz w:val="16"/>
                <w:szCs w:val="16"/>
              </w:rPr>
            </w:pPr>
            <w:r w:rsidRPr="00DC6CFE">
              <w:rPr>
                <w:rFonts w:ascii="Arial" w:hAnsi="Arial" w:cs="Arial"/>
                <w:b/>
                <w:bCs/>
                <w:sz w:val="16"/>
                <w:szCs w:val="16"/>
              </w:rPr>
              <w:t>Asistencia</w:t>
            </w:r>
          </w:p>
        </w:tc>
        <w:tc>
          <w:tcPr>
            <w:tcW w:w="993" w:type="dxa"/>
          </w:tcPr>
          <w:p w14:paraId="01B218E9" w14:textId="77777777" w:rsidR="00C044B5" w:rsidRPr="00DC6CFE" w:rsidRDefault="00C044B5" w:rsidP="00DC6CFE">
            <w:pPr>
              <w:spacing w:line="276" w:lineRule="auto"/>
              <w:jc w:val="both"/>
              <w:rPr>
                <w:rFonts w:ascii="Arial" w:hAnsi="Arial" w:cs="Arial"/>
                <w:b/>
                <w:bCs/>
                <w:sz w:val="16"/>
                <w:szCs w:val="16"/>
              </w:rPr>
            </w:pPr>
            <w:r w:rsidRPr="00DC6CFE">
              <w:rPr>
                <w:rFonts w:ascii="Arial" w:hAnsi="Arial" w:cs="Arial"/>
                <w:b/>
                <w:bCs/>
                <w:sz w:val="16"/>
                <w:szCs w:val="16"/>
              </w:rPr>
              <w:t>Falta</w:t>
            </w:r>
          </w:p>
        </w:tc>
        <w:tc>
          <w:tcPr>
            <w:tcW w:w="1701" w:type="dxa"/>
          </w:tcPr>
          <w:p w14:paraId="28724869" w14:textId="77777777" w:rsidR="00C044B5" w:rsidRPr="00DC6CFE" w:rsidRDefault="00C044B5" w:rsidP="00DC6CFE">
            <w:pPr>
              <w:spacing w:line="276" w:lineRule="auto"/>
              <w:jc w:val="center"/>
              <w:rPr>
                <w:rFonts w:ascii="Arial" w:hAnsi="Arial" w:cs="Arial"/>
                <w:b/>
                <w:bCs/>
                <w:sz w:val="16"/>
                <w:szCs w:val="16"/>
              </w:rPr>
            </w:pPr>
            <w:r w:rsidRPr="00DC6CFE">
              <w:rPr>
                <w:rFonts w:ascii="Arial" w:hAnsi="Arial" w:cs="Arial"/>
                <w:b/>
                <w:bCs/>
                <w:sz w:val="16"/>
                <w:szCs w:val="16"/>
              </w:rPr>
              <w:t>Falta Justificada</w:t>
            </w:r>
          </w:p>
        </w:tc>
      </w:tr>
      <w:tr w:rsidR="00C044B5" w:rsidRPr="00DC6CFE" w14:paraId="6E1E8B49" w14:textId="77777777" w:rsidTr="00BF51A8">
        <w:tc>
          <w:tcPr>
            <w:tcW w:w="5098" w:type="dxa"/>
          </w:tcPr>
          <w:p w14:paraId="08FA733B" w14:textId="77777777" w:rsidR="00C044B5" w:rsidRPr="00DC6CFE" w:rsidRDefault="00C044B5" w:rsidP="00DC6CFE">
            <w:pPr>
              <w:spacing w:line="276" w:lineRule="auto"/>
              <w:jc w:val="both"/>
              <w:rPr>
                <w:rFonts w:ascii="Arial" w:hAnsi="Arial" w:cs="Arial"/>
                <w:sz w:val="16"/>
                <w:szCs w:val="16"/>
              </w:rPr>
            </w:pPr>
            <w:r w:rsidRPr="00DC6CFE">
              <w:rPr>
                <w:rFonts w:ascii="Arial" w:hAnsi="Arial" w:cs="Arial"/>
                <w:sz w:val="16"/>
                <w:szCs w:val="16"/>
              </w:rPr>
              <w:t>C. CLAUDIA MARGARITA ROBLES GÓMEZ</w:t>
            </w:r>
          </w:p>
        </w:tc>
        <w:tc>
          <w:tcPr>
            <w:tcW w:w="1701" w:type="dxa"/>
          </w:tcPr>
          <w:p w14:paraId="0B234566" w14:textId="77777777" w:rsidR="00C044B5" w:rsidRPr="00DC6CFE" w:rsidRDefault="00C044B5" w:rsidP="00DC6CFE">
            <w:pPr>
              <w:spacing w:line="276" w:lineRule="auto"/>
              <w:jc w:val="center"/>
              <w:rPr>
                <w:rFonts w:ascii="Arial" w:hAnsi="Arial" w:cs="Arial"/>
                <w:sz w:val="16"/>
                <w:szCs w:val="16"/>
              </w:rPr>
            </w:pPr>
          </w:p>
        </w:tc>
        <w:tc>
          <w:tcPr>
            <w:tcW w:w="993" w:type="dxa"/>
          </w:tcPr>
          <w:p w14:paraId="632A1EE9" w14:textId="75DCB3DD" w:rsidR="00C044B5" w:rsidRPr="00DC6CFE" w:rsidRDefault="00C044B5" w:rsidP="00DC6CFE">
            <w:pPr>
              <w:spacing w:line="276" w:lineRule="auto"/>
              <w:jc w:val="center"/>
              <w:rPr>
                <w:rFonts w:ascii="Arial" w:hAnsi="Arial" w:cs="Arial"/>
                <w:sz w:val="16"/>
                <w:szCs w:val="16"/>
              </w:rPr>
            </w:pPr>
            <w:r w:rsidRPr="00DC6CFE">
              <w:rPr>
                <w:bCs/>
                <w:noProof/>
                <w:sz w:val="16"/>
                <w:szCs w:val="16"/>
              </w:rPr>
              <w:drawing>
                <wp:inline distT="0" distB="0" distL="0" distR="0" wp14:anchorId="2EED1B39" wp14:editId="593A2FF3">
                  <wp:extent cx="201295" cy="201295"/>
                  <wp:effectExtent l="0" t="0" r="8255" b="8255"/>
                  <wp:docPr id="9049836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701" w:type="dxa"/>
          </w:tcPr>
          <w:p w14:paraId="61F0CE13" w14:textId="77777777" w:rsidR="00C044B5" w:rsidRPr="00DC6CFE" w:rsidRDefault="00C044B5" w:rsidP="00DC6CFE">
            <w:pPr>
              <w:spacing w:line="276" w:lineRule="auto"/>
              <w:jc w:val="both"/>
              <w:rPr>
                <w:rFonts w:ascii="Arial" w:hAnsi="Arial" w:cs="Arial"/>
                <w:sz w:val="16"/>
                <w:szCs w:val="16"/>
              </w:rPr>
            </w:pPr>
          </w:p>
        </w:tc>
      </w:tr>
      <w:tr w:rsidR="00C044B5" w:rsidRPr="00DC6CFE" w14:paraId="08C4F7BA" w14:textId="77777777" w:rsidTr="00BF51A8">
        <w:tc>
          <w:tcPr>
            <w:tcW w:w="5098" w:type="dxa"/>
          </w:tcPr>
          <w:p w14:paraId="24D26E4D" w14:textId="77777777" w:rsidR="00C044B5" w:rsidRPr="00DC6CFE" w:rsidRDefault="00C044B5" w:rsidP="00DC6CFE">
            <w:pPr>
              <w:spacing w:line="276" w:lineRule="auto"/>
              <w:ind w:left="-394" w:firstLine="394"/>
              <w:jc w:val="both"/>
              <w:rPr>
                <w:rFonts w:ascii="Arial" w:hAnsi="Arial" w:cs="Arial"/>
                <w:sz w:val="16"/>
                <w:szCs w:val="16"/>
              </w:rPr>
            </w:pPr>
            <w:r w:rsidRPr="00DC6CFE">
              <w:rPr>
                <w:rFonts w:ascii="Arial" w:hAnsi="Arial" w:cs="Arial"/>
                <w:sz w:val="16"/>
                <w:szCs w:val="16"/>
              </w:rPr>
              <w:t>C. MARÍA ROMERO RODRÍGUEZ</w:t>
            </w:r>
          </w:p>
        </w:tc>
        <w:tc>
          <w:tcPr>
            <w:tcW w:w="1701" w:type="dxa"/>
          </w:tcPr>
          <w:p w14:paraId="37DE4056" w14:textId="04F196F9" w:rsidR="00C044B5" w:rsidRPr="00DC6CFE" w:rsidRDefault="00C044B5" w:rsidP="00DC6CFE">
            <w:pPr>
              <w:spacing w:line="276" w:lineRule="auto"/>
              <w:jc w:val="center"/>
              <w:rPr>
                <w:rFonts w:ascii="Arial" w:hAnsi="Arial" w:cs="Arial"/>
                <w:sz w:val="16"/>
                <w:szCs w:val="16"/>
              </w:rPr>
            </w:pPr>
            <w:r w:rsidRPr="00DC6CFE">
              <w:rPr>
                <w:bCs/>
                <w:noProof/>
                <w:sz w:val="16"/>
                <w:szCs w:val="16"/>
              </w:rPr>
              <w:drawing>
                <wp:inline distT="0" distB="0" distL="0" distR="0" wp14:anchorId="43398BAC" wp14:editId="11B02EB0">
                  <wp:extent cx="201295" cy="201295"/>
                  <wp:effectExtent l="0" t="0" r="8255" b="8255"/>
                  <wp:docPr id="9418440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993" w:type="dxa"/>
          </w:tcPr>
          <w:p w14:paraId="6456FE34" w14:textId="77777777" w:rsidR="00C044B5" w:rsidRPr="00DC6CFE" w:rsidRDefault="00C044B5" w:rsidP="00DC6CFE">
            <w:pPr>
              <w:spacing w:line="276" w:lineRule="auto"/>
              <w:jc w:val="center"/>
              <w:rPr>
                <w:rFonts w:ascii="Arial" w:hAnsi="Arial" w:cs="Arial"/>
                <w:sz w:val="16"/>
                <w:szCs w:val="16"/>
              </w:rPr>
            </w:pPr>
          </w:p>
        </w:tc>
        <w:tc>
          <w:tcPr>
            <w:tcW w:w="1701" w:type="dxa"/>
          </w:tcPr>
          <w:p w14:paraId="7862FE5C" w14:textId="77777777" w:rsidR="00C044B5" w:rsidRPr="00DC6CFE" w:rsidRDefault="00C044B5" w:rsidP="00DC6CFE">
            <w:pPr>
              <w:spacing w:line="276" w:lineRule="auto"/>
              <w:jc w:val="both"/>
              <w:rPr>
                <w:rFonts w:ascii="Arial" w:hAnsi="Arial" w:cs="Arial"/>
                <w:sz w:val="16"/>
                <w:szCs w:val="16"/>
              </w:rPr>
            </w:pPr>
          </w:p>
        </w:tc>
      </w:tr>
      <w:tr w:rsidR="00C044B5" w:rsidRPr="00DC6CFE" w14:paraId="3A978CFA" w14:textId="77777777" w:rsidTr="00BF51A8">
        <w:tc>
          <w:tcPr>
            <w:tcW w:w="5098" w:type="dxa"/>
          </w:tcPr>
          <w:p w14:paraId="0760480E" w14:textId="77777777" w:rsidR="00C044B5" w:rsidRPr="00DC6CFE" w:rsidRDefault="00C044B5" w:rsidP="00DC6CFE">
            <w:pPr>
              <w:spacing w:line="276" w:lineRule="auto"/>
              <w:jc w:val="both"/>
              <w:rPr>
                <w:rFonts w:ascii="Arial" w:hAnsi="Arial" w:cs="Arial"/>
                <w:sz w:val="16"/>
                <w:szCs w:val="16"/>
              </w:rPr>
            </w:pPr>
            <w:r w:rsidRPr="00DC6CFE">
              <w:rPr>
                <w:rFonts w:ascii="Arial" w:hAnsi="Arial" w:cs="Arial"/>
                <w:sz w:val="16"/>
                <w:szCs w:val="16"/>
              </w:rPr>
              <w:t>C. JOSÉ BERTIN CHÁVEZ VARGAS</w:t>
            </w:r>
          </w:p>
        </w:tc>
        <w:tc>
          <w:tcPr>
            <w:tcW w:w="1701" w:type="dxa"/>
          </w:tcPr>
          <w:p w14:paraId="13B8FE61" w14:textId="5717B8FD" w:rsidR="00C044B5" w:rsidRPr="00DC6CFE" w:rsidRDefault="00C044B5" w:rsidP="00DC6CFE">
            <w:pPr>
              <w:spacing w:line="276" w:lineRule="auto"/>
              <w:jc w:val="center"/>
              <w:rPr>
                <w:rFonts w:ascii="Arial" w:hAnsi="Arial" w:cs="Arial"/>
                <w:sz w:val="16"/>
                <w:szCs w:val="16"/>
              </w:rPr>
            </w:pPr>
          </w:p>
        </w:tc>
        <w:tc>
          <w:tcPr>
            <w:tcW w:w="993" w:type="dxa"/>
          </w:tcPr>
          <w:p w14:paraId="3B03990B" w14:textId="4420A7BD" w:rsidR="00C044B5" w:rsidRPr="00DC6CFE" w:rsidRDefault="00C044B5" w:rsidP="00DC6CFE">
            <w:pPr>
              <w:spacing w:line="276" w:lineRule="auto"/>
              <w:jc w:val="center"/>
              <w:rPr>
                <w:rFonts w:ascii="Arial" w:hAnsi="Arial" w:cs="Arial"/>
                <w:sz w:val="16"/>
                <w:szCs w:val="16"/>
              </w:rPr>
            </w:pPr>
            <w:r w:rsidRPr="00DC6CFE">
              <w:rPr>
                <w:bCs/>
                <w:noProof/>
                <w:sz w:val="16"/>
                <w:szCs w:val="16"/>
              </w:rPr>
              <w:drawing>
                <wp:inline distT="0" distB="0" distL="0" distR="0" wp14:anchorId="33CFD1BB" wp14:editId="46ADC521">
                  <wp:extent cx="201295" cy="201295"/>
                  <wp:effectExtent l="0" t="0" r="8255" b="8255"/>
                  <wp:docPr id="2404544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701" w:type="dxa"/>
          </w:tcPr>
          <w:p w14:paraId="1413119E" w14:textId="77777777" w:rsidR="00C044B5" w:rsidRPr="00DC6CFE" w:rsidRDefault="00C044B5" w:rsidP="00DC6CFE">
            <w:pPr>
              <w:spacing w:line="276" w:lineRule="auto"/>
              <w:jc w:val="both"/>
              <w:rPr>
                <w:rFonts w:ascii="Arial" w:hAnsi="Arial" w:cs="Arial"/>
                <w:sz w:val="16"/>
                <w:szCs w:val="16"/>
              </w:rPr>
            </w:pPr>
          </w:p>
        </w:tc>
      </w:tr>
      <w:tr w:rsidR="00C044B5" w:rsidRPr="00DC6CFE" w14:paraId="514FAA80" w14:textId="77777777" w:rsidTr="00BF51A8">
        <w:tc>
          <w:tcPr>
            <w:tcW w:w="5098" w:type="dxa"/>
          </w:tcPr>
          <w:p w14:paraId="63081D99" w14:textId="77777777" w:rsidR="00C044B5" w:rsidRPr="00DC6CFE" w:rsidRDefault="00C044B5" w:rsidP="00DC6CFE">
            <w:pPr>
              <w:spacing w:line="276" w:lineRule="auto"/>
              <w:jc w:val="both"/>
              <w:rPr>
                <w:rFonts w:ascii="Arial" w:hAnsi="Arial" w:cs="Arial"/>
                <w:sz w:val="16"/>
                <w:szCs w:val="16"/>
              </w:rPr>
            </w:pPr>
            <w:r w:rsidRPr="00DC6CFE">
              <w:rPr>
                <w:rFonts w:ascii="Arial" w:hAnsi="Arial" w:cs="Arial"/>
                <w:sz w:val="16"/>
                <w:szCs w:val="16"/>
              </w:rPr>
              <w:t>C. GUSTAVO LÓPEZ SANDOVAL</w:t>
            </w:r>
          </w:p>
        </w:tc>
        <w:tc>
          <w:tcPr>
            <w:tcW w:w="1701" w:type="dxa"/>
          </w:tcPr>
          <w:p w14:paraId="49645B10" w14:textId="77777777" w:rsidR="00C044B5" w:rsidRPr="00DC6CFE" w:rsidRDefault="00C044B5" w:rsidP="00DC6CFE">
            <w:pPr>
              <w:spacing w:line="276" w:lineRule="auto"/>
              <w:jc w:val="center"/>
              <w:rPr>
                <w:rFonts w:ascii="Arial" w:hAnsi="Arial" w:cs="Arial"/>
                <w:sz w:val="16"/>
                <w:szCs w:val="16"/>
              </w:rPr>
            </w:pPr>
            <w:r w:rsidRPr="00DC6CFE">
              <w:rPr>
                <w:bCs/>
                <w:noProof/>
                <w:sz w:val="16"/>
                <w:szCs w:val="16"/>
              </w:rPr>
              <w:drawing>
                <wp:inline distT="0" distB="0" distL="0" distR="0" wp14:anchorId="71E71A36" wp14:editId="49E58FD0">
                  <wp:extent cx="201295" cy="201295"/>
                  <wp:effectExtent l="0" t="0" r="8255" b="8255"/>
                  <wp:docPr id="14176823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993" w:type="dxa"/>
          </w:tcPr>
          <w:p w14:paraId="2A063E8B" w14:textId="77777777" w:rsidR="00C044B5" w:rsidRPr="00DC6CFE" w:rsidRDefault="00C044B5" w:rsidP="00DC6CFE">
            <w:pPr>
              <w:spacing w:line="276" w:lineRule="auto"/>
              <w:jc w:val="center"/>
              <w:rPr>
                <w:rFonts w:ascii="Arial" w:hAnsi="Arial" w:cs="Arial"/>
                <w:sz w:val="16"/>
                <w:szCs w:val="16"/>
              </w:rPr>
            </w:pPr>
          </w:p>
        </w:tc>
        <w:tc>
          <w:tcPr>
            <w:tcW w:w="1701" w:type="dxa"/>
          </w:tcPr>
          <w:p w14:paraId="4C9A2A25" w14:textId="77777777" w:rsidR="00C044B5" w:rsidRPr="00DC6CFE" w:rsidRDefault="00C044B5" w:rsidP="00DC6CFE">
            <w:pPr>
              <w:spacing w:line="276" w:lineRule="auto"/>
              <w:jc w:val="center"/>
              <w:rPr>
                <w:rFonts w:ascii="Arial" w:hAnsi="Arial" w:cs="Arial"/>
                <w:sz w:val="16"/>
                <w:szCs w:val="16"/>
              </w:rPr>
            </w:pPr>
          </w:p>
        </w:tc>
      </w:tr>
      <w:tr w:rsidR="00C044B5" w:rsidRPr="00DC6CFE" w14:paraId="470FEFCA" w14:textId="77777777" w:rsidTr="00BF51A8">
        <w:tc>
          <w:tcPr>
            <w:tcW w:w="5098" w:type="dxa"/>
          </w:tcPr>
          <w:p w14:paraId="784CE144" w14:textId="77777777" w:rsidR="00C044B5" w:rsidRPr="00DC6CFE" w:rsidRDefault="00C044B5" w:rsidP="00DC6CFE">
            <w:pPr>
              <w:spacing w:line="276" w:lineRule="auto"/>
              <w:jc w:val="both"/>
              <w:rPr>
                <w:rFonts w:ascii="Arial" w:hAnsi="Arial" w:cs="Arial"/>
                <w:sz w:val="16"/>
                <w:szCs w:val="16"/>
              </w:rPr>
            </w:pPr>
            <w:r w:rsidRPr="00DC6CFE">
              <w:rPr>
                <w:rFonts w:ascii="Arial" w:hAnsi="Arial" w:cs="Arial"/>
                <w:sz w:val="16"/>
                <w:szCs w:val="16"/>
              </w:rPr>
              <w:t>C. MIGUEL MARENTES</w:t>
            </w:r>
          </w:p>
        </w:tc>
        <w:tc>
          <w:tcPr>
            <w:tcW w:w="1701" w:type="dxa"/>
          </w:tcPr>
          <w:p w14:paraId="386AD5B4" w14:textId="77777777" w:rsidR="00C044B5" w:rsidRPr="00DC6CFE" w:rsidRDefault="00C044B5" w:rsidP="00DC6CFE">
            <w:pPr>
              <w:spacing w:line="276" w:lineRule="auto"/>
              <w:jc w:val="center"/>
              <w:rPr>
                <w:rFonts w:ascii="Arial" w:hAnsi="Arial" w:cs="Arial"/>
                <w:sz w:val="16"/>
                <w:szCs w:val="16"/>
              </w:rPr>
            </w:pPr>
            <w:r w:rsidRPr="00DC6CFE">
              <w:rPr>
                <w:bCs/>
                <w:noProof/>
                <w:sz w:val="16"/>
                <w:szCs w:val="16"/>
              </w:rPr>
              <w:drawing>
                <wp:inline distT="0" distB="0" distL="0" distR="0" wp14:anchorId="06CB04B2" wp14:editId="357FC3E2">
                  <wp:extent cx="201295" cy="201295"/>
                  <wp:effectExtent l="0" t="0" r="8255" b="8255"/>
                  <wp:docPr id="8563672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993" w:type="dxa"/>
          </w:tcPr>
          <w:p w14:paraId="759538B9" w14:textId="77777777" w:rsidR="00C044B5" w:rsidRPr="00DC6CFE" w:rsidRDefault="00C044B5" w:rsidP="00DC6CFE">
            <w:pPr>
              <w:spacing w:line="276" w:lineRule="auto"/>
              <w:jc w:val="center"/>
              <w:rPr>
                <w:rFonts w:ascii="Arial" w:hAnsi="Arial" w:cs="Arial"/>
                <w:sz w:val="16"/>
                <w:szCs w:val="16"/>
              </w:rPr>
            </w:pPr>
          </w:p>
        </w:tc>
        <w:tc>
          <w:tcPr>
            <w:tcW w:w="1701" w:type="dxa"/>
          </w:tcPr>
          <w:p w14:paraId="78AE0558" w14:textId="77777777" w:rsidR="00C044B5" w:rsidRPr="00DC6CFE" w:rsidRDefault="00C044B5" w:rsidP="00DC6CFE">
            <w:pPr>
              <w:spacing w:line="276" w:lineRule="auto"/>
              <w:jc w:val="both"/>
              <w:rPr>
                <w:rFonts w:ascii="Arial" w:hAnsi="Arial" w:cs="Arial"/>
                <w:sz w:val="16"/>
                <w:szCs w:val="16"/>
              </w:rPr>
            </w:pPr>
          </w:p>
        </w:tc>
      </w:tr>
    </w:tbl>
    <w:p w14:paraId="4D9BD56C" w14:textId="77777777" w:rsidR="00C044B5" w:rsidRDefault="00C044B5" w:rsidP="00DC6CFE">
      <w:pPr>
        <w:jc w:val="both"/>
        <w:rPr>
          <w:rFonts w:ascii="Arial" w:hAnsi="Arial" w:cs="Arial"/>
          <w:sz w:val="24"/>
          <w:szCs w:val="24"/>
        </w:rPr>
      </w:pPr>
    </w:p>
    <w:p w14:paraId="69A0B8C1" w14:textId="1055FB71" w:rsidR="002E4E9B" w:rsidRDefault="002E4E9B" w:rsidP="00DC6CFE">
      <w:pPr>
        <w:jc w:val="both"/>
        <w:rPr>
          <w:rFonts w:ascii="Arial" w:hAnsi="Arial" w:cs="Arial"/>
          <w:sz w:val="24"/>
          <w:szCs w:val="24"/>
        </w:rPr>
      </w:pPr>
      <w:r>
        <w:rPr>
          <w:rFonts w:ascii="Arial" w:hAnsi="Arial" w:cs="Arial"/>
          <w:sz w:val="24"/>
          <w:szCs w:val="24"/>
        </w:rPr>
        <w:t>N</w:t>
      </w:r>
      <w:r w:rsidRPr="002E4E9B">
        <w:rPr>
          <w:rFonts w:ascii="Arial" w:hAnsi="Arial" w:cs="Arial"/>
          <w:sz w:val="24"/>
          <w:szCs w:val="24"/>
        </w:rPr>
        <w:t xml:space="preserve">o sin antes agradecer la presencia de la </w:t>
      </w:r>
      <w:r w:rsidR="00065D17">
        <w:rPr>
          <w:rFonts w:ascii="Arial" w:hAnsi="Arial" w:cs="Arial"/>
          <w:sz w:val="24"/>
          <w:szCs w:val="24"/>
        </w:rPr>
        <w:t>R</w:t>
      </w:r>
      <w:r w:rsidRPr="002E4E9B">
        <w:rPr>
          <w:rFonts w:ascii="Arial" w:hAnsi="Arial" w:cs="Arial"/>
          <w:sz w:val="24"/>
          <w:szCs w:val="24"/>
        </w:rPr>
        <w:t xml:space="preserve">egidora </w:t>
      </w:r>
      <w:r w:rsidR="00065D17">
        <w:rPr>
          <w:rFonts w:ascii="Arial" w:hAnsi="Arial" w:cs="Arial"/>
          <w:sz w:val="24"/>
          <w:szCs w:val="24"/>
        </w:rPr>
        <w:t xml:space="preserve">Olga </w:t>
      </w:r>
      <w:r w:rsidRPr="002E4E9B">
        <w:rPr>
          <w:rFonts w:ascii="Arial" w:hAnsi="Arial" w:cs="Arial"/>
          <w:sz w:val="24"/>
          <w:szCs w:val="24"/>
        </w:rPr>
        <w:t>que también nos acompaña y la</w:t>
      </w:r>
      <w:r>
        <w:rPr>
          <w:rFonts w:ascii="Arial" w:hAnsi="Arial" w:cs="Arial"/>
          <w:sz w:val="24"/>
          <w:szCs w:val="24"/>
        </w:rPr>
        <w:t xml:space="preserve"> L</w:t>
      </w:r>
      <w:r w:rsidRPr="002E4E9B">
        <w:rPr>
          <w:rFonts w:ascii="Arial" w:hAnsi="Arial" w:cs="Arial"/>
          <w:sz w:val="24"/>
          <w:szCs w:val="24"/>
        </w:rPr>
        <w:t xml:space="preserve">icenciada Victoria García Contreras, </w:t>
      </w:r>
      <w:r>
        <w:rPr>
          <w:rFonts w:ascii="Arial" w:hAnsi="Arial" w:cs="Arial"/>
          <w:sz w:val="24"/>
          <w:szCs w:val="24"/>
        </w:rPr>
        <w:t>T</w:t>
      </w:r>
      <w:r w:rsidRPr="002E4E9B">
        <w:rPr>
          <w:rFonts w:ascii="Arial" w:hAnsi="Arial" w:cs="Arial"/>
          <w:sz w:val="24"/>
          <w:szCs w:val="24"/>
        </w:rPr>
        <w:t xml:space="preserve">esorera municipal y </w:t>
      </w:r>
      <w:r>
        <w:rPr>
          <w:rFonts w:ascii="Arial" w:hAnsi="Arial" w:cs="Arial"/>
          <w:sz w:val="24"/>
          <w:szCs w:val="24"/>
        </w:rPr>
        <w:t>L</w:t>
      </w:r>
      <w:r w:rsidRPr="002E4E9B">
        <w:rPr>
          <w:rFonts w:ascii="Arial" w:hAnsi="Arial" w:cs="Arial"/>
          <w:sz w:val="24"/>
          <w:szCs w:val="24"/>
        </w:rPr>
        <w:t xml:space="preserve">icenciada Guillermina Aguilar Ochoa, </w:t>
      </w:r>
      <w:proofErr w:type="gramStart"/>
      <w:r>
        <w:rPr>
          <w:rFonts w:ascii="Arial" w:hAnsi="Arial" w:cs="Arial"/>
          <w:sz w:val="24"/>
          <w:szCs w:val="24"/>
        </w:rPr>
        <w:t>J</w:t>
      </w:r>
      <w:r w:rsidRPr="002E4E9B">
        <w:rPr>
          <w:rFonts w:ascii="Arial" w:hAnsi="Arial" w:cs="Arial"/>
          <w:sz w:val="24"/>
          <w:szCs w:val="24"/>
        </w:rPr>
        <w:t>efa</w:t>
      </w:r>
      <w:proofErr w:type="gramEnd"/>
      <w:r w:rsidRPr="002E4E9B">
        <w:rPr>
          <w:rFonts w:ascii="Arial" w:hAnsi="Arial" w:cs="Arial"/>
          <w:sz w:val="24"/>
          <w:szCs w:val="24"/>
        </w:rPr>
        <w:t xml:space="preserve"> de </w:t>
      </w:r>
      <w:r>
        <w:rPr>
          <w:rFonts w:ascii="Arial" w:hAnsi="Arial" w:cs="Arial"/>
          <w:sz w:val="24"/>
          <w:szCs w:val="24"/>
        </w:rPr>
        <w:t>P</w:t>
      </w:r>
      <w:r w:rsidRPr="002E4E9B">
        <w:rPr>
          <w:rFonts w:ascii="Arial" w:hAnsi="Arial" w:cs="Arial"/>
          <w:sz w:val="24"/>
          <w:szCs w:val="24"/>
        </w:rPr>
        <w:t xml:space="preserve">resupuestos y </w:t>
      </w:r>
      <w:r>
        <w:rPr>
          <w:rFonts w:ascii="Arial" w:hAnsi="Arial" w:cs="Arial"/>
          <w:sz w:val="24"/>
          <w:szCs w:val="24"/>
        </w:rPr>
        <w:t>P</w:t>
      </w:r>
      <w:r w:rsidRPr="002E4E9B">
        <w:rPr>
          <w:rFonts w:ascii="Arial" w:hAnsi="Arial" w:cs="Arial"/>
          <w:sz w:val="24"/>
          <w:szCs w:val="24"/>
        </w:rPr>
        <w:t>rogramación. Muchas gracias también compañeras por</w:t>
      </w:r>
      <w:r>
        <w:rPr>
          <w:rFonts w:ascii="Arial" w:hAnsi="Arial" w:cs="Arial"/>
          <w:sz w:val="24"/>
          <w:szCs w:val="24"/>
        </w:rPr>
        <w:t xml:space="preserve"> </w:t>
      </w:r>
      <w:r w:rsidRPr="002E4E9B">
        <w:rPr>
          <w:rFonts w:ascii="Arial" w:hAnsi="Arial" w:cs="Arial"/>
          <w:sz w:val="24"/>
          <w:szCs w:val="24"/>
        </w:rPr>
        <w:t>acompañarnos, comunicación social</w:t>
      </w:r>
      <w:r>
        <w:rPr>
          <w:rFonts w:ascii="Arial" w:hAnsi="Arial" w:cs="Arial"/>
          <w:sz w:val="24"/>
          <w:szCs w:val="24"/>
        </w:rPr>
        <w:t>,</w:t>
      </w:r>
      <w:r w:rsidRPr="002E4E9B">
        <w:rPr>
          <w:rFonts w:ascii="Arial" w:hAnsi="Arial" w:cs="Arial"/>
          <w:sz w:val="24"/>
          <w:szCs w:val="24"/>
        </w:rPr>
        <w:t xml:space="preserve"> por supuesto asesoras también muchas gracias.</w:t>
      </w:r>
      <w:r>
        <w:rPr>
          <w:rFonts w:ascii="Arial" w:hAnsi="Arial" w:cs="Arial"/>
          <w:sz w:val="24"/>
          <w:szCs w:val="24"/>
        </w:rPr>
        <w:t xml:space="preserve"> U</w:t>
      </w:r>
      <w:r w:rsidRPr="002E4E9B">
        <w:rPr>
          <w:rFonts w:ascii="Arial" w:hAnsi="Arial" w:cs="Arial"/>
          <w:sz w:val="24"/>
          <w:szCs w:val="24"/>
        </w:rPr>
        <w:t>na vez verificado quó</w:t>
      </w:r>
      <w:r>
        <w:rPr>
          <w:rFonts w:ascii="Arial" w:hAnsi="Arial" w:cs="Arial"/>
          <w:sz w:val="24"/>
          <w:szCs w:val="24"/>
        </w:rPr>
        <w:t>r</w:t>
      </w:r>
      <w:r w:rsidRPr="002E4E9B">
        <w:rPr>
          <w:rFonts w:ascii="Arial" w:hAnsi="Arial" w:cs="Arial"/>
          <w:sz w:val="24"/>
          <w:szCs w:val="24"/>
        </w:rPr>
        <w:t xml:space="preserve">um legal someto su consideración al siguiente orden del día. </w:t>
      </w:r>
      <w:r w:rsidRPr="002E4E9B">
        <w:rPr>
          <w:rFonts w:ascii="Arial" w:hAnsi="Arial" w:cs="Arial"/>
          <w:b/>
          <w:bCs/>
          <w:sz w:val="24"/>
          <w:szCs w:val="24"/>
        </w:rPr>
        <w:t>Punto número uno</w:t>
      </w:r>
      <w:r w:rsidRPr="002E4E9B">
        <w:rPr>
          <w:rFonts w:ascii="Arial" w:hAnsi="Arial" w:cs="Arial"/>
          <w:sz w:val="24"/>
          <w:szCs w:val="24"/>
        </w:rPr>
        <w:t>, lista de asistencia y verificación de quórum</w:t>
      </w:r>
      <w:r>
        <w:rPr>
          <w:rFonts w:ascii="Arial" w:hAnsi="Arial" w:cs="Arial"/>
          <w:sz w:val="24"/>
          <w:szCs w:val="24"/>
        </w:rPr>
        <w:t xml:space="preserve"> </w:t>
      </w:r>
      <w:r w:rsidRPr="002E4E9B">
        <w:rPr>
          <w:rFonts w:ascii="Arial" w:hAnsi="Arial" w:cs="Arial"/>
          <w:sz w:val="24"/>
          <w:szCs w:val="24"/>
        </w:rPr>
        <w:t xml:space="preserve">legal. </w:t>
      </w:r>
      <w:r w:rsidRPr="002E4E9B">
        <w:rPr>
          <w:rFonts w:ascii="Arial" w:hAnsi="Arial" w:cs="Arial"/>
          <w:b/>
          <w:bCs/>
          <w:sz w:val="24"/>
          <w:szCs w:val="24"/>
        </w:rPr>
        <w:t>Punto número dos</w:t>
      </w:r>
      <w:r w:rsidRPr="002E4E9B">
        <w:rPr>
          <w:rFonts w:ascii="Arial" w:hAnsi="Arial" w:cs="Arial"/>
          <w:sz w:val="24"/>
          <w:szCs w:val="24"/>
        </w:rPr>
        <w:t xml:space="preserve">, aprobación del orden del día. </w:t>
      </w:r>
      <w:r w:rsidRPr="002E4E9B">
        <w:rPr>
          <w:rFonts w:ascii="Arial" w:hAnsi="Arial" w:cs="Arial"/>
          <w:b/>
          <w:bCs/>
          <w:sz w:val="24"/>
          <w:szCs w:val="24"/>
        </w:rPr>
        <w:t>Punto número tres</w:t>
      </w:r>
      <w:r w:rsidRPr="002E4E9B">
        <w:rPr>
          <w:rFonts w:ascii="Arial" w:hAnsi="Arial" w:cs="Arial"/>
          <w:sz w:val="24"/>
          <w:szCs w:val="24"/>
        </w:rPr>
        <w:t xml:space="preserve"> </w:t>
      </w:r>
      <w:r>
        <w:rPr>
          <w:rFonts w:ascii="Arial" w:hAnsi="Arial" w:cs="Arial"/>
          <w:sz w:val="24"/>
          <w:szCs w:val="24"/>
        </w:rPr>
        <w:t>E</w:t>
      </w:r>
      <w:r w:rsidRPr="002E4E9B">
        <w:rPr>
          <w:rFonts w:ascii="Arial" w:hAnsi="Arial" w:cs="Arial"/>
          <w:sz w:val="24"/>
          <w:szCs w:val="24"/>
        </w:rPr>
        <w:t xml:space="preserve">studio, </w:t>
      </w:r>
      <w:r>
        <w:rPr>
          <w:rFonts w:ascii="Arial" w:hAnsi="Arial" w:cs="Arial"/>
          <w:sz w:val="24"/>
          <w:szCs w:val="24"/>
        </w:rPr>
        <w:t>a</w:t>
      </w:r>
      <w:r w:rsidRPr="002E4E9B">
        <w:rPr>
          <w:rFonts w:ascii="Arial" w:hAnsi="Arial" w:cs="Arial"/>
          <w:sz w:val="24"/>
          <w:szCs w:val="24"/>
        </w:rPr>
        <w:t>nálisis y su caso, dictaminación respecto a las modificaciones al presupuesto de</w:t>
      </w:r>
      <w:r>
        <w:rPr>
          <w:rFonts w:ascii="Arial" w:hAnsi="Arial" w:cs="Arial"/>
          <w:sz w:val="24"/>
          <w:szCs w:val="24"/>
        </w:rPr>
        <w:t xml:space="preserve"> </w:t>
      </w:r>
      <w:r w:rsidRPr="002E4E9B">
        <w:rPr>
          <w:rFonts w:ascii="Arial" w:hAnsi="Arial" w:cs="Arial"/>
          <w:sz w:val="24"/>
          <w:szCs w:val="24"/>
        </w:rPr>
        <w:t>ingresos y egresos correspondiente al primer semestre del ejercicio fiscal 2026</w:t>
      </w:r>
      <w:r>
        <w:rPr>
          <w:rFonts w:ascii="Arial" w:hAnsi="Arial" w:cs="Arial"/>
          <w:sz w:val="24"/>
          <w:szCs w:val="24"/>
        </w:rPr>
        <w:t xml:space="preserve"> dos mil veintiséis</w:t>
      </w:r>
      <w:r w:rsidRPr="002E4E9B">
        <w:rPr>
          <w:rFonts w:ascii="Arial" w:hAnsi="Arial" w:cs="Arial"/>
          <w:sz w:val="24"/>
          <w:szCs w:val="24"/>
        </w:rPr>
        <w:t xml:space="preserve">. </w:t>
      </w:r>
      <w:r w:rsidRPr="002E4E9B">
        <w:rPr>
          <w:rFonts w:ascii="Arial" w:hAnsi="Arial" w:cs="Arial"/>
          <w:b/>
          <w:bCs/>
          <w:sz w:val="24"/>
          <w:szCs w:val="24"/>
        </w:rPr>
        <w:t>Punto número cinco</w:t>
      </w:r>
      <w:r w:rsidRPr="002E4E9B">
        <w:rPr>
          <w:rFonts w:ascii="Arial" w:hAnsi="Arial" w:cs="Arial"/>
          <w:sz w:val="24"/>
          <w:szCs w:val="24"/>
        </w:rPr>
        <w:t xml:space="preserve">, asuntos varios. y </w:t>
      </w:r>
      <w:r w:rsidRPr="002E4E9B">
        <w:rPr>
          <w:rFonts w:ascii="Arial" w:hAnsi="Arial" w:cs="Arial"/>
          <w:b/>
          <w:bCs/>
          <w:sz w:val="24"/>
          <w:szCs w:val="24"/>
        </w:rPr>
        <w:t>punto número seis</w:t>
      </w:r>
      <w:r w:rsidRPr="002E4E9B">
        <w:rPr>
          <w:rFonts w:ascii="Arial" w:hAnsi="Arial" w:cs="Arial"/>
          <w:sz w:val="24"/>
          <w:szCs w:val="24"/>
        </w:rPr>
        <w:t>, clausura de la sesión.</w:t>
      </w:r>
      <w:r>
        <w:rPr>
          <w:rFonts w:ascii="Arial" w:hAnsi="Arial" w:cs="Arial"/>
          <w:sz w:val="24"/>
          <w:szCs w:val="24"/>
        </w:rPr>
        <w:t xml:space="preserve"> </w:t>
      </w:r>
      <w:r w:rsidRPr="002E4E9B">
        <w:rPr>
          <w:rFonts w:ascii="Arial" w:hAnsi="Arial" w:cs="Arial"/>
          <w:sz w:val="24"/>
          <w:szCs w:val="24"/>
        </w:rPr>
        <w:t>Pregunto, compañeras, compañeros, si hubiera algún asunto vario que agendar.</w:t>
      </w:r>
      <w:r>
        <w:rPr>
          <w:rFonts w:ascii="Arial" w:hAnsi="Arial" w:cs="Arial"/>
          <w:sz w:val="24"/>
          <w:szCs w:val="24"/>
        </w:rPr>
        <w:t xml:space="preserve"> </w:t>
      </w:r>
      <w:r w:rsidRPr="002E4E9B">
        <w:rPr>
          <w:rFonts w:ascii="Arial" w:hAnsi="Arial" w:cs="Arial"/>
          <w:sz w:val="24"/>
          <w:szCs w:val="24"/>
        </w:rPr>
        <w:t xml:space="preserve">De no ser </w:t>
      </w:r>
      <w:r w:rsidR="00413425" w:rsidRPr="002E4E9B">
        <w:rPr>
          <w:rFonts w:ascii="Arial" w:hAnsi="Arial" w:cs="Arial"/>
          <w:sz w:val="24"/>
          <w:szCs w:val="24"/>
        </w:rPr>
        <w:t>así, someten</w:t>
      </w:r>
      <w:r w:rsidRPr="002E4E9B">
        <w:rPr>
          <w:rFonts w:ascii="Arial" w:hAnsi="Arial" w:cs="Arial"/>
          <w:sz w:val="24"/>
          <w:szCs w:val="24"/>
        </w:rPr>
        <w:t xml:space="preserve"> su consideración al orden del día, en los términos propuestos, porque si están por la afirmativa, les pido lo manifiesten levantando la mano.</w:t>
      </w:r>
      <w:r>
        <w:rPr>
          <w:rFonts w:ascii="Arial" w:hAnsi="Arial" w:cs="Arial"/>
          <w:sz w:val="24"/>
          <w:szCs w:val="24"/>
        </w:rPr>
        <w:t xml:space="preserve"> </w:t>
      </w:r>
      <w:r w:rsidRPr="002E4E9B">
        <w:rPr>
          <w:rFonts w:ascii="Arial" w:hAnsi="Arial" w:cs="Arial"/>
          <w:b/>
          <w:bCs/>
          <w:sz w:val="24"/>
          <w:szCs w:val="24"/>
        </w:rPr>
        <w:t>Aprobado por unanimidad de los presentes</w:t>
      </w:r>
      <w:r w:rsidRPr="002E4E9B">
        <w:rPr>
          <w:rFonts w:ascii="Arial" w:hAnsi="Arial" w:cs="Arial"/>
          <w:sz w:val="24"/>
          <w:szCs w:val="24"/>
        </w:rPr>
        <w:t xml:space="preserve">. Muchas gracias. </w:t>
      </w:r>
    </w:p>
    <w:p w14:paraId="5DB49A31" w14:textId="77777777" w:rsidR="002E4E9B" w:rsidRDefault="002E4E9B" w:rsidP="00DC6CFE">
      <w:pPr>
        <w:jc w:val="both"/>
        <w:rPr>
          <w:rFonts w:ascii="Arial" w:hAnsi="Arial" w:cs="Arial"/>
          <w:sz w:val="24"/>
          <w:szCs w:val="24"/>
        </w:rPr>
      </w:pPr>
      <w:r w:rsidRPr="002E4E9B">
        <w:rPr>
          <w:rFonts w:ascii="Arial" w:hAnsi="Arial" w:cs="Arial"/>
          <w:b/>
          <w:bCs/>
          <w:sz w:val="24"/>
          <w:szCs w:val="24"/>
        </w:rPr>
        <w:t>PUNTO NUMERO TRES. -</w:t>
      </w:r>
      <w:r>
        <w:rPr>
          <w:rFonts w:ascii="Arial" w:hAnsi="Arial" w:cs="Arial"/>
          <w:sz w:val="24"/>
          <w:szCs w:val="24"/>
        </w:rPr>
        <w:t xml:space="preserve"> </w:t>
      </w:r>
      <w:r w:rsidRPr="002E4E9B">
        <w:rPr>
          <w:rFonts w:ascii="Arial" w:hAnsi="Arial" w:cs="Arial"/>
          <w:sz w:val="24"/>
          <w:szCs w:val="24"/>
        </w:rPr>
        <w:t xml:space="preserve"> </w:t>
      </w:r>
      <w:r>
        <w:rPr>
          <w:rFonts w:ascii="Arial" w:hAnsi="Arial" w:cs="Arial"/>
          <w:sz w:val="24"/>
          <w:szCs w:val="24"/>
        </w:rPr>
        <w:t>E</w:t>
      </w:r>
      <w:r w:rsidRPr="002E4E9B">
        <w:rPr>
          <w:rFonts w:ascii="Arial" w:hAnsi="Arial" w:cs="Arial"/>
          <w:sz w:val="24"/>
          <w:szCs w:val="24"/>
        </w:rPr>
        <w:t xml:space="preserve">studio, análisis y </w:t>
      </w:r>
      <w:r>
        <w:rPr>
          <w:rFonts w:ascii="Arial" w:hAnsi="Arial" w:cs="Arial"/>
          <w:sz w:val="24"/>
          <w:szCs w:val="24"/>
        </w:rPr>
        <w:t>en su caso</w:t>
      </w:r>
      <w:r w:rsidRPr="002E4E9B">
        <w:rPr>
          <w:rFonts w:ascii="Arial" w:hAnsi="Arial" w:cs="Arial"/>
          <w:sz w:val="24"/>
          <w:szCs w:val="24"/>
        </w:rPr>
        <w:t xml:space="preserve"> dictaminación de las modificaciones del </w:t>
      </w:r>
      <w:r>
        <w:rPr>
          <w:rFonts w:ascii="Arial" w:hAnsi="Arial" w:cs="Arial"/>
          <w:sz w:val="24"/>
          <w:szCs w:val="24"/>
        </w:rPr>
        <w:t>“P</w:t>
      </w:r>
      <w:r w:rsidRPr="002E4E9B">
        <w:rPr>
          <w:rFonts w:ascii="Arial" w:hAnsi="Arial" w:cs="Arial"/>
          <w:sz w:val="24"/>
          <w:szCs w:val="24"/>
        </w:rPr>
        <w:t>resupuesto de</w:t>
      </w:r>
      <w:r>
        <w:rPr>
          <w:rFonts w:ascii="Arial" w:hAnsi="Arial" w:cs="Arial"/>
          <w:sz w:val="24"/>
          <w:szCs w:val="24"/>
        </w:rPr>
        <w:t xml:space="preserve"> I</w:t>
      </w:r>
      <w:r w:rsidRPr="002E4E9B">
        <w:rPr>
          <w:rFonts w:ascii="Arial" w:hAnsi="Arial" w:cs="Arial"/>
          <w:sz w:val="24"/>
          <w:szCs w:val="24"/>
        </w:rPr>
        <w:t xml:space="preserve">ngresos y </w:t>
      </w:r>
      <w:r>
        <w:rPr>
          <w:rFonts w:ascii="Arial" w:hAnsi="Arial" w:cs="Arial"/>
          <w:sz w:val="24"/>
          <w:szCs w:val="24"/>
        </w:rPr>
        <w:t>E</w:t>
      </w:r>
      <w:r w:rsidRPr="002E4E9B">
        <w:rPr>
          <w:rFonts w:ascii="Arial" w:hAnsi="Arial" w:cs="Arial"/>
          <w:sz w:val="24"/>
          <w:szCs w:val="24"/>
        </w:rPr>
        <w:t>gresos 202</w:t>
      </w:r>
      <w:r>
        <w:rPr>
          <w:rFonts w:ascii="Arial" w:hAnsi="Arial" w:cs="Arial"/>
          <w:sz w:val="24"/>
          <w:szCs w:val="24"/>
        </w:rPr>
        <w:t>6”</w:t>
      </w:r>
    </w:p>
    <w:p w14:paraId="051ABFF8" w14:textId="38CACD10" w:rsidR="00C24C5A" w:rsidRDefault="002E4E9B" w:rsidP="00DC6CFE">
      <w:pPr>
        <w:jc w:val="both"/>
        <w:rPr>
          <w:rFonts w:ascii="Arial" w:hAnsi="Arial" w:cs="Arial"/>
          <w:sz w:val="24"/>
          <w:szCs w:val="24"/>
        </w:rPr>
      </w:pPr>
      <w:r>
        <w:rPr>
          <w:rFonts w:ascii="Arial" w:hAnsi="Arial" w:cs="Arial"/>
          <w:sz w:val="24"/>
          <w:szCs w:val="24"/>
        </w:rPr>
        <w:t>D</w:t>
      </w:r>
      <w:r w:rsidRPr="002E4E9B">
        <w:rPr>
          <w:rFonts w:ascii="Arial" w:hAnsi="Arial" w:cs="Arial"/>
          <w:sz w:val="24"/>
          <w:szCs w:val="24"/>
        </w:rPr>
        <w:t>el primer semestre de 2026</w:t>
      </w:r>
      <w:r>
        <w:rPr>
          <w:rFonts w:ascii="Arial" w:hAnsi="Arial" w:cs="Arial"/>
          <w:sz w:val="24"/>
          <w:szCs w:val="24"/>
        </w:rPr>
        <w:t xml:space="preserve"> dos mil veintiséis</w:t>
      </w:r>
      <w:r w:rsidRPr="002E4E9B">
        <w:rPr>
          <w:rFonts w:ascii="Arial" w:hAnsi="Arial" w:cs="Arial"/>
          <w:sz w:val="24"/>
          <w:szCs w:val="24"/>
        </w:rPr>
        <w:t>. Y aquí tenemos proyectado en la pantalla, como se puede observar, las modificaciones que</w:t>
      </w:r>
      <w:r>
        <w:rPr>
          <w:rFonts w:ascii="Arial" w:hAnsi="Arial" w:cs="Arial"/>
          <w:sz w:val="24"/>
          <w:szCs w:val="24"/>
        </w:rPr>
        <w:t xml:space="preserve"> </w:t>
      </w:r>
      <w:r w:rsidRPr="002E4E9B">
        <w:rPr>
          <w:rFonts w:ascii="Arial" w:hAnsi="Arial" w:cs="Arial"/>
          <w:sz w:val="24"/>
          <w:szCs w:val="24"/>
        </w:rPr>
        <w:t>vamos a ir este viendo capítulo por capítulo por rubros respecto al presupuesto aprobado en diciembre de 2025</w:t>
      </w:r>
      <w:r>
        <w:rPr>
          <w:rFonts w:ascii="Arial" w:hAnsi="Arial" w:cs="Arial"/>
          <w:sz w:val="24"/>
          <w:szCs w:val="24"/>
        </w:rPr>
        <w:t xml:space="preserve"> dos mil veinticinco</w:t>
      </w:r>
      <w:r w:rsidR="00065D17">
        <w:rPr>
          <w:rFonts w:ascii="Arial" w:hAnsi="Arial" w:cs="Arial"/>
          <w:sz w:val="24"/>
          <w:szCs w:val="24"/>
        </w:rPr>
        <w:t xml:space="preserve"> </w:t>
      </w:r>
      <w:r w:rsidRPr="002E4E9B">
        <w:rPr>
          <w:rFonts w:ascii="Arial" w:hAnsi="Arial" w:cs="Arial"/>
          <w:sz w:val="24"/>
          <w:szCs w:val="24"/>
        </w:rPr>
        <w:t>y el que tendríamos al corte del 30</w:t>
      </w:r>
      <w:r w:rsidR="00065D17">
        <w:rPr>
          <w:rFonts w:ascii="Arial" w:hAnsi="Arial" w:cs="Arial"/>
          <w:sz w:val="24"/>
          <w:szCs w:val="24"/>
        </w:rPr>
        <w:t xml:space="preserve"> treinta</w:t>
      </w:r>
      <w:r w:rsidRPr="002E4E9B">
        <w:rPr>
          <w:rFonts w:ascii="Arial" w:hAnsi="Arial" w:cs="Arial"/>
          <w:sz w:val="24"/>
          <w:szCs w:val="24"/>
        </w:rPr>
        <w:t xml:space="preserve"> de junio de 2026</w:t>
      </w:r>
      <w:r w:rsidR="00065D17">
        <w:rPr>
          <w:rFonts w:ascii="Arial" w:hAnsi="Arial" w:cs="Arial"/>
          <w:sz w:val="24"/>
          <w:szCs w:val="24"/>
        </w:rPr>
        <w:t xml:space="preserve"> dos mil veintiséis.</w:t>
      </w:r>
      <w:r w:rsidRPr="002E4E9B">
        <w:rPr>
          <w:rFonts w:ascii="Arial" w:hAnsi="Arial" w:cs="Arial"/>
          <w:sz w:val="24"/>
          <w:szCs w:val="24"/>
        </w:rPr>
        <w:t xml:space="preserve"> Sí, el primer semestre.</w:t>
      </w:r>
      <w:r w:rsidR="00065D17">
        <w:rPr>
          <w:rFonts w:ascii="Arial" w:hAnsi="Arial" w:cs="Arial"/>
          <w:sz w:val="24"/>
          <w:szCs w:val="24"/>
        </w:rPr>
        <w:t xml:space="preserve"> </w:t>
      </w:r>
      <w:r w:rsidRPr="002E4E9B">
        <w:rPr>
          <w:rFonts w:ascii="Arial" w:hAnsi="Arial" w:cs="Arial"/>
          <w:sz w:val="24"/>
          <w:szCs w:val="24"/>
        </w:rPr>
        <w:t xml:space="preserve">Bueno, arrancamos con un presupuesto, como se acordarán que aprobamos </w:t>
      </w:r>
      <w:r w:rsidR="00065D17">
        <w:rPr>
          <w:rFonts w:ascii="Arial" w:hAnsi="Arial" w:cs="Arial"/>
          <w:sz w:val="24"/>
          <w:szCs w:val="24"/>
        </w:rPr>
        <w:t>$</w:t>
      </w:r>
      <w:r w:rsidRPr="002E4E9B">
        <w:rPr>
          <w:rFonts w:ascii="Arial" w:hAnsi="Arial" w:cs="Arial"/>
          <w:sz w:val="24"/>
          <w:szCs w:val="24"/>
        </w:rPr>
        <w:t>662,601,981</w:t>
      </w:r>
      <w:r w:rsidR="00065D17">
        <w:rPr>
          <w:rFonts w:ascii="Arial" w:hAnsi="Arial" w:cs="Arial"/>
          <w:sz w:val="24"/>
          <w:szCs w:val="24"/>
        </w:rPr>
        <w:t>.</w:t>
      </w:r>
      <w:r w:rsidRPr="002E4E9B">
        <w:rPr>
          <w:rFonts w:ascii="Arial" w:hAnsi="Arial" w:cs="Arial"/>
          <w:sz w:val="24"/>
          <w:szCs w:val="24"/>
        </w:rPr>
        <w:t>43</w:t>
      </w:r>
      <w:r w:rsidR="00065D17">
        <w:rPr>
          <w:rFonts w:ascii="Arial" w:hAnsi="Arial" w:cs="Arial"/>
          <w:sz w:val="24"/>
          <w:szCs w:val="24"/>
        </w:rPr>
        <w:t xml:space="preserve"> </w:t>
      </w:r>
      <w:r w:rsidRPr="002E4E9B">
        <w:rPr>
          <w:rFonts w:ascii="Arial" w:hAnsi="Arial" w:cs="Arial"/>
          <w:sz w:val="24"/>
          <w:szCs w:val="24"/>
        </w:rPr>
        <w:t xml:space="preserve"> y fue nuestro presupuesto de</w:t>
      </w:r>
      <w:r w:rsidR="00065D17">
        <w:rPr>
          <w:rFonts w:ascii="Arial" w:hAnsi="Arial" w:cs="Arial"/>
          <w:sz w:val="24"/>
          <w:szCs w:val="24"/>
        </w:rPr>
        <w:t xml:space="preserve"> </w:t>
      </w:r>
      <w:r w:rsidRPr="002E4E9B">
        <w:rPr>
          <w:rFonts w:ascii="Arial" w:hAnsi="Arial" w:cs="Arial"/>
          <w:sz w:val="24"/>
          <w:szCs w:val="24"/>
        </w:rPr>
        <w:t>egresos para este ejercicio fiscal</w:t>
      </w:r>
      <w:r w:rsidR="00065D17">
        <w:rPr>
          <w:rFonts w:ascii="Arial" w:hAnsi="Arial" w:cs="Arial"/>
          <w:sz w:val="24"/>
          <w:szCs w:val="24"/>
        </w:rPr>
        <w:t xml:space="preserve">, </w:t>
      </w:r>
      <w:r w:rsidRPr="002E4E9B">
        <w:rPr>
          <w:rFonts w:ascii="Arial" w:hAnsi="Arial" w:cs="Arial"/>
          <w:sz w:val="24"/>
          <w:szCs w:val="24"/>
        </w:rPr>
        <w:t>según se publicó en nuestra gaceta en nuestro decreto municipal</w:t>
      </w:r>
      <w:r w:rsidR="00065D17">
        <w:rPr>
          <w:rFonts w:ascii="Arial" w:hAnsi="Arial" w:cs="Arial"/>
          <w:sz w:val="24"/>
          <w:szCs w:val="24"/>
        </w:rPr>
        <w:t xml:space="preserve">, </w:t>
      </w:r>
      <w:r w:rsidRPr="002E4E9B">
        <w:rPr>
          <w:rFonts w:ascii="Arial" w:hAnsi="Arial" w:cs="Arial"/>
          <w:sz w:val="24"/>
          <w:szCs w:val="24"/>
        </w:rPr>
        <w:t>en la siguiente columna en bueno, tenemos primero el concepto de los ingresos, impuestos, derechos, productos, aprovechamientos,</w:t>
      </w:r>
      <w:r w:rsidR="00065D17">
        <w:rPr>
          <w:rFonts w:ascii="Arial" w:hAnsi="Arial" w:cs="Arial"/>
          <w:sz w:val="24"/>
          <w:szCs w:val="24"/>
        </w:rPr>
        <w:t xml:space="preserve"> </w:t>
      </w:r>
      <w:r w:rsidRPr="002E4E9B">
        <w:rPr>
          <w:rFonts w:ascii="Arial" w:hAnsi="Arial" w:cs="Arial"/>
          <w:sz w:val="24"/>
          <w:szCs w:val="24"/>
        </w:rPr>
        <w:t>participaciones y aportaciones con un subtotal que ahorita les vamos a desglosar por qué</w:t>
      </w:r>
      <w:r w:rsidR="00065D17">
        <w:rPr>
          <w:rFonts w:ascii="Arial" w:hAnsi="Arial" w:cs="Arial"/>
          <w:sz w:val="24"/>
          <w:szCs w:val="24"/>
        </w:rPr>
        <w:t xml:space="preserve"> </w:t>
      </w:r>
      <w:r w:rsidRPr="002E4E9B">
        <w:rPr>
          <w:rFonts w:ascii="Arial" w:hAnsi="Arial" w:cs="Arial"/>
          <w:sz w:val="24"/>
          <w:szCs w:val="24"/>
        </w:rPr>
        <w:t>el presupuesto aprobado inicialmente en el presupuesto de egreso 2026</w:t>
      </w:r>
      <w:r w:rsidR="00065D17">
        <w:rPr>
          <w:rFonts w:ascii="Arial" w:hAnsi="Arial" w:cs="Arial"/>
          <w:sz w:val="24"/>
          <w:szCs w:val="24"/>
        </w:rPr>
        <w:t xml:space="preserve"> dos mil veintiséis</w:t>
      </w:r>
      <w:r w:rsidRPr="002E4E9B">
        <w:rPr>
          <w:rFonts w:ascii="Arial" w:hAnsi="Arial" w:cs="Arial"/>
          <w:sz w:val="24"/>
          <w:szCs w:val="24"/>
        </w:rPr>
        <w:t>, las modificaciones que sufren al 30</w:t>
      </w:r>
      <w:r w:rsidR="00065D17">
        <w:rPr>
          <w:rFonts w:ascii="Arial" w:hAnsi="Arial" w:cs="Arial"/>
          <w:sz w:val="24"/>
          <w:szCs w:val="24"/>
        </w:rPr>
        <w:t xml:space="preserve"> treinta</w:t>
      </w:r>
      <w:r w:rsidRPr="002E4E9B">
        <w:rPr>
          <w:rFonts w:ascii="Arial" w:hAnsi="Arial" w:cs="Arial"/>
          <w:sz w:val="24"/>
          <w:szCs w:val="24"/>
        </w:rPr>
        <w:t xml:space="preserve"> de junio</w:t>
      </w:r>
      <w:r w:rsidR="00065D17">
        <w:rPr>
          <w:rFonts w:ascii="Arial" w:hAnsi="Arial" w:cs="Arial"/>
          <w:sz w:val="24"/>
          <w:szCs w:val="24"/>
        </w:rPr>
        <w:t xml:space="preserve"> </w:t>
      </w:r>
      <w:r w:rsidRPr="002E4E9B">
        <w:rPr>
          <w:rFonts w:ascii="Arial" w:hAnsi="Arial" w:cs="Arial"/>
          <w:sz w:val="24"/>
          <w:szCs w:val="24"/>
        </w:rPr>
        <w:t>de este año y cómo quedaría el final de del presupuesto. Sí, en impuestos se</w:t>
      </w:r>
      <w:r w:rsidR="00065D17">
        <w:rPr>
          <w:rFonts w:ascii="Arial" w:hAnsi="Arial" w:cs="Arial"/>
          <w:sz w:val="24"/>
          <w:szCs w:val="24"/>
        </w:rPr>
        <w:t xml:space="preserve"> </w:t>
      </w:r>
      <w:r w:rsidRPr="002E4E9B">
        <w:rPr>
          <w:rFonts w:ascii="Arial" w:hAnsi="Arial" w:cs="Arial"/>
          <w:sz w:val="24"/>
          <w:szCs w:val="24"/>
        </w:rPr>
        <w:t xml:space="preserve">están aumentando, se está, tuvimos un ingreso excedente por </w:t>
      </w:r>
      <w:r w:rsidR="00065D17">
        <w:rPr>
          <w:rFonts w:ascii="Arial" w:hAnsi="Arial" w:cs="Arial"/>
          <w:sz w:val="24"/>
          <w:szCs w:val="24"/>
        </w:rPr>
        <w:t>$</w:t>
      </w:r>
      <w:r w:rsidRPr="002E4E9B">
        <w:rPr>
          <w:rFonts w:ascii="Arial" w:hAnsi="Arial" w:cs="Arial"/>
          <w:sz w:val="24"/>
          <w:szCs w:val="24"/>
        </w:rPr>
        <w:t>9</w:t>
      </w:r>
      <w:r w:rsidR="00065D17">
        <w:rPr>
          <w:rFonts w:ascii="Arial" w:hAnsi="Arial" w:cs="Arial"/>
          <w:sz w:val="24"/>
          <w:szCs w:val="24"/>
        </w:rPr>
        <w:t>,000,000.00</w:t>
      </w:r>
      <w:r w:rsidRPr="002E4E9B">
        <w:rPr>
          <w:rFonts w:ascii="Arial" w:hAnsi="Arial" w:cs="Arial"/>
          <w:sz w:val="24"/>
          <w:szCs w:val="24"/>
        </w:rPr>
        <w:t xml:space="preserve"> millones </w:t>
      </w:r>
      <w:r w:rsidR="00413425" w:rsidRPr="002E4E9B">
        <w:rPr>
          <w:rFonts w:ascii="Arial" w:hAnsi="Arial" w:cs="Arial"/>
          <w:sz w:val="24"/>
          <w:szCs w:val="24"/>
        </w:rPr>
        <w:t>de por</w:t>
      </w:r>
      <w:r w:rsidRPr="002E4E9B">
        <w:rPr>
          <w:rFonts w:ascii="Arial" w:hAnsi="Arial" w:cs="Arial"/>
          <w:sz w:val="24"/>
          <w:szCs w:val="24"/>
        </w:rPr>
        <w:t xml:space="preserve"> el concepto de impuestos por</w:t>
      </w:r>
      <w:r w:rsidR="00065D17">
        <w:rPr>
          <w:rFonts w:ascii="Arial" w:hAnsi="Arial" w:cs="Arial"/>
          <w:sz w:val="24"/>
          <w:szCs w:val="24"/>
        </w:rPr>
        <w:t xml:space="preserve"> </w:t>
      </w:r>
      <w:r w:rsidRPr="002E4E9B">
        <w:rPr>
          <w:rFonts w:ascii="Arial" w:hAnsi="Arial" w:cs="Arial"/>
          <w:sz w:val="24"/>
          <w:szCs w:val="24"/>
        </w:rPr>
        <w:t xml:space="preserve">el que el presupuesto total al corte del 30 </w:t>
      </w:r>
      <w:r w:rsidR="00065D17">
        <w:rPr>
          <w:rFonts w:ascii="Arial" w:hAnsi="Arial" w:cs="Arial"/>
          <w:sz w:val="24"/>
          <w:szCs w:val="24"/>
        </w:rPr>
        <w:t xml:space="preserve">treinta </w:t>
      </w:r>
      <w:r w:rsidRPr="002E4E9B">
        <w:rPr>
          <w:rFonts w:ascii="Arial" w:hAnsi="Arial" w:cs="Arial"/>
          <w:sz w:val="24"/>
          <w:szCs w:val="24"/>
        </w:rPr>
        <w:t xml:space="preserve">de junio de este año sería </w:t>
      </w:r>
      <w:r w:rsidR="00065D17">
        <w:rPr>
          <w:rFonts w:ascii="Arial" w:hAnsi="Arial" w:cs="Arial"/>
          <w:sz w:val="24"/>
          <w:szCs w:val="24"/>
        </w:rPr>
        <w:t>$</w:t>
      </w:r>
      <w:r w:rsidR="00413425" w:rsidRPr="002E4E9B">
        <w:rPr>
          <w:rFonts w:ascii="Arial" w:hAnsi="Arial" w:cs="Arial"/>
          <w:sz w:val="24"/>
          <w:szCs w:val="24"/>
        </w:rPr>
        <w:t>133,484,712</w:t>
      </w:r>
      <w:r w:rsidR="00413425">
        <w:rPr>
          <w:rFonts w:ascii="Arial" w:hAnsi="Arial" w:cs="Arial"/>
          <w:sz w:val="24"/>
          <w:szCs w:val="24"/>
        </w:rPr>
        <w:t>.</w:t>
      </w:r>
      <w:r w:rsidR="00413425" w:rsidRPr="002E4E9B">
        <w:rPr>
          <w:rFonts w:ascii="Arial" w:hAnsi="Arial" w:cs="Arial"/>
          <w:sz w:val="24"/>
          <w:szCs w:val="24"/>
        </w:rPr>
        <w:t>89</w:t>
      </w:r>
      <w:r w:rsidR="00413425">
        <w:rPr>
          <w:rFonts w:ascii="Arial" w:hAnsi="Arial" w:cs="Arial"/>
          <w:sz w:val="24"/>
          <w:szCs w:val="24"/>
        </w:rPr>
        <w:t xml:space="preserve"> </w:t>
      </w:r>
      <w:r w:rsidR="00413425" w:rsidRPr="002E4E9B">
        <w:rPr>
          <w:rFonts w:ascii="Arial" w:hAnsi="Arial" w:cs="Arial"/>
          <w:sz w:val="24"/>
          <w:szCs w:val="24"/>
        </w:rPr>
        <w:t>en</w:t>
      </w:r>
      <w:r w:rsidRPr="002E4E9B">
        <w:rPr>
          <w:rFonts w:ascii="Arial" w:hAnsi="Arial" w:cs="Arial"/>
          <w:sz w:val="24"/>
          <w:szCs w:val="24"/>
        </w:rPr>
        <w:t xml:space="preserve"> el tema de derechos, productos y aprovechamientos no hay ninguna modificación. </w:t>
      </w:r>
      <w:r w:rsidR="00065D17">
        <w:rPr>
          <w:rFonts w:ascii="Arial" w:hAnsi="Arial" w:cs="Arial"/>
          <w:sz w:val="24"/>
          <w:szCs w:val="24"/>
        </w:rPr>
        <w:t>S</w:t>
      </w:r>
      <w:r w:rsidRPr="002E4E9B">
        <w:rPr>
          <w:rFonts w:ascii="Arial" w:hAnsi="Arial" w:cs="Arial"/>
          <w:sz w:val="24"/>
          <w:szCs w:val="24"/>
        </w:rPr>
        <w:t>eguimos con el mismo presupuesto que originalmente se</w:t>
      </w:r>
      <w:r w:rsidR="00065D17">
        <w:rPr>
          <w:rFonts w:ascii="Arial" w:hAnsi="Arial" w:cs="Arial"/>
          <w:sz w:val="24"/>
          <w:szCs w:val="24"/>
        </w:rPr>
        <w:t xml:space="preserve"> </w:t>
      </w:r>
      <w:r w:rsidRPr="002E4E9B">
        <w:rPr>
          <w:rFonts w:ascii="Arial" w:hAnsi="Arial" w:cs="Arial"/>
          <w:sz w:val="24"/>
          <w:szCs w:val="24"/>
        </w:rPr>
        <w:t>aprobó en el</w:t>
      </w:r>
      <w:r w:rsidR="00065D17">
        <w:rPr>
          <w:rFonts w:ascii="Arial" w:hAnsi="Arial" w:cs="Arial"/>
          <w:sz w:val="24"/>
          <w:szCs w:val="24"/>
        </w:rPr>
        <w:t xml:space="preserve"> </w:t>
      </w:r>
      <w:r w:rsidRPr="002E4E9B">
        <w:rPr>
          <w:rFonts w:ascii="Arial" w:hAnsi="Arial" w:cs="Arial"/>
          <w:sz w:val="24"/>
          <w:szCs w:val="24"/>
        </w:rPr>
        <w:t>rubro de participaciones, aportaciones, convenios, incentivos derivados de la de la colaboración fiscal y fondos distintos de</w:t>
      </w:r>
      <w:r w:rsidR="00C24C5A">
        <w:rPr>
          <w:rFonts w:ascii="Arial" w:hAnsi="Arial" w:cs="Arial"/>
          <w:sz w:val="24"/>
          <w:szCs w:val="24"/>
        </w:rPr>
        <w:t xml:space="preserve"> </w:t>
      </w:r>
      <w:r w:rsidRPr="002E4E9B">
        <w:rPr>
          <w:rFonts w:ascii="Arial" w:hAnsi="Arial" w:cs="Arial"/>
          <w:sz w:val="24"/>
          <w:szCs w:val="24"/>
        </w:rPr>
        <w:t xml:space="preserve">aportaciones, un aumento de </w:t>
      </w:r>
      <w:r w:rsidR="00FC7AD1">
        <w:rPr>
          <w:rFonts w:ascii="Arial" w:hAnsi="Arial" w:cs="Arial"/>
          <w:sz w:val="24"/>
          <w:szCs w:val="24"/>
        </w:rPr>
        <w:t>$</w:t>
      </w:r>
      <w:r w:rsidRPr="002E4E9B">
        <w:rPr>
          <w:rFonts w:ascii="Arial" w:hAnsi="Arial" w:cs="Arial"/>
          <w:sz w:val="24"/>
          <w:szCs w:val="24"/>
        </w:rPr>
        <w:t>6,612,769</w:t>
      </w:r>
      <w:r w:rsidR="00FC7AD1">
        <w:rPr>
          <w:rFonts w:ascii="Arial" w:hAnsi="Arial" w:cs="Arial"/>
          <w:sz w:val="24"/>
          <w:szCs w:val="24"/>
        </w:rPr>
        <w:t>.</w:t>
      </w:r>
      <w:r w:rsidRPr="002E4E9B">
        <w:rPr>
          <w:rFonts w:ascii="Arial" w:hAnsi="Arial" w:cs="Arial"/>
          <w:sz w:val="24"/>
          <w:szCs w:val="24"/>
        </w:rPr>
        <w:t>12</w:t>
      </w:r>
      <w:r w:rsidR="00FC7AD1">
        <w:rPr>
          <w:rFonts w:ascii="Arial" w:hAnsi="Arial" w:cs="Arial"/>
          <w:sz w:val="24"/>
          <w:szCs w:val="24"/>
        </w:rPr>
        <w:t xml:space="preserve"> </w:t>
      </w:r>
      <w:r w:rsidRPr="002E4E9B">
        <w:rPr>
          <w:rFonts w:ascii="Arial" w:hAnsi="Arial" w:cs="Arial"/>
          <w:sz w:val="24"/>
          <w:szCs w:val="24"/>
        </w:rPr>
        <w:t xml:space="preserve"> que dan un total de </w:t>
      </w:r>
      <w:r w:rsidR="00FC7AD1">
        <w:rPr>
          <w:rFonts w:ascii="Arial" w:hAnsi="Arial" w:cs="Arial"/>
          <w:sz w:val="24"/>
          <w:szCs w:val="24"/>
        </w:rPr>
        <w:t>$</w:t>
      </w:r>
      <w:r w:rsidRPr="002E4E9B">
        <w:rPr>
          <w:rFonts w:ascii="Arial" w:hAnsi="Arial" w:cs="Arial"/>
          <w:sz w:val="24"/>
          <w:szCs w:val="24"/>
        </w:rPr>
        <w:t>451,399,327</w:t>
      </w:r>
      <w:r w:rsidR="00C24C5A">
        <w:rPr>
          <w:rFonts w:ascii="Arial" w:hAnsi="Arial" w:cs="Arial"/>
          <w:sz w:val="24"/>
          <w:szCs w:val="24"/>
        </w:rPr>
        <w:t>.</w:t>
      </w:r>
      <w:r w:rsidRPr="002E4E9B">
        <w:rPr>
          <w:rFonts w:ascii="Arial" w:hAnsi="Arial" w:cs="Arial"/>
          <w:sz w:val="24"/>
          <w:szCs w:val="24"/>
        </w:rPr>
        <w:t>24</w:t>
      </w:r>
      <w:r w:rsidR="0025537A">
        <w:rPr>
          <w:rFonts w:ascii="Arial" w:hAnsi="Arial" w:cs="Arial"/>
          <w:sz w:val="24"/>
          <w:szCs w:val="24"/>
        </w:rPr>
        <w:t xml:space="preserve"> </w:t>
      </w:r>
      <w:r w:rsidRPr="002E4E9B">
        <w:rPr>
          <w:rFonts w:ascii="Arial" w:hAnsi="Arial" w:cs="Arial"/>
          <w:sz w:val="24"/>
          <w:szCs w:val="24"/>
        </w:rPr>
        <w:t xml:space="preserve"> y en el tema de remanentes recursos fiscales 2025</w:t>
      </w:r>
      <w:r w:rsidR="0025537A">
        <w:rPr>
          <w:rFonts w:ascii="Arial" w:hAnsi="Arial" w:cs="Arial"/>
          <w:sz w:val="24"/>
          <w:szCs w:val="24"/>
        </w:rPr>
        <w:t xml:space="preserve"> dos mil veinticinco</w:t>
      </w:r>
      <w:r w:rsidRPr="002E4E9B">
        <w:rPr>
          <w:rFonts w:ascii="Arial" w:hAnsi="Arial" w:cs="Arial"/>
          <w:sz w:val="24"/>
          <w:szCs w:val="24"/>
        </w:rPr>
        <w:t xml:space="preserve"> </w:t>
      </w:r>
      <w:r w:rsidRPr="002E4E9B">
        <w:rPr>
          <w:rFonts w:ascii="Arial" w:hAnsi="Arial" w:cs="Arial"/>
          <w:sz w:val="24"/>
          <w:szCs w:val="24"/>
        </w:rPr>
        <w:lastRenderedPageBreak/>
        <w:t>y remanentes de participaciones estatales en el</w:t>
      </w:r>
      <w:r w:rsidR="00C24C5A">
        <w:rPr>
          <w:rFonts w:ascii="Arial" w:hAnsi="Arial" w:cs="Arial"/>
          <w:sz w:val="24"/>
          <w:szCs w:val="24"/>
        </w:rPr>
        <w:t xml:space="preserve"> </w:t>
      </w:r>
      <w:r w:rsidRPr="002E4E9B">
        <w:rPr>
          <w:rFonts w:ascii="Arial" w:hAnsi="Arial" w:cs="Arial"/>
          <w:sz w:val="24"/>
          <w:szCs w:val="24"/>
        </w:rPr>
        <w:t xml:space="preserve">primer caso, </w:t>
      </w:r>
      <w:r w:rsidR="0025537A">
        <w:rPr>
          <w:rFonts w:ascii="Arial" w:hAnsi="Arial" w:cs="Arial"/>
          <w:sz w:val="24"/>
          <w:szCs w:val="24"/>
        </w:rPr>
        <w:t>$</w:t>
      </w:r>
      <w:r w:rsidRPr="002E4E9B">
        <w:rPr>
          <w:rFonts w:ascii="Arial" w:hAnsi="Arial" w:cs="Arial"/>
          <w:sz w:val="24"/>
          <w:szCs w:val="24"/>
        </w:rPr>
        <w:t>45,643,671</w:t>
      </w:r>
      <w:r w:rsidR="0025537A">
        <w:rPr>
          <w:rFonts w:ascii="Arial" w:hAnsi="Arial" w:cs="Arial"/>
          <w:sz w:val="24"/>
          <w:szCs w:val="24"/>
        </w:rPr>
        <w:t>.</w:t>
      </w:r>
      <w:r w:rsidRPr="002E4E9B">
        <w:rPr>
          <w:rFonts w:ascii="Arial" w:hAnsi="Arial" w:cs="Arial"/>
          <w:sz w:val="24"/>
          <w:szCs w:val="24"/>
        </w:rPr>
        <w:t>49</w:t>
      </w:r>
      <w:r w:rsidR="0025537A">
        <w:rPr>
          <w:rFonts w:ascii="Arial" w:hAnsi="Arial" w:cs="Arial"/>
          <w:sz w:val="24"/>
          <w:szCs w:val="24"/>
        </w:rPr>
        <w:t xml:space="preserve"> </w:t>
      </w:r>
      <w:r w:rsidRPr="002E4E9B">
        <w:rPr>
          <w:rFonts w:ascii="Arial" w:hAnsi="Arial" w:cs="Arial"/>
          <w:sz w:val="24"/>
          <w:szCs w:val="24"/>
        </w:rPr>
        <w:t xml:space="preserve"> y de participaciones estatales </w:t>
      </w:r>
      <w:r w:rsidR="0025537A">
        <w:rPr>
          <w:rFonts w:ascii="Arial" w:hAnsi="Arial" w:cs="Arial"/>
          <w:sz w:val="24"/>
          <w:szCs w:val="24"/>
        </w:rPr>
        <w:t>$</w:t>
      </w:r>
      <w:r w:rsidRPr="002E4E9B">
        <w:rPr>
          <w:rFonts w:ascii="Arial" w:hAnsi="Arial" w:cs="Arial"/>
          <w:sz w:val="24"/>
          <w:szCs w:val="24"/>
        </w:rPr>
        <w:t>2,748</w:t>
      </w:r>
      <w:r w:rsidR="0025537A">
        <w:rPr>
          <w:rFonts w:ascii="Arial" w:hAnsi="Arial" w:cs="Arial"/>
          <w:sz w:val="24"/>
          <w:szCs w:val="24"/>
        </w:rPr>
        <w:t>,</w:t>
      </w:r>
      <w:r w:rsidRPr="002E4E9B">
        <w:rPr>
          <w:rFonts w:ascii="Arial" w:hAnsi="Arial" w:cs="Arial"/>
          <w:sz w:val="24"/>
          <w:szCs w:val="24"/>
        </w:rPr>
        <w:t>4</w:t>
      </w:r>
      <w:r w:rsidR="0025537A">
        <w:rPr>
          <w:rFonts w:ascii="Arial" w:hAnsi="Arial" w:cs="Arial"/>
          <w:sz w:val="24"/>
          <w:szCs w:val="24"/>
        </w:rPr>
        <w:t>70.</w:t>
      </w:r>
      <w:r w:rsidRPr="002E4E9B">
        <w:rPr>
          <w:rFonts w:ascii="Arial" w:hAnsi="Arial" w:cs="Arial"/>
          <w:sz w:val="24"/>
          <w:szCs w:val="24"/>
        </w:rPr>
        <w:t>70</w:t>
      </w:r>
      <w:r w:rsidR="0025537A">
        <w:rPr>
          <w:rFonts w:ascii="Arial" w:hAnsi="Arial" w:cs="Arial"/>
          <w:sz w:val="24"/>
          <w:szCs w:val="24"/>
        </w:rPr>
        <w:t xml:space="preserve"> </w:t>
      </w:r>
      <w:r w:rsidRPr="002E4E9B">
        <w:rPr>
          <w:rFonts w:ascii="Arial" w:hAnsi="Arial" w:cs="Arial"/>
          <w:sz w:val="24"/>
          <w:szCs w:val="24"/>
        </w:rPr>
        <w:t xml:space="preserve"> dando un total en las modificaciones al arza de </w:t>
      </w:r>
      <w:r w:rsidR="0025537A">
        <w:rPr>
          <w:rFonts w:ascii="Arial" w:hAnsi="Arial" w:cs="Arial"/>
          <w:sz w:val="24"/>
          <w:szCs w:val="24"/>
        </w:rPr>
        <w:t>$</w:t>
      </w:r>
      <w:r w:rsidRPr="002E4E9B">
        <w:rPr>
          <w:rFonts w:ascii="Arial" w:hAnsi="Arial" w:cs="Arial"/>
          <w:sz w:val="24"/>
          <w:szCs w:val="24"/>
        </w:rPr>
        <w:t>64,</w:t>
      </w:r>
      <w:r w:rsidR="0025537A">
        <w:rPr>
          <w:rFonts w:ascii="Arial" w:hAnsi="Arial" w:cs="Arial"/>
          <w:sz w:val="24"/>
          <w:szCs w:val="24"/>
        </w:rPr>
        <w:t xml:space="preserve">004,911.31 </w:t>
      </w:r>
      <w:r w:rsidRPr="002E4E9B">
        <w:rPr>
          <w:rFonts w:ascii="Arial" w:hAnsi="Arial" w:cs="Arial"/>
          <w:sz w:val="24"/>
          <w:szCs w:val="24"/>
        </w:rPr>
        <w:t>, dando total de ingresos al corte del 30</w:t>
      </w:r>
      <w:r w:rsidR="0025537A">
        <w:rPr>
          <w:rFonts w:ascii="Arial" w:hAnsi="Arial" w:cs="Arial"/>
          <w:sz w:val="24"/>
          <w:szCs w:val="24"/>
        </w:rPr>
        <w:t xml:space="preserve"> treinta</w:t>
      </w:r>
      <w:r w:rsidRPr="002E4E9B">
        <w:rPr>
          <w:rFonts w:ascii="Arial" w:hAnsi="Arial" w:cs="Arial"/>
          <w:sz w:val="24"/>
          <w:szCs w:val="24"/>
        </w:rPr>
        <w:t xml:space="preserve"> de junio de</w:t>
      </w:r>
      <w:r w:rsidR="00C24C5A">
        <w:rPr>
          <w:rFonts w:ascii="Arial" w:hAnsi="Arial" w:cs="Arial"/>
          <w:sz w:val="24"/>
          <w:szCs w:val="24"/>
        </w:rPr>
        <w:t xml:space="preserve"> </w:t>
      </w:r>
      <w:r w:rsidRPr="002E4E9B">
        <w:rPr>
          <w:rFonts w:ascii="Arial" w:hAnsi="Arial" w:cs="Arial"/>
          <w:sz w:val="24"/>
          <w:szCs w:val="24"/>
        </w:rPr>
        <w:t>2026</w:t>
      </w:r>
      <w:r w:rsidR="0025537A">
        <w:rPr>
          <w:rFonts w:ascii="Arial" w:hAnsi="Arial" w:cs="Arial"/>
          <w:sz w:val="24"/>
          <w:szCs w:val="24"/>
        </w:rPr>
        <w:t xml:space="preserve"> dos mil veintiséis</w:t>
      </w:r>
      <w:r w:rsidRPr="002E4E9B">
        <w:rPr>
          <w:rFonts w:ascii="Arial" w:hAnsi="Arial" w:cs="Arial"/>
          <w:sz w:val="24"/>
          <w:szCs w:val="24"/>
        </w:rPr>
        <w:t xml:space="preserve"> de </w:t>
      </w:r>
      <w:r w:rsidR="0025537A">
        <w:rPr>
          <w:rFonts w:ascii="Arial" w:hAnsi="Arial" w:cs="Arial"/>
          <w:sz w:val="24"/>
          <w:szCs w:val="24"/>
        </w:rPr>
        <w:t>$</w:t>
      </w:r>
      <w:r w:rsidRPr="002E4E9B">
        <w:rPr>
          <w:rFonts w:ascii="Arial" w:hAnsi="Arial" w:cs="Arial"/>
          <w:sz w:val="24"/>
          <w:szCs w:val="24"/>
        </w:rPr>
        <w:t>726,606,892</w:t>
      </w:r>
      <w:r w:rsidR="0025537A">
        <w:rPr>
          <w:rFonts w:ascii="Arial" w:hAnsi="Arial" w:cs="Arial"/>
          <w:sz w:val="24"/>
          <w:szCs w:val="24"/>
        </w:rPr>
        <w:t>.</w:t>
      </w:r>
      <w:r w:rsidRPr="002E4E9B">
        <w:rPr>
          <w:rFonts w:ascii="Arial" w:hAnsi="Arial" w:cs="Arial"/>
          <w:sz w:val="24"/>
          <w:szCs w:val="24"/>
        </w:rPr>
        <w:t>74</w:t>
      </w:r>
      <w:r w:rsidR="0025537A">
        <w:rPr>
          <w:rFonts w:ascii="Arial" w:hAnsi="Arial" w:cs="Arial"/>
          <w:sz w:val="24"/>
          <w:szCs w:val="24"/>
        </w:rPr>
        <w:t xml:space="preserve"> </w:t>
      </w:r>
      <w:r w:rsidR="00C24C5A">
        <w:rPr>
          <w:rFonts w:ascii="Arial" w:hAnsi="Arial" w:cs="Arial"/>
          <w:sz w:val="24"/>
          <w:szCs w:val="24"/>
        </w:rPr>
        <w:t xml:space="preserve"> </w:t>
      </w:r>
      <w:r w:rsidRPr="002E4E9B">
        <w:rPr>
          <w:rFonts w:ascii="Arial" w:hAnsi="Arial" w:cs="Arial"/>
          <w:sz w:val="24"/>
          <w:szCs w:val="24"/>
        </w:rPr>
        <w:t>en el tema del del egreso por capítulos y de igual forma pues como sabemos tenemos que tener un balance</w:t>
      </w:r>
      <w:r w:rsidR="00C24C5A">
        <w:rPr>
          <w:rFonts w:ascii="Arial" w:hAnsi="Arial" w:cs="Arial"/>
          <w:sz w:val="24"/>
          <w:szCs w:val="24"/>
        </w:rPr>
        <w:t xml:space="preserve"> </w:t>
      </w:r>
      <w:r w:rsidRPr="002E4E9B">
        <w:rPr>
          <w:rFonts w:ascii="Arial" w:hAnsi="Arial" w:cs="Arial"/>
          <w:sz w:val="24"/>
          <w:szCs w:val="24"/>
        </w:rPr>
        <w:t>presupuestal, todo lo que ingresa se tiene que gastar. En ese sentido se está también proponiendo pues modificaciones en los diferentes capítulos respecto a</w:t>
      </w:r>
      <w:r w:rsidR="00C24C5A">
        <w:rPr>
          <w:rFonts w:ascii="Arial" w:hAnsi="Arial" w:cs="Arial"/>
          <w:sz w:val="24"/>
          <w:szCs w:val="24"/>
        </w:rPr>
        <w:t xml:space="preserve"> </w:t>
      </w:r>
      <w:r w:rsidRPr="002E4E9B">
        <w:rPr>
          <w:rFonts w:ascii="Arial" w:hAnsi="Arial" w:cs="Arial"/>
          <w:sz w:val="24"/>
          <w:szCs w:val="24"/>
        </w:rPr>
        <w:t>cómo se va a ejercer este dinero público.</w:t>
      </w:r>
      <w:r w:rsidR="00C24C5A">
        <w:rPr>
          <w:rFonts w:ascii="Arial" w:hAnsi="Arial" w:cs="Arial"/>
          <w:sz w:val="24"/>
          <w:szCs w:val="24"/>
        </w:rPr>
        <w:t xml:space="preserve"> </w:t>
      </w:r>
      <w:r w:rsidRPr="002E4E9B">
        <w:rPr>
          <w:rFonts w:ascii="Arial" w:hAnsi="Arial" w:cs="Arial"/>
          <w:sz w:val="24"/>
          <w:szCs w:val="24"/>
        </w:rPr>
        <w:t xml:space="preserve">El capítulo </w:t>
      </w:r>
      <w:r w:rsidR="0025537A" w:rsidRPr="002E4E9B">
        <w:rPr>
          <w:rFonts w:ascii="Arial" w:hAnsi="Arial" w:cs="Arial"/>
          <w:sz w:val="24"/>
          <w:szCs w:val="24"/>
        </w:rPr>
        <w:t>1000 servicios</w:t>
      </w:r>
      <w:r w:rsidRPr="002E4E9B">
        <w:rPr>
          <w:rFonts w:ascii="Arial" w:hAnsi="Arial" w:cs="Arial"/>
          <w:sz w:val="24"/>
          <w:szCs w:val="24"/>
        </w:rPr>
        <w:t xml:space="preserve"> personales no se modifica nada, queda este el mismo presupuesto aprobado para el 2026</w:t>
      </w:r>
      <w:r w:rsidR="0025537A">
        <w:rPr>
          <w:rFonts w:ascii="Arial" w:hAnsi="Arial" w:cs="Arial"/>
          <w:sz w:val="24"/>
          <w:szCs w:val="24"/>
        </w:rPr>
        <w:t xml:space="preserve"> dos mil veintiséis</w:t>
      </w:r>
      <w:r w:rsidRPr="002E4E9B">
        <w:rPr>
          <w:rFonts w:ascii="Arial" w:hAnsi="Arial" w:cs="Arial"/>
          <w:sz w:val="24"/>
          <w:szCs w:val="24"/>
        </w:rPr>
        <w:t>.</w:t>
      </w:r>
      <w:r w:rsidR="00C24C5A">
        <w:rPr>
          <w:rFonts w:ascii="Arial" w:hAnsi="Arial" w:cs="Arial"/>
          <w:sz w:val="24"/>
          <w:szCs w:val="24"/>
        </w:rPr>
        <w:t xml:space="preserve"> </w:t>
      </w:r>
      <w:r w:rsidRPr="002E4E9B">
        <w:rPr>
          <w:rFonts w:ascii="Arial" w:hAnsi="Arial" w:cs="Arial"/>
          <w:sz w:val="24"/>
          <w:szCs w:val="24"/>
        </w:rPr>
        <w:t xml:space="preserve">En </w:t>
      </w:r>
      <w:r w:rsidR="0025537A" w:rsidRPr="002E4E9B">
        <w:rPr>
          <w:rFonts w:ascii="Arial" w:hAnsi="Arial" w:cs="Arial"/>
          <w:sz w:val="24"/>
          <w:szCs w:val="24"/>
        </w:rPr>
        <w:t>el capítulo</w:t>
      </w:r>
      <w:r w:rsidRPr="002E4E9B">
        <w:rPr>
          <w:rFonts w:ascii="Arial" w:hAnsi="Arial" w:cs="Arial"/>
          <w:sz w:val="24"/>
          <w:szCs w:val="24"/>
        </w:rPr>
        <w:t xml:space="preserve"> 2000 una hay una reducción en </w:t>
      </w:r>
      <w:r w:rsidR="0025537A">
        <w:rPr>
          <w:rFonts w:ascii="Arial" w:hAnsi="Arial" w:cs="Arial"/>
          <w:sz w:val="24"/>
          <w:szCs w:val="24"/>
        </w:rPr>
        <w:t>$</w:t>
      </w:r>
      <w:r w:rsidRPr="002E4E9B">
        <w:rPr>
          <w:rFonts w:ascii="Arial" w:hAnsi="Arial" w:cs="Arial"/>
          <w:sz w:val="24"/>
          <w:szCs w:val="24"/>
        </w:rPr>
        <w:t>4,30</w:t>
      </w:r>
      <w:r w:rsidR="0025537A">
        <w:rPr>
          <w:rFonts w:ascii="Arial" w:hAnsi="Arial" w:cs="Arial"/>
          <w:sz w:val="24"/>
          <w:szCs w:val="24"/>
        </w:rPr>
        <w:t>2</w:t>
      </w:r>
      <w:r w:rsidRPr="002E4E9B">
        <w:rPr>
          <w:rFonts w:ascii="Arial" w:hAnsi="Arial" w:cs="Arial"/>
          <w:sz w:val="24"/>
          <w:szCs w:val="24"/>
        </w:rPr>
        <w:t xml:space="preserve">, </w:t>
      </w:r>
      <w:r w:rsidR="00413425" w:rsidRPr="002E4E9B">
        <w:rPr>
          <w:rFonts w:ascii="Arial" w:hAnsi="Arial" w:cs="Arial"/>
          <w:sz w:val="24"/>
          <w:szCs w:val="24"/>
        </w:rPr>
        <w:t>467</w:t>
      </w:r>
      <w:r w:rsidR="00413425">
        <w:rPr>
          <w:rFonts w:ascii="Arial" w:hAnsi="Arial" w:cs="Arial"/>
          <w:sz w:val="24"/>
          <w:szCs w:val="24"/>
        </w:rPr>
        <w:t>.</w:t>
      </w:r>
      <w:r w:rsidR="00413425" w:rsidRPr="002E4E9B">
        <w:rPr>
          <w:rFonts w:ascii="Arial" w:hAnsi="Arial" w:cs="Arial"/>
          <w:sz w:val="24"/>
          <w:szCs w:val="24"/>
        </w:rPr>
        <w:t>67</w:t>
      </w:r>
      <w:r w:rsidR="00413425">
        <w:rPr>
          <w:rFonts w:ascii="Arial" w:hAnsi="Arial" w:cs="Arial"/>
          <w:sz w:val="24"/>
          <w:szCs w:val="24"/>
        </w:rPr>
        <w:t xml:space="preserve"> </w:t>
      </w:r>
      <w:r w:rsidR="00413425" w:rsidRPr="002E4E9B">
        <w:rPr>
          <w:rFonts w:ascii="Arial" w:hAnsi="Arial" w:cs="Arial"/>
          <w:sz w:val="24"/>
          <w:szCs w:val="24"/>
        </w:rPr>
        <w:t>que</w:t>
      </w:r>
      <w:r w:rsidR="0025537A" w:rsidRPr="002E4E9B">
        <w:rPr>
          <w:rFonts w:ascii="Arial" w:hAnsi="Arial" w:cs="Arial"/>
          <w:sz w:val="24"/>
          <w:szCs w:val="24"/>
        </w:rPr>
        <w:t>,</w:t>
      </w:r>
      <w:r w:rsidRPr="002E4E9B">
        <w:rPr>
          <w:rFonts w:ascii="Arial" w:hAnsi="Arial" w:cs="Arial"/>
          <w:sz w:val="24"/>
          <w:szCs w:val="24"/>
        </w:rPr>
        <w:t xml:space="preserve"> dando un total de</w:t>
      </w:r>
      <w:r w:rsidR="00C24C5A">
        <w:rPr>
          <w:rFonts w:ascii="Arial" w:hAnsi="Arial" w:cs="Arial"/>
          <w:sz w:val="24"/>
          <w:szCs w:val="24"/>
        </w:rPr>
        <w:t xml:space="preserve"> </w:t>
      </w:r>
      <w:r w:rsidR="00413425" w:rsidRPr="002E4E9B">
        <w:rPr>
          <w:rFonts w:ascii="Arial" w:hAnsi="Arial" w:cs="Arial"/>
          <w:sz w:val="24"/>
          <w:szCs w:val="24"/>
        </w:rPr>
        <w:t>51,978,489</w:t>
      </w:r>
      <w:r w:rsidR="00413425">
        <w:rPr>
          <w:rFonts w:ascii="Arial" w:hAnsi="Arial" w:cs="Arial"/>
          <w:sz w:val="24"/>
          <w:szCs w:val="24"/>
        </w:rPr>
        <w:t>.1</w:t>
      </w:r>
      <w:r w:rsidR="00413425" w:rsidRPr="002E4E9B">
        <w:rPr>
          <w:rFonts w:ascii="Arial" w:hAnsi="Arial" w:cs="Arial"/>
          <w:sz w:val="24"/>
          <w:szCs w:val="24"/>
        </w:rPr>
        <w:t>3</w:t>
      </w:r>
      <w:r w:rsidR="00413425">
        <w:rPr>
          <w:rFonts w:ascii="Arial" w:hAnsi="Arial" w:cs="Arial"/>
          <w:sz w:val="24"/>
          <w:szCs w:val="24"/>
        </w:rPr>
        <w:t>.</w:t>
      </w:r>
      <w:r w:rsidR="00C24C5A">
        <w:rPr>
          <w:rFonts w:ascii="Arial" w:hAnsi="Arial" w:cs="Arial"/>
          <w:sz w:val="24"/>
          <w:szCs w:val="24"/>
        </w:rPr>
        <w:t xml:space="preserve"> </w:t>
      </w:r>
      <w:r w:rsidRPr="002E4E9B">
        <w:rPr>
          <w:rFonts w:ascii="Arial" w:hAnsi="Arial" w:cs="Arial"/>
          <w:sz w:val="24"/>
          <w:szCs w:val="24"/>
        </w:rPr>
        <w:t xml:space="preserve">Capítulo 3000. una un aumento de </w:t>
      </w:r>
      <w:r w:rsidR="0025537A">
        <w:rPr>
          <w:rFonts w:ascii="Arial" w:hAnsi="Arial" w:cs="Arial"/>
          <w:sz w:val="24"/>
          <w:szCs w:val="24"/>
        </w:rPr>
        <w:t>$</w:t>
      </w:r>
      <w:r w:rsidR="00413425" w:rsidRPr="002E4E9B">
        <w:rPr>
          <w:rFonts w:ascii="Arial" w:hAnsi="Arial" w:cs="Arial"/>
          <w:sz w:val="24"/>
          <w:szCs w:val="24"/>
        </w:rPr>
        <w:t>8,725,730</w:t>
      </w:r>
      <w:r w:rsidR="00413425">
        <w:rPr>
          <w:rFonts w:ascii="Arial" w:hAnsi="Arial" w:cs="Arial"/>
          <w:sz w:val="24"/>
          <w:szCs w:val="24"/>
        </w:rPr>
        <w:t>.</w:t>
      </w:r>
      <w:r w:rsidR="00413425" w:rsidRPr="002E4E9B">
        <w:rPr>
          <w:rFonts w:ascii="Arial" w:hAnsi="Arial" w:cs="Arial"/>
          <w:sz w:val="24"/>
          <w:szCs w:val="24"/>
        </w:rPr>
        <w:t xml:space="preserve">43 </w:t>
      </w:r>
      <w:r w:rsidR="00413425">
        <w:rPr>
          <w:rFonts w:ascii="Arial" w:hAnsi="Arial" w:cs="Arial"/>
          <w:sz w:val="24"/>
          <w:szCs w:val="24"/>
        </w:rPr>
        <w:t>que</w:t>
      </w:r>
      <w:r w:rsidRPr="002E4E9B">
        <w:rPr>
          <w:rFonts w:ascii="Arial" w:hAnsi="Arial" w:cs="Arial"/>
          <w:sz w:val="24"/>
          <w:szCs w:val="24"/>
        </w:rPr>
        <w:t xml:space="preserve"> da un total de </w:t>
      </w:r>
      <w:r w:rsidR="0025537A">
        <w:rPr>
          <w:rFonts w:ascii="Arial" w:hAnsi="Arial" w:cs="Arial"/>
          <w:sz w:val="24"/>
          <w:szCs w:val="24"/>
        </w:rPr>
        <w:t>$</w:t>
      </w:r>
      <w:r w:rsidR="00413425" w:rsidRPr="002E4E9B">
        <w:rPr>
          <w:rFonts w:ascii="Arial" w:hAnsi="Arial" w:cs="Arial"/>
          <w:sz w:val="24"/>
          <w:szCs w:val="24"/>
        </w:rPr>
        <w:t>115,534,178</w:t>
      </w:r>
      <w:r w:rsidR="00413425">
        <w:rPr>
          <w:rFonts w:ascii="Arial" w:hAnsi="Arial" w:cs="Arial"/>
          <w:sz w:val="24"/>
          <w:szCs w:val="24"/>
        </w:rPr>
        <w:t>.</w:t>
      </w:r>
      <w:r w:rsidR="00413425" w:rsidRPr="002E4E9B">
        <w:rPr>
          <w:rFonts w:ascii="Arial" w:hAnsi="Arial" w:cs="Arial"/>
          <w:sz w:val="24"/>
          <w:szCs w:val="24"/>
        </w:rPr>
        <w:t>90</w:t>
      </w:r>
      <w:r w:rsidR="00413425">
        <w:rPr>
          <w:rFonts w:ascii="Arial" w:hAnsi="Arial" w:cs="Arial"/>
          <w:sz w:val="24"/>
          <w:szCs w:val="24"/>
        </w:rPr>
        <w:t xml:space="preserve"> </w:t>
      </w:r>
      <w:r w:rsidR="00413425" w:rsidRPr="002E4E9B">
        <w:rPr>
          <w:rFonts w:ascii="Arial" w:hAnsi="Arial" w:cs="Arial"/>
          <w:sz w:val="24"/>
          <w:szCs w:val="24"/>
        </w:rPr>
        <w:t>en</w:t>
      </w:r>
      <w:r w:rsidRPr="002E4E9B">
        <w:rPr>
          <w:rFonts w:ascii="Arial" w:hAnsi="Arial" w:cs="Arial"/>
          <w:sz w:val="24"/>
          <w:szCs w:val="24"/>
        </w:rPr>
        <w:t xml:space="preserve"> el a partir de 4,000 de transferencias, asignaciones, subsidios y otras ayudas que aquí entran los</w:t>
      </w:r>
      <w:r w:rsidR="00C24C5A">
        <w:rPr>
          <w:rFonts w:ascii="Arial" w:hAnsi="Arial" w:cs="Arial"/>
          <w:sz w:val="24"/>
          <w:szCs w:val="24"/>
        </w:rPr>
        <w:t xml:space="preserve"> </w:t>
      </w:r>
      <w:r w:rsidRPr="002E4E9B">
        <w:rPr>
          <w:rFonts w:ascii="Arial" w:hAnsi="Arial" w:cs="Arial"/>
          <w:sz w:val="24"/>
          <w:szCs w:val="24"/>
        </w:rPr>
        <w:t xml:space="preserve">programas sociales. un aumento la alza de </w:t>
      </w:r>
      <w:r w:rsidR="0025537A">
        <w:rPr>
          <w:rFonts w:ascii="Arial" w:hAnsi="Arial" w:cs="Arial"/>
          <w:sz w:val="24"/>
          <w:szCs w:val="24"/>
        </w:rPr>
        <w:t>$</w:t>
      </w:r>
      <w:r w:rsidR="00413425" w:rsidRPr="002E4E9B">
        <w:rPr>
          <w:rFonts w:ascii="Arial" w:hAnsi="Arial" w:cs="Arial"/>
          <w:sz w:val="24"/>
          <w:szCs w:val="24"/>
        </w:rPr>
        <w:t>6,907,519</w:t>
      </w:r>
      <w:r w:rsidR="00413425">
        <w:rPr>
          <w:rFonts w:ascii="Arial" w:hAnsi="Arial" w:cs="Arial"/>
          <w:sz w:val="24"/>
          <w:szCs w:val="24"/>
        </w:rPr>
        <w:t>.</w:t>
      </w:r>
      <w:r w:rsidR="00413425" w:rsidRPr="002E4E9B">
        <w:rPr>
          <w:rFonts w:ascii="Arial" w:hAnsi="Arial" w:cs="Arial"/>
          <w:sz w:val="24"/>
          <w:szCs w:val="24"/>
        </w:rPr>
        <w:t>28</w:t>
      </w:r>
      <w:r w:rsidR="00413425">
        <w:rPr>
          <w:rFonts w:ascii="Arial" w:hAnsi="Arial" w:cs="Arial"/>
          <w:sz w:val="24"/>
          <w:szCs w:val="24"/>
        </w:rPr>
        <w:t xml:space="preserve"> </w:t>
      </w:r>
      <w:r w:rsidR="00413425" w:rsidRPr="002E4E9B">
        <w:rPr>
          <w:rFonts w:ascii="Arial" w:hAnsi="Arial" w:cs="Arial"/>
          <w:sz w:val="24"/>
          <w:szCs w:val="24"/>
        </w:rPr>
        <w:t>que</w:t>
      </w:r>
      <w:r w:rsidRPr="002E4E9B">
        <w:rPr>
          <w:rFonts w:ascii="Arial" w:hAnsi="Arial" w:cs="Arial"/>
          <w:sz w:val="24"/>
          <w:szCs w:val="24"/>
        </w:rPr>
        <w:t xml:space="preserve"> un quedando un total de </w:t>
      </w:r>
      <w:r w:rsidR="0025537A">
        <w:rPr>
          <w:rFonts w:ascii="Arial" w:hAnsi="Arial" w:cs="Arial"/>
          <w:sz w:val="24"/>
          <w:szCs w:val="24"/>
        </w:rPr>
        <w:t>$</w:t>
      </w:r>
      <w:r w:rsidR="00413425" w:rsidRPr="002E4E9B">
        <w:rPr>
          <w:rFonts w:ascii="Arial" w:hAnsi="Arial" w:cs="Arial"/>
          <w:sz w:val="24"/>
          <w:szCs w:val="24"/>
        </w:rPr>
        <w:t>65,867,064</w:t>
      </w:r>
      <w:r w:rsidR="00413425">
        <w:rPr>
          <w:rFonts w:ascii="Arial" w:hAnsi="Arial" w:cs="Arial"/>
          <w:sz w:val="24"/>
          <w:szCs w:val="24"/>
        </w:rPr>
        <w:t>.</w:t>
      </w:r>
      <w:r w:rsidR="00413425" w:rsidRPr="002E4E9B">
        <w:rPr>
          <w:rFonts w:ascii="Arial" w:hAnsi="Arial" w:cs="Arial"/>
          <w:sz w:val="24"/>
          <w:szCs w:val="24"/>
        </w:rPr>
        <w:t>44</w:t>
      </w:r>
      <w:r w:rsidR="00413425">
        <w:rPr>
          <w:rFonts w:ascii="Arial" w:hAnsi="Arial" w:cs="Arial"/>
          <w:sz w:val="24"/>
          <w:szCs w:val="24"/>
        </w:rPr>
        <w:t>.</w:t>
      </w:r>
      <w:r w:rsidR="00C24C5A">
        <w:rPr>
          <w:rFonts w:ascii="Arial" w:hAnsi="Arial" w:cs="Arial"/>
          <w:sz w:val="24"/>
          <w:szCs w:val="24"/>
        </w:rPr>
        <w:t xml:space="preserve"> </w:t>
      </w:r>
      <w:r w:rsidRPr="002E4E9B">
        <w:rPr>
          <w:rFonts w:ascii="Arial" w:hAnsi="Arial" w:cs="Arial"/>
          <w:sz w:val="24"/>
          <w:szCs w:val="24"/>
        </w:rPr>
        <w:t xml:space="preserve">En el capítulo 5,000 bienes muebles, inmuebles e intangibles, un aumento al alza de </w:t>
      </w:r>
      <w:r w:rsidR="0025537A">
        <w:rPr>
          <w:rFonts w:ascii="Arial" w:hAnsi="Arial" w:cs="Arial"/>
          <w:sz w:val="24"/>
          <w:szCs w:val="24"/>
        </w:rPr>
        <w:t>$</w:t>
      </w:r>
      <w:r w:rsidR="00413425" w:rsidRPr="002E4E9B">
        <w:rPr>
          <w:rFonts w:ascii="Arial" w:hAnsi="Arial" w:cs="Arial"/>
          <w:sz w:val="24"/>
          <w:szCs w:val="24"/>
        </w:rPr>
        <w:t>8,</w:t>
      </w:r>
      <w:r w:rsidR="00413425">
        <w:rPr>
          <w:rFonts w:ascii="Arial" w:hAnsi="Arial" w:cs="Arial"/>
          <w:sz w:val="24"/>
          <w:szCs w:val="24"/>
        </w:rPr>
        <w:t>0</w:t>
      </w:r>
      <w:r w:rsidR="00413425" w:rsidRPr="002E4E9B">
        <w:rPr>
          <w:rFonts w:ascii="Arial" w:hAnsi="Arial" w:cs="Arial"/>
          <w:sz w:val="24"/>
          <w:szCs w:val="24"/>
        </w:rPr>
        <w:t>92,392</w:t>
      </w:r>
      <w:r w:rsidR="00413425">
        <w:rPr>
          <w:rFonts w:ascii="Arial" w:hAnsi="Arial" w:cs="Arial"/>
          <w:sz w:val="24"/>
          <w:szCs w:val="24"/>
        </w:rPr>
        <w:t>.</w:t>
      </w:r>
      <w:r w:rsidR="00413425" w:rsidRPr="002E4E9B">
        <w:rPr>
          <w:rFonts w:ascii="Arial" w:hAnsi="Arial" w:cs="Arial"/>
          <w:sz w:val="24"/>
          <w:szCs w:val="24"/>
        </w:rPr>
        <w:t>43</w:t>
      </w:r>
      <w:r w:rsidR="00413425">
        <w:rPr>
          <w:rFonts w:ascii="Arial" w:hAnsi="Arial" w:cs="Arial"/>
          <w:sz w:val="24"/>
          <w:szCs w:val="24"/>
        </w:rPr>
        <w:t xml:space="preserve"> </w:t>
      </w:r>
      <w:r w:rsidR="00413425" w:rsidRPr="002E4E9B">
        <w:rPr>
          <w:rFonts w:ascii="Arial" w:hAnsi="Arial" w:cs="Arial"/>
          <w:sz w:val="24"/>
          <w:szCs w:val="24"/>
        </w:rPr>
        <w:t>que</w:t>
      </w:r>
      <w:r w:rsidRPr="002E4E9B">
        <w:rPr>
          <w:rFonts w:ascii="Arial" w:hAnsi="Arial" w:cs="Arial"/>
          <w:sz w:val="24"/>
          <w:szCs w:val="24"/>
        </w:rPr>
        <w:t xml:space="preserve"> un total de </w:t>
      </w:r>
      <w:r w:rsidR="0025537A">
        <w:rPr>
          <w:rFonts w:ascii="Arial" w:hAnsi="Arial" w:cs="Arial"/>
          <w:sz w:val="24"/>
          <w:szCs w:val="24"/>
        </w:rPr>
        <w:t>$</w:t>
      </w:r>
      <w:r w:rsidR="00413425" w:rsidRPr="002E4E9B">
        <w:rPr>
          <w:rFonts w:ascii="Arial" w:hAnsi="Arial" w:cs="Arial"/>
          <w:sz w:val="24"/>
          <w:szCs w:val="24"/>
        </w:rPr>
        <w:t>21,</w:t>
      </w:r>
      <w:r w:rsidR="00413425">
        <w:rPr>
          <w:rFonts w:ascii="Arial" w:hAnsi="Arial" w:cs="Arial"/>
          <w:sz w:val="24"/>
          <w:szCs w:val="24"/>
        </w:rPr>
        <w:t>0</w:t>
      </w:r>
      <w:r w:rsidR="00413425" w:rsidRPr="002E4E9B">
        <w:rPr>
          <w:rFonts w:ascii="Arial" w:hAnsi="Arial" w:cs="Arial"/>
          <w:sz w:val="24"/>
          <w:szCs w:val="24"/>
        </w:rPr>
        <w:t>79,363</w:t>
      </w:r>
      <w:r w:rsidR="00413425">
        <w:rPr>
          <w:rFonts w:ascii="Arial" w:hAnsi="Arial" w:cs="Arial"/>
          <w:sz w:val="24"/>
          <w:szCs w:val="24"/>
        </w:rPr>
        <w:t>.</w:t>
      </w:r>
      <w:r w:rsidR="00413425" w:rsidRPr="002E4E9B">
        <w:rPr>
          <w:rFonts w:ascii="Arial" w:hAnsi="Arial" w:cs="Arial"/>
          <w:sz w:val="24"/>
          <w:szCs w:val="24"/>
        </w:rPr>
        <w:t>63</w:t>
      </w:r>
      <w:r w:rsidR="00413425">
        <w:rPr>
          <w:rFonts w:ascii="Arial" w:hAnsi="Arial" w:cs="Arial"/>
          <w:sz w:val="24"/>
          <w:szCs w:val="24"/>
        </w:rPr>
        <w:t>.</w:t>
      </w:r>
      <w:r w:rsidR="00C24C5A">
        <w:rPr>
          <w:rFonts w:ascii="Arial" w:hAnsi="Arial" w:cs="Arial"/>
          <w:sz w:val="24"/>
          <w:szCs w:val="24"/>
        </w:rPr>
        <w:t xml:space="preserve"> </w:t>
      </w:r>
      <w:r w:rsidRPr="002E4E9B">
        <w:rPr>
          <w:rFonts w:ascii="Arial" w:hAnsi="Arial" w:cs="Arial"/>
          <w:sz w:val="24"/>
          <w:szCs w:val="24"/>
        </w:rPr>
        <w:t>Si gusta terminamos la tabla y ahorita este les seamos el uso de la voz</w:t>
      </w:r>
      <w:r w:rsidR="00A67238" w:rsidRPr="002E4E9B">
        <w:rPr>
          <w:rFonts w:ascii="Arial" w:hAnsi="Arial" w:cs="Arial"/>
          <w:sz w:val="24"/>
          <w:szCs w:val="24"/>
        </w:rPr>
        <w:t>,</w:t>
      </w:r>
      <w:r w:rsidRPr="002E4E9B">
        <w:rPr>
          <w:rFonts w:ascii="Arial" w:hAnsi="Arial" w:cs="Arial"/>
          <w:sz w:val="24"/>
          <w:szCs w:val="24"/>
        </w:rPr>
        <w:t xml:space="preserve"> quedando un total de No, sí lo dije,</w:t>
      </w:r>
      <w:r w:rsidR="00C24C5A">
        <w:rPr>
          <w:rFonts w:ascii="Arial" w:hAnsi="Arial" w:cs="Arial"/>
          <w:sz w:val="24"/>
          <w:szCs w:val="24"/>
        </w:rPr>
        <w:t xml:space="preserve"> </w:t>
      </w:r>
      <w:r w:rsidRPr="002E4E9B">
        <w:rPr>
          <w:rFonts w:ascii="Arial" w:hAnsi="Arial" w:cs="Arial"/>
          <w:sz w:val="24"/>
          <w:szCs w:val="24"/>
        </w:rPr>
        <w:t xml:space="preserve">¿no? 21 millones. En el capítulo 6000 de inversión pública, un aumento </w:t>
      </w:r>
      <w:r w:rsidR="00A67238" w:rsidRPr="002E4E9B">
        <w:rPr>
          <w:rFonts w:ascii="Arial" w:hAnsi="Arial" w:cs="Arial"/>
          <w:sz w:val="24"/>
          <w:szCs w:val="24"/>
        </w:rPr>
        <w:t>al alza</w:t>
      </w:r>
      <w:r w:rsidRPr="002E4E9B">
        <w:rPr>
          <w:rFonts w:ascii="Arial" w:hAnsi="Arial" w:cs="Arial"/>
          <w:sz w:val="24"/>
          <w:szCs w:val="24"/>
        </w:rPr>
        <w:t xml:space="preserve"> de </w:t>
      </w:r>
      <w:r w:rsidR="00A67238">
        <w:rPr>
          <w:rFonts w:ascii="Arial" w:hAnsi="Arial" w:cs="Arial"/>
          <w:sz w:val="24"/>
          <w:szCs w:val="24"/>
        </w:rPr>
        <w:t>$</w:t>
      </w:r>
      <w:r w:rsidR="00413425" w:rsidRPr="002E4E9B">
        <w:rPr>
          <w:rFonts w:ascii="Arial" w:hAnsi="Arial" w:cs="Arial"/>
          <w:sz w:val="24"/>
          <w:szCs w:val="24"/>
        </w:rPr>
        <w:t>48,478,650</w:t>
      </w:r>
      <w:r w:rsidR="00413425">
        <w:rPr>
          <w:rFonts w:ascii="Arial" w:hAnsi="Arial" w:cs="Arial"/>
          <w:sz w:val="24"/>
          <w:szCs w:val="24"/>
        </w:rPr>
        <w:t>.</w:t>
      </w:r>
      <w:r w:rsidR="00413425" w:rsidRPr="002E4E9B">
        <w:rPr>
          <w:rFonts w:ascii="Arial" w:hAnsi="Arial" w:cs="Arial"/>
          <w:sz w:val="24"/>
          <w:szCs w:val="24"/>
        </w:rPr>
        <w:t>35</w:t>
      </w:r>
      <w:r w:rsidR="00413425">
        <w:rPr>
          <w:rFonts w:ascii="Arial" w:hAnsi="Arial" w:cs="Arial"/>
          <w:sz w:val="24"/>
          <w:szCs w:val="24"/>
        </w:rPr>
        <w:t xml:space="preserve"> </w:t>
      </w:r>
      <w:r w:rsidR="00413425" w:rsidRPr="002E4E9B">
        <w:rPr>
          <w:rFonts w:ascii="Arial" w:hAnsi="Arial" w:cs="Arial"/>
          <w:sz w:val="24"/>
          <w:szCs w:val="24"/>
        </w:rPr>
        <w:t>quedando</w:t>
      </w:r>
      <w:r w:rsidRPr="002E4E9B">
        <w:rPr>
          <w:rFonts w:ascii="Arial" w:hAnsi="Arial" w:cs="Arial"/>
          <w:sz w:val="24"/>
          <w:szCs w:val="24"/>
        </w:rPr>
        <w:t xml:space="preserve"> un total de </w:t>
      </w:r>
      <w:r w:rsidR="00A67238">
        <w:rPr>
          <w:rFonts w:ascii="Arial" w:hAnsi="Arial" w:cs="Arial"/>
          <w:sz w:val="24"/>
          <w:szCs w:val="24"/>
        </w:rPr>
        <w:t>$</w:t>
      </w:r>
      <w:r w:rsidR="00413425" w:rsidRPr="002E4E9B">
        <w:rPr>
          <w:rFonts w:ascii="Arial" w:hAnsi="Arial" w:cs="Arial"/>
          <w:sz w:val="24"/>
          <w:szCs w:val="24"/>
        </w:rPr>
        <w:t>99,576,178</w:t>
      </w:r>
      <w:r w:rsidR="00413425">
        <w:rPr>
          <w:rFonts w:ascii="Arial" w:hAnsi="Arial" w:cs="Arial"/>
          <w:sz w:val="24"/>
          <w:szCs w:val="24"/>
        </w:rPr>
        <w:t>.</w:t>
      </w:r>
      <w:r w:rsidR="00413425" w:rsidRPr="002E4E9B">
        <w:rPr>
          <w:rFonts w:ascii="Arial" w:hAnsi="Arial" w:cs="Arial"/>
          <w:sz w:val="24"/>
          <w:szCs w:val="24"/>
        </w:rPr>
        <w:t>82</w:t>
      </w:r>
      <w:r w:rsidR="00413425">
        <w:rPr>
          <w:rFonts w:ascii="Arial" w:hAnsi="Arial" w:cs="Arial"/>
          <w:sz w:val="24"/>
          <w:szCs w:val="24"/>
        </w:rPr>
        <w:t>.</w:t>
      </w:r>
      <w:r w:rsidRPr="002E4E9B">
        <w:rPr>
          <w:rFonts w:ascii="Arial" w:hAnsi="Arial" w:cs="Arial"/>
          <w:sz w:val="24"/>
          <w:szCs w:val="24"/>
        </w:rPr>
        <w:t xml:space="preserve"> Este capítulo corresponde a la obra pública.</w:t>
      </w:r>
      <w:r w:rsidR="00C24C5A">
        <w:rPr>
          <w:rFonts w:ascii="Arial" w:hAnsi="Arial" w:cs="Arial"/>
          <w:sz w:val="24"/>
          <w:szCs w:val="24"/>
        </w:rPr>
        <w:t xml:space="preserve"> </w:t>
      </w:r>
      <w:r w:rsidRPr="002E4E9B">
        <w:rPr>
          <w:rFonts w:ascii="Arial" w:hAnsi="Arial" w:cs="Arial"/>
          <w:sz w:val="24"/>
          <w:szCs w:val="24"/>
        </w:rPr>
        <w:t xml:space="preserve">En el capítulo 7000, inversiones financieras y otras provisiones, una disminución de </w:t>
      </w:r>
      <w:r w:rsidR="00A67238">
        <w:rPr>
          <w:rFonts w:ascii="Arial" w:hAnsi="Arial" w:cs="Arial"/>
          <w:sz w:val="24"/>
          <w:szCs w:val="24"/>
        </w:rPr>
        <w:t>$</w:t>
      </w:r>
      <w:r w:rsidR="00413425" w:rsidRPr="002E4E9B">
        <w:rPr>
          <w:rFonts w:ascii="Arial" w:hAnsi="Arial" w:cs="Arial"/>
          <w:sz w:val="24"/>
          <w:szCs w:val="24"/>
        </w:rPr>
        <w:t>10,599</w:t>
      </w:r>
      <w:r w:rsidR="00413425">
        <w:rPr>
          <w:rFonts w:ascii="Arial" w:hAnsi="Arial" w:cs="Arial"/>
          <w:sz w:val="24"/>
          <w:szCs w:val="24"/>
        </w:rPr>
        <w:t>.00</w:t>
      </w:r>
      <w:r w:rsidR="00413425" w:rsidRPr="002E4E9B">
        <w:rPr>
          <w:rFonts w:ascii="Arial" w:hAnsi="Arial" w:cs="Arial"/>
          <w:sz w:val="24"/>
          <w:szCs w:val="24"/>
        </w:rPr>
        <w:t>,</w:t>
      </w:r>
      <w:r w:rsidRPr="002E4E9B">
        <w:rPr>
          <w:rFonts w:ascii="Arial" w:hAnsi="Arial" w:cs="Arial"/>
          <w:sz w:val="24"/>
          <w:szCs w:val="24"/>
        </w:rPr>
        <w:t xml:space="preserve"> que dan un total de </w:t>
      </w:r>
      <w:r w:rsidR="00A67238">
        <w:rPr>
          <w:rFonts w:ascii="Arial" w:hAnsi="Arial" w:cs="Arial"/>
          <w:sz w:val="24"/>
          <w:szCs w:val="24"/>
        </w:rPr>
        <w:t>$</w:t>
      </w:r>
      <w:r w:rsidRPr="002E4E9B">
        <w:rPr>
          <w:rFonts w:ascii="Arial" w:hAnsi="Arial" w:cs="Arial"/>
          <w:sz w:val="24"/>
          <w:szCs w:val="24"/>
        </w:rPr>
        <w:t>989,000</w:t>
      </w:r>
      <w:r w:rsidR="00A67238">
        <w:rPr>
          <w:rFonts w:ascii="Arial" w:hAnsi="Arial" w:cs="Arial"/>
          <w:sz w:val="24"/>
          <w:szCs w:val="24"/>
        </w:rPr>
        <w:t>.</w:t>
      </w:r>
      <w:r w:rsidRPr="002E4E9B">
        <w:rPr>
          <w:rFonts w:ascii="Arial" w:hAnsi="Arial" w:cs="Arial"/>
          <w:sz w:val="24"/>
          <w:szCs w:val="24"/>
        </w:rPr>
        <w:t>401.</w:t>
      </w:r>
      <w:r w:rsidR="00413425">
        <w:rPr>
          <w:rFonts w:ascii="Arial" w:hAnsi="Arial" w:cs="Arial"/>
          <w:sz w:val="24"/>
          <w:szCs w:val="24"/>
        </w:rPr>
        <w:t>00 En</w:t>
      </w:r>
      <w:r w:rsidRPr="002E4E9B">
        <w:rPr>
          <w:rFonts w:ascii="Arial" w:hAnsi="Arial" w:cs="Arial"/>
          <w:sz w:val="24"/>
          <w:szCs w:val="24"/>
        </w:rPr>
        <w:t xml:space="preserve"> el tema del capítulo 9,000, que es deuda pública, una reducción de </w:t>
      </w:r>
      <w:r w:rsidR="00A67238">
        <w:rPr>
          <w:rFonts w:ascii="Arial" w:hAnsi="Arial" w:cs="Arial"/>
          <w:sz w:val="24"/>
          <w:szCs w:val="24"/>
        </w:rPr>
        <w:t>$</w:t>
      </w:r>
      <w:r w:rsidR="00413425" w:rsidRPr="002E4E9B">
        <w:rPr>
          <w:rFonts w:ascii="Arial" w:hAnsi="Arial" w:cs="Arial"/>
          <w:sz w:val="24"/>
          <w:szCs w:val="24"/>
        </w:rPr>
        <w:t>3,886,314</w:t>
      </w:r>
      <w:r w:rsidR="00413425">
        <w:rPr>
          <w:rFonts w:ascii="Arial" w:hAnsi="Arial" w:cs="Arial"/>
          <w:sz w:val="24"/>
          <w:szCs w:val="24"/>
        </w:rPr>
        <w:t>.</w:t>
      </w:r>
      <w:r w:rsidR="00413425" w:rsidRPr="002E4E9B">
        <w:rPr>
          <w:rFonts w:ascii="Arial" w:hAnsi="Arial" w:cs="Arial"/>
          <w:sz w:val="24"/>
          <w:szCs w:val="24"/>
        </w:rPr>
        <w:t>51</w:t>
      </w:r>
      <w:r w:rsidR="00413425">
        <w:rPr>
          <w:rFonts w:ascii="Arial" w:hAnsi="Arial" w:cs="Arial"/>
          <w:sz w:val="24"/>
          <w:szCs w:val="24"/>
        </w:rPr>
        <w:t>,</w:t>
      </w:r>
      <w:r w:rsidRPr="002E4E9B">
        <w:rPr>
          <w:rFonts w:ascii="Arial" w:hAnsi="Arial" w:cs="Arial"/>
          <w:sz w:val="24"/>
          <w:szCs w:val="24"/>
        </w:rPr>
        <w:t xml:space="preserve"> que dando un total para este al</w:t>
      </w:r>
      <w:r w:rsidR="00C24C5A">
        <w:rPr>
          <w:rFonts w:ascii="Arial" w:hAnsi="Arial" w:cs="Arial"/>
          <w:sz w:val="24"/>
          <w:szCs w:val="24"/>
        </w:rPr>
        <w:t xml:space="preserve"> </w:t>
      </w:r>
      <w:r w:rsidRPr="002E4E9B">
        <w:rPr>
          <w:rFonts w:ascii="Arial" w:hAnsi="Arial" w:cs="Arial"/>
          <w:sz w:val="24"/>
          <w:szCs w:val="24"/>
        </w:rPr>
        <w:t>corte del 30</w:t>
      </w:r>
      <w:r w:rsidR="00A67238">
        <w:rPr>
          <w:rFonts w:ascii="Arial" w:hAnsi="Arial" w:cs="Arial"/>
          <w:sz w:val="24"/>
          <w:szCs w:val="24"/>
        </w:rPr>
        <w:t xml:space="preserve"> treinta</w:t>
      </w:r>
      <w:r w:rsidRPr="002E4E9B">
        <w:rPr>
          <w:rFonts w:ascii="Arial" w:hAnsi="Arial" w:cs="Arial"/>
          <w:sz w:val="24"/>
          <w:szCs w:val="24"/>
        </w:rPr>
        <w:t xml:space="preserve"> de junio de 2026 </w:t>
      </w:r>
      <w:r w:rsidR="00A67238">
        <w:rPr>
          <w:rFonts w:ascii="Arial" w:hAnsi="Arial" w:cs="Arial"/>
          <w:sz w:val="24"/>
          <w:szCs w:val="24"/>
        </w:rPr>
        <w:t xml:space="preserve">dos mil veintiséis </w:t>
      </w:r>
      <w:r w:rsidRPr="002E4E9B">
        <w:rPr>
          <w:rFonts w:ascii="Arial" w:hAnsi="Arial" w:cs="Arial"/>
          <w:sz w:val="24"/>
          <w:szCs w:val="24"/>
        </w:rPr>
        <w:t xml:space="preserve">un total de </w:t>
      </w:r>
      <w:r w:rsidR="00A67238">
        <w:rPr>
          <w:rFonts w:ascii="Arial" w:hAnsi="Arial" w:cs="Arial"/>
          <w:sz w:val="24"/>
          <w:szCs w:val="24"/>
        </w:rPr>
        <w:t>$</w:t>
      </w:r>
      <w:r w:rsidR="00413425" w:rsidRPr="002E4E9B">
        <w:rPr>
          <w:rFonts w:ascii="Arial" w:hAnsi="Arial" w:cs="Arial"/>
          <w:sz w:val="24"/>
          <w:szCs w:val="24"/>
        </w:rPr>
        <w:t>20,864,291</w:t>
      </w:r>
      <w:r w:rsidR="00413425">
        <w:rPr>
          <w:rFonts w:ascii="Arial" w:hAnsi="Arial" w:cs="Arial"/>
          <w:sz w:val="24"/>
          <w:szCs w:val="24"/>
        </w:rPr>
        <w:t>.</w:t>
      </w:r>
      <w:r w:rsidR="00413425" w:rsidRPr="002E4E9B">
        <w:rPr>
          <w:rFonts w:ascii="Arial" w:hAnsi="Arial" w:cs="Arial"/>
          <w:sz w:val="24"/>
          <w:szCs w:val="24"/>
        </w:rPr>
        <w:t>29</w:t>
      </w:r>
      <w:r w:rsidR="00413425">
        <w:rPr>
          <w:rFonts w:ascii="Arial" w:hAnsi="Arial" w:cs="Arial"/>
          <w:sz w:val="24"/>
          <w:szCs w:val="24"/>
        </w:rPr>
        <w:t>.</w:t>
      </w:r>
      <w:r w:rsidR="00C24C5A">
        <w:rPr>
          <w:rFonts w:ascii="Arial" w:hAnsi="Arial" w:cs="Arial"/>
          <w:sz w:val="24"/>
          <w:szCs w:val="24"/>
        </w:rPr>
        <w:t xml:space="preserve"> </w:t>
      </w:r>
      <w:r w:rsidRPr="002E4E9B">
        <w:rPr>
          <w:rFonts w:ascii="Arial" w:hAnsi="Arial" w:cs="Arial"/>
          <w:sz w:val="24"/>
          <w:szCs w:val="24"/>
        </w:rPr>
        <w:t>Entonces, ya haciendo la las sumatorias, las operaciones aritméticas correspondientes, quedando un total de egreso para este ejercicio fiscal</w:t>
      </w:r>
      <w:r w:rsidR="00C24C5A">
        <w:rPr>
          <w:rFonts w:ascii="Arial" w:hAnsi="Arial" w:cs="Arial"/>
          <w:sz w:val="24"/>
          <w:szCs w:val="24"/>
        </w:rPr>
        <w:t xml:space="preserve"> </w:t>
      </w:r>
      <w:r w:rsidR="00A67238">
        <w:rPr>
          <w:rFonts w:ascii="Arial" w:hAnsi="Arial" w:cs="Arial"/>
          <w:sz w:val="24"/>
          <w:szCs w:val="24"/>
        </w:rPr>
        <w:t>$</w:t>
      </w:r>
      <w:r w:rsidR="00413425" w:rsidRPr="002E4E9B">
        <w:rPr>
          <w:rFonts w:ascii="Arial" w:hAnsi="Arial" w:cs="Arial"/>
          <w:sz w:val="24"/>
          <w:szCs w:val="24"/>
        </w:rPr>
        <w:t>726,606,892</w:t>
      </w:r>
      <w:r w:rsidR="00413425">
        <w:rPr>
          <w:rFonts w:ascii="Arial" w:hAnsi="Arial" w:cs="Arial"/>
          <w:sz w:val="24"/>
          <w:szCs w:val="24"/>
        </w:rPr>
        <w:t>.</w:t>
      </w:r>
      <w:r w:rsidR="00413425" w:rsidRPr="002E4E9B">
        <w:rPr>
          <w:rFonts w:ascii="Arial" w:hAnsi="Arial" w:cs="Arial"/>
          <w:sz w:val="24"/>
          <w:szCs w:val="24"/>
        </w:rPr>
        <w:t>74</w:t>
      </w:r>
      <w:r w:rsidR="00413425">
        <w:rPr>
          <w:rFonts w:ascii="Arial" w:hAnsi="Arial" w:cs="Arial"/>
          <w:sz w:val="24"/>
          <w:szCs w:val="24"/>
        </w:rPr>
        <w:t>,</w:t>
      </w:r>
      <w:r w:rsidR="00C24C5A">
        <w:rPr>
          <w:rFonts w:ascii="Arial" w:hAnsi="Arial" w:cs="Arial"/>
          <w:sz w:val="24"/>
          <w:szCs w:val="24"/>
        </w:rPr>
        <w:t xml:space="preserve"> </w:t>
      </w:r>
      <w:r w:rsidRPr="002E4E9B">
        <w:rPr>
          <w:rFonts w:ascii="Arial" w:hAnsi="Arial" w:cs="Arial"/>
          <w:sz w:val="24"/>
          <w:szCs w:val="24"/>
        </w:rPr>
        <w:t>quedando igual con el ingreso estimado para este año. Ahora sí, regidor Gustavo, adelante.</w:t>
      </w:r>
      <w:r w:rsidR="00C24C5A">
        <w:rPr>
          <w:rFonts w:ascii="Arial" w:hAnsi="Arial" w:cs="Arial"/>
          <w:sz w:val="24"/>
          <w:szCs w:val="24"/>
        </w:rPr>
        <w:t xml:space="preserve"> </w:t>
      </w:r>
      <w:r w:rsidRPr="002E4E9B">
        <w:rPr>
          <w:rFonts w:ascii="Arial" w:hAnsi="Arial" w:cs="Arial"/>
          <w:sz w:val="24"/>
          <w:szCs w:val="24"/>
        </w:rPr>
        <w:t>Muchas gracias.</w:t>
      </w:r>
    </w:p>
    <w:p w14:paraId="56E12209" w14:textId="4F0A79E3" w:rsidR="00EC03D4" w:rsidRPr="002E4E9B" w:rsidRDefault="00C24C5A" w:rsidP="00DC6CFE">
      <w:pPr>
        <w:jc w:val="both"/>
        <w:rPr>
          <w:rFonts w:ascii="Arial" w:hAnsi="Arial" w:cs="Arial"/>
          <w:sz w:val="24"/>
          <w:szCs w:val="24"/>
        </w:rPr>
      </w:pPr>
      <w:r>
        <w:rPr>
          <w:rFonts w:ascii="Arial" w:hAnsi="Arial" w:cs="Arial"/>
          <w:b/>
          <w:bCs/>
          <w:sz w:val="24"/>
          <w:szCs w:val="24"/>
        </w:rPr>
        <w:t xml:space="preserve">C. GUSTAVO </w:t>
      </w:r>
      <w:r w:rsidR="00EA0102">
        <w:rPr>
          <w:rFonts w:ascii="Arial" w:hAnsi="Arial" w:cs="Arial"/>
          <w:b/>
          <w:bCs/>
          <w:sz w:val="24"/>
          <w:szCs w:val="24"/>
        </w:rPr>
        <w:t>LÓPEZ</w:t>
      </w:r>
      <w:r>
        <w:rPr>
          <w:rFonts w:ascii="Arial" w:hAnsi="Arial" w:cs="Arial"/>
          <w:b/>
          <w:bCs/>
          <w:sz w:val="24"/>
          <w:szCs w:val="24"/>
        </w:rPr>
        <w:t xml:space="preserve"> SADOVAL. - </w:t>
      </w:r>
      <w:r w:rsidRPr="002E4E9B">
        <w:rPr>
          <w:rFonts w:ascii="Arial" w:hAnsi="Arial" w:cs="Arial"/>
          <w:sz w:val="24"/>
          <w:szCs w:val="24"/>
        </w:rPr>
        <w:t xml:space="preserve"> Buen día a todos.</w:t>
      </w:r>
      <w:r>
        <w:rPr>
          <w:rFonts w:ascii="Arial" w:hAnsi="Arial" w:cs="Arial"/>
          <w:sz w:val="24"/>
          <w:szCs w:val="24"/>
        </w:rPr>
        <w:t xml:space="preserve"> </w:t>
      </w:r>
      <w:r w:rsidRPr="002E4E9B">
        <w:rPr>
          <w:rFonts w:ascii="Arial" w:hAnsi="Arial" w:cs="Arial"/>
          <w:sz w:val="24"/>
          <w:szCs w:val="24"/>
        </w:rPr>
        <w:t xml:space="preserve">regidor, en bienes, muebles inmuebles es para para adquirir para adquirir </w:t>
      </w:r>
      <w:r w:rsidR="00A67238" w:rsidRPr="002E4E9B">
        <w:rPr>
          <w:rFonts w:ascii="Arial" w:hAnsi="Arial" w:cs="Arial"/>
          <w:sz w:val="24"/>
          <w:szCs w:val="24"/>
        </w:rPr>
        <w:t>maquinaria, terrenos</w:t>
      </w:r>
      <w:r w:rsidRPr="002E4E9B">
        <w:rPr>
          <w:rFonts w:ascii="Arial" w:hAnsi="Arial" w:cs="Arial"/>
          <w:sz w:val="24"/>
          <w:szCs w:val="24"/>
        </w:rPr>
        <w:t>, para eso es ese dinero.</w:t>
      </w:r>
      <w:r>
        <w:rPr>
          <w:rFonts w:ascii="Arial" w:hAnsi="Arial" w:cs="Arial"/>
          <w:sz w:val="24"/>
          <w:szCs w:val="24"/>
        </w:rPr>
        <w:t xml:space="preserve"> </w:t>
      </w:r>
      <w:r w:rsidRPr="002E4E9B">
        <w:rPr>
          <w:rFonts w:ascii="Arial" w:hAnsi="Arial" w:cs="Arial"/>
          <w:sz w:val="24"/>
          <w:szCs w:val="24"/>
        </w:rPr>
        <w:t>Gracias.</w:t>
      </w:r>
    </w:p>
    <w:p w14:paraId="587ABC62" w14:textId="1A8C912C" w:rsidR="00EC03D4" w:rsidRPr="002E4E9B" w:rsidRDefault="00C24C5A" w:rsidP="00DC6CFE">
      <w:pPr>
        <w:jc w:val="both"/>
        <w:rPr>
          <w:rFonts w:ascii="Arial" w:hAnsi="Arial" w:cs="Arial"/>
          <w:sz w:val="24"/>
          <w:szCs w:val="24"/>
        </w:rPr>
      </w:pPr>
      <w:r>
        <w:rPr>
          <w:rFonts w:ascii="Arial" w:hAnsi="Arial" w:cs="Arial"/>
          <w:b/>
          <w:bCs/>
          <w:sz w:val="24"/>
          <w:szCs w:val="24"/>
        </w:rPr>
        <w:t xml:space="preserve">C. MIGUEL MARENTES. - </w:t>
      </w:r>
      <w:r>
        <w:rPr>
          <w:rFonts w:ascii="Arial" w:hAnsi="Arial" w:cs="Arial"/>
          <w:sz w:val="24"/>
          <w:szCs w:val="24"/>
        </w:rPr>
        <w:t>S</w:t>
      </w:r>
      <w:r w:rsidRPr="002E4E9B">
        <w:rPr>
          <w:rFonts w:ascii="Arial" w:hAnsi="Arial" w:cs="Arial"/>
          <w:sz w:val="24"/>
          <w:szCs w:val="24"/>
        </w:rPr>
        <w:t>e refiere también a la compra de escritorios, sillas, pues sí, también entraría también los inmuebles,</w:t>
      </w:r>
      <w:r>
        <w:rPr>
          <w:rFonts w:ascii="Arial" w:hAnsi="Arial" w:cs="Arial"/>
          <w:sz w:val="24"/>
          <w:szCs w:val="24"/>
        </w:rPr>
        <w:t xml:space="preserve"> </w:t>
      </w:r>
      <w:r w:rsidRPr="002E4E9B">
        <w:rPr>
          <w:rFonts w:ascii="Arial" w:hAnsi="Arial" w:cs="Arial"/>
          <w:sz w:val="24"/>
          <w:szCs w:val="24"/>
        </w:rPr>
        <w:t xml:space="preserve">igual no inmuebles. Igual si la licenciada Guillermina nos apoya para </w:t>
      </w:r>
      <w:r w:rsidR="00A67238">
        <w:rPr>
          <w:rFonts w:ascii="Arial" w:hAnsi="Arial" w:cs="Arial"/>
          <w:sz w:val="24"/>
          <w:szCs w:val="24"/>
        </w:rPr>
        <w:t xml:space="preserve">ahundar </w:t>
      </w:r>
      <w:r w:rsidRPr="002E4E9B">
        <w:rPr>
          <w:rFonts w:ascii="Arial" w:hAnsi="Arial" w:cs="Arial"/>
          <w:sz w:val="24"/>
          <w:szCs w:val="24"/>
        </w:rPr>
        <w:t>en el catálogo de conceptos que se pueden adquirir a través de esta partida. Por favor, licenciada.</w:t>
      </w:r>
    </w:p>
    <w:p w14:paraId="5E13F040" w14:textId="614E5AC3" w:rsidR="00EC03D4" w:rsidRPr="002E4E9B" w:rsidRDefault="00C24C5A" w:rsidP="00DC6CFE">
      <w:pPr>
        <w:jc w:val="both"/>
        <w:rPr>
          <w:rFonts w:ascii="Arial" w:hAnsi="Arial" w:cs="Arial"/>
          <w:sz w:val="24"/>
          <w:szCs w:val="24"/>
        </w:rPr>
      </w:pPr>
      <w:r>
        <w:rPr>
          <w:rFonts w:ascii="Arial" w:hAnsi="Arial" w:cs="Arial"/>
          <w:b/>
          <w:bCs/>
          <w:sz w:val="24"/>
          <w:szCs w:val="24"/>
        </w:rPr>
        <w:t>C. GUILLERMINA</w:t>
      </w:r>
      <w:r w:rsidR="00A67238">
        <w:rPr>
          <w:rFonts w:ascii="Arial" w:hAnsi="Arial" w:cs="Arial"/>
          <w:b/>
          <w:bCs/>
          <w:sz w:val="24"/>
          <w:szCs w:val="24"/>
        </w:rPr>
        <w:t xml:space="preserve"> AGUILAR OCHOA</w:t>
      </w:r>
      <w:r>
        <w:rPr>
          <w:rFonts w:ascii="Arial" w:hAnsi="Arial" w:cs="Arial"/>
          <w:b/>
          <w:bCs/>
          <w:sz w:val="24"/>
          <w:szCs w:val="24"/>
        </w:rPr>
        <w:t xml:space="preserve">. - </w:t>
      </w:r>
      <w:r w:rsidRPr="002E4E9B">
        <w:rPr>
          <w:rFonts w:ascii="Arial" w:hAnsi="Arial" w:cs="Arial"/>
          <w:sz w:val="24"/>
          <w:szCs w:val="24"/>
        </w:rPr>
        <w:t>Hay otro.</w:t>
      </w:r>
      <w:r>
        <w:rPr>
          <w:rFonts w:ascii="Arial" w:hAnsi="Arial" w:cs="Arial"/>
          <w:sz w:val="24"/>
          <w:szCs w:val="24"/>
        </w:rPr>
        <w:t xml:space="preserve"> </w:t>
      </w:r>
      <w:r w:rsidRPr="002E4E9B">
        <w:rPr>
          <w:rFonts w:ascii="Arial" w:hAnsi="Arial" w:cs="Arial"/>
          <w:sz w:val="24"/>
          <w:szCs w:val="24"/>
        </w:rPr>
        <w:t>Buenos días. En su caso también, en caso de que se comprara un inmueble también entraría ahí, pero es compra de v</w:t>
      </w:r>
      <w:r w:rsidR="00A67238">
        <w:rPr>
          <w:rFonts w:ascii="Arial" w:hAnsi="Arial" w:cs="Arial"/>
          <w:sz w:val="24"/>
          <w:szCs w:val="24"/>
        </w:rPr>
        <w:t>eh</w:t>
      </w:r>
      <w:r w:rsidRPr="002E4E9B">
        <w:rPr>
          <w:rFonts w:ascii="Arial" w:hAnsi="Arial" w:cs="Arial"/>
          <w:sz w:val="24"/>
          <w:szCs w:val="24"/>
        </w:rPr>
        <w:t>ículos, escritorios, sillas,</w:t>
      </w:r>
      <w:r>
        <w:rPr>
          <w:rFonts w:ascii="Arial" w:hAnsi="Arial" w:cs="Arial"/>
          <w:sz w:val="24"/>
          <w:szCs w:val="24"/>
        </w:rPr>
        <w:t xml:space="preserve"> </w:t>
      </w:r>
      <w:r w:rsidRPr="002E4E9B">
        <w:rPr>
          <w:rFonts w:ascii="Arial" w:hAnsi="Arial" w:cs="Arial"/>
          <w:sz w:val="24"/>
          <w:szCs w:val="24"/>
        </w:rPr>
        <w:t>equipamiento, desbrozadoras, cualquier equipamiento que se requiera para las diferentes áreas del ayuntamiento.</w:t>
      </w:r>
    </w:p>
    <w:p w14:paraId="3DF4A150" w14:textId="021703B6" w:rsidR="00EC03D4" w:rsidRPr="002E4E9B" w:rsidRDefault="00C24C5A" w:rsidP="00DC6CFE">
      <w:pPr>
        <w:jc w:val="both"/>
        <w:rPr>
          <w:rFonts w:ascii="Arial" w:hAnsi="Arial" w:cs="Arial"/>
          <w:sz w:val="24"/>
          <w:szCs w:val="24"/>
        </w:rPr>
      </w:pPr>
      <w:r>
        <w:rPr>
          <w:rFonts w:ascii="Arial" w:hAnsi="Arial" w:cs="Arial"/>
          <w:b/>
          <w:bCs/>
          <w:sz w:val="24"/>
          <w:szCs w:val="24"/>
        </w:rPr>
        <w:lastRenderedPageBreak/>
        <w:t xml:space="preserve">C. GUSTAVO </w:t>
      </w:r>
      <w:r w:rsidR="00EA0102">
        <w:rPr>
          <w:rFonts w:ascii="Arial" w:hAnsi="Arial" w:cs="Arial"/>
          <w:b/>
          <w:bCs/>
          <w:sz w:val="24"/>
          <w:szCs w:val="24"/>
        </w:rPr>
        <w:t>LÓPEZ</w:t>
      </w:r>
      <w:r>
        <w:rPr>
          <w:rFonts w:ascii="Arial" w:hAnsi="Arial" w:cs="Arial"/>
          <w:b/>
          <w:bCs/>
          <w:sz w:val="24"/>
          <w:szCs w:val="24"/>
        </w:rPr>
        <w:t xml:space="preserve"> SANDOVAL. - </w:t>
      </w:r>
      <w:r w:rsidR="00A67238" w:rsidRPr="002E4E9B">
        <w:rPr>
          <w:rFonts w:ascii="Arial" w:hAnsi="Arial" w:cs="Arial"/>
          <w:sz w:val="24"/>
          <w:szCs w:val="24"/>
        </w:rPr>
        <w:t>Y no</w:t>
      </w:r>
      <w:r w:rsidRPr="002E4E9B">
        <w:rPr>
          <w:rFonts w:ascii="Arial" w:hAnsi="Arial" w:cs="Arial"/>
          <w:sz w:val="24"/>
          <w:szCs w:val="24"/>
        </w:rPr>
        <w:t xml:space="preserve"> digo, está bien, nada más inquietud, pero no es mejor rentar o arrendar que comprar que adquirirlas.</w:t>
      </w:r>
    </w:p>
    <w:p w14:paraId="08668411" w14:textId="75293523" w:rsidR="00EC03D4" w:rsidRPr="002E4E9B" w:rsidRDefault="00A67238" w:rsidP="00DC6CFE">
      <w:pPr>
        <w:jc w:val="both"/>
        <w:rPr>
          <w:rFonts w:ascii="Arial" w:hAnsi="Arial" w:cs="Arial"/>
          <w:sz w:val="24"/>
          <w:szCs w:val="24"/>
        </w:rPr>
      </w:pPr>
      <w:r>
        <w:rPr>
          <w:rFonts w:ascii="Arial" w:hAnsi="Arial" w:cs="Arial"/>
          <w:b/>
          <w:bCs/>
          <w:sz w:val="24"/>
          <w:szCs w:val="24"/>
        </w:rPr>
        <w:t xml:space="preserve">C. GUILLERMINA AGUILAR OCHOA. - </w:t>
      </w:r>
      <w:r w:rsidRPr="002E4E9B">
        <w:rPr>
          <w:rFonts w:ascii="Arial" w:hAnsi="Arial" w:cs="Arial"/>
          <w:sz w:val="24"/>
          <w:szCs w:val="24"/>
        </w:rPr>
        <w:t>Sí, se tendría que hacer un análisis más profundo. Le cedo aquí la palabra a la tesorera es que en ese sentido  la</w:t>
      </w:r>
      <w:r>
        <w:rPr>
          <w:rFonts w:ascii="Arial" w:hAnsi="Arial" w:cs="Arial"/>
          <w:sz w:val="24"/>
          <w:szCs w:val="24"/>
        </w:rPr>
        <w:t xml:space="preserve"> </w:t>
      </w:r>
      <w:r w:rsidRPr="002E4E9B">
        <w:rPr>
          <w:rFonts w:ascii="Arial" w:hAnsi="Arial" w:cs="Arial"/>
          <w:sz w:val="24"/>
          <w:szCs w:val="24"/>
        </w:rPr>
        <w:t>depreciación porque adquirimos quizá como usted dice una maquinaria</w:t>
      </w:r>
      <w:r>
        <w:rPr>
          <w:rFonts w:ascii="Arial" w:hAnsi="Arial" w:cs="Arial"/>
          <w:sz w:val="24"/>
          <w:szCs w:val="24"/>
        </w:rPr>
        <w:t xml:space="preserve"> </w:t>
      </w:r>
      <w:r w:rsidRPr="002E4E9B">
        <w:rPr>
          <w:rFonts w:ascii="Arial" w:hAnsi="Arial" w:cs="Arial"/>
          <w:sz w:val="24"/>
          <w:szCs w:val="24"/>
        </w:rPr>
        <w:t>o sí digo los autos se compran o se ren</w:t>
      </w:r>
      <w:r>
        <w:rPr>
          <w:rFonts w:ascii="Arial" w:hAnsi="Arial" w:cs="Arial"/>
          <w:sz w:val="24"/>
          <w:szCs w:val="24"/>
        </w:rPr>
        <w:t>t</w:t>
      </w:r>
      <w:r w:rsidRPr="002E4E9B">
        <w:rPr>
          <w:rFonts w:ascii="Arial" w:hAnsi="Arial" w:cs="Arial"/>
          <w:sz w:val="24"/>
          <w:szCs w:val="24"/>
        </w:rPr>
        <w:t>an entonces estaría</w:t>
      </w:r>
      <w:r>
        <w:rPr>
          <w:rFonts w:ascii="Arial" w:hAnsi="Arial" w:cs="Arial"/>
          <w:sz w:val="24"/>
          <w:szCs w:val="24"/>
        </w:rPr>
        <w:t xml:space="preserve"> </w:t>
      </w:r>
      <w:r w:rsidRPr="002E4E9B">
        <w:rPr>
          <w:rFonts w:ascii="Arial" w:hAnsi="Arial" w:cs="Arial"/>
          <w:sz w:val="24"/>
          <w:szCs w:val="24"/>
        </w:rPr>
        <w:t xml:space="preserve">interesante, </w:t>
      </w:r>
      <w:r>
        <w:rPr>
          <w:rFonts w:ascii="Arial" w:hAnsi="Arial" w:cs="Arial"/>
          <w:sz w:val="24"/>
          <w:szCs w:val="24"/>
        </w:rPr>
        <w:t>L</w:t>
      </w:r>
      <w:r w:rsidRPr="002E4E9B">
        <w:rPr>
          <w:rFonts w:ascii="Arial" w:hAnsi="Arial" w:cs="Arial"/>
          <w:sz w:val="24"/>
          <w:szCs w:val="24"/>
        </w:rPr>
        <w:t>icenciada Vicky, a lo mejor hacer ese estudio, ese análisis si mejor optamos por rentar porque finalmente</w:t>
      </w:r>
      <w:r>
        <w:rPr>
          <w:rFonts w:ascii="Arial" w:hAnsi="Arial" w:cs="Arial"/>
          <w:sz w:val="24"/>
          <w:szCs w:val="24"/>
        </w:rPr>
        <w:t xml:space="preserve"> </w:t>
      </w:r>
      <w:r w:rsidRPr="002E4E9B">
        <w:rPr>
          <w:rFonts w:ascii="Arial" w:hAnsi="Arial" w:cs="Arial"/>
          <w:sz w:val="24"/>
          <w:szCs w:val="24"/>
        </w:rPr>
        <w:t>estamos comprando algo que sí le podemos sacar utilidad, pero se nos va a depreciar y cuando arrendamos,</w:t>
      </w:r>
      <w:r>
        <w:rPr>
          <w:rFonts w:ascii="Arial" w:hAnsi="Arial" w:cs="Arial"/>
          <w:sz w:val="24"/>
          <w:szCs w:val="24"/>
        </w:rPr>
        <w:t xml:space="preserve"> </w:t>
      </w:r>
      <w:r w:rsidRPr="002E4E9B">
        <w:rPr>
          <w:rFonts w:ascii="Arial" w:hAnsi="Arial" w:cs="Arial"/>
          <w:sz w:val="24"/>
          <w:szCs w:val="24"/>
        </w:rPr>
        <w:t xml:space="preserve">según al acuerdo que lleguemos, ellos nos pueden dar el mantenimiento, la pueden asegurar por 2 </w:t>
      </w:r>
      <w:r>
        <w:rPr>
          <w:rFonts w:ascii="Arial" w:hAnsi="Arial" w:cs="Arial"/>
          <w:sz w:val="24"/>
          <w:szCs w:val="24"/>
        </w:rPr>
        <w:t>-3</w:t>
      </w:r>
      <w:r w:rsidRPr="002E4E9B">
        <w:rPr>
          <w:rFonts w:ascii="Arial" w:hAnsi="Arial" w:cs="Arial"/>
          <w:sz w:val="24"/>
          <w:szCs w:val="24"/>
        </w:rPr>
        <w:t xml:space="preserve"> años y ya al final podemos renovar por equipo nuevo.</w:t>
      </w:r>
      <w:r>
        <w:rPr>
          <w:rFonts w:ascii="Arial" w:hAnsi="Arial" w:cs="Arial"/>
          <w:sz w:val="24"/>
          <w:szCs w:val="24"/>
        </w:rPr>
        <w:t xml:space="preserve"> </w:t>
      </w:r>
      <w:r w:rsidRPr="002E4E9B">
        <w:rPr>
          <w:rFonts w:ascii="Arial" w:hAnsi="Arial" w:cs="Arial"/>
          <w:sz w:val="24"/>
          <w:szCs w:val="24"/>
        </w:rPr>
        <w:t>Y ese dinero que tenemos destinado a gastar, quizás esos 8 millones de más, pues podemos aplicarlo en otra partida.</w:t>
      </w:r>
    </w:p>
    <w:p w14:paraId="26C08222" w14:textId="25D51B6F" w:rsidR="00EC03D4" w:rsidRPr="002E4E9B" w:rsidRDefault="00A67238" w:rsidP="00DC6CFE">
      <w:pPr>
        <w:jc w:val="both"/>
        <w:rPr>
          <w:rFonts w:ascii="Arial" w:hAnsi="Arial" w:cs="Arial"/>
          <w:sz w:val="24"/>
          <w:szCs w:val="24"/>
        </w:rPr>
      </w:pPr>
      <w:r>
        <w:rPr>
          <w:rFonts w:ascii="Arial" w:hAnsi="Arial" w:cs="Arial"/>
          <w:b/>
          <w:bCs/>
          <w:sz w:val="24"/>
          <w:szCs w:val="24"/>
        </w:rPr>
        <w:t xml:space="preserve">C. VICTORIA GARCIA CONTRERAS. - </w:t>
      </w:r>
      <w:r w:rsidRPr="002E4E9B">
        <w:rPr>
          <w:rFonts w:ascii="Arial" w:hAnsi="Arial" w:cs="Arial"/>
          <w:sz w:val="24"/>
          <w:szCs w:val="24"/>
        </w:rPr>
        <w:t>Bueno, con relación a la partida de bienes, muebles e inmuebles, o sea, hasta ahorita nosotros no hemos</w:t>
      </w:r>
      <w:r>
        <w:rPr>
          <w:rFonts w:ascii="Arial" w:hAnsi="Arial" w:cs="Arial"/>
          <w:sz w:val="24"/>
          <w:szCs w:val="24"/>
        </w:rPr>
        <w:t xml:space="preserve"> </w:t>
      </w:r>
      <w:r w:rsidRPr="002E4E9B">
        <w:rPr>
          <w:rFonts w:ascii="Arial" w:hAnsi="Arial" w:cs="Arial"/>
          <w:sz w:val="24"/>
          <w:szCs w:val="24"/>
        </w:rPr>
        <w:t>adquirido maquinaria. Básicamente lo que se ha adquirido es mobiliario, equipo de cómputo. Hemos adquirido este</w:t>
      </w:r>
      <w:r>
        <w:rPr>
          <w:rFonts w:ascii="Arial" w:hAnsi="Arial" w:cs="Arial"/>
          <w:sz w:val="24"/>
          <w:szCs w:val="24"/>
        </w:rPr>
        <w:t xml:space="preserve"> </w:t>
      </w:r>
      <w:r w:rsidRPr="002E4E9B">
        <w:rPr>
          <w:rFonts w:ascii="Arial" w:hAnsi="Arial" w:cs="Arial"/>
          <w:sz w:val="24"/>
          <w:szCs w:val="24"/>
        </w:rPr>
        <w:t>equipamiento para seguridad pública como lo que son los chalecos este que también pues son de con un valor bastante alto.</w:t>
      </w:r>
      <w:r>
        <w:rPr>
          <w:rFonts w:ascii="Arial" w:hAnsi="Arial" w:cs="Arial"/>
          <w:sz w:val="24"/>
          <w:szCs w:val="24"/>
        </w:rPr>
        <w:t xml:space="preserve"> </w:t>
      </w:r>
      <w:r w:rsidRPr="002E4E9B">
        <w:rPr>
          <w:rFonts w:ascii="Arial" w:hAnsi="Arial" w:cs="Arial"/>
          <w:sz w:val="24"/>
          <w:szCs w:val="24"/>
        </w:rPr>
        <w:t>lo que son este de v</w:t>
      </w:r>
      <w:r>
        <w:rPr>
          <w:rFonts w:ascii="Arial" w:hAnsi="Arial" w:cs="Arial"/>
          <w:sz w:val="24"/>
          <w:szCs w:val="24"/>
        </w:rPr>
        <w:t>eh</w:t>
      </w:r>
      <w:r w:rsidRPr="002E4E9B">
        <w:rPr>
          <w:rFonts w:ascii="Arial" w:hAnsi="Arial" w:cs="Arial"/>
          <w:sz w:val="24"/>
          <w:szCs w:val="24"/>
        </w:rPr>
        <w:t>ículos se compraron nada más para lo que seguridad pública dentro de lo que</w:t>
      </w:r>
      <w:r>
        <w:rPr>
          <w:rFonts w:ascii="Arial" w:hAnsi="Arial" w:cs="Arial"/>
          <w:sz w:val="24"/>
          <w:szCs w:val="24"/>
        </w:rPr>
        <w:t xml:space="preserve"> </w:t>
      </w:r>
      <w:r w:rsidRPr="002E4E9B">
        <w:rPr>
          <w:rFonts w:ascii="Arial" w:hAnsi="Arial" w:cs="Arial"/>
          <w:sz w:val="24"/>
          <w:szCs w:val="24"/>
        </w:rPr>
        <w:t>establecen sus propios criterios no está sujeto a lo que es el arrendamiento financiero, todo tiene que</w:t>
      </w:r>
      <w:r>
        <w:rPr>
          <w:rFonts w:ascii="Arial" w:hAnsi="Arial" w:cs="Arial"/>
          <w:sz w:val="24"/>
          <w:szCs w:val="24"/>
        </w:rPr>
        <w:t xml:space="preserve"> </w:t>
      </w:r>
      <w:r w:rsidRPr="002E4E9B">
        <w:rPr>
          <w:rFonts w:ascii="Arial" w:hAnsi="Arial" w:cs="Arial"/>
          <w:sz w:val="24"/>
          <w:szCs w:val="24"/>
        </w:rPr>
        <w:t>ser adquirido. Y básicamente en cuanto a los v</w:t>
      </w:r>
      <w:r>
        <w:rPr>
          <w:rFonts w:ascii="Arial" w:hAnsi="Arial" w:cs="Arial"/>
          <w:sz w:val="24"/>
          <w:szCs w:val="24"/>
        </w:rPr>
        <w:t>eh</w:t>
      </w:r>
      <w:r w:rsidRPr="002E4E9B">
        <w:rPr>
          <w:rFonts w:ascii="Arial" w:hAnsi="Arial" w:cs="Arial"/>
          <w:sz w:val="24"/>
          <w:szCs w:val="24"/>
        </w:rPr>
        <w:t>ículos que se han comprado han sido para seguridad pública. y hemos</w:t>
      </w:r>
      <w:r>
        <w:rPr>
          <w:rFonts w:ascii="Arial" w:hAnsi="Arial" w:cs="Arial"/>
          <w:sz w:val="24"/>
          <w:szCs w:val="24"/>
        </w:rPr>
        <w:t xml:space="preserve"> </w:t>
      </w:r>
      <w:r w:rsidRPr="002E4E9B">
        <w:rPr>
          <w:rFonts w:ascii="Arial" w:hAnsi="Arial" w:cs="Arial"/>
          <w:sz w:val="24"/>
          <w:szCs w:val="24"/>
        </w:rPr>
        <w:t>comprado de pronto uno para servicios públicos o para algo, otra dependencia, pero en realidad lo que se está comprando de parque v</w:t>
      </w:r>
      <w:r>
        <w:rPr>
          <w:rFonts w:ascii="Arial" w:hAnsi="Arial" w:cs="Arial"/>
          <w:sz w:val="24"/>
          <w:szCs w:val="24"/>
        </w:rPr>
        <w:t>eh</w:t>
      </w:r>
      <w:r w:rsidRPr="002E4E9B">
        <w:rPr>
          <w:rFonts w:ascii="Arial" w:hAnsi="Arial" w:cs="Arial"/>
          <w:sz w:val="24"/>
          <w:szCs w:val="24"/>
        </w:rPr>
        <w:t>icular es para</w:t>
      </w:r>
      <w:r>
        <w:rPr>
          <w:rFonts w:ascii="Arial" w:hAnsi="Arial" w:cs="Arial"/>
          <w:sz w:val="24"/>
          <w:szCs w:val="24"/>
        </w:rPr>
        <w:t xml:space="preserve"> </w:t>
      </w:r>
      <w:r w:rsidRPr="002E4E9B">
        <w:rPr>
          <w:rFonts w:ascii="Arial" w:hAnsi="Arial" w:cs="Arial"/>
          <w:sz w:val="24"/>
          <w:szCs w:val="24"/>
        </w:rPr>
        <w:t>seguridad pública y es relacionado justamente con la aprobación del catálogo que ellos tienen para destinar</w:t>
      </w:r>
      <w:r>
        <w:rPr>
          <w:rFonts w:ascii="Arial" w:hAnsi="Arial" w:cs="Arial"/>
          <w:sz w:val="24"/>
          <w:szCs w:val="24"/>
        </w:rPr>
        <w:t xml:space="preserve"> </w:t>
      </w:r>
      <w:r w:rsidRPr="002E4E9B">
        <w:rPr>
          <w:rFonts w:ascii="Arial" w:hAnsi="Arial" w:cs="Arial"/>
          <w:sz w:val="24"/>
          <w:szCs w:val="24"/>
        </w:rPr>
        <w:t>su 20% que se tiene que este sufragar de lo que llega de del recurso de</w:t>
      </w:r>
      <w:r>
        <w:rPr>
          <w:rFonts w:ascii="Arial" w:hAnsi="Arial" w:cs="Arial"/>
          <w:sz w:val="24"/>
          <w:szCs w:val="24"/>
        </w:rPr>
        <w:t xml:space="preserve"> </w:t>
      </w:r>
      <w:r w:rsidRPr="002E4E9B">
        <w:rPr>
          <w:rFonts w:ascii="Arial" w:hAnsi="Arial" w:cs="Arial"/>
          <w:sz w:val="24"/>
          <w:szCs w:val="24"/>
        </w:rPr>
        <w:t>fortalecimiento exclusivamente para la operatividad de seguridad pública. Entonces, este,</w:t>
      </w:r>
      <w:r>
        <w:rPr>
          <w:rFonts w:ascii="Arial" w:hAnsi="Arial" w:cs="Arial"/>
          <w:sz w:val="24"/>
          <w:szCs w:val="24"/>
        </w:rPr>
        <w:t xml:space="preserve"> </w:t>
      </w:r>
      <w:r w:rsidRPr="002E4E9B">
        <w:rPr>
          <w:rFonts w:ascii="Arial" w:hAnsi="Arial" w:cs="Arial"/>
          <w:sz w:val="24"/>
          <w:szCs w:val="24"/>
        </w:rPr>
        <w:t>entiendo el tema que usted nos comenta para ver ese esquema de un arrendamiento financiero, pero si no estamos comprando</w:t>
      </w:r>
      <w:r>
        <w:rPr>
          <w:rFonts w:ascii="Arial" w:hAnsi="Arial" w:cs="Arial"/>
          <w:sz w:val="24"/>
          <w:szCs w:val="24"/>
        </w:rPr>
        <w:t xml:space="preserve"> </w:t>
      </w:r>
      <w:r w:rsidRPr="002E4E9B">
        <w:rPr>
          <w:rFonts w:ascii="Arial" w:hAnsi="Arial" w:cs="Arial"/>
          <w:sz w:val="24"/>
          <w:szCs w:val="24"/>
        </w:rPr>
        <w:t>este una flotilla o cosas así que no sea diferente a lo que nos solicita seguridad pública. E insisto, este no lo</w:t>
      </w:r>
      <w:r>
        <w:rPr>
          <w:rFonts w:ascii="Arial" w:hAnsi="Arial" w:cs="Arial"/>
          <w:sz w:val="24"/>
          <w:szCs w:val="24"/>
        </w:rPr>
        <w:t xml:space="preserve"> </w:t>
      </w:r>
      <w:r w:rsidRPr="002E4E9B">
        <w:rPr>
          <w:rFonts w:ascii="Arial" w:hAnsi="Arial" w:cs="Arial"/>
          <w:sz w:val="24"/>
          <w:szCs w:val="24"/>
        </w:rPr>
        <w:t>podemos considerar así porque no viene en su catálogo, viene como una adquisición, no como un arrendamiento.</w:t>
      </w:r>
      <w:r>
        <w:rPr>
          <w:rFonts w:ascii="Arial" w:hAnsi="Arial" w:cs="Arial"/>
          <w:sz w:val="24"/>
          <w:szCs w:val="24"/>
        </w:rPr>
        <w:t xml:space="preserve"> </w:t>
      </w:r>
      <w:r w:rsidRPr="002E4E9B">
        <w:rPr>
          <w:rFonts w:ascii="Arial" w:hAnsi="Arial" w:cs="Arial"/>
          <w:sz w:val="24"/>
          <w:szCs w:val="24"/>
        </w:rPr>
        <w:t>Pero de los otros, este, pues bueno, en su momento pues ya sería tema de analizar este una propuesta en ese sentido. Gracias.</w:t>
      </w:r>
    </w:p>
    <w:p w14:paraId="1BDE8390" w14:textId="77202356" w:rsidR="00EC03D4" w:rsidRPr="002E4E9B" w:rsidRDefault="00A67238"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Gracias, licenciada Vicky. Adelante, regidor Gustavo. Si mal no recuerdo, el año pasado se compró un pelícano que</w:t>
      </w:r>
      <w:r>
        <w:rPr>
          <w:rFonts w:ascii="Arial" w:hAnsi="Arial" w:cs="Arial"/>
          <w:sz w:val="24"/>
          <w:szCs w:val="24"/>
        </w:rPr>
        <w:t xml:space="preserve"> </w:t>
      </w:r>
      <w:r w:rsidRPr="002E4E9B">
        <w:rPr>
          <w:rFonts w:ascii="Arial" w:hAnsi="Arial" w:cs="Arial"/>
          <w:sz w:val="24"/>
          <w:szCs w:val="24"/>
        </w:rPr>
        <w:t xml:space="preserve">creo que es un pelícano o algo así y, incluso yo se lo comenté al jefe de servicio a Federico y le dije, "Oye, pero ¿por qué compramos?" Creo que fue </w:t>
      </w:r>
      <w:r>
        <w:rPr>
          <w:rFonts w:ascii="Arial" w:hAnsi="Arial" w:cs="Arial"/>
          <w:sz w:val="24"/>
          <w:szCs w:val="24"/>
        </w:rPr>
        <w:t>$</w:t>
      </w:r>
      <w:r w:rsidRPr="002E4E9B">
        <w:rPr>
          <w:rFonts w:ascii="Arial" w:hAnsi="Arial" w:cs="Arial"/>
          <w:sz w:val="24"/>
          <w:szCs w:val="24"/>
        </w:rPr>
        <w:t>2</w:t>
      </w:r>
      <w:r>
        <w:rPr>
          <w:rFonts w:ascii="Arial" w:hAnsi="Arial" w:cs="Arial"/>
          <w:sz w:val="24"/>
          <w:szCs w:val="24"/>
        </w:rPr>
        <w:t>,000,000.00 dos millones</w:t>
      </w:r>
      <w:r w:rsidRPr="002E4E9B">
        <w:rPr>
          <w:rFonts w:ascii="Arial" w:hAnsi="Arial" w:cs="Arial"/>
          <w:sz w:val="24"/>
          <w:szCs w:val="24"/>
        </w:rPr>
        <w:t xml:space="preserve"> más menos licenciada. y le dije, "Pero, pero, ¿para qué nos descapitalizamos con </w:t>
      </w:r>
      <w:r>
        <w:rPr>
          <w:rFonts w:ascii="Arial" w:hAnsi="Arial" w:cs="Arial"/>
          <w:sz w:val="24"/>
          <w:szCs w:val="24"/>
        </w:rPr>
        <w:t>$</w:t>
      </w:r>
      <w:r w:rsidRPr="002E4E9B">
        <w:rPr>
          <w:rFonts w:ascii="Arial" w:hAnsi="Arial" w:cs="Arial"/>
          <w:sz w:val="24"/>
          <w:szCs w:val="24"/>
        </w:rPr>
        <w:t>2</w:t>
      </w:r>
      <w:r>
        <w:rPr>
          <w:rFonts w:ascii="Arial" w:hAnsi="Arial" w:cs="Arial"/>
          <w:sz w:val="24"/>
          <w:szCs w:val="24"/>
        </w:rPr>
        <w:t>,000,000.00 dos millones</w:t>
      </w:r>
      <w:r w:rsidRPr="002E4E9B">
        <w:rPr>
          <w:rFonts w:ascii="Arial" w:hAnsi="Arial" w:cs="Arial"/>
          <w:sz w:val="24"/>
          <w:szCs w:val="24"/>
        </w:rPr>
        <w:t xml:space="preserve"> si lo</w:t>
      </w:r>
      <w:r>
        <w:rPr>
          <w:rFonts w:ascii="Arial" w:hAnsi="Arial" w:cs="Arial"/>
          <w:sz w:val="24"/>
          <w:szCs w:val="24"/>
        </w:rPr>
        <w:t xml:space="preserve"> </w:t>
      </w:r>
      <w:r w:rsidRPr="002E4E9B">
        <w:rPr>
          <w:rFonts w:ascii="Arial" w:hAnsi="Arial" w:cs="Arial"/>
          <w:sz w:val="24"/>
          <w:szCs w:val="24"/>
        </w:rPr>
        <w:t xml:space="preserve">podemos arrendar?" Y yo personalmente le dije, "Velo con la presidenta. Aquí están estas tres </w:t>
      </w:r>
      <w:r w:rsidRPr="002E4E9B">
        <w:rPr>
          <w:rFonts w:ascii="Arial" w:hAnsi="Arial" w:cs="Arial"/>
          <w:sz w:val="24"/>
          <w:szCs w:val="24"/>
        </w:rPr>
        <w:lastRenderedPageBreak/>
        <w:t>propuestas, lo que</w:t>
      </w:r>
      <w:r>
        <w:rPr>
          <w:rFonts w:ascii="Arial" w:hAnsi="Arial" w:cs="Arial"/>
          <w:sz w:val="24"/>
          <w:szCs w:val="24"/>
        </w:rPr>
        <w:t xml:space="preserve"> </w:t>
      </w:r>
      <w:r w:rsidRPr="002E4E9B">
        <w:rPr>
          <w:rFonts w:ascii="Arial" w:hAnsi="Arial" w:cs="Arial"/>
          <w:sz w:val="24"/>
          <w:szCs w:val="24"/>
        </w:rPr>
        <w:t>gastaríamos mensualmente, ellos nos ponen al operador, nos pone diésel y la depreciación no la absorbemos</w:t>
      </w:r>
      <w:r>
        <w:rPr>
          <w:rFonts w:ascii="Arial" w:hAnsi="Arial" w:cs="Arial"/>
          <w:sz w:val="24"/>
          <w:szCs w:val="24"/>
        </w:rPr>
        <w:t xml:space="preserve"> </w:t>
      </w:r>
      <w:r w:rsidRPr="002E4E9B">
        <w:rPr>
          <w:rFonts w:ascii="Arial" w:hAnsi="Arial" w:cs="Arial"/>
          <w:sz w:val="24"/>
          <w:szCs w:val="24"/>
        </w:rPr>
        <w:t>nosotros.</w:t>
      </w:r>
      <w:r w:rsidR="005B11CD" w:rsidRPr="002E4E9B">
        <w:rPr>
          <w:rFonts w:ascii="Arial" w:hAnsi="Arial" w:cs="Arial"/>
          <w:sz w:val="24"/>
          <w:szCs w:val="24"/>
        </w:rPr>
        <w:t>”,</w:t>
      </w:r>
      <w:r w:rsidRPr="002E4E9B">
        <w:rPr>
          <w:rFonts w:ascii="Arial" w:hAnsi="Arial" w:cs="Arial"/>
          <w:sz w:val="24"/>
          <w:szCs w:val="24"/>
        </w:rPr>
        <w:t xml:space="preserve"> volví a tocar el tema y a las </w:t>
      </w:r>
      <w:r w:rsidR="005B11CD">
        <w:rPr>
          <w:rFonts w:ascii="Arial" w:hAnsi="Arial" w:cs="Arial"/>
          <w:sz w:val="24"/>
          <w:szCs w:val="24"/>
        </w:rPr>
        <w:t>3-4</w:t>
      </w:r>
      <w:r w:rsidRPr="002E4E9B">
        <w:rPr>
          <w:rFonts w:ascii="Arial" w:hAnsi="Arial" w:cs="Arial"/>
          <w:sz w:val="24"/>
          <w:szCs w:val="24"/>
        </w:rPr>
        <w:t xml:space="preserve"> semanas dijo, "No, se va a comprar." Y yo dije, "No, pues están tomando muy</w:t>
      </w:r>
      <w:r w:rsidR="005B11CD">
        <w:rPr>
          <w:rFonts w:ascii="Arial" w:hAnsi="Arial" w:cs="Arial"/>
          <w:sz w:val="24"/>
          <w:szCs w:val="24"/>
        </w:rPr>
        <w:t xml:space="preserve"> </w:t>
      </w:r>
      <w:r w:rsidRPr="002E4E9B">
        <w:rPr>
          <w:rFonts w:ascii="Arial" w:hAnsi="Arial" w:cs="Arial"/>
          <w:sz w:val="24"/>
          <w:szCs w:val="24"/>
        </w:rPr>
        <w:t xml:space="preserve">mala decisión porque saca cuenta esta renta lo que le vamos a sacar y nos va a convenir y ese dinero </w:t>
      </w:r>
      <w:r w:rsidR="005B11CD" w:rsidRPr="002E4E9B">
        <w:rPr>
          <w:rFonts w:ascii="Arial" w:hAnsi="Arial" w:cs="Arial"/>
          <w:sz w:val="24"/>
          <w:szCs w:val="24"/>
        </w:rPr>
        <w:t>podemos</w:t>
      </w:r>
      <w:r w:rsidR="005B11CD">
        <w:rPr>
          <w:rFonts w:ascii="Arial" w:hAnsi="Arial" w:cs="Arial"/>
          <w:sz w:val="24"/>
          <w:szCs w:val="24"/>
        </w:rPr>
        <w:t xml:space="preserve"> aprovecharlo</w:t>
      </w:r>
      <w:r w:rsidRPr="002E4E9B">
        <w:rPr>
          <w:rFonts w:ascii="Arial" w:hAnsi="Arial" w:cs="Arial"/>
          <w:sz w:val="24"/>
          <w:szCs w:val="24"/>
        </w:rPr>
        <w:t xml:space="preserve"> en otra cosa." Pero definitivamente, como usted comenta, a lo mejor pues son criterios diferentes.</w:t>
      </w:r>
      <w:r w:rsidR="005B11CD">
        <w:rPr>
          <w:rFonts w:ascii="Arial" w:hAnsi="Arial" w:cs="Arial"/>
          <w:sz w:val="24"/>
          <w:szCs w:val="24"/>
        </w:rPr>
        <w:t xml:space="preserve"> </w:t>
      </w:r>
      <w:r w:rsidRPr="002E4E9B">
        <w:rPr>
          <w:rFonts w:ascii="Arial" w:hAnsi="Arial" w:cs="Arial"/>
          <w:sz w:val="24"/>
          <w:szCs w:val="24"/>
        </w:rPr>
        <w:t>Yo le apostaría por eso. nos quitamos el problema del personal que la absorben ellos, el seguro que lo absorbe el dueño</w:t>
      </w:r>
      <w:r w:rsidR="005B11CD">
        <w:rPr>
          <w:rFonts w:ascii="Arial" w:hAnsi="Arial" w:cs="Arial"/>
          <w:sz w:val="24"/>
          <w:szCs w:val="24"/>
        </w:rPr>
        <w:t xml:space="preserve"> </w:t>
      </w:r>
      <w:r w:rsidRPr="002E4E9B">
        <w:rPr>
          <w:rFonts w:ascii="Arial" w:hAnsi="Arial" w:cs="Arial"/>
          <w:sz w:val="24"/>
          <w:szCs w:val="24"/>
        </w:rPr>
        <w:t>y nosotros nada más pagamos por un servicio, hasta podríamos ser más eficientes y rentables.</w:t>
      </w:r>
      <w:r w:rsidR="005B11CD">
        <w:rPr>
          <w:rFonts w:ascii="Arial" w:hAnsi="Arial" w:cs="Arial"/>
          <w:sz w:val="24"/>
          <w:szCs w:val="24"/>
        </w:rPr>
        <w:t xml:space="preserve"> </w:t>
      </w:r>
      <w:r w:rsidR="005B11CD" w:rsidRPr="002E4E9B">
        <w:rPr>
          <w:rFonts w:ascii="Arial" w:hAnsi="Arial" w:cs="Arial"/>
          <w:sz w:val="24"/>
          <w:szCs w:val="24"/>
        </w:rPr>
        <w:t>Entonces, es</w:t>
      </w:r>
      <w:r w:rsidRPr="002E4E9B">
        <w:rPr>
          <w:rFonts w:ascii="Arial" w:hAnsi="Arial" w:cs="Arial"/>
          <w:sz w:val="24"/>
          <w:szCs w:val="24"/>
        </w:rPr>
        <w:t xml:space="preserve"> por esa mi inquietud, pues que quizá valdría la pena en un futuro o hacer algún esquema para ver</w:t>
      </w:r>
      <w:r w:rsidR="005B11CD">
        <w:rPr>
          <w:rFonts w:ascii="Arial" w:hAnsi="Arial" w:cs="Arial"/>
          <w:sz w:val="24"/>
          <w:szCs w:val="24"/>
        </w:rPr>
        <w:t xml:space="preserve"> </w:t>
      </w:r>
      <w:r w:rsidRPr="002E4E9B">
        <w:rPr>
          <w:rFonts w:ascii="Arial" w:hAnsi="Arial" w:cs="Arial"/>
          <w:sz w:val="24"/>
          <w:szCs w:val="24"/>
        </w:rPr>
        <w:t>las dos comparativas al final, qué es lo que combina más. Es cuánto, licenciada.</w:t>
      </w:r>
    </w:p>
    <w:p w14:paraId="6B2C0069" w14:textId="77777777" w:rsidR="005B11CD" w:rsidRDefault="005B11CD"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 xml:space="preserve">Gracias, </w:t>
      </w:r>
      <w:r>
        <w:rPr>
          <w:rFonts w:ascii="Arial" w:hAnsi="Arial" w:cs="Arial"/>
          <w:sz w:val="24"/>
          <w:szCs w:val="24"/>
        </w:rPr>
        <w:t>R</w:t>
      </w:r>
      <w:r w:rsidRPr="002E4E9B">
        <w:rPr>
          <w:rFonts w:ascii="Arial" w:hAnsi="Arial" w:cs="Arial"/>
          <w:sz w:val="24"/>
          <w:szCs w:val="24"/>
        </w:rPr>
        <w:t>egidor Gustavo, bueno, vamos a la siguiente pestaña del Excel.</w:t>
      </w:r>
      <w:r>
        <w:rPr>
          <w:rFonts w:ascii="Arial" w:hAnsi="Arial" w:cs="Arial"/>
          <w:sz w:val="24"/>
          <w:szCs w:val="24"/>
        </w:rPr>
        <w:t xml:space="preserve"> B</w:t>
      </w:r>
      <w:r w:rsidRPr="002E4E9B">
        <w:rPr>
          <w:rFonts w:ascii="Arial" w:hAnsi="Arial" w:cs="Arial"/>
          <w:sz w:val="24"/>
          <w:szCs w:val="24"/>
        </w:rPr>
        <w:t xml:space="preserve">ueno, adelante, regidora. Igual si nos apoya proyectando, licenciada, la siguiente pestaña. </w:t>
      </w:r>
    </w:p>
    <w:p w14:paraId="0432C68A" w14:textId="457BE0F6" w:rsidR="005B11CD" w:rsidRDefault="005B11CD" w:rsidP="00DC6CFE">
      <w:pPr>
        <w:jc w:val="both"/>
        <w:rPr>
          <w:rFonts w:ascii="Arial" w:hAnsi="Arial" w:cs="Arial"/>
          <w:sz w:val="24"/>
          <w:szCs w:val="24"/>
        </w:rPr>
      </w:pPr>
      <w:r>
        <w:rPr>
          <w:rFonts w:ascii="Arial" w:hAnsi="Arial" w:cs="Arial"/>
          <w:b/>
          <w:bCs/>
          <w:sz w:val="24"/>
          <w:szCs w:val="24"/>
        </w:rPr>
        <w:t xml:space="preserve">C. MARÍA OLGA GARCÍA AYALA. - </w:t>
      </w:r>
      <w:r>
        <w:rPr>
          <w:rFonts w:ascii="Arial" w:hAnsi="Arial" w:cs="Arial"/>
          <w:sz w:val="24"/>
          <w:szCs w:val="24"/>
        </w:rPr>
        <w:t>S</w:t>
      </w:r>
      <w:r w:rsidRPr="002E4E9B">
        <w:rPr>
          <w:rFonts w:ascii="Arial" w:hAnsi="Arial" w:cs="Arial"/>
          <w:sz w:val="24"/>
          <w:szCs w:val="24"/>
        </w:rPr>
        <w:t>í, buenos días a todos y una pregunta nada más. En lo de la inversión pública</w:t>
      </w:r>
      <w:r>
        <w:rPr>
          <w:rFonts w:ascii="Arial" w:hAnsi="Arial" w:cs="Arial"/>
          <w:sz w:val="24"/>
          <w:szCs w:val="24"/>
        </w:rPr>
        <w:t xml:space="preserve"> </w:t>
      </w:r>
      <w:r w:rsidRPr="002E4E9B">
        <w:rPr>
          <w:rFonts w:ascii="Arial" w:hAnsi="Arial" w:cs="Arial"/>
          <w:sz w:val="24"/>
          <w:szCs w:val="24"/>
        </w:rPr>
        <w:t>está contemplado ya en la inversión pública que son</w:t>
      </w:r>
      <w:r>
        <w:rPr>
          <w:rFonts w:ascii="Arial" w:hAnsi="Arial" w:cs="Arial"/>
          <w:sz w:val="24"/>
          <w:szCs w:val="24"/>
        </w:rPr>
        <w:t xml:space="preserve"> $</w:t>
      </w:r>
      <w:proofErr w:type="gramStart"/>
      <w:r w:rsidRPr="002E4E9B">
        <w:rPr>
          <w:rFonts w:ascii="Arial" w:hAnsi="Arial" w:cs="Arial"/>
          <w:sz w:val="24"/>
          <w:szCs w:val="24"/>
        </w:rPr>
        <w:t>51,</w:t>
      </w:r>
      <w:r>
        <w:rPr>
          <w:rFonts w:ascii="Arial" w:hAnsi="Arial" w:cs="Arial"/>
          <w:sz w:val="24"/>
          <w:szCs w:val="24"/>
        </w:rPr>
        <w:t>0</w:t>
      </w:r>
      <w:r w:rsidRPr="002E4E9B">
        <w:rPr>
          <w:rFonts w:ascii="Arial" w:hAnsi="Arial" w:cs="Arial"/>
          <w:sz w:val="24"/>
          <w:szCs w:val="24"/>
        </w:rPr>
        <w:t>57,000</w:t>
      </w:r>
      <w:r>
        <w:rPr>
          <w:rFonts w:ascii="Arial" w:hAnsi="Arial" w:cs="Arial"/>
          <w:sz w:val="24"/>
          <w:szCs w:val="24"/>
        </w:rPr>
        <w:t xml:space="preserve">.00 </w:t>
      </w:r>
      <w:r w:rsidRPr="002E4E9B">
        <w:rPr>
          <w:rFonts w:ascii="Arial" w:hAnsi="Arial" w:cs="Arial"/>
          <w:sz w:val="24"/>
          <w:szCs w:val="24"/>
        </w:rPr>
        <w:t xml:space="preserve"> está</w:t>
      </w:r>
      <w:proofErr w:type="gramEnd"/>
      <w:r w:rsidRPr="002E4E9B">
        <w:rPr>
          <w:rFonts w:ascii="Arial" w:hAnsi="Arial" w:cs="Arial"/>
          <w:sz w:val="24"/>
          <w:szCs w:val="24"/>
        </w:rPr>
        <w:t xml:space="preserve"> contemplado ya lo pues que es para calles decían, ¿verdad? para obra</w:t>
      </w:r>
      <w:r>
        <w:rPr>
          <w:rFonts w:ascii="Arial" w:hAnsi="Arial" w:cs="Arial"/>
          <w:sz w:val="24"/>
          <w:szCs w:val="24"/>
        </w:rPr>
        <w:t xml:space="preserve"> </w:t>
      </w:r>
      <w:r w:rsidRPr="002E4E9B">
        <w:rPr>
          <w:rFonts w:ascii="Arial" w:hAnsi="Arial" w:cs="Arial"/>
          <w:sz w:val="24"/>
          <w:szCs w:val="24"/>
        </w:rPr>
        <w:t>pública. Está contemplado ya también lo que se utiliza para que damos los usuarios que pagamos el predial y demás</w:t>
      </w:r>
      <w:r>
        <w:rPr>
          <w:rFonts w:ascii="Arial" w:hAnsi="Arial" w:cs="Arial"/>
          <w:sz w:val="24"/>
          <w:szCs w:val="24"/>
        </w:rPr>
        <w:t xml:space="preserve"> </w:t>
      </w:r>
      <w:r w:rsidRPr="002E4E9B">
        <w:rPr>
          <w:rFonts w:ascii="Arial" w:hAnsi="Arial" w:cs="Arial"/>
          <w:sz w:val="24"/>
          <w:szCs w:val="24"/>
        </w:rPr>
        <w:t xml:space="preserve">y que escojamos una obra o eso aparte, ese recurso es aparte, ¿no? </w:t>
      </w:r>
    </w:p>
    <w:p w14:paraId="57261CD6" w14:textId="5CFEADCB" w:rsidR="00EC03D4" w:rsidRPr="002E4E9B" w:rsidRDefault="005B11CD"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Ahí está contemplado, regidora. De hecho, en la tabla de arriba, que es los ingresos en el remanente de ejercicios de recursos fiscales 2025</w:t>
      </w:r>
      <w:r>
        <w:rPr>
          <w:rFonts w:ascii="Arial" w:hAnsi="Arial" w:cs="Arial"/>
          <w:sz w:val="24"/>
          <w:szCs w:val="24"/>
        </w:rPr>
        <w:t xml:space="preserve"> dos mil veinticinco</w:t>
      </w:r>
      <w:r w:rsidRPr="002E4E9B">
        <w:rPr>
          <w:rFonts w:ascii="Arial" w:hAnsi="Arial" w:cs="Arial"/>
          <w:sz w:val="24"/>
          <w:szCs w:val="24"/>
        </w:rPr>
        <w:t xml:space="preserve">, en los esos </w:t>
      </w:r>
      <w:r>
        <w:rPr>
          <w:rFonts w:ascii="Arial" w:hAnsi="Arial" w:cs="Arial"/>
          <w:sz w:val="24"/>
          <w:szCs w:val="24"/>
        </w:rPr>
        <w:t>$</w:t>
      </w:r>
      <w:r w:rsidRPr="002E4E9B">
        <w:rPr>
          <w:rFonts w:ascii="Arial" w:hAnsi="Arial" w:cs="Arial"/>
          <w:sz w:val="24"/>
          <w:szCs w:val="24"/>
        </w:rPr>
        <w:t>45</w:t>
      </w:r>
      <w:r>
        <w:rPr>
          <w:rFonts w:ascii="Arial" w:hAnsi="Arial" w:cs="Arial"/>
          <w:sz w:val="24"/>
          <w:szCs w:val="24"/>
        </w:rPr>
        <w:t xml:space="preserve">,000,000.00 </w:t>
      </w:r>
      <w:r w:rsidRPr="002E4E9B">
        <w:rPr>
          <w:rFonts w:ascii="Arial" w:hAnsi="Arial" w:cs="Arial"/>
          <w:sz w:val="24"/>
          <w:szCs w:val="24"/>
        </w:rPr>
        <w:t xml:space="preserve">millones se contemplan esos los </w:t>
      </w:r>
      <w:r>
        <w:rPr>
          <w:rFonts w:ascii="Arial" w:hAnsi="Arial" w:cs="Arial"/>
          <w:sz w:val="24"/>
          <w:szCs w:val="24"/>
        </w:rPr>
        <w:t>$</w:t>
      </w:r>
      <w:r w:rsidRPr="002E4E9B">
        <w:rPr>
          <w:rFonts w:ascii="Arial" w:hAnsi="Arial" w:cs="Arial"/>
          <w:sz w:val="24"/>
          <w:szCs w:val="24"/>
        </w:rPr>
        <w:t>11</w:t>
      </w:r>
      <w:r>
        <w:rPr>
          <w:rFonts w:ascii="Arial" w:hAnsi="Arial" w:cs="Arial"/>
          <w:sz w:val="24"/>
          <w:szCs w:val="24"/>
        </w:rPr>
        <w:t>,</w:t>
      </w:r>
      <w:r w:rsidRPr="002E4E9B">
        <w:rPr>
          <w:rFonts w:ascii="Arial" w:hAnsi="Arial" w:cs="Arial"/>
          <w:sz w:val="24"/>
          <w:szCs w:val="24"/>
        </w:rPr>
        <w:t>2</w:t>
      </w:r>
      <w:r>
        <w:rPr>
          <w:rFonts w:ascii="Arial" w:hAnsi="Arial" w:cs="Arial"/>
          <w:sz w:val="24"/>
          <w:szCs w:val="24"/>
        </w:rPr>
        <w:t>00,000.00</w:t>
      </w:r>
      <w:r w:rsidRPr="002E4E9B">
        <w:rPr>
          <w:rFonts w:ascii="Arial" w:hAnsi="Arial" w:cs="Arial"/>
          <w:sz w:val="24"/>
          <w:szCs w:val="24"/>
        </w:rPr>
        <w:t xml:space="preserve"> millones</w:t>
      </w:r>
      <w:r>
        <w:rPr>
          <w:rFonts w:ascii="Arial" w:hAnsi="Arial" w:cs="Arial"/>
          <w:sz w:val="24"/>
          <w:szCs w:val="24"/>
        </w:rPr>
        <w:t xml:space="preserve"> </w:t>
      </w:r>
      <w:r w:rsidRPr="002E4E9B">
        <w:rPr>
          <w:rFonts w:ascii="Arial" w:hAnsi="Arial" w:cs="Arial"/>
          <w:sz w:val="24"/>
          <w:szCs w:val="24"/>
        </w:rPr>
        <w:t>del presupuesto participativo 2025</w:t>
      </w:r>
      <w:r>
        <w:rPr>
          <w:rFonts w:ascii="Arial" w:hAnsi="Arial" w:cs="Arial"/>
          <w:sz w:val="24"/>
          <w:szCs w:val="24"/>
        </w:rPr>
        <w:t xml:space="preserve"> dos mil veinticinco</w:t>
      </w:r>
      <w:r w:rsidRPr="002E4E9B">
        <w:rPr>
          <w:rFonts w:ascii="Arial" w:hAnsi="Arial" w:cs="Arial"/>
          <w:sz w:val="24"/>
          <w:szCs w:val="24"/>
        </w:rPr>
        <w:t>. Entonces, eso se</w:t>
      </w:r>
      <w:r>
        <w:rPr>
          <w:rFonts w:ascii="Arial" w:hAnsi="Arial" w:cs="Arial"/>
          <w:sz w:val="24"/>
          <w:szCs w:val="24"/>
        </w:rPr>
        <w:t xml:space="preserve"> </w:t>
      </w:r>
      <w:r w:rsidRPr="002E4E9B">
        <w:rPr>
          <w:rFonts w:ascii="Arial" w:hAnsi="Arial" w:cs="Arial"/>
          <w:sz w:val="24"/>
          <w:szCs w:val="24"/>
        </w:rPr>
        <w:t>traslada ya en el egreso en obra pública. Y también lo del presupuesto de 2026</w:t>
      </w:r>
      <w:r>
        <w:rPr>
          <w:rFonts w:ascii="Arial" w:hAnsi="Arial" w:cs="Arial"/>
          <w:sz w:val="24"/>
          <w:szCs w:val="24"/>
        </w:rPr>
        <w:t xml:space="preserve"> dos mil veintiséis</w:t>
      </w:r>
      <w:r w:rsidRPr="002E4E9B">
        <w:rPr>
          <w:rFonts w:ascii="Arial" w:hAnsi="Arial" w:cs="Arial"/>
          <w:sz w:val="24"/>
          <w:szCs w:val="24"/>
        </w:rPr>
        <w:t>, lo que fue siendo el que aprobamos hace poquito de las canchas y las unidades deportivas.</w:t>
      </w:r>
      <w:r>
        <w:rPr>
          <w:rFonts w:ascii="Arial" w:hAnsi="Arial" w:cs="Arial"/>
          <w:sz w:val="24"/>
          <w:szCs w:val="24"/>
        </w:rPr>
        <w:t xml:space="preserve"> S</w:t>
      </w:r>
      <w:r w:rsidRPr="002E4E9B">
        <w:rPr>
          <w:rFonts w:ascii="Arial" w:hAnsi="Arial" w:cs="Arial"/>
          <w:sz w:val="24"/>
          <w:szCs w:val="24"/>
        </w:rPr>
        <w:t>í nos apoya, licenciada, proyectando la siguiente pestaña.</w:t>
      </w:r>
      <w:r>
        <w:rPr>
          <w:rFonts w:ascii="Arial" w:hAnsi="Arial" w:cs="Arial"/>
          <w:sz w:val="24"/>
          <w:szCs w:val="24"/>
        </w:rPr>
        <w:t xml:space="preserve"> </w:t>
      </w:r>
      <w:r w:rsidRPr="002E4E9B">
        <w:rPr>
          <w:rFonts w:ascii="Arial" w:hAnsi="Arial" w:cs="Arial"/>
          <w:sz w:val="24"/>
          <w:szCs w:val="24"/>
        </w:rPr>
        <w:t>Aquí tenemos los ingresos por fuente de financiamiento</w:t>
      </w:r>
      <w:r>
        <w:rPr>
          <w:rFonts w:ascii="Arial" w:hAnsi="Arial" w:cs="Arial"/>
          <w:sz w:val="24"/>
          <w:szCs w:val="24"/>
        </w:rPr>
        <w:t xml:space="preserve">, </w:t>
      </w:r>
      <w:r w:rsidRPr="002E4E9B">
        <w:rPr>
          <w:rFonts w:ascii="Arial" w:hAnsi="Arial" w:cs="Arial"/>
          <w:sz w:val="24"/>
          <w:szCs w:val="24"/>
        </w:rPr>
        <w:t>si le puede hacer un poco más de zoom, por favor.</w:t>
      </w:r>
      <w:r>
        <w:rPr>
          <w:rFonts w:ascii="Arial" w:hAnsi="Arial" w:cs="Arial"/>
          <w:sz w:val="24"/>
          <w:szCs w:val="24"/>
        </w:rPr>
        <w:t xml:space="preserve"> </w:t>
      </w:r>
      <w:r w:rsidRPr="002E4E9B">
        <w:rPr>
          <w:rFonts w:ascii="Arial" w:hAnsi="Arial" w:cs="Arial"/>
          <w:sz w:val="24"/>
          <w:szCs w:val="24"/>
        </w:rPr>
        <w:t xml:space="preserve">Muy bien, aquí tenemos ya desglosado pues los ingresos por fuente de financiamiento, recursos fiscales, el aumento de los </w:t>
      </w:r>
      <w:r>
        <w:rPr>
          <w:rFonts w:ascii="Arial" w:hAnsi="Arial" w:cs="Arial"/>
          <w:sz w:val="24"/>
          <w:szCs w:val="24"/>
        </w:rPr>
        <w:t>$</w:t>
      </w:r>
      <w:r w:rsidRPr="002E4E9B">
        <w:rPr>
          <w:rFonts w:ascii="Arial" w:hAnsi="Arial" w:cs="Arial"/>
          <w:sz w:val="24"/>
          <w:szCs w:val="24"/>
        </w:rPr>
        <w:t>9</w:t>
      </w:r>
      <w:r>
        <w:rPr>
          <w:rFonts w:ascii="Arial" w:hAnsi="Arial" w:cs="Arial"/>
          <w:sz w:val="24"/>
          <w:szCs w:val="24"/>
        </w:rPr>
        <w:t>,000,000.00</w:t>
      </w:r>
      <w:r w:rsidRPr="002E4E9B">
        <w:rPr>
          <w:rFonts w:ascii="Arial" w:hAnsi="Arial" w:cs="Arial"/>
          <w:sz w:val="24"/>
          <w:szCs w:val="24"/>
        </w:rPr>
        <w:t xml:space="preserve"> millones, como les comentamos anteriormente, no recuerdo si por el ingreso del</w:t>
      </w:r>
      <w:r>
        <w:rPr>
          <w:rFonts w:ascii="Arial" w:hAnsi="Arial" w:cs="Arial"/>
          <w:sz w:val="24"/>
          <w:szCs w:val="24"/>
        </w:rPr>
        <w:t xml:space="preserve"> </w:t>
      </w:r>
      <w:r w:rsidRPr="002E4E9B">
        <w:rPr>
          <w:rFonts w:ascii="Arial" w:hAnsi="Arial" w:cs="Arial"/>
          <w:sz w:val="24"/>
          <w:szCs w:val="24"/>
        </w:rPr>
        <w:t>impuesto predial, ¿sí? Es decir, es de recurso, impuestos municipales</w:t>
      </w:r>
      <w:r>
        <w:rPr>
          <w:rFonts w:ascii="Arial" w:hAnsi="Arial" w:cs="Arial"/>
          <w:sz w:val="24"/>
          <w:szCs w:val="24"/>
        </w:rPr>
        <w:t xml:space="preserve"> </w:t>
      </w:r>
      <w:r w:rsidRPr="002E4E9B">
        <w:rPr>
          <w:rFonts w:ascii="Arial" w:hAnsi="Arial" w:cs="Arial"/>
          <w:sz w:val="24"/>
          <w:szCs w:val="24"/>
        </w:rPr>
        <w:t>en recursos federales y demás desglosados, impuestos, derechos, productos y aprovechamientos que da igual, bueno, impuestos en el incremento</w:t>
      </w:r>
      <w:r>
        <w:rPr>
          <w:rFonts w:ascii="Arial" w:hAnsi="Arial" w:cs="Arial"/>
          <w:sz w:val="24"/>
          <w:szCs w:val="24"/>
        </w:rPr>
        <w:t xml:space="preserve"> </w:t>
      </w:r>
      <w:r w:rsidRPr="002E4E9B">
        <w:rPr>
          <w:rFonts w:ascii="Arial" w:hAnsi="Arial" w:cs="Arial"/>
          <w:sz w:val="24"/>
          <w:szCs w:val="24"/>
        </w:rPr>
        <w:t xml:space="preserve">en los impuestos por </w:t>
      </w:r>
      <w:r>
        <w:rPr>
          <w:rFonts w:ascii="Arial" w:hAnsi="Arial" w:cs="Arial"/>
          <w:sz w:val="24"/>
          <w:szCs w:val="24"/>
        </w:rPr>
        <w:t>$</w:t>
      </w:r>
      <w:r w:rsidRPr="002E4E9B">
        <w:rPr>
          <w:rFonts w:ascii="Arial" w:hAnsi="Arial" w:cs="Arial"/>
          <w:sz w:val="24"/>
          <w:szCs w:val="24"/>
        </w:rPr>
        <w:t>9</w:t>
      </w:r>
      <w:r>
        <w:rPr>
          <w:rFonts w:ascii="Arial" w:hAnsi="Arial" w:cs="Arial"/>
          <w:sz w:val="24"/>
          <w:szCs w:val="24"/>
        </w:rPr>
        <w:t>,000,000.00</w:t>
      </w:r>
      <w:r w:rsidRPr="002E4E9B">
        <w:rPr>
          <w:rFonts w:ascii="Arial" w:hAnsi="Arial" w:cs="Arial"/>
          <w:sz w:val="24"/>
          <w:szCs w:val="24"/>
        </w:rPr>
        <w:t xml:space="preserve"> m</w:t>
      </w:r>
      <w:r>
        <w:rPr>
          <w:rFonts w:ascii="Arial" w:hAnsi="Arial" w:cs="Arial"/>
          <w:sz w:val="24"/>
          <w:szCs w:val="24"/>
        </w:rPr>
        <w:t>ill</w:t>
      </w:r>
      <w:r w:rsidRPr="002E4E9B">
        <w:rPr>
          <w:rFonts w:ascii="Arial" w:hAnsi="Arial" w:cs="Arial"/>
          <w:sz w:val="24"/>
          <w:szCs w:val="24"/>
        </w:rPr>
        <w:t>ones. Lo demás queda sin modificación alguna hasta el rubro de los etiquetados.</w:t>
      </w:r>
      <w:r>
        <w:rPr>
          <w:rFonts w:ascii="Arial" w:hAnsi="Arial" w:cs="Arial"/>
          <w:sz w:val="24"/>
          <w:szCs w:val="24"/>
        </w:rPr>
        <w:t xml:space="preserve"> </w:t>
      </w:r>
      <w:r w:rsidRPr="002E4E9B">
        <w:rPr>
          <w:rFonts w:ascii="Arial" w:hAnsi="Arial" w:cs="Arial"/>
          <w:sz w:val="24"/>
          <w:szCs w:val="24"/>
        </w:rPr>
        <w:t xml:space="preserve">En los recursos federales se está teniendo un aumento de </w:t>
      </w:r>
      <w:r>
        <w:rPr>
          <w:rFonts w:ascii="Arial" w:hAnsi="Arial" w:cs="Arial"/>
          <w:sz w:val="24"/>
          <w:szCs w:val="24"/>
        </w:rPr>
        <w:t>$</w:t>
      </w:r>
      <w:r w:rsidR="00413425" w:rsidRPr="002E4E9B">
        <w:rPr>
          <w:rFonts w:ascii="Arial" w:hAnsi="Arial" w:cs="Arial"/>
          <w:sz w:val="24"/>
          <w:szCs w:val="24"/>
        </w:rPr>
        <w:t>6,</w:t>
      </w:r>
      <w:r w:rsidR="00413425">
        <w:rPr>
          <w:rFonts w:ascii="Arial" w:hAnsi="Arial" w:cs="Arial"/>
          <w:sz w:val="24"/>
          <w:szCs w:val="24"/>
        </w:rPr>
        <w:t>612,</w:t>
      </w:r>
      <w:r w:rsidR="00413425" w:rsidRPr="002E4E9B">
        <w:rPr>
          <w:rFonts w:ascii="Arial" w:hAnsi="Arial" w:cs="Arial"/>
          <w:sz w:val="24"/>
          <w:szCs w:val="24"/>
        </w:rPr>
        <w:t>769</w:t>
      </w:r>
      <w:r w:rsidR="00413425">
        <w:rPr>
          <w:rFonts w:ascii="Arial" w:hAnsi="Arial" w:cs="Arial"/>
          <w:sz w:val="24"/>
          <w:szCs w:val="24"/>
        </w:rPr>
        <w:t>.</w:t>
      </w:r>
      <w:r w:rsidR="00413425" w:rsidRPr="002E4E9B">
        <w:rPr>
          <w:rFonts w:ascii="Arial" w:hAnsi="Arial" w:cs="Arial"/>
          <w:sz w:val="24"/>
          <w:szCs w:val="24"/>
        </w:rPr>
        <w:t>12</w:t>
      </w:r>
      <w:r w:rsidR="00413425">
        <w:rPr>
          <w:rFonts w:ascii="Arial" w:hAnsi="Arial" w:cs="Arial"/>
          <w:sz w:val="24"/>
          <w:szCs w:val="24"/>
        </w:rPr>
        <w:t xml:space="preserve"> que</w:t>
      </w:r>
      <w:r w:rsidRPr="002E4E9B">
        <w:rPr>
          <w:rFonts w:ascii="Arial" w:hAnsi="Arial" w:cs="Arial"/>
          <w:sz w:val="24"/>
          <w:szCs w:val="24"/>
        </w:rPr>
        <w:t xml:space="preserve"> corresponden a una disminución en el suministro del Fondo de Aportaciones para la Infraestructura</w:t>
      </w:r>
      <w:r>
        <w:rPr>
          <w:rFonts w:ascii="Arial" w:hAnsi="Arial" w:cs="Arial"/>
          <w:sz w:val="24"/>
          <w:szCs w:val="24"/>
        </w:rPr>
        <w:t xml:space="preserve"> </w:t>
      </w:r>
      <w:r w:rsidRPr="002E4E9B">
        <w:rPr>
          <w:rFonts w:ascii="Arial" w:hAnsi="Arial" w:cs="Arial"/>
          <w:sz w:val="24"/>
          <w:szCs w:val="24"/>
        </w:rPr>
        <w:t>Social Municipal del F</w:t>
      </w:r>
      <w:r>
        <w:rPr>
          <w:rFonts w:ascii="Arial" w:hAnsi="Arial" w:cs="Arial"/>
          <w:sz w:val="24"/>
          <w:szCs w:val="24"/>
        </w:rPr>
        <w:t>AISMUN</w:t>
      </w:r>
      <w:r w:rsidRPr="002E4E9B">
        <w:rPr>
          <w:rFonts w:ascii="Arial" w:hAnsi="Arial" w:cs="Arial"/>
          <w:sz w:val="24"/>
          <w:szCs w:val="24"/>
        </w:rPr>
        <w:t xml:space="preserve"> de </w:t>
      </w:r>
      <w:r>
        <w:rPr>
          <w:rFonts w:ascii="Arial" w:hAnsi="Arial" w:cs="Arial"/>
          <w:sz w:val="24"/>
          <w:szCs w:val="24"/>
        </w:rPr>
        <w:t>$</w:t>
      </w:r>
      <w:r w:rsidRPr="002E4E9B">
        <w:rPr>
          <w:rFonts w:ascii="Arial" w:hAnsi="Arial" w:cs="Arial"/>
          <w:sz w:val="24"/>
          <w:szCs w:val="24"/>
        </w:rPr>
        <w:t>1,143,491</w:t>
      </w:r>
      <w:r>
        <w:rPr>
          <w:rFonts w:ascii="Arial" w:hAnsi="Arial" w:cs="Arial"/>
          <w:sz w:val="24"/>
          <w:szCs w:val="24"/>
        </w:rPr>
        <w:t>.</w:t>
      </w:r>
      <w:r w:rsidRPr="002E4E9B">
        <w:rPr>
          <w:rFonts w:ascii="Arial" w:hAnsi="Arial" w:cs="Arial"/>
          <w:sz w:val="24"/>
          <w:szCs w:val="24"/>
        </w:rPr>
        <w:t xml:space="preserve"> </w:t>
      </w:r>
      <w:r w:rsidR="00413425" w:rsidRPr="002E4E9B">
        <w:rPr>
          <w:rFonts w:ascii="Arial" w:hAnsi="Arial" w:cs="Arial"/>
          <w:sz w:val="24"/>
          <w:szCs w:val="24"/>
        </w:rPr>
        <w:t>84</w:t>
      </w:r>
      <w:r w:rsidR="00413425">
        <w:rPr>
          <w:rFonts w:ascii="Arial" w:hAnsi="Arial" w:cs="Arial"/>
          <w:sz w:val="24"/>
          <w:szCs w:val="24"/>
        </w:rPr>
        <w:t xml:space="preserve"> quedando</w:t>
      </w:r>
      <w:r w:rsidRPr="002E4E9B">
        <w:rPr>
          <w:rFonts w:ascii="Arial" w:hAnsi="Arial" w:cs="Arial"/>
          <w:sz w:val="24"/>
          <w:szCs w:val="24"/>
        </w:rPr>
        <w:t xml:space="preserve"> un total de </w:t>
      </w:r>
      <w:r>
        <w:rPr>
          <w:rFonts w:ascii="Arial" w:hAnsi="Arial" w:cs="Arial"/>
          <w:sz w:val="24"/>
          <w:szCs w:val="24"/>
        </w:rPr>
        <w:lastRenderedPageBreak/>
        <w:t>$</w:t>
      </w:r>
      <w:r w:rsidR="00413425" w:rsidRPr="002E4E9B">
        <w:rPr>
          <w:rFonts w:ascii="Arial" w:hAnsi="Arial" w:cs="Arial"/>
          <w:sz w:val="24"/>
          <w:szCs w:val="24"/>
        </w:rPr>
        <w:t>14,662,983</w:t>
      </w:r>
      <w:r w:rsidR="00413425">
        <w:rPr>
          <w:rFonts w:ascii="Arial" w:hAnsi="Arial" w:cs="Arial"/>
          <w:sz w:val="24"/>
          <w:szCs w:val="24"/>
        </w:rPr>
        <w:t>.</w:t>
      </w:r>
      <w:r w:rsidR="00413425" w:rsidRPr="002E4E9B">
        <w:rPr>
          <w:rFonts w:ascii="Arial" w:hAnsi="Arial" w:cs="Arial"/>
          <w:sz w:val="24"/>
          <w:szCs w:val="24"/>
        </w:rPr>
        <w:t>22</w:t>
      </w:r>
      <w:r w:rsidR="00413425">
        <w:rPr>
          <w:rFonts w:ascii="Arial" w:hAnsi="Arial" w:cs="Arial"/>
          <w:sz w:val="24"/>
          <w:szCs w:val="24"/>
        </w:rPr>
        <w:t xml:space="preserve"> </w:t>
      </w:r>
      <w:r w:rsidR="00413425" w:rsidRPr="002E4E9B">
        <w:rPr>
          <w:rFonts w:ascii="Arial" w:hAnsi="Arial" w:cs="Arial"/>
          <w:sz w:val="24"/>
          <w:szCs w:val="24"/>
        </w:rPr>
        <w:t>y</w:t>
      </w:r>
      <w:r w:rsidRPr="002E4E9B">
        <w:rPr>
          <w:rFonts w:ascii="Arial" w:hAnsi="Arial" w:cs="Arial"/>
          <w:sz w:val="24"/>
          <w:szCs w:val="24"/>
        </w:rPr>
        <w:t xml:space="preserve"> un aumento en el fondo de aportaciones</w:t>
      </w:r>
      <w:r>
        <w:rPr>
          <w:rFonts w:ascii="Arial" w:hAnsi="Arial" w:cs="Arial"/>
          <w:sz w:val="24"/>
          <w:szCs w:val="24"/>
        </w:rPr>
        <w:t xml:space="preserve"> </w:t>
      </w:r>
      <w:r w:rsidRPr="002E4E9B">
        <w:rPr>
          <w:rFonts w:ascii="Arial" w:hAnsi="Arial" w:cs="Arial"/>
          <w:sz w:val="24"/>
          <w:szCs w:val="24"/>
        </w:rPr>
        <w:t>para el fortalecimiento municipal F</w:t>
      </w:r>
      <w:r>
        <w:rPr>
          <w:rFonts w:ascii="Arial" w:hAnsi="Arial" w:cs="Arial"/>
          <w:sz w:val="24"/>
          <w:szCs w:val="24"/>
        </w:rPr>
        <w:t>ORTAMUN</w:t>
      </w:r>
      <w:r w:rsidRPr="002E4E9B">
        <w:rPr>
          <w:rFonts w:ascii="Arial" w:hAnsi="Arial" w:cs="Arial"/>
          <w:sz w:val="24"/>
          <w:szCs w:val="24"/>
        </w:rPr>
        <w:t xml:space="preserve"> por </w:t>
      </w:r>
      <w:r>
        <w:rPr>
          <w:rFonts w:ascii="Arial" w:hAnsi="Arial" w:cs="Arial"/>
          <w:sz w:val="24"/>
          <w:szCs w:val="24"/>
        </w:rPr>
        <w:t>$</w:t>
      </w:r>
      <w:r w:rsidR="00413425" w:rsidRPr="002E4E9B">
        <w:rPr>
          <w:rFonts w:ascii="Arial" w:hAnsi="Arial" w:cs="Arial"/>
          <w:sz w:val="24"/>
          <w:szCs w:val="24"/>
        </w:rPr>
        <w:t>7,756,260</w:t>
      </w:r>
      <w:r w:rsidR="00413425">
        <w:rPr>
          <w:rFonts w:ascii="Arial" w:hAnsi="Arial" w:cs="Arial"/>
          <w:sz w:val="24"/>
          <w:szCs w:val="24"/>
        </w:rPr>
        <w:t>.</w:t>
      </w:r>
      <w:r w:rsidR="00413425" w:rsidRPr="002E4E9B">
        <w:rPr>
          <w:rFonts w:ascii="Arial" w:hAnsi="Arial" w:cs="Arial"/>
          <w:sz w:val="24"/>
          <w:szCs w:val="24"/>
        </w:rPr>
        <w:t>96</w:t>
      </w:r>
      <w:r w:rsidR="00413425">
        <w:rPr>
          <w:rFonts w:ascii="Arial" w:hAnsi="Arial" w:cs="Arial"/>
          <w:sz w:val="24"/>
          <w:szCs w:val="24"/>
        </w:rPr>
        <w:t xml:space="preserve"> quedando</w:t>
      </w:r>
      <w:r w:rsidRPr="002E4E9B">
        <w:rPr>
          <w:rFonts w:ascii="Arial" w:hAnsi="Arial" w:cs="Arial"/>
          <w:sz w:val="24"/>
          <w:szCs w:val="24"/>
        </w:rPr>
        <w:t xml:space="preserve"> un total de </w:t>
      </w:r>
      <w:r>
        <w:rPr>
          <w:rFonts w:ascii="Arial" w:hAnsi="Arial" w:cs="Arial"/>
          <w:sz w:val="24"/>
          <w:szCs w:val="24"/>
        </w:rPr>
        <w:t xml:space="preserve">FORTAMUN </w:t>
      </w:r>
      <w:r w:rsidR="00413425">
        <w:rPr>
          <w:rFonts w:ascii="Arial" w:hAnsi="Arial" w:cs="Arial"/>
          <w:sz w:val="24"/>
          <w:szCs w:val="24"/>
        </w:rPr>
        <w:t>124</w:t>
      </w:r>
      <w:r w:rsidR="00413425" w:rsidRPr="002E4E9B">
        <w:rPr>
          <w:rFonts w:ascii="Arial" w:hAnsi="Arial" w:cs="Arial"/>
          <w:sz w:val="24"/>
          <w:szCs w:val="24"/>
        </w:rPr>
        <w:t>,506,240</w:t>
      </w:r>
      <w:r w:rsidR="00413425">
        <w:rPr>
          <w:rFonts w:ascii="Arial" w:hAnsi="Arial" w:cs="Arial"/>
          <w:sz w:val="24"/>
          <w:szCs w:val="24"/>
        </w:rPr>
        <w:t>.98.</w:t>
      </w:r>
      <w:r w:rsidR="00FA5EAA">
        <w:rPr>
          <w:rFonts w:ascii="Arial" w:hAnsi="Arial" w:cs="Arial"/>
          <w:sz w:val="24"/>
          <w:szCs w:val="24"/>
        </w:rPr>
        <w:t xml:space="preserve"> E</w:t>
      </w:r>
      <w:r w:rsidRPr="002E4E9B">
        <w:rPr>
          <w:rFonts w:ascii="Arial" w:hAnsi="Arial" w:cs="Arial"/>
          <w:sz w:val="24"/>
          <w:szCs w:val="24"/>
        </w:rPr>
        <w:t>s decir, ya se ve siendo la persona aritmética entre lo menos que nos van a dar de FA</w:t>
      </w:r>
      <w:r w:rsidR="00FA5EAA">
        <w:rPr>
          <w:rFonts w:ascii="Arial" w:hAnsi="Arial" w:cs="Arial"/>
          <w:sz w:val="24"/>
          <w:szCs w:val="24"/>
        </w:rPr>
        <w:t>ISMUN</w:t>
      </w:r>
      <w:r w:rsidRPr="002E4E9B">
        <w:rPr>
          <w:rFonts w:ascii="Arial" w:hAnsi="Arial" w:cs="Arial"/>
          <w:sz w:val="24"/>
          <w:szCs w:val="24"/>
        </w:rPr>
        <w:t xml:space="preserve"> más lo que nos van a dar en F</w:t>
      </w:r>
      <w:r w:rsidR="00FA5EAA">
        <w:rPr>
          <w:rFonts w:ascii="Arial" w:hAnsi="Arial" w:cs="Arial"/>
          <w:sz w:val="24"/>
          <w:szCs w:val="24"/>
        </w:rPr>
        <w:t xml:space="preserve">ORTAMUN </w:t>
      </w:r>
      <w:r w:rsidRPr="002E4E9B">
        <w:rPr>
          <w:rFonts w:ascii="Arial" w:hAnsi="Arial" w:cs="Arial"/>
          <w:sz w:val="24"/>
          <w:szCs w:val="24"/>
        </w:rPr>
        <w:t xml:space="preserve">son los </w:t>
      </w:r>
      <w:r w:rsidR="00FA5EAA">
        <w:rPr>
          <w:rFonts w:ascii="Arial" w:hAnsi="Arial" w:cs="Arial"/>
          <w:sz w:val="24"/>
          <w:szCs w:val="24"/>
        </w:rPr>
        <w:t>$</w:t>
      </w:r>
      <w:r w:rsidRPr="002E4E9B">
        <w:rPr>
          <w:rFonts w:ascii="Arial" w:hAnsi="Arial" w:cs="Arial"/>
          <w:sz w:val="24"/>
          <w:szCs w:val="24"/>
        </w:rPr>
        <w:t>6</w:t>
      </w:r>
      <w:r w:rsidR="00FA5EAA">
        <w:rPr>
          <w:rFonts w:ascii="Arial" w:hAnsi="Arial" w:cs="Arial"/>
          <w:sz w:val="24"/>
          <w:szCs w:val="24"/>
        </w:rPr>
        <w:t xml:space="preserve">,600,000.00  </w:t>
      </w:r>
      <w:r w:rsidRPr="002E4E9B">
        <w:rPr>
          <w:rFonts w:ascii="Arial" w:hAnsi="Arial" w:cs="Arial"/>
          <w:sz w:val="24"/>
          <w:szCs w:val="24"/>
        </w:rPr>
        <w:t xml:space="preserve">En el recurso no </w:t>
      </w:r>
      <w:r w:rsidR="00FA5EAA">
        <w:rPr>
          <w:rFonts w:ascii="Arial" w:hAnsi="Arial" w:cs="Arial"/>
          <w:sz w:val="24"/>
          <w:szCs w:val="24"/>
        </w:rPr>
        <w:t>e</w:t>
      </w:r>
      <w:r w:rsidRPr="002E4E9B">
        <w:rPr>
          <w:rFonts w:ascii="Arial" w:hAnsi="Arial" w:cs="Arial"/>
          <w:sz w:val="24"/>
          <w:szCs w:val="24"/>
        </w:rPr>
        <w:t>tiquetado, los remanentes de recursos fiscales 2025</w:t>
      </w:r>
      <w:r w:rsidR="00FA5EAA">
        <w:rPr>
          <w:rFonts w:ascii="Arial" w:hAnsi="Arial" w:cs="Arial"/>
          <w:sz w:val="24"/>
          <w:szCs w:val="24"/>
        </w:rPr>
        <w:t xml:space="preserve"> dos mil veinticinco</w:t>
      </w:r>
      <w:r w:rsidRPr="002E4E9B">
        <w:rPr>
          <w:rFonts w:ascii="Arial" w:hAnsi="Arial" w:cs="Arial"/>
          <w:sz w:val="24"/>
          <w:szCs w:val="24"/>
        </w:rPr>
        <w:t xml:space="preserve">, que lo veíamos en la tabla anterior, </w:t>
      </w:r>
      <w:r w:rsidR="00FA5EAA">
        <w:rPr>
          <w:rFonts w:ascii="Arial" w:hAnsi="Arial" w:cs="Arial"/>
          <w:sz w:val="24"/>
          <w:szCs w:val="24"/>
        </w:rPr>
        <w:t>$</w:t>
      </w:r>
      <w:r w:rsidRPr="002E4E9B">
        <w:rPr>
          <w:rFonts w:ascii="Arial" w:hAnsi="Arial" w:cs="Arial"/>
          <w:sz w:val="24"/>
          <w:szCs w:val="24"/>
        </w:rPr>
        <w:t>45</w:t>
      </w:r>
      <w:r w:rsidR="00FA5EAA">
        <w:rPr>
          <w:rFonts w:ascii="Arial" w:hAnsi="Arial" w:cs="Arial"/>
          <w:sz w:val="24"/>
          <w:szCs w:val="24"/>
        </w:rPr>
        <w:t xml:space="preserve">,000,000.00 </w:t>
      </w:r>
      <w:r w:rsidRPr="002E4E9B">
        <w:rPr>
          <w:rFonts w:ascii="Arial" w:hAnsi="Arial" w:cs="Arial"/>
          <w:sz w:val="24"/>
          <w:szCs w:val="24"/>
        </w:rPr>
        <w:t>millones adicionales</w:t>
      </w:r>
      <w:r w:rsidR="00FA5EAA">
        <w:rPr>
          <w:rFonts w:ascii="Arial" w:hAnsi="Arial" w:cs="Arial"/>
          <w:sz w:val="24"/>
          <w:szCs w:val="24"/>
        </w:rPr>
        <w:t xml:space="preserve"> </w:t>
      </w:r>
      <w:r w:rsidRPr="002E4E9B">
        <w:rPr>
          <w:rFonts w:ascii="Arial" w:hAnsi="Arial" w:cs="Arial"/>
          <w:sz w:val="24"/>
          <w:szCs w:val="24"/>
        </w:rPr>
        <w:t>que atienden a recursos fiscales 2025</w:t>
      </w:r>
      <w:r w:rsidR="00FA5EAA">
        <w:rPr>
          <w:rFonts w:ascii="Arial" w:hAnsi="Arial" w:cs="Arial"/>
          <w:sz w:val="24"/>
          <w:szCs w:val="24"/>
        </w:rPr>
        <w:t xml:space="preserve"> dos mil vein</w:t>
      </w:r>
      <w:r w:rsidR="00E4313C">
        <w:rPr>
          <w:rFonts w:ascii="Arial" w:hAnsi="Arial" w:cs="Arial"/>
          <w:sz w:val="24"/>
          <w:szCs w:val="24"/>
        </w:rPr>
        <w:t>ticinco</w:t>
      </w:r>
      <w:r w:rsidRPr="002E4E9B">
        <w:rPr>
          <w:rFonts w:ascii="Arial" w:hAnsi="Arial" w:cs="Arial"/>
          <w:sz w:val="24"/>
          <w:szCs w:val="24"/>
        </w:rPr>
        <w:t xml:space="preserve"> donde se contempla lo que comentaba la</w:t>
      </w:r>
      <w:r w:rsidR="00E4313C">
        <w:rPr>
          <w:rFonts w:ascii="Arial" w:hAnsi="Arial" w:cs="Arial"/>
          <w:sz w:val="24"/>
          <w:szCs w:val="24"/>
        </w:rPr>
        <w:t xml:space="preserve"> R</w:t>
      </w:r>
      <w:r w:rsidRPr="002E4E9B">
        <w:rPr>
          <w:rFonts w:ascii="Arial" w:hAnsi="Arial" w:cs="Arial"/>
          <w:sz w:val="24"/>
          <w:szCs w:val="24"/>
        </w:rPr>
        <w:t xml:space="preserve">egidora Olga y </w:t>
      </w:r>
      <w:r w:rsidR="00E4313C">
        <w:rPr>
          <w:rFonts w:ascii="Arial" w:hAnsi="Arial" w:cs="Arial"/>
          <w:sz w:val="24"/>
          <w:szCs w:val="24"/>
        </w:rPr>
        <w:t>$</w:t>
      </w:r>
      <w:r w:rsidRPr="002E4E9B">
        <w:rPr>
          <w:rFonts w:ascii="Arial" w:hAnsi="Arial" w:cs="Arial"/>
          <w:sz w:val="24"/>
          <w:szCs w:val="24"/>
        </w:rPr>
        <w:t>2</w:t>
      </w:r>
      <w:r w:rsidR="00E4313C">
        <w:rPr>
          <w:rFonts w:ascii="Arial" w:hAnsi="Arial" w:cs="Arial"/>
          <w:sz w:val="24"/>
          <w:szCs w:val="24"/>
        </w:rPr>
        <w:t>,</w:t>
      </w:r>
      <w:r w:rsidRPr="002E4E9B">
        <w:rPr>
          <w:rFonts w:ascii="Arial" w:hAnsi="Arial" w:cs="Arial"/>
          <w:sz w:val="24"/>
          <w:szCs w:val="24"/>
        </w:rPr>
        <w:t>7</w:t>
      </w:r>
      <w:r w:rsidR="00E4313C">
        <w:rPr>
          <w:rFonts w:ascii="Arial" w:hAnsi="Arial" w:cs="Arial"/>
          <w:sz w:val="24"/>
          <w:szCs w:val="24"/>
        </w:rPr>
        <w:t>00,000.00</w:t>
      </w:r>
      <w:r w:rsidRPr="002E4E9B">
        <w:rPr>
          <w:rFonts w:ascii="Arial" w:hAnsi="Arial" w:cs="Arial"/>
          <w:sz w:val="24"/>
          <w:szCs w:val="24"/>
        </w:rPr>
        <w:t xml:space="preserve"> millones de remanentes de participaciones estatales</w:t>
      </w:r>
      <w:r w:rsidR="00E4313C">
        <w:rPr>
          <w:rFonts w:ascii="Arial" w:hAnsi="Arial" w:cs="Arial"/>
          <w:sz w:val="24"/>
          <w:szCs w:val="24"/>
        </w:rPr>
        <w:t xml:space="preserve"> </w:t>
      </w:r>
      <w:r w:rsidRPr="002E4E9B">
        <w:rPr>
          <w:rFonts w:ascii="Arial" w:hAnsi="Arial" w:cs="Arial"/>
          <w:sz w:val="24"/>
          <w:szCs w:val="24"/>
        </w:rPr>
        <w:t xml:space="preserve">un total en los modificaciones a la alza de </w:t>
      </w:r>
      <w:r w:rsidR="00E4313C">
        <w:rPr>
          <w:rFonts w:ascii="Arial" w:hAnsi="Arial" w:cs="Arial"/>
          <w:sz w:val="24"/>
          <w:szCs w:val="24"/>
        </w:rPr>
        <w:t>$</w:t>
      </w:r>
      <w:r w:rsidRPr="002E4E9B">
        <w:rPr>
          <w:rFonts w:ascii="Arial" w:hAnsi="Arial" w:cs="Arial"/>
          <w:sz w:val="24"/>
          <w:szCs w:val="24"/>
        </w:rPr>
        <w:t>64,4,911</w:t>
      </w:r>
      <w:r w:rsidR="00E4313C">
        <w:rPr>
          <w:rFonts w:ascii="Arial" w:hAnsi="Arial" w:cs="Arial"/>
          <w:sz w:val="24"/>
          <w:szCs w:val="24"/>
        </w:rPr>
        <w:t>.</w:t>
      </w:r>
      <w:r w:rsidRPr="002E4E9B">
        <w:rPr>
          <w:rFonts w:ascii="Arial" w:hAnsi="Arial" w:cs="Arial"/>
          <w:sz w:val="24"/>
          <w:szCs w:val="24"/>
        </w:rPr>
        <w:t>31</w:t>
      </w:r>
      <w:r w:rsidR="00E4313C">
        <w:rPr>
          <w:rFonts w:ascii="Arial" w:hAnsi="Arial" w:cs="Arial"/>
          <w:sz w:val="24"/>
          <w:szCs w:val="24"/>
        </w:rPr>
        <w:t xml:space="preserve"> </w:t>
      </w:r>
      <w:r w:rsidRPr="002E4E9B">
        <w:rPr>
          <w:rFonts w:ascii="Arial" w:hAnsi="Arial" w:cs="Arial"/>
          <w:sz w:val="24"/>
          <w:szCs w:val="24"/>
        </w:rPr>
        <w:t xml:space="preserve"> y un total de  </w:t>
      </w:r>
      <w:r w:rsidR="00E4313C">
        <w:rPr>
          <w:rFonts w:ascii="Arial" w:hAnsi="Arial" w:cs="Arial"/>
          <w:sz w:val="24"/>
          <w:szCs w:val="24"/>
        </w:rPr>
        <w:t>$</w:t>
      </w:r>
      <w:r w:rsidRPr="002E4E9B">
        <w:rPr>
          <w:rFonts w:ascii="Arial" w:hAnsi="Arial" w:cs="Arial"/>
          <w:sz w:val="24"/>
          <w:szCs w:val="24"/>
        </w:rPr>
        <w:t>726,606,892</w:t>
      </w:r>
      <w:r w:rsidR="00E4313C">
        <w:rPr>
          <w:rFonts w:ascii="Arial" w:hAnsi="Arial" w:cs="Arial"/>
          <w:sz w:val="24"/>
          <w:szCs w:val="24"/>
        </w:rPr>
        <w:t>.</w:t>
      </w:r>
      <w:r w:rsidRPr="002E4E9B">
        <w:rPr>
          <w:rFonts w:ascii="Arial" w:hAnsi="Arial" w:cs="Arial"/>
          <w:sz w:val="24"/>
          <w:szCs w:val="24"/>
        </w:rPr>
        <w:t>7</w:t>
      </w:r>
      <w:r w:rsidR="00E4313C">
        <w:rPr>
          <w:rFonts w:ascii="Arial" w:hAnsi="Arial" w:cs="Arial"/>
          <w:sz w:val="24"/>
          <w:szCs w:val="24"/>
        </w:rPr>
        <w:t xml:space="preserve">4 </w:t>
      </w:r>
      <w:r w:rsidRPr="002E4E9B">
        <w:rPr>
          <w:rFonts w:ascii="Arial" w:hAnsi="Arial" w:cs="Arial"/>
          <w:sz w:val="24"/>
          <w:szCs w:val="24"/>
        </w:rPr>
        <w:t>Ahora, en el gasto en el egreso de por fuente de financiamiento, se le puede hacer un poco más de zoom, licenciada, por favor.</w:t>
      </w:r>
      <w:r w:rsidR="00E4313C">
        <w:rPr>
          <w:rFonts w:ascii="Arial" w:hAnsi="Arial" w:cs="Arial"/>
          <w:sz w:val="24"/>
          <w:szCs w:val="24"/>
        </w:rPr>
        <w:t xml:space="preserve"> </w:t>
      </w:r>
      <w:r w:rsidRPr="002E4E9B">
        <w:rPr>
          <w:rFonts w:ascii="Arial" w:hAnsi="Arial" w:cs="Arial"/>
          <w:sz w:val="24"/>
          <w:szCs w:val="24"/>
        </w:rPr>
        <w:t xml:space="preserve">En recursos fiscales, aquí están el aumento de los </w:t>
      </w:r>
      <w:r w:rsidR="00E4313C">
        <w:rPr>
          <w:rFonts w:ascii="Arial" w:hAnsi="Arial" w:cs="Arial"/>
          <w:sz w:val="24"/>
          <w:szCs w:val="24"/>
        </w:rPr>
        <w:t>$</w:t>
      </w:r>
      <w:r w:rsidRPr="002E4E9B">
        <w:rPr>
          <w:rFonts w:ascii="Arial" w:hAnsi="Arial" w:cs="Arial"/>
          <w:sz w:val="24"/>
          <w:szCs w:val="24"/>
        </w:rPr>
        <w:t>9</w:t>
      </w:r>
      <w:r w:rsidR="00E4313C">
        <w:rPr>
          <w:rFonts w:ascii="Arial" w:hAnsi="Arial" w:cs="Arial"/>
          <w:sz w:val="24"/>
          <w:szCs w:val="24"/>
        </w:rPr>
        <w:t>,000,000.00</w:t>
      </w:r>
      <w:r w:rsidRPr="002E4E9B">
        <w:rPr>
          <w:rFonts w:ascii="Arial" w:hAnsi="Arial" w:cs="Arial"/>
          <w:sz w:val="24"/>
          <w:szCs w:val="24"/>
        </w:rPr>
        <w:t xml:space="preserve"> millones </w:t>
      </w:r>
      <w:proofErr w:type="gramStart"/>
      <w:r w:rsidRPr="002E4E9B">
        <w:rPr>
          <w:rFonts w:ascii="Arial" w:hAnsi="Arial" w:cs="Arial"/>
          <w:sz w:val="24"/>
          <w:szCs w:val="24"/>
        </w:rPr>
        <w:t>de .</w:t>
      </w:r>
      <w:proofErr w:type="gramEnd"/>
      <w:r w:rsidRPr="002E4E9B">
        <w:rPr>
          <w:rFonts w:ascii="Arial" w:hAnsi="Arial" w:cs="Arial"/>
          <w:sz w:val="24"/>
          <w:szCs w:val="24"/>
        </w:rPr>
        <w:t xml:space="preserve"> En materiales y suministros, menos de </w:t>
      </w:r>
      <w:r w:rsidR="00E4313C">
        <w:rPr>
          <w:rFonts w:ascii="Arial" w:hAnsi="Arial" w:cs="Arial"/>
          <w:sz w:val="24"/>
          <w:szCs w:val="24"/>
        </w:rPr>
        <w:t>$</w:t>
      </w:r>
      <w:r w:rsidRPr="002E4E9B">
        <w:rPr>
          <w:rFonts w:ascii="Arial" w:hAnsi="Arial" w:cs="Arial"/>
          <w:sz w:val="24"/>
          <w:szCs w:val="24"/>
        </w:rPr>
        <w:t>2</w:t>
      </w:r>
      <w:r w:rsidR="00E4313C">
        <w:rPr>
          <w:rFonts w:ascii="Arial" w:hAnsi="Arial" w:cs="Arial"/>
          <w:sz w:val="24"/>
          <w:szCs w:val="24"/>
        </w:rPr>
        <w:t>,</w:t>
      </w:r>
      <w:r w:rsidRPr="002E4E9B">
        <w:rPr>
          <w:rFonts w:ascii="Arial" w:hAnsi="Arial" w:cs="Arial"/>
          <w:sz w:val="24"/>
          <w:szCs w:val="24"/>
        </w:rPr>
        <w:t>8</w:t>
      </w:r>
      <w:r w:rsidR="00E4313C">
        <w:rPr>
          <w:rFonts w:ascii="Arial" w:hAnsi="Arial" w:cs="Arial"/>
          <w:sz w:val="24"/>
          <w:szCs w:val="24"/>
        </w:rPr>
        <w:t>00,000.00</w:t>
      </w:r>
      <w:r w:rsidRPr="002E4E9B">
        <w:rPr>
          <w:rFonts w:ascii="Arial" w:hAnsi="Arial" w:cs="Arial"/>
          <w:sz w:val="24"/>
          <w:szCs w:val="24"/>
        </w:rPr>
        <w:t xml:space="preserve"> millones a la baja, que da un total de </w:t>
      </w:r>
      <w:r w:rsidR="00E4313C">
        <w:rPr>
          <w:rFonts w:ascii="Arial" w:hAnsi="Arial" w:cs="Arial"/>
          <w:sz w:val="24"/>
          <w:szCs w:val="24"/>
        </w:rPr>
        <w:t>$</w:t>
      </w:r>
      <w:r w:rsidR="00413425" w:rsidRPr="002E4E9B">
        <w:rPr>
          <w:rFonts w:ascii="Arial" w:hAnsi="Arial" w:cs="Arial"/>
          <w:sz w:val="24"/>
          <w:szCs w:val="24"/>
        </w:rPr>
        <w:t>35,447,000</w:t>
      </w:r>
      <w:r w:rsidR="00413425">
        <w:rPr>
          <w:rFonts w:ascii="Arial" w:hAnsi="Arial" w:cs="Arial"/>
          <w:sz w:val="24"/>
          <w:szCs w:val="24"/>
        </w:rPr>
        <w:t>.</w:t>
      </w:r>
      <w:r w:rsidR="00413425" w:rsidRPr="002E4E9B">
        <w:rPr>
          <w:rFonts w:ascii="Arial" w:hAnsi="Arial" w:cs="Arial"/>
          <w:sz w:val="24"/>
          <w:szCs w:val="24"/>
        </w:rPr>
        <w:t>59.</w:t>
      </w:r>
      <w:r w:rsidR="00E4313C">
        <w:rPr>
          <w:rFonts w:ascii="Arial" w:hAnsi="Arial" w:cs="Arial"/>
          <w:sz w:val="24"/>
          <w:szCs w:val="24"/>
        </w:rPr>
        <w:t xml:space="preserve"> </w:t>
      </w:r>
      <w:r w:rsidRPr="002E4E9B">
        <w:rPr>
          <w:rFonts w:ascii="Arial" w:hAnsi="Arial" w:cs="Arial"/>
          <w:sz w:val="24"/>
          <w:szCs w:val="24"/>
        </w:rPr>
        <w:t xml:space="preserve">Servidos generales, </w:t>
      </w:r>
      <w:r w:rsidR="00E4313C">
        <w:rPr>
          <w:rFonts w:ascii="Arial" w:hAnsi="Arial" w:cs="Arial"/>
          <w:sz w:val="24"/>
          <w:szCs w:val="24"/>
        </w:rPr>
        <w:t xml:space="preserve">a </w:t>
      </w:r>
      <w:proofErr w:type="gramStart"/>
      <w:r w:rsidR="00E4313C">
        <w:rPr>
          <w:rFonts w:ascii="Arial" w:hAnsi="Arial" w:cs="Arial"/>
          <w:sz w:val="24"/>
          <w:szCs w:val="24"/>
        </w:rPr>
        <w:t xml:space="preserve">la </w:t>
      </w:r>
      <w:r w:rsidRPr="002E4E9B">
        <w:rPr>
          <w:rFonts w:ascii="Arial" w:hAnsi="Arial" w:cs="Arial"/>
          <w:sz w:val="24"/>
          <w:szCs w:val="24"/>
        </w:rPr>
        <w:t xml:space="preserve"> alza</w:t>
      </w:r>
      <w:proofErr w:type="gramEnd"/>
      <w:r w:rsidRPr="002E4E9B">
        <w:rPr>
          <w:rFonts w:ascii="Arial" w:hAnsi="Arial" w:cs="Arial"/>
          <w:sz w:val="24"/>
          <w:szCs w:val="24"/>
        </w:rPr>
        <w:t xml:space="preserve"> de </w:t>
      </w:r>
      <w:r w:rsidR="00E4313C">
        <w:rPr>
          <w:rFonts w:ascii="Arial" w:hAnsi="Arial" w:cs="Arial"/>
          <w:sz w:val="24"/>
          <w:szCs w:val="24"/>
        </w:rPr>
        <w:t>$</w:t>
      </w:r>
      <w:r w:rsidRPr="002E4E9B">
        <w:rPr>
          <w:rFonts w:ascii="Arial" w:hAnsi="Arial" w:cs="Arial"/>
          <w:sz w:val="24"/>
          <w:szCs w:val="24"/>
        </w:rPr>
        <w:t>3</w:t>
      </w:r>
      <w:r w:rsidR="00E4313C">
        <w:rPr>
          <w:rFonts w:ascii="Arial" w:hAnsi="Arial" w:cs="Arial"/>
          <w:sz w:val="24"/>
          <w:szCs w:val="24"/>
        </w:rPr>
        <w:t>,</w:t>
      </w:r>
      <w:r w:rsidRPr="002E4E9B">
        <w:rPr>
          <w:rFonts w:ascii="Arial" w:hAnsi="Arial" w:cs="Arial"/>
          <w:sz w:val="24"/>
          <w:szCs w:val="24"/>
        </w:rPr>
        <w:t>500</w:t>
      </w:r>
      <w:r w:rsidR="00E4313C">
        <w:rPr>
          <w:rFonts w:ascii="Arial" w:hAnsi="Arial" w:cs="Arial"/>
          <w:sz w:val="24"/>
          <w:szCs w:val="24"/>
        </w:rPr>
        <w:t>,00</w:t>
      </w:r>
      <w:r w:rsidRPr="002E4E9B">
        <w:rPr>
          <w:rFonts w:ascii="Arial" w:hAnsi="Arial" w:cs="Arial"/>
          <w:sz w:val="24"/>
          <w:szCs w:val="24"/>
        </w:rPr>
        <w:t>0</w:t>
      </w:r>
      <w:r w:rsidR="00E4313C">
        <w:rPr>
          <w:rFonts w:ascii="Arial" w:hAnsi="Arial" w:cs="Arial"/>
          <w:sz w:val="24"/>
          <w:szCs w:val="24"/>
        </w:rPr>
        <w:t>.00</w:t>
      </w:r>
      <w:r w:rsidRPr="002E4E9B">
        <w:rPr>
          <w:rFonts w:ascii="Arial" w:hAnsi="Arial" w:cs="Arial"/>
          <w:sz w:val="24"/>
          <w:szCs w:val="24"/>
        </w:rPr>
        <w:t xml:space="preserve"> que dando un total de </w:t>
      </w:r>
      <w:r w:rsidR="00E4313C">
        <w:rPr>
          <w:rFonts w:ascii="Arial" w:hAnsi="Arial" w:cs="Arial"/>
          <w:sz w:val="24"/>
          <w:szCs w:val="24"/>
        </w:rPr>
        <w:t>$</w:t>
      </w:r>
      <w:r w:rsidR="00413425" w:rsidRPr="002E4E9B">
        <w:rPr>
          <w:rFonts w:ascii="Arial" w:hAnsi="Arial" w:cs="Arial"/>
          <w:sz w:val="24"/>
          <w:szCs w:val="24"/>
        </w:rPr>
        <w:t>66,256,264</w:t>
      </w:r>
      <w:r w:rsidR="00413425">
        <w:rPr>
          <w:rFonts w:ascii="Arial" w:hAnsi="Arial" w:cs="Arial"/>
          <w:sz w:val="24"/>
          <w:szCs w:val="24"/>
        </w:rPr>
        <w:t>.</w:t>
      </w:r>
      <w:r w:rsidR="00413425" w:rsidRPr="002E4E9B">
        <w:rPr>
          <w:rFonts w:ascii="Arial" w:hAnsi="Arial" w:cs="Arial"/>
          <w:sz w:val="24"/>
          <w:szCs w:val="24"/>
        </w:rPr>
        <w:t>59</w:t>
      </w:r>
      <w:r w:rsidR="00413425">
        <w:rPr>
          <w:rFonts w:ascii="Arial" w:hAnsi="Arial" w:cs="Arial"/>
          <w:sz w:val="24"/>
          <w:szCs w:val="24"/>
        </w:rPr>
        <w:t>.</w:t>
      </w:r>
      <w:r w:rsidR="00E4313C">
        <w:rPr>
          <w:rFonts w:ascii="Arial" w:hAnsi="Arial" w:cs="Arial"/>
          <w:sz w:val="24"/>
          <w:szCs w:val="24"/>
        </w:rPr>
        <w:t xml:space="preserve"> </w:t>
      </w:r>
      <w:r w:rsidRPr="002E4E9B">
        <w:rPr>
          <w:rFonts w:ascii="Arial" w:hAnsi="Arial" w:cs="Arial"/>
          <w:sz w:val="24"/>
          <w:szCs w:val="24"/>
        </w:rPr>
        <w:t xml:space="preserve">Transferencias y asignaciones, subsidios y otras ayudas al alza </w:t>
      </w:r>
      <w:r w:rsidR="00E4313C">
        <w:rPr>
          <w:rFonts w:ascii="Arial" w:hAnsi="Arial" w:cs="Arial"/>
          <w:sz w:val="24"/>
          <w:szCs w:val="24"/>
        </w:rPr>
        <w:t>$</w:t>
      </w:r>
      <w:r w:rsidR="00413425" w:rsidRPr="002E4E9B">
        <w:rPr>
          <w:rFonts w:ascii="Arial" w:hAnsi="Arial" w:cs="Arial"/>
          <w:sz w:val="24"/>
          <w:szCs w:val="24"/>
        </w:rPr>
        <w:t>5</w:t>
      </w:r>
      <w:r w:rsidR="00413425">
        <w:rPr>
          <w:rFonts w:ascii="Arial" w:hAnsi="Arial" w:cs="Arial"/>
          <w:sz w:val="24"/>
          <w:szCs w:val="24"/>
        </w:rPr>
        <w:t>,</w:t>
      </w:r>
      <w:r w:rsidR="00413425" w:rsidRPr="002E4E9B">
        <w:rPr>
          <w:rFonts w:ascii="Arial" w:hAnsi="Arial" w:cs="Arial"/>
          <w:sz w:val="24"/>
          <w:szCs w:val="24"/>
        </w:rPr>
        <w:t>4</w:t>
      </w:r>
      <w:r w:rsidR="00413425">
        <w:rPr>
          <w:rFonts w:ascii="Arial" w:hAnsi="Arial" w:cs="Arial"/>
          <w:sz w:val="24"/>
          <w:szCs w:val="24"/>
        </w:rPr>
        <w:t>00,000.00</w:t>
      </w:r>
      <w:r w:rsidR="00413425" w:rsidRPr="002E4E9B">
        <w:rPr>
          <w:rFonts w:ascii="Arial" w:hAnsi="Arial" w:cs="Arial"/>
          <w:sz w:val="24"/>
          <w:szCs w:val="24"/>
        </w:rPr>
        <w:t>,</w:t>
      </w:r>
      <w:r w:rsidRPr="002E4E9B">
        <w:rPr>
          <w:rFonts w:ascii="Arial" w:hAnsi="Arial" w:cs="Arial"/>
          <w:sz w:val="24"/>
          <w:szCs w:val="24"/>
        </w:rPr>
        <w:t xml:space="preserve"> que da un total de </w:t>
      </w:r>
      <w:r w:rsidR="00E4313C">
        <w:rPr>
          <w:rFonts w:ascii="Arial" w:hAnsi="Arial" w:cs="Arial"/>
          <w:sz w:val="24"/>
          <w:szCs w:val="24"/>
        </w:rPr>
        <w:t>$</w:t>
      </w:r>
      <w:r w:rsidRPr="002E4E9B">
        <w:rPr>
          <w:rFonts w:ascii="Arial" w:hAnsi="Arial" w:cs="Arial"/>
          <w:sz w:val="24"/>
          <w:szCs w:val="24"/>
        </w:rPr>
        <w:t>64</w:t>
      </w:r>
      <w:r w:rsidR="00E4313C">
        <w:rPr>
          <w:rFonts w:ascii="Arial" w:hAnsi="Arial" w:cs="Arial"/>
          <w:sz w:val="24"/>
          <w:szCs w:val="24"/>
        </w:rPr>
        <w:t>,</w:t>
      </w:r>
      <w:r w:rsidRPr="002E4E9B">
        <w:rPr>
          <w:rFonts w:ascii="Arial" w:hAnsi="Arial" w:cs="Arial"/>
          <w:sz w:val="24"/>
          <w:szCs w:val="24"/>
        </w:rPr>
        <w:t>3</w:t>
      </w:r>
      <w:r w:rsidR="00E4313C">
        <w:rPr>
          <w:rFonts w:ascii="Arial" w:hAnsi="Arial" w:cs="Arial"/>
          <w:sz w:val="24"/>
          <w:szCs w:val="24"/>
        </w:rPr>
        <w:t>00,000.00</w:t>
      </w:r>
      <w:r w:rsidRPr="002E4E9B">
        <w:rPr>
          <w:rFonts w:ascii="Arial" w:hAnsi="Arial" w:cs="Arial"/>
          <w:sz w:val="24"/>
          <w:szCs w:val="24"/>
        </w:rPr>
        <w:t xml:space="preserve"> millones.</w:t>
      </w:r>
      <w:r w:rsidR="00E4313C">
        <w:rPr>
          <w:rFonts w:ascii="Arial" w:hAnsi="Arial" w:cs="Arial"/>
          <w:sz w:val="24"/>
          <w:szCs w:val="24"/>
        </w:rPr>
        <w:t xml:space="preserve"> B</w:t>
      </w:r>
      <w:r w:rsidRPr="002E4E9B">
        <w:rPr>
          <w:rFonts w:ascii="Arial" w:hAnsi="Arial" w:cs="Arial"/>
          <w:sz w:val="24"/>
          <w:szCs w:val="24"/>
        </w:rPr>
        <w:t xml:space="preserve">ienes inmuebles, inmuebles e intangibles. Es un aumento de </w:t>
      </w:r>
      <w:r w:rsidR="00E4313C">
        <w:rPr>
          <w:rFonts w:ascii="Arial" w:hAnsi="Arial" w:cs="Arial"/>
          <w:sz w:val="24"/>
          <w:szCs w:val="24"/>
        </w:rPr>
        <w:t>$</w:t>
      </w:r>
      <w:r w:rsidR="00413425" w:rsidRPr="002E4E9B">
        <w:rPr>
          <w:rFonts w:ascii="Arial" w:hAnsi="Arial" w:cs="Arial"/>
          <w:sz w:val="24"/>
          <w:szCs w:val="24"/>
        </w:rPr>
        <w:t>4,</w:t>
      </w:r>
      <w:r w:rsidR="00413425">
        <w:rPr>
          <w:rFonts w:ascii="Arial" w:hAnsi="Arial" w:cs="Arial"/>
          <w:sz w:val="24"/>
          <w:szCs w:val="24"/>
        </w:rPr>
        <w:t>0</w:t>
      </w:r>
      <w:r w:rsidR="00413425" w:rsidRPr="002E4E9B">
        <w:rPr>
          <w:rFonts w:ascii="Arial" w:hAnsi="Arial" w:cs="Arial"/>
          <w:sz w:val="24"/>
          <w:szCs w:val="24"/>
        </w:rPr>
        <w:t>53,594.</w:t>
      </w:r>
      <w:r w:rsidR="00413425">
        <w:rPr>
          <w:rFonts w:ascii="Arial" w:hAnsi="Arial" w:cs="Arial"/>
          <w:sz w:val="24"/>
          <w:szCs w:val="24"/>
        </w:rPr>
        <w:t>00 No</w:t>
      </w:r>
      <w:r w:rsidRPr="002E4E9B">
        <w:rPr>
          <w:rFonts w:ascii="Arial" w:hAnsi="Arial" w:cs="Arial"/>
          <w:sz w:val="24"/>
          <w:szCs w:val="24"/>
        </w:rPr>
        <w:t>, anteriormente no se había presupuestado nada en ese rubro. Se está ahora contemplando este gasto</w:t>
      </w:r>
      <w:r w:rsidR="00E4313C">
        <w:rPr>
          <w:rFonts w:ascii="Arial" w:hAnsi="Arial" w:cs="Arial"/>
          <w:sz w:val="24"/>
          <w:szCs w:val="24"/>
        </w:rPr>
        <w:t xml:space="preserve"> </w:t>
      </w:r>
      <w:r w:rsidRPr="002E4E9B">
        <w:rPr>
          <w:rFonts w:ascii="Arial" w:hAnsi="Arial" w:cs="Arial"/>
          <w:sz w:val="24"/>
          <w:szCs w:val="24"/>
        </w:rPr>
        <w:t xml:space="preserve">en la inversión pública. </w:t>
      </w:r>
      <w:r w:rsidR="00E4313C">
        <w:rPr>
          <w:rFonts w:ascii="Arial" w:hAnsi="Arial" w:cs="Arial"/>
          <w:sz w:val="24"/>
          <w:szCs w:val="24"/>
        </w:rPr>
        <w:t>$</w:t>
      </w:r>
      <w:r w:rsidR="00413425" w:rsidRPr="002E4E9B">
        <w:rPr>
          <w:rFonts w:ascii="Arial" w:hAnsi="Arial" w:cs="Arial"/>
          <w:sz w:val="24"/>
          <w:szCs w:val="24"/>
        </w:rPr>
        <w:t>18,364,247</w:t>
      </w:r>
      <w:r w:rsidR="00413425">
        <w:rPr>
          <w:rFonts w:ascii="Arial" w:hAnsi="Arial" w:cs="Arial"/>
          <w:sz w:val="24"/>
          <w:szCs w:val="24"/>
        </w:rPr>
        <w:t>.</w:t>
      </w:r>
      <w:r w:rsidR="00413425" w:rsidRPr="002E4E9B">
        <w:rPr>
          <w:rFonts w:ascii="Arial" w:hAnsi="Arial" w:cs="Arial"/>
          <w:sz w:val="24"/>
          <w:szCs w:val="24"/>
        </w:rPr>
        <w:t>3</w:t>
      </w:r>
      <w:r w:rsidR="00413425">
        <w:rPr>
          <w:rFonts w:ascii="Arial" w:hAnsi="Arial" w:cs="Arial"/>
          <w:sz w:val="24"/>
          <w:szCs w:val="24"/>
        </w:rPr>
        <w:t>0 dejando</w:t>
      </w:r>
      <w:r w:rsidR="00E4313C">
        <w:rPr>
          <w:rFonts w:ascii="Arial" w:hAnsi="Arial" w:cs="Arial"/>
          <w:sz w:val="24"/>
          <w:szCs w:val="24"/>
        </w:rPr>
        <w:t xml:space="preserve"> u</w:t>
      </w:r>
      <w:r w:rsidRPr="002E4E9B">
        <w:rPr>
          <w:rFonts w:ascii="Arial" w:hAnsi="Arial" w:cs="Arial"/>
          <w:sz w:val="24"/>
          <w:szCs w:val="24"/>
        </w:rPr>
        <w:t>na</w:t>
      </w:r>
      <w:r w:rsidR="00E4313C">
        <w:rPr>
          <w:rFonts w:ascii="Arial" w:hAnsi="Arial" w:cs="Arial"/>
          <w:sz w:val="24"/>
          <w:szCs w:val="24"/>
        </w:rPr>
        <w:t xml:space="preserve"> </w:t>
      </w:r>
      <w:r w:rsidRPr="002E4E9B">
        <w:rPr>
          <w:rFonts w:ascii="Arial" w:hAnsi="Arial" w:cs="Arial"/>
          <w:sz w:val="24"/>
          <w:szCs w:val="24"/>
        </w:rPr>
        <w:t xml:space="preserve">disminución de </w:t>
      </w:r>
      <w:r w:rsidR="00E4313C">
        <w:rPr>
          <w:rFonts w:ascii="Arial" w:hAnsi="Arial" w:cs="Arial"/>
          <w:sz w:val="24"/>
          <w:szCs w:val="24"/>
        </w:rPr>
        <w:t>$</w:t>
      </w:r>
      <w:r w:rsidRPr="002E4E9B">
        <w:rPr>
          <w:rFonts w:ascii="Arial" w:hAnsi="Arial" w:cs="Arial"/>
          <w:sz w:val="24"/>
          <w:szCs w:val="24"/>
        </w:rPr>
        <w:t>1.600</w:t>
      </w:r>
      <w:r w:rsidR="00E4313C">
        <w:rPr>
          <w:rFonts w:ascii="Arial" w:hAnsi="Arial" w:cs="Arial"/>
          <w:sz w:val="24"/>
          <w:szCs w:val="24"/>
        </w:rPr>
        <w:t>,</w:t>
      </w:r>
      <w:r w:rsidRPr="002E4E9B">
        <w:rPr>
          <w:rFonts w:ascii="Arial" w:hAnsi="Arial" w:cs="Arial"/>
          <w:sz w:val="24"/>
          <w:szCs w:val="24"/>
        </w:rPr>
        <w:t>0</w:t>
      </w:r>
      <w:r w:rsidR="00E4313C">
        <w:rPr>
          <w:rFonts w:ascii="Arial" w:hAnsi="Arial" w:cs="Arial"/>
          <w:sz w:val="24"/>
          <w:szCs w:val="24"/>
        </w:rPr>
        <w:t>00.00 millones</w:t>
      </w:r>
      <w:r w:rsidRPr="002E4E9B">
        <w:rPr>
          <w:rFonts w:ascii="Arial" w:hAnsi="Arial" w:cs="Arial"/>
          <w:sz w:val="24"/>
          <w:szCs w:val="24"/>
        </w:rPr>
        <w:t xml:space="preserve"> </w:t>
      </w:r>
      <w:r w:rsidR="00413425" w:rsidRPr="002E4E9B">
        <w:rPr>
          <w:rFonts w:ascii="Arial" w:hAnsi="Arial" w:cs="Arial"/>
          <w:sz w:val="24"/>
          <w:szCs w:val="24"/>
        </w:rPr>
        <w:t>de que</w:t>
      </w:r>
      <w:r w:rsidRPr="002E4E9B">
        <w:rPr>
          <w:rFonts w:ascii="Arial" w:hAnsi="Arial" w:cs="Arial"/>
          <w:sz w:val="24"/>
          <w:szCs w:val="24"/>
        </w:rPr>
        <w:t xml:space="preserve"> dan un total de egreso </w:t>
      </w:r>
      <w:r w:rsidR="00E4313C">
        <w:rPr>
          <w:rFonts w:ascii="Arial" w:hAnsi="Arial" w:cs="Arial"/>
          <w:sz w:val="24"/>
          <w:szCs w:val="24"/>
        </w:rPr>
        <w:t>$</w:t>
      </w:r>
      <w:r w:rsidRPr="002E4E9B">
        <w:rPr>
          <w:rFonts w:ascii="Arial" w:hAnsi="Arial" w:cs="Arial"/>
          <w:sz w:val="24"/>
          <w:szCs w:val="24"/>
        </w:rPr>
        <w:t>16,764,247.3</w:t>
      </w:r>
      <w:r w:rsidR="00E4313C">
        <w:rPr>
          <w:rFonts w:ascii="Arial" w:hAnsi="Arial" w:cs="Arial"/>
          <w:sz w:val="24"/>
          <w:szCs w:val="24"/>
        </w:rPr>
        <w:t>0</w:t>
      </w:r>
      <w:r w:rsidR="00413425">
        <w:rPr>
          <w:rFonts w:ascii="Arial" w:hAnsi="Arial" w:cs="Arial"/>
          <w:sz w:val="24"/>
          <w:szCs w:val="24"/>
        </w:rPr>
        <w:t xml:space="preserve"> </w:t>
      </w:r>
      <w:r w:rsidRPr="002E4E9B">
        <w:rPr>
          <w:rFonts w:ascii="Arial" w:hAnsi="Arial" w:cs="Arial"/>
          <w:sz w:val="24"/>
          <w:szCs w:val="24"/>
        </w:rPr>
        <w:t xml:space="preserve">Inversiones financieras y otras provisiones a la disminución de </w:t>
      </w:r>
      <w:r w:rsidR="00E4313C">
        <w:rPr>
          <w:rFonts w:ascii="Arial" w:hAnsi="Arial" w:cs="Arial"/>
          <w:sz w:val="24"/>
          <w:szCs w:val="24"/>
        </w:rPr>
        <w:t>$</w:t>
      </w:r>
      <w:r w:rsidR="00413425" w:rsidRPr="002E4E9B">
        <w:rPr>
          <w:rFonts w:ascii="Arial" w:hAnsi="Arial" w:cs="Arial"/>
          <w:sz w:val="24"/>
          <w:szCs w:val="24"/>
        </w:rPr>
        <w:t>10,599</w:t>
      </w:r>
      <w:r w:rsidR="00413425">
        <w:rPr>
          <w:rFonts w:ascii="Arial" w:hAnsi="Arial" w:cs="Arial"/>
          <w:sz w:val="24"/>
          <w:szCs w:val="24"/>
        </w:rPr>
        <w:t xml:space="preserve">.00 </w:t>
      </w:r>
      <w:r w:rsidR="00413425" w:rsidRPr="002E4E9B">
        <w:rPr>
          <w:rFonts w:ascii="Arial" w:hAnsi="Arial" w:cs="Arial"/>
          <w:sz w:val="24"/>
          <w:szCs w:val="24"/>
        </w:rPr>
        <w:t>que</w:t>
      </w:r>
      <w:r w:rsidRPr="002E4E9B">
        <w:rPr>
          <w:rFonts w:ascii="Arial" w:hAnsi="Arial" w:cs="Arial"/>
          <w:sz w:val="24"/>
          <w:szCs w:val="24"/>
        </w:rPr>
        <w:t xml:space="preserve"> da un total de </w:t>
      </w:r>
      <w:r w:rsidR="00E4313C">
        <w:rPr>
          <w:rFonts w:ascii="Arial" w:hAnsi="Arial" w:cs="Arial"/>
          <w:sz w:val="24"/>
          <w:szCs w:val="24"/>
        </w:rPr>
        <w:t>$</w:t>
      </w:r>
      <w:r w:rsidR="00413425" w:rsidRPr="002E4E9B">
        <w:rPr>
          <w:rFonts w:ascii="Arial" w:hAnsi="Arial" w:cs="Arial"/>
          <w:sz w:val="24"/>
          <w:szCs w:val="24"/>
        </w:rPr>
        <w:t>989,401.</w:t>
      </w:r>
      <w:r w:rsidR="00413425">
        <w:rPr>
          <w:rFonts w:ascii="Arial" w:hAnsi="Arial" w:cs="Arial"/>
          <w:sz w:val="24"/>
          <w:szCs w:val="24"/>
        </w:rPr>
        <w:t>00 remanentes</w:t>
      </w:r>
      <w:r w:rsidRPr="002E4E9B">
        <w:rPr>
          <w:rFonts w:ascii="Arial" w:hAnsi="Arial" w:cs="Arial"/>
          <w:sz w:val="24"/>
          <w:szCs w:val="24"/>
        </w:rPr>
        <w:t xml:space="preserve"> de recursos fiscales.</w:t>
      </w:r>
      <w:r w:rsidR="00E4313C">
        <w:rPr>
          <w:rFonts w:ascii="Arial" w:hAnsi="Arial" w:cs="Arial"/>
          <w:sz w:val="24"/>
          <w:szCs w:val="24"/>
        </w:rPr>
        <w:t xml:space="preserve"> </w:t>
      </w:r>
      <w:r w:rsidRPr="002E4E9B">
        <w:rPr>
          <w:rFonts w:ascii="Arial" w:hAnsi="Arial" w:cs="Arial"/>
          <w:sz w:val="24"/>
          <w:szCs w:val="24"/>
        </w:rPr>
        <w:t>Originalmente pues no se habían presupuestado cuánto nos iba a vaya a sobrar. Entonces, pues por eso se contempla en esta primera modificación</w:t>
      </w:r>
      <w:r w:rsidR="00E4313C">
        <w:rPr>
          <w:rFonts w:ascii="Arial" w:hAnsi="Arial" w:cs="Arial"/>
          <w:sz w:val="24"/>
          <w:szCs w:val="24"/>
        </w:rPr>
        <w:t xml:space="preserve"> </w:t>
      </w:r>
      <w:r w:rsidRPr="002E4E9B">
        <w:rPr>
          <w:rFonts w:ascii="Arial" w:hAnsi="Arial" w:cs="Arial"/>
          <w:sz w:val="24"/>
          <w:szCs w:val="24"/>
        </w:rPr>
        <w:t xml:space="preserve">ya incluir ya con las cuentas cerradas de cuánto es el remanente del año pasado y se está considerando </w:t>
      </w:r>
      <w:r w:rsidR="00413425">
        <w:rPr>
          <w:rFonts w:ascii="Arial" w:hAnsi="Arial" w:cs="Arial"/>
          <w:sz w:val="24"/>
          <w:szCs w:val="24"/>
        </w:rPr>
        <w:t>$</w:t>
      </w:r>
      <w:r w:rsidRPr="002E4E9B">
        <w:rPr>
          <w:rFonts w:ascii="Arial" w:hAnsi="Arial" w:cs="Arial"/>
          <w:sz w:val="24"/>
          <w:szCs w:val="24"/>
        </w:rPr>
        <w:t>45,643</w:t>
      </w:r>
      <w:r w:rsidR="00413425">
        <w:rPr>
          <w:rFonts w:ascii="Arial" w:hAnsi="Arial" w:cs="Arial"/>
          <w:sz w:val="24"/>
          <w:szCs w:val="24"/>
        </w:rPr>
        <w:t>,</w:t>
      </w:r>
      <w:r w:rsidRPr="002E4E9B">
        <w:rPr>
          <w:rFonts w:ascii="Arial" w:hAnsi="Arial" w:cs="Arial"/>
          <w:sz w:val="24"/>
          <w:szCs w:val="24"/>
        </w:rPr>
        <w:t>671</w:t>
      </w:r>
      <w:r w:rsidR="00413425">
        <w:rPr>
          <w:rFonts w:ascii="Arial" w:hAnsi="Arial" w:cs="Arial"/>
          <w:sz w:val="24"/>
          <w:szCs w:val="24"/>
        </w:rPr>
        <w:t>.</w:t>
      </w:r>
      <w:r w:rsidRPr="002E4E9B">
        <w:rPr>
          <w:rFonts w:ascii="Arial" w:hAnsi="Arial" w:cs="Arial"/>
          <w:sz w:val="24"/>
          <w:szCs w:val="24"/>
        </w:rPr>
        <w:t>49.</w:t>
      </w:r>
      <w:r w:rsidR="00413425">
        <w:rPr>
          <w:rFonts w:ascii="Arial" w:hAnsi="Arial" w:cs="Arial"/>
          <w:sz w:val="24"/>
          <w:szCs w:val="24"/>
        </w:rPr>
        <w:t xml:space="preserve"> </w:t>
      </w:r>
      <w:r w:rsidRPr="002E4E9B">
        <w:rPr>
          <w:rFonts w:ascii="Arial" w:hAnsi="Arial" w:cs="Arial"/>
          <w:sz w:val="24"/>
          <w:szCs w:val="24"/>
        </w:rPr>
        <w:t xml:space="preserve">En servicios generales está aumentando </w:t>
      </w:r>
      <w:r w:rsidR="00413425">
        <w:rPr>
          <w:rFonts w:ascii="Arial" w:hAnsi="Arial" w:cs="Arial"/>
          <w:sz w:val="24"/>
          <w:szCs w:val="24"/>
        </w:rPr>
        <w:t>$</w:t>
      </w:r>
      <w:r w:rsidRPr="002E4E9B">
        <w:rPr>
          <w:rFonts w:ascii="Arial" w:hAnsi="Arial" w:cs="Arial"/>
          <w:sz w:val="24"/>
          <w:szCs w:val="24"/>
        </w:rPr>
        <w:t>70,</w:t>
      </w:r>
      <w:r w:rsidR="00413425">
        <w:rPr>
          <w:rFonts w:ascii="Arial" w:hAnsi="Arial" w:cs="Arial"/>
          <w:sz w:val="24"/>
          <w:szCs w:val="24"/>
        </w:rPr>
        <w:t>000.00 pesos</w:t>
      </w:r>
      <w:r w:rsidRPr="002E4E9B">
        <w:rPr>
          <w:rFonts w:ascii="Arial" w:hAnsi="Arial" w:cs="Arial"/>
          <w:sz w:val="24"/>
          <w:szCs w:val="24"/>
        </w:rPr>
        <w:t xml:space="preserve"> transferencia, asignaciones, subsidios y otras ayudas, 1illón y medio </w:t>
      </w:r>
      <w:r w:rsidR="00413425" w:rsidRPr="002E4E9B">
        <w:rPr>
          <w:rFonts w:ascii="Arial" w:hAnsi="Arial" w:cs="Arial"/>
          <w:sz w:val="24"/>
          <w:szCs w:val="24"/>
        </w:rPr>
        <w:t>de Inversión</w:t>
      </w:r>
      <w:r w:rsidRPr="002E4E9B">
        <w:rPr>
          <w:rFonts w:ascii="Arial" w:hAnsi="Arial" w:cs="Arial"/>
          <w:sz w:val="24"/>
          <w:szCs w:val="24"/>
        </w:rPr>
        <w:t xml:space="preserve"> pública </w:t>
      </w:r>
      <w:r w:rsidR="00413425">
        <w:rPr>
          <w:rFonts w:ascii="Arial" w:hAnsi="Arial" w:cs="Arial"/>
          <w:sz w:val="24"/>
          <w:szCs w:val="24"/>
        </w:rPr>
        <w:t>$</w:t>
      </w:r>
      <w:r w:rsidRPr="002E4E9B">
        <w:rPr>
          <w:rFonts w:ascii="Arial" w:hAnsi="Arial" w:cs="Arial"/>
          <w:sz w:val="24"/>
          <w:szCs w:val="24"/>
        </w:rPr>
        <w:t>44,73,671</w:t>
      </w:r>
      <w:r w:rsidR="00413425">
        <w:rPr>
          <w:rFonts w:ascii="Arial" w:hAnsi="Arial" w:cs="Arial"/>
          <w:sz w:val="24"/>
          <w:szCs w:val="24"/>
        </w:rPr>
        <w:t>.</w:t>
      </w:r>
      <w:r w:rsidRPr="002E4E9B">
        <w:rPr>
          <w:rFonts w:ascii="Arial" w:hAnsi="Arial" w:cs="Arial"/>
          <w:sz w:val="24"/>
          <w:szCs w:val="24"/>
        </w:rPr>
        <w:t>49</w:t>
      </w:r>
      <w:r w:rsidR="00413425">
        <w:rPr>
          <w:rFonts w:ascii="Arial" w:hAnsi="Arial" w:cs="Arial"/>
          <w:sz w:val="24"/>
          <w:szCs w:val="24"/>
        </w:rPr>
        <w:t xml:space="preserve"> </w:t>
      </w:r>
      <w:r w:rsidRPr="002E4E9B">
        <w:rPr>
          <w:rFonts w:ascii="Arial" w:hAnsi="Arial" w:cs="Arial"/>
          <w:sz w:val="24"/>
          <w:szCs w:val="24"/>
        </w:rPr>
        <w:t>que insisto es la obra pública. En recursos federales queda sin efecto.</w:t>
      </w:r>
      <w:r w:rsidR="00413425">
        <w:rPr>
          <w:rFonts w:ascii="Arial" w:hAnsi="Arial" w:cs="Arial"/>
          <w:sz w:val="24"/>
          <w:szCs w:val="24"/>
        </w:rPr>
        <w:t xml:space="preserve"> </w:t>
      </w:r>
      <w:r w:rsidRPr="002E4E9B">
        <w:rPr>
          <w:rFonts w:ascii="Arial" w:hAnsi="Arial" w:cs="Arial"/>
          <w:sz w:val="24"/>
          <w:szCs w:val="24"/>
        </w:rPr>
        <w:t xml:space="preserve">Recursos estatales </w:t>
      </w:r>
      <w:r w:rsidR="00413425">
        <w:rPr>
          <w:rFonts w:ascii="Arial" w:hAnsi="Arial" w:cs="Arial"/>
          <w:sz w:val="24"/>
          <w:szCs w:val="24"/>
        </w:rPr>
        <w:t>$</w:t>
      </w:r>
      <w:r w:rsidRPr="002E4E9B">
        <w:rPr>
          <w:rFonts w:ascii="Arial" w:hAnsi="Arial" w:cs="Arial"/>
          <w:sz w:val="24"/>
          <w:szCs w:val="24"/>
        </w:rPr>
        <w:t>2,748,470</w:t>
      </w:r>
      <w:r w:rsidR="00413425">
        <w:rPr>
          <w:rFonts w:ascii="Arial" w:hAnsi="Arial" w:cs="Arial"/>
          <w:sz w:val="24"/>
          <w:szCs w:val="24"/>
        </w:rPr>
        <w:t>.</w:t>
      </w:r>
      <w:r w:rsidRPr="002E4E9B">
        <w:rPr>
          <w:rFonts w:ascii="Arial" w:hAnsi="Arial" w:cs="Arial"/>
          <w:sz w:val="24"/>
          <w:szCs w:val="24"/>
        </w:rPr>
        <w:t>70 centavos de aumento, que es el remanente pues que habíamos</w:t>
      </w:r>
      <w:r w:rsidR="00413425">
        <w:rPr>
          <w:rFonts w:ascii="Arial" w:hAnsi="Arial" w:cs="Arial"/>
          <w:sz w:val="24"/>
          <w:szCs w:val="24"/>
        </w:rPr>
        <w:t xml:space="preserve"> </w:t>
      </w:r>
      <w:r w:rsidRPr="002E4E9B">
        <w:rPr>
          <w:rFonts w:ascii="Arial" w:hAnsi="Arial" w:cs="Arial"/>
          <w:sz w:val="24"/>
          <w:szCs w:val="24"/>
        </w:rPr>
        <w:t>visto anteriormente y el remanente de p</w:t>
      </w:r>
      <w:r w:rsidR="00413425">
        <w:rPr>
          <w:rFonts w:ascii="Arial" w:hAnsi="Arial" w:cs="Arial"/>
          <w:sz w:val="24"/>
          <w:szCs w:val="24"/>
        </w:rPr>
        <w:t>rescrip</w:t>
      </w:r>
      <w:r w:rsidRPr="002E4E9B">
        <w:rPr>
          <w:rFonts w:ascii="Arial" w:hAnsi="Arial" w:cs="Arial"/>
          <w:sz w:val="24"/>
          <w:szCs w:val="24"/>
        </w:rPr>
        <w:t>ciones estatales, pues que es viene siendo lo mismo, ¿no? La misma cantidad.</w:t>
      </w:r>
      <w:r w:rsidR="00413425">
        <w:rPr>
          <w:rFonts w:ascii="Arial" w:hAnsi="Arial" w:cs="Arial"/>
          <w:sz w:val="24"/>
          <w:szCs w:val="24"/>
        </w:rPr>
        <w:t xml:space="preserve"> </w:t>
      </w:r>
      <w:r w:rsidRPr="002E4E9B">
        <w:rPr>
          <w:rFonts w:ascii="Arial" w:hAnsi="Arial" w:cs="Arial"/>
          <w:sz w:val="24"/>
          <w:szCs w:val="24"/>
        </w:rPr>
        <w:t xml:space="preserve">en lo etiquetado y como ya se vio anteriormente nos va a llegar más dinero de </w:t>
      </w:r>
      <w:r w:rsidR="00413425">
        <w:rPr>
          <w:rFonts w:ascii="Arial" w:hAnsi="Arial" w:cs="Arial"/>
          <w:sz w:val="24"/>
          <w:szCs w:val="24"/>
        </w:rPr>
        <w:t>FORTAMUN</w:t>
      </w:r>
      <w:r w:rsidRPr="002E4E9B">
        <w:rPr>
          <w:rFonts w:ascii="Arial" w:hAnsi="Arial" w:cs="Arial"/>
          <w:sz w:val="24"/>
          <w:szCs w:val="24"/>
        </w:rPr>
        <w:t xml:space="preserve">, menos dinero de </w:t>
      </w:r>
      <w:r w:rsidR="00413425">
        <w:rPr>
          <w:rFonts w:ascii="Arial" w:hAnsi="Arial" w:cs="Arial"/>
          <w:sz w:val="24"/>
          <w:szCs w:val="24"/>
        </w:rPr>
        <w:t xml:space="preserve">FASIMUN </w:t>
      </w:r>
      <w:r w:rsidRPr="002E4E9B">
        <w:rPr>
          <w:rFonts w:ascii="Arial" w:hAnsi="Arial" w:cs="Arial"/>
          <w:sz w:val="24"/>
          <w:szCs w:val="24"/>
        </w:rPr>
        <w:t xml:space="preserve">se </w:t>
      </w:r>
      <w:r w:rsidR="00413425" w:rsidRPr="002E4E9B">
        <w:rPr>
          <w:rFonts w:ascii="Arial" w:hAnsi="Arial" w:cs="Arial"/>
          <w:sz w:val="24"/>
          <w:szCs w:val="24"/>
        </w:rPr>
        <w:t>quedan</w:t>
      </w:r>
      <w:r w:rsidRPr="002E4E9B">
        <w:rPr>
          <w:rFonts w:ascii="Arial" w:hAnsi="Arial" w:cs="Arial"/>
          <w:sz w:val="24"/>
          <w:szCs w:val="24"/>
        </w:rPr>
        <w:t xml:space="preserve"> los </w:t>
      </w:r>
      <w:r w:rsidR="00413425">
        <w:rPr>
          <w:rFonts w:ascii="Arial" w:hAnsi="Arial" w:cs="Arial"/>
          <w:sz w:val="24"/>
          <w:szCs w:val="24"/>
        </w:rPr>
        <w:t>$</w:t>
      </w:r>
      <w:r w:rsidRPr="002E4E9B">
        <w:rPr>
          <w:rFonts w:ascii="Arial" w:hAnsi="Arial" w:cs="Arial"/>
          <w:sz w:val="24"/>
          <w:szCs w:val="24"/>
        </w:rPr>
        <w:t>6,612,769</w:t>
      </w:r>
      <w:r w:rsidR="00413425">
        <w:rPr>
          <w:rFonts w:ascii="Arial" w:hAnsi="Arial" w:cs="Arial"/>
          <w:sz w:val="24"/>
          <w:szCs w:val="24"/>
        </w:rPr>
        <w:t>.</w:t>
      </w:r>
      <w:r w:rsidRPr="002E4E9B">
        <w:rPr>
          <w:rFonts w:ascii="Arial" w:hAnsi="Arial" w:cs="Arial"/>
          <w:sz w:val="24"/>
          <w:szCs w:val="24"/>
        </w:rPr>
        <w:t>12</w:t>
      </w:r>
      <w:r w:rsidR="00413425">
        <w:rPr>
          <w:rFonts w:ascii="Arial" w:hAnsi="Arial" w:cs="Arial"/>
          <w:sz w:val="24"/>
          <w:szCs w:val="24"/>
        </w:rPr>
        <w:t xml:space="preserve"> </w:t>
      </w:r>
      <w:r w:rsidRPr="002E4E9B">
        <w:rPr>
          <w:rFonts w:ascii="Arial" w:hAnsi="Arial" w:cs="Arial"/>
          <w:sz w:val="24"/>
          <w:szCs w:val="24"/>
        </w:rPr>
        <w:t>en ya promediando pues ambas partidas y se va desglosando de la siguiente</w:t>
      </w:r>
      <w:r w:rsidR="00413425">
        <w:rPr>
          <w:rFonts w:ascii="Arial" w:hAnsi="Arial" w:cs="Arial"/>
          <w:sz w:val="24"/>
          <w:szCs w:val="24"/>
        </w:rPr>
        <w:t xml:space="preserve"> </w:t>
      </w:r>
      <w:r w:rsidRPr="002E4E9B">
        <w:rPr>
          <w:rFonts w:ascii="Arial" w:hAnsi="Arial" w:cs="Arial"/>
          <w:sz w:val="24"/>
          <w:szCs w:val="24"/>
        </w:rPr>
        <w:t xml:space="preserve">manera en inversión pública del del país es la a la disminución de </w:t>
      </w:r>
      <w:r w:rsidR="00413425">
        <w:rPr>
          <w:rFonts w:ascii="Arial" w:hAnsi="Arial" w:cs="Arial"/>
          <w:sz w:val="24"/>
          <w:szCs w:val="24"/>
        </w:rPr>
        <w:t>$</w:t>
      </w:r>
      <w:r w:rsidRPr="002E4E9B">
        <w:rPr>
          <w:rFonts w:ascii="Arial" w:hAnsi="Arial" w:cs="Arial"/>
          <w:sz w:val="24"/>
          <w:szCs w:val="24"/>
        </w:rPr>
        <w:t>1,143,000</w:t>
      </w:r>
      <w:r w:rsidR="00413425">
        <w:rPr>
          <w:rFonts w:ascii="Arial" w:hAnsi="Arial" w:cs="Arial"/>
          <w:sz w:val="24"/>
          <w:szCs w:val="24"/>
        </w:rPr>
        <w:t>.00</w:t>
      </w:r>
      <w:r w:rsidRPr="002E4E9B">
        <w:rPr>
          <w:rFonts w:ascii="Arial" w:hAnsi="Arial" w:cs="Arial"/>
          <w:sz w:val="24"/>
          <w:szCs w:val="24"/>
        </w:rPr>
        <w:t xml:space="preserve"> y de los 7,000</w:t>
      </w:r>
      <w:r w:rsidR="00413425">
        <w:rPr>
          <w:rFonts w:ascii="Arial" w:hAnsi="Arial" w:cs="Arial"/>
          <w:sz w:val="24"/>
          <w:szCs w:val="24"/>
        </w:rPr>
        <w:t xml:space="preserve">,000.00 millones </w:t>
      </w:r>
      <w:r w:rsidRPr="002E4E9B">
        <w:rPr>
          <w:rFonts w:ascii="Arial" w:hAnsi="Arial" w:cs="Arial"/>
          <w:sz w:val="24"/>
          <w:szCs w:val="24"/>
        </w:rPr>
        <w:t>adicionales que nos van a llegar de F</w:t>
      </w:r>
      <w:r w:rsidR="00413425">
        <w:rPr>
          <w:rFonts w:ascii="Arial" w:hAnsi="Arial" w:cs="Arial"/>
          <w:sz w:val="24"/>
          <w:szCs w:val="24"/>
        </w:rPr>
        <w:t xml:space="preserve">ORTAMUN </w:t>
      </w:r>
      <w:r w:rsidRPr="002E4E9B">
        <w:rPr>
          <w:rFonts w:ascii="Arial" w:hAnsi="Arial" w:cs="Arial"/>
          <w:sz w:val="24"/>
          <w:szCs w:val="24"/>
        </w:rPr>
        <w:t xml:space="preserve">se está contemplando reducir materiales y suministros en </w:t>
      </w:r>
      <w:r w:rsidR="00413425">
        <w:rPr>
          <w:rFonts w:ascii="Arial" w:hAnsi="Arial" w:cs="Arial"/>
          <w:sz w:val="24"/>
          <w:szCs w:val="24"/>
        </w:rPr>
        <w:t>$1,500,000.00 m</w:t>
      </w:r>
      <w:r w:rsidRPr="002E4E9B">
        <w:rPr>
          <w:rFonts w:ascii="Arial" w:hAnsi="Arial" w:cs="Arial"/>
          <w:sz w:val="24"/>
          <w:szCs w:val="24"/>
        </w:rPr>
        <w:t>illón y medio casi</w:t>
      </w:r>
      <w:r w:rsidR="00413425">
        <w:rPr>
          <w:rFonts w:ascii="Arial" w:hAnsi="Arial" w:cs="Arial"/>
          <w:sz w:val="24"/>
          <w:szCs w:val="24"/>
        </w:rPr>
        <w:t xml:space="preserve"> </w:t>
      </w:r>
      <w:r w:rsidRPr="002E4E9B">
        <w:rPr>
          <w:rFonts w:ascii="Arial" w:hAnsi="Arial" w:cs="Arial"/>
          <w:sz w:val="24"/>
          <w:szCs w:val="24"/>
        </w:rPr>
        <w:t xml:space="preserve">que dan un total de  </w:t>
      </w:r>
      <w:r w:rsidR="00413425">
        <w:rPr>
          <w:rFonts w:ascii="Arial" w:hAnsi="Arial" w:cs="Arial"/>
          <w:sz w:val="24"/>
          <w:szCs w:val="24"/>
        </w:rPr>
        <w:t>$</w:t>
      </w:r>
      <w:r w:rsidRPr="002E4E9B">
        <w:rPr>
          <w:rFonts w:ascii="Arial" w:hAnsi="Arial" w:cs="Arial"/>
          <w:sz w:val="24"/>
          <w:szCs w:val="24"/>
        </w:rPr>
        <w:t>16</w:t>
      </w:r>
      <w:r w:rsidR="00413425">
        <w:rPr>
          <w:rFonts w:ascii="Arial" w:hAnsi="Arial" w:cs="Arial"/>
          <w:sz w:val="24"/>
          <w:szCs w:val="24"/>
        </w:rPr>
        <w:t>,500,000.00</w:t>
      </w:r>
      <w:r w:rsidRPr="002E4E9B">
        <w:rPr>
          <w:rFonts w:ascii="Arial" w:hAnsi="Arial" w:cs="Arial"/>
          <w:sz w:val="24"/>
          <w:szCs w:val="24"/>
        </w:rPr>
        <w:t xml:space="preserve"> millones de Servicios generales al alza </w:t>
      </w:r>
      <w:r w:rsidR="00413425">
        <w:rPr>
          <w:rFonts w:ascii="Arial" w:hAnsi="Arial" w:cs="Arial"/>
          <w:sz w:val="24"/>
          <w:szCs w:val="24"/>
        </w:rPr>
        <w:t>$</w:t>
      </w:r>
      <w:r w:rsidRPr="002E4E9B">
        <w:rPr>
          <w:rFonts w:ascii="Arial" w:hAnsi="Arial" w:cs="Arial"/>
          <w:sz w:val="24"/>
          <w:szCs w:val="24"/>
        </w:rPr>
        <w:t>5, 100,000</w:t>
      </w:r>
      <w:r w:rsidR="00413425">
        <w:rPr>
          <w:rFonts w:ascii="Arial" w:hAnsi="Arial" w:cs="Arial"/>
          <w:sz w:val="24"/>
          <w:szCs w:val="24"/>
        </w:rPr>
        <w:t>.00</w:t>
      </w:r>
      <w:r w:rsidRPr="002E4E9B">
        <w:rPr>
          <w:rFonts w:ascii="Arial" w:hAnsi="Arial" w:cs="Arial"/>
          <w:sz w:val="24"/>
          <w:szCs w:val="24"/>
        </w:rPr>
        <w:t xml:space="preserve">  que da un total de </w:t>
      </w:r>
      <w:r w:rsidR="00413425">
        <w:rPr>
          <w:rFonts w:ascii="Arial" w:hAnsi="Arial" w:cs="Arial"/>
          <w:sz w:val="24"/>
          <w:szCs w:val="24"/>
        </w:rPr>
        <w:t>$</w:t>
      </w:r>
      <w:r w:rsidRPr="002E4E9B">
        <w:rPr>
          <w:rFonts w:ascii="Arial" w:hAnsi="Arial" w:cs="Arial"/>
          <w:sz w:val="24"/>
          <w:szCs w:val="24"/>
        </w:rPr>
        <w:t>49,200,000</w:t>
      </w:r>
      <w:r w:rsidR="00413425">
        <w:rPr>
          <w:rFonts w:ascii="Arial" w:hAnsi="Arial" w:cs="Arial"/>
          <w:sz w:val="24"/>
          <w:szCs w:val="24"/>
        </w:rPr>
        <w:t xml:space="preserve">.00 </w:t>
      </w:r>
      <w:r w:rsidRPr="002E4E9B">
        <w:rPr>
          <w:rFonts w:ascii="Arial" w:hAnsi="Arial" w:cs="Arial"/>
          <w:sz w:val="24"/>
          <w:szCs w:val="24"/>
        </w:rPr>
        <w:t xml:space="preserve">bienes muebles inmuebles intangibles, una alza de </w:t>
      </w:r>
      <w:r w:rsidR="00413425">
        <w:rPr>
          <w:rFonts w:ascii="Arial" w:hAnsi="Arial" w:cs="Arial"/>
          <w:sz w:val="24"/>
          <w:szCs w:val="24"/>
        </w:rPr>
        <w:t>$</w:t>
      </w:r>
      <w:r w:rsidRPr="002E4E9B">
        <w:rPr>
          <w:rFonts w:ascii="Arial" w:hAnsi="Arial" w:cs="Arial"/>
          <w:sz w:val="24"/>
          <w:szCs w:val="24"/>
        </w:rPr>
        <w:t>3</w:t>
      </w:r>
      <w:r w:rsidR="00413425">
        <w:rPr>
          <w:rFonts w:ascii="Arial" w:hAnsi="Arial" w:cs="Arial"/>
          <w:sz w:val="24"/>
          <w:szCs w:val="24"/>
        </w:rPr>
        <w:t>,</w:t>
      </w:r>
      <w:r w:rsidRPr="002E4E9B">
        <w:rPr>
          <w:rFonts w:ascii="Arial" w:hAnsi="Arial" w:cs="Arial"/>
          <w:sz w:val="24"/>
          <w:szCs w:val="24"/>
        </w:rPr>
        <w:t>5</w:t>
      </w:r>
      <w:r w:rsidR="00413425">
        <w:rPr>
          <w:rFonts w:ascii="Arial" w:hAnsi="Arial" w:cs="Arial"/>
          <w:sz w:val="24"/>
          <w:szCs w:val="24"/>
        </w:rPr>
        <w:t>00,000.00</w:t>
      </w:r>
      <w:r w:rsidRPr="002E4E9B">
        <w:rPr>
          <w:rFonts w:ascii="Arial" w:hAnsi="Arial" w:cs="Arial"/>
          <w:sz w:val="24"/>
          <w:szCs w:val="24"/>
        </w:rPr>
        <w:t xml:space="preserve"> millones de  que un total de </w:t>
      </w:r>
      <w:r w:rsidR="00413425">
        <w:rPr>
          <w:rFonts w:ascii="Arial" w:hAnsi="Arial" w:cs="Arial"/>
          <w:sz w:val="24"/>
          <w:szCs w:val="24"/>
        </w:rPr>
        <w:t>$</w:t>
      </w:r>
      <w:r w:rsidRPr="002E4E9B">
        <w:rPr>
          <w:rFonts w:ascii="Arial" w:hAnsi="Arial" w:cs="Arial"/>
          <w:sz w:val="24"/>
          <w:szCs w:val="24"/>
        </w:rPr>
        <w:t>16,575,000.</w:t>
      </w:r>
      <w:r w:rsidR="00413425">
        <w:rPr>
          <w:rFonts w:ascii="Arial" w:hAnsi="Arial" w:cs="Arial"/>
          <w:sz w:val="24"/>
          <w:szCs w:val="24"/>
        </w:rPr>
        <w:t xml:space="preserve">00 </w:t>
      </w:r>
      <w:r w:rsidRPr="002E4E9B">
        <w:rPr>
          <w:rFonts w:ascii="Arial" w:hAnsi="Arial" w:cs="Arial"/>
          <w:sz w:val="24"/>
          <w:szCs w:val="24"/>
        </w:rPr>
        <w:t xml:space="preserve">inversión pública </w:t>
      </w:r>
      <w:r w:rsidR="00413425">
        <w:rPr>
          <w:rFonts w:ascii="Arial" w:hAnsi="Arial" w:cs="Arial"/>
          <w:sz w:val="24"/>
          <w:szCs w:val="24"/>
        </w:rPr>
        <w:t>$</w:t>
      </w:r>
      <w:r w:rsidRPr="002E4E9B">
        <w:rPr>
          <w:rFonts w:ascii="Arial" w:hAnsi="Arial" w:cs="Arial"/>
          <w:sz w:val="24"/>
          <w:szCs w:val="24"/>
        </w:rPr>
        <w:t>4</w:t>
      </w:r>
      <w:r w:rsidR="00413425">
        <w:rPr>
          <w:rFonts w:ascii="Arial" w:hAnsi="Arial" w:cs="Arial"/>
          <w:sz w:val="24"/>
          <w:szCs w:val="24"/>
        </w:rPr>
        <w:t>,</w:t>
      </w:r>
      <w:r w:rsidRPr="002E4E9B">
        <w:rPr>
          <w:rFonts w:ascii="Arial" w:hAnsi="Arial" w:cs="Arial"/>
          <w:sz w:val="24"/>
          <w:szCs w:val="24"/>
        </w:rPr>
        <w:t>4</w:t>
      </w:r>
      <w:r w:rsidR="00413425">
        <w:rPr>
          <w:rFonts w:ascii="Arial" w:hAnsi="Arial" w:cs="Arial"/>
          <w:sz w:val="24"/>
          <w:szCs w:val="24"/>
        </w:rPr>
        <w:t>00,000.00</w:t>
      </w:r>
      <w:r w:rsidRPr="002E4E9B">
        <w:rPr>
          <w:rFonts w:ascii="Arial" w:hAnsi="Arial" w:cs="Arial"/>
          <w:sz w:val="24"/>
          <w:szCs w:val="24"/>
        </w:rPr>
        <w:t xml:space="preserve"> millones quedando al </w:t>
      </w:r>
      <w:r w:rsidRPr="002E4E9B">
        <w:rPr>
          <w:rFonts w:ascii="Arial" w:hAnsi="Arial" w:cs="Arial"/>
          <w:sz w:val="24"/>
          <w:szCs w:val="24"/>
        </w:rPr>
        <w:lastRenderedPageBreak/>
        <w:t xml:space="preserve">alza, quedando un total de </w:t>
      </w:r>
      <w:r w:rsidR="00413425">
        <w:rPr>
          <w:rFonts w:ascii="Arial" w:hAnsi="Arial" w:cs="Arial"/>
          <w:sz w:val="24"/>
          <w:szCs w:val="24"/>
        </w:rPr>
        <w:t>$</w:t>
      </w:r>
      <w:r w:rsidRPr="002E4E9B">
        <w:rPr>
          <w:rFonts w:ascii="Arial" w:hAnsi="Arial" w:cs="Arial"/>
          <w:sz w:val="24"/>
          <w:szCs w:val="24"/>
        </w:rPr>
        <w:t>21,326,806</w:t>
      </w:r>
      <w:r w:rsidR="00413425">
        <w:rPr>
          <w:rFonts w:ascii="Arial" w:hAnsi="Arial" w:cs="Arial"/>
          <w:sz w:val="24"/>
          <w:szCs w:val="24"/>
        </w:rPr>
        <w:t>.</w:t>
      </w:r>
      <w:r w:rsidRPr="002E4E9B">
        <w:rPr>
          <w:rFonts w:ascii="Arial" w:hAnsi="Arial" w:cs="Arial"/>
          <w:sz w:val="24"/>
          <w:szCs w:val="24"/>
        </w:rPr>
        <w:t>11 y la deuda pública, como ya habíamos visto, se está contemplando un egreso  inferior o a</w:t>
      </w:r>
      <w:r w:rsidR="00413425">
        <w:rPr>
          <w:rFonts w:ascii="Arial" w:hAnsi="Arial" w:cs="Arial"/>
          <w:sz w:val="24"/>
          <w:szCs w:val="24"/>
        </w:rPr>
        <w:t xml:space="preserve"> </w:t>
      </w:r>
      <w:r w:rsidRPr="002E4E9B">
        <w:rPr>
          <w:rFonts w:ascii="Arial" w:hAnsi="Arial" w:cs="Arial"/>
          <w:sz w:val="24"/>
          <w:szCs w:val="24"/>
        </w:rPr>
        <w:t xml:space="preserve">la disminución de </w:t>
      </w:r>
      <w:r w:rsidR="00413425">
        <w:rPr>
          <w:rFonts w:ascii="Arial" w:hAnsi="Arial" w:cs="Arial"/>
          <w:sz w:val="24"/>
          <w:szCs w:val="24"/>
        </w:rPr>
        <w:t>$</w:t>
      </w:r>
      <w:r w:rsidRPr="002E4E9B">
        <w:rPr>
          <w:rFonts w:ascii="Arial" w:hAnsi="Arial" w:cs="Arial"/>
          <w:sz w:val="24"/>
          <w:szCs w:val="24"/>
        </w:rPr>
        <w:t>3</w:t>
      </w:r>
      <w:r w:rsidR="00413425">
        <w:rPr>
          <w:rFonts w:ascii="Arial" w:hAnsi="Arial" w:cs="Arial"/>
          <w:sz w:val="24"/>
          <w:szCs w:val="24"/>
        </w:rPr>
        <w:t>,</w:t>
      </w:r>
      <w:r w:rsidRPr="002E4E9B">
        <w:rPr>
          <w:rFonts w:ascii="Arial" w:hAnsi="Arial" w:cs="Arial"/>
          <w:sz w:val="24"/>
          <w:szCs w:val="24"/>
        </w:rPr>
        <w:t>8</w:t>
      </w:r>
      <w:r w:rsidR="00413425">
        <w:rPr>
          <w:rFonts w:ascii="Arial" w:hAnsi="Arial" w:cs="Arial"/>
          <w:sz w:val="24"/>
          <w:szCs w:val="24"/>
        </w:rPr>
        <w:t>00,000.00</w:t>
      </w:r>
      <w:r w:rsidRPr="002E4E9B">
        <w:rPr>
          <w:rFonts w:ascii="Arial" w:hAnsi="Arial" w:cs="Arial"/>
          <w:sz w:val="24"/>
          <w:szCs w:val="24"/>
        </w:rPr>
        <w:t xml:space="preserve"> millones de  para únicamente pagar </w:t>
      </w:r>
      <w:r w:rsidR="00413425">
        <w:rPr>
          <w:rFonts w:ascii="Arial" w:hAnsi="Arial" w:cs="Arial"/>
          <w:sz w:val="24"/>
          <w:szCs w:val="24"/>
        </w:rPr>
        <w:t>$</w:t>
      </w:r>
      <w:r w:rsidRPr="002E4E9B">
        <w:rPr>
          <w:rFonts w:ascii="Arial" w:hAnsi="Arial" w:cs="Arial"/>
          <w:sz w:val="24"/>
          <w:szCs w:val="24"/>
        </w:rPr>
        <w:t>20</w:t>
      </w:r>
      <w:r w:rsidR="00413425">
        <w:rPr>
          <w:rFonts w:ascii="Arial" w:hAnsi="Arial" w:cs="Arial"/>
          <w:sz w:val="24"/>
          <w:szCs w:val="24"/>
        </w:rPr>
        <w:t>,</w:t>
      </w:r>
      <w:r w:rsidRPr="002E4E9B">
        <w:rPr>
          <w:rFonts w:ascii="Arial" w:hAnsi="Arial" w:cs="Arial"/>
          <w:sz w:val="24"/>
          <w:szCs w:val="24"/>
        </w:rPr>
        <w:t>8</w:t>
      </w:r>
      <w:r w:rsidR="00413425">
        <w:rPr>
          <w:rFonts w:ascii="Arial" w:hAnsi="Arial" w:cs="Arial"/>
          <w:sz w:val="24"/>
          <w:szCs w:val="24"/>
        </w:rPr>
        <w:t>00,000.00</w:t>
      </w:r>
      <w:r w:rsidRPr="002E4E9B">
        <w:rPr>
          <w:rFonts w:ascii="Arial" w:hAnsi="Arial" w:cs="Arial"/>
          <w:sz w:val="24"/>
          <w:szCs w:val="24"/>
        </w:rPr>
        <w:t xml:space="preserve"> millones de  en deuda pública para este año.</w:t>
      </w:r>
      <w:r w:rsidR="00413425">
        <w:rPr>
          <w:rFonts w:ascii="Arial" w:hAnsi="Arial" w:cs="Arial"/>
          <w:sz w:val="24"/>
          <w:szCs w:val="24"/>
        </w:rPr>
        <w:t xml:space="preserve"> </w:t>
      </w:r>
      <w:r w:rsidRPr="002E4E9B">
        <w:rPr>
          <w:rFonts w:ascii="Arial" w:hAnsi="Arial" w:cs="Arial"/>
          <w:sz w:val="24"/>
          <w:szCs w:val="24"/>
        </w:rPr>
        <w:t>Adelante, regidor Gustavo.</w:t>
      </w:r>
    </w:p>
    <w:p w14:paraId="48480133" w14:textId="77777777" w:rsidR="00EA0102" w:rsidRDefault="00413425" w:rsidP="00DC6CFE">
      <w:pPr>
        <w:jc w:val="both"/>
        <w:rPr>
          <w:rFonts w:ascii="Arial" w:hAnsi="Arial" w:cs="Arial"/>
          <w:sz w:val="24"/>
          <w:szCs w:val="24"/>
        </w:rPr>
      </w:pPr>
      <w:r>
        <w:rPr>
          <w:rFonts w:ascii="Arial" w:hAnsi="Arial" w:cs="Arial"/>
          <w:b/>
          <w:bCs/>
          <w:sz w:val="24"/>
          <w:szCs w:val="24"/>
        </w:rPr>
        <w:t xml:space="preserve">C. GUSTAVO LÓPEZ SANDOVAL. - </w:t>
      </w:r>
      <w:r w:rsidRPr="002E4E9B">
        <w:rPr>
          <w:rFonts w:ascii="Arial" w:hAnsi="Arial" w:cs="Arial"/>
          <w:sz w:val="24"/>
          <w:szCs w:val="24"/>
        </w:rPr>
        <w:t xml:space="preserve">Gracias. En la deuda pública es anual, o sea, se pagó </w:t>
      </w:r>
      <w:r w:rsidR="00EA0102">
        <w:rPr>
          <w:rFonts w:ascii="Arial" w:hAnsi="Arial" w:cs="Arial"/>
          <w:sz w:val="24"/>
          <w:szCs w:val="24"/>
        </w:rPr>
        <w:t>$</w:t>
      </w:r>
      <w:r w:rsidRPr="002E4E9B">
        <w:rPr>
          <w:rFonts w:ascii="Arial" w:hAnsi="Arial" w:cs="Arial"/>
          <w:sz w:val="24"/>
          <w:szCs w:val="24"/>
        </w:rPr>
        <w:t>3,886,000</w:t>
      </w:r>
      <w:r w:rsidR="00EA0102">
        <w:rPr>
          <w:rFonts w:ascii="Arial" w:hAnsi="Arial" w:cs="Arial"/>
          <w:sz w:val="24"/>
          <w:szCs w:val="24"/>
        </w:rPr>
        <w:t>.00</w:t>
      </w:r>
      <w:r w:rsidRPr="002E4E9B">
        <w:rPr>
          <w:rFonts w:ascii="Arial" w:hAnsi="Arial" w:cs="Arial"/>
          <w:sz w:val="24"/>
          <w:szCs w:val="24"/>
        </w:rPr>
        <w:t>, ¿verdad?</w:t>
      </w:r>
      <w:r w:rsidR="00EA0102">
        <w:rPr>
          <w:rFonts w:ascii="Arial" w:hAnsi="Arial" w:cs="Arial"/>
          <w:sz w:val="24"/>
          <w:szCs w:val="24"/>
        </w:rPr>
        <w:t xml:space="preserve">  </w:t>
      </w:r>
    </w:p>
    <w:p w14:paraId="50BB350C" w14:textId="0C2A99B6" w:rsidR="00EC03D4" w:rsidRPr="002E4E9B" w:rsidRDefault="00EA0102"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 xml:space="preserve"> </w:t>
      </w:r>
      <w:r>
        <w:rPr>
          <w:rFonts w:ascii="Arial" w:hAnsi="Arial" w:cs="Arial"/>
          <w:sz w:val="24"/>
          <w:szCs w:val="24"/>
        </w:rPr>
        <w:t>O</w:t>
      </w:r>
      <w:r w:rsidRPr="002E4E9B">
        <w:rPr>
          <w:rFonts w:ascii="Arial" w:hAnsi="Arial" w:cs="Arial"/>
          <w:sz w:val="24"/>
          <w:szCs w:val="24"/>
        </w:rPr>
        <w:t xml:space="preserve">riginalmente para este año habíamos contemplado pagar de deuda </w:t>
      </w:r>
      <w:r>
        <w:rPr>
          <w:rFonts w:ascii="Arial" w:hAnsi="Arial" w:cs="Arial"/>
          <w:sz w:val="24"/>
          <w:szCs w:val="24"/>
        </w:rPr>
        <w:t>$</w:t>
      </w:r>
      <w:r w:rsidRPr="002E4E9B">
        <w:rPr>
          <w:rFonts w:ascii="Arial" w:hAnsi="Arial" w:cs="Arial"/>
          <w:sz w:val="24"/>
          <w:szCs w:val="24"/>
        </w:rPr>
        <w:t>24</w:t>
      </w:r>
      <w:r>
        <w:rPr>
          <w:rFonts w:ascii="Arial" w:hAnsi="Arial" w:cs="Arial"/>
          <w:sz w:val="24"/>
          <w:szCs w:val="24"/>
        </w:rPr>
        <w:t>,</w:t>
      </w:r>
      <w:r w:rsidRPr="002E4E9B">
        <w:rPr>
          <w:rFonts w:ascii="Arial" w:hAnsi="Arial" w:cs="Arial"/>
          <w:sz w:val="24"/>
          <w:szCs w:val="24"/>
        </w:rPr>
        <w:t>7</w:t>
      </w:r>
      <w:r>
        <w:rPr>
          <w:rFonts w:ascii="Arial" w:hAnsi="Arial" w:cs="Arial"/>
          <w:sz w:val="24"/>
          <w:szCs w:val="24"/>
        </w:rPr>
        <w:t>00,000.00,</w:t>
      </w:r>
      <w:r w:rsidRPr="002E4E9B">
        <w:rPr>
          <w:rFonts w:ascii="Arial" w:hAnsi="Arial" w:cs="Arial"/>
          <w:sz w:val="24"/>
          <w:szCs w:val="24"/>
        </w:rPr>
        <w:t xml:space="preserve"> que es la primera columna, pero</w:t>
      </w:r>
      <w:r>
        <w:rPr>
          <w:rFonts w:ascii="Arial" w:hAnsi="Arial" w:cs="Arial"/>
          <w:sz w:val="24"/>
          <w:szCs w:val="24"/>
        </w:rPr>
        <w:t xml:space="preserve"> </w:t>
      </w:r>
      <w:r w:rsidRPr="002E4E9B">
        <w:rPr>
          <w:rFonts w:ascii="Arial" w:hAnsi="Arial" w:cs="Arial"/>
          <w:sz w:val="24"/>
          <w:szCs w:val="24"/>
        </w:rPr>
        <w:t>ya con los ajustes que ahorita la te</w:t>
      </w:r>
      <w:r w:rsidR="00872729">
        <w:rPr>
          <w:rFonts w:ascii="Arial" w:hAnsi="Arial" w:cs="Arial"/>
          <w:sz w:val="24"/>
          <w:szCs w:val="24"/>
        </w:rPr>
        <w:t>sorera</w:t>
      </w:r>
      <w:r w:rsidRPr="002E4E9B">
        <w:rPr>
          <w:rFonts w:ascii="Arial" w:hAnsi="Arial" w:cs="Arial"/>
          <w:sz w:val="24"/>
          <w:szCs w:val="24"/>
        </w:rPr>
        <w:t xml:space="preserve"> nos va a apoyar en explicar a detalle</w:t>
      </w:r>
      <w:r w:rsidR="00D961F6">
        <w:rPr>
          <w:rFonts w:ascii="Arial" w:hAnsi="Arial" w:cs="Arial"/>
          <w:sz w:val="24"/>
          <w:szCs w:val="24"/>
        </w:rPr>
        <w:t>.</w:t>
      </w:r>
      <w:r w:rsidR="007E2E13">
        <w:rPr>
          <w:rFonts w:ascii="Arial" w:hAnsi="Arial" w:cs="Arial"/>
          <w:sz w:val="24"/>
          <w:szCs w:val="24"/>
        </w:rPr>
        <w:t xml:space="preserve"> </w:t>
      </w:r>
      <w:r w:rsidR="00872729">
        <w:rPr>
          <w:rFonts w:ascii="Arial" w:hAnsi="Arial" w:cs="Arial"/>
          <w:sz w:val="24"/>
          <w:szCs w:val="24"/>
        </w:rPr>
        <w:t>C</w:t>
      </w:r>
      <w:r w:rsidRPr="002E4E9B">
        <w:rPr>
          <w:rFonts w:ascii="Arial" w:hAnsi="Arial" w:cs="Arial"/>
          <w:sz w:val="24"/>
          <w:szCs w:val="24"/>
        </w:rPr>
        <w:t xml:space="preserve">on los ajustes de la inflación </w:t>
      </w:r>
      <w:r w:rsidR="00872729" w:rsidRPr="002E4E9B">
        <w:rPr>
          <w:rFonts w:ascii="Arial" w:hAnsi="Arial" w:cs="Arial"/>
          <w:sz w:val="24"/>
          <w:szCs w:val="24"/>
        </w:rPr>
        <w:t>y la</w:t>
      </w:r>
      <w:r w:rsidRPr="002E4E9B">
        <w:rPr>
          <w:rFonts w:ascii="Arial" w:hAnsi="Arial" w:cs="Arial"/>
          <w:sz w:val="24"/>
          <w:szCs w:val="24"/>
        </w:rPr>
        <w:t xml:space="preserve"> TIE, pues se está</w:t>
      </w:r>
      <w:r w:rsidR="00872729">
        <w:rPr>
          <w:rFonts w:ascii="Arial" w:hAnsi="Arial" w:cs="Arial"/>
          <w:sz w:val="24"/>
          <w:szCs w:val="24"/>
        </w:rPr>
        <w:t xml:space="preserve"> </w:t>
      </w:r>
      <w:r w:rsidRPr="002E4E9B">
        <w:rPr>
          <w:rFonts w:ascii="Arial" w:hAnsi="Arial" w:cs="Arial"/>
          <w:sz w:val="24"/>
          <w:szCs w:val="24"/>
        </w:rPr>
        <w:t xml:space="preserve">considerando </w:t>
      </w:r>
      <w:r w:rsidR="00872729">
        <w:rPr>
          <w:rFonts w:ascii="Arial" w:hAnsi="Arial" w:cs="Arial"/>
          <w:sz w:val="24"/>
          <w:szCs w:val="24"/>
        </w:rPr>
        <w:t>$</w:t>
      </w:r>
      <w:r w:rsidRPr="002E4E9B">
        <w:rPr>
          <w:rFonts w:ascii="Arial" w:hAnsi="Arial" w:cs="Arial"/>
          <w:sz w:val="24"/>
          <w:szCs w:val="24"/>
        </w:rPr>
        <w:t>3</w:t>
      </w:r>
      <w:r w:rsidR="00872729">
        <w:rPr>
          <w:rFonts w:ascii="Arial" w:hAnsi="Arial" w:cs="Arial"/>
          <w:sz w:val="24"/>
          <w:szCs w:val="24"/>
        </w:rPr>
        <w:t>,</w:t>
      </w:r>
      <w:r w:rsidRPr="002E4E9B">
        <w:rPr>
          <w:rFonts w:ascii="Arial" w:hAnsi="Arial" w:cs="Arial"/>
          <w:sz w:val="24"/>
          <w:szCs w:val="24"/>
        </w:rPr>
        <w:t>8</w:t>
      </w:r>
      <w:r w:rsidR="00872729">
        <w:rPr>
          <w:rFonts w:ascii="Arial" w:hAnsi="Arial" w:cs="Arial"/>
          <w:sz w:val="24"/>
          <w:szCs w:val="24"/>
        </w:rPr>
        <w:t>00,000.00</w:t>
      </w:r>
      <w:r w:rsidRPr="002E4E9B">
        <w:rPr>
          <w:rFonts w:ascii="Arial" w:hAnsi="Arial" w:cs="Arial"/>
          <w:sz w:val="24"/>
          <w:szCs w:val="24"/>
        </w:rPr>
        <w:t xml:space="preserve"> millones </w:t>
      </w:r>
      <w:r w:rsidR="00872729" w:rsidRPr="002E4E9B">
        <w:rPr>
          <w:rFonts w:ascii="Arial" w:hAnsi="Arial" w:cs="Arial"/>
          <w:sz w:val="24"/>
          <w:szCs w:val="24"/>
        </w:rPr>
        <w:t>de menos</w:t>
      </w:r>
      <w:r w:rsidRPr="002E4E9B">
        <w:rPr>
          <w:rFonts w:ascii="Arial" w:hAnsi="Arial" w:cs="Arial"/>
          <w:sz w:val="24"/>
          <w:szCs w:val="24"/>
        </w:rPr>
        <w:t xml:space="preserve"> para pago de deuda pública, quedando únicamente un egreso de </w:t>
      </w:r>
      <w:r w:rsidR="00872729">
        <w:rPr>
          <w:rFonts w:ascii="Arial" w:hAnsi="Arial" w:cs="Arial"/>
          <w:sz w:val="24"/>
          <w:szCs w:val="24"/>
        </w:rPr>
        <w:t>$</w:t>
      </w:r>
      <w:r w:rsidRPr="002E4E9B">
        <w:rPr>
          <w:rFonts w:ascii="Arial" w:hAnsi="Arial" w:cs="Arial"/>
          <w:sz w:val="24"/>
          <w:szCs w:val="24"/>
        </w:rPr>
        <w:t>20</w:t>
      </w:r>
      <w:r w:rsidR="00872729">
        <w:rPr>
          <w:rFonts w:ascii="Arial" w:hAnsi="Arial" w:cs="Arial"/>
          <w:sz w:val="24"/>
          <w:szCs w:val="24"/>
        </w:rPr>
        <w:t>,</w:t>
      </w:r>
      <w:r w:rsidRPr="002E4E9B">
        <w:rPr>
          <w:rFonts w:ascii="Arial" w:hAnsi="Arial" w:cs="Arial"/>
          <w:sz w:val="24"/>
          <w:szCs w:val="24"/>
        </w:rPr>
        <w:t>8</w:t>
      </w:r>
      <w:r w:rsidR="00872729">
        <w:rPr>
          <w:rFonts w:ascii="Arial" w:hAnsi="Arial" w:cs="Arial"/>
          <w:sz w:val="24"/>
          <w:szCs w:val="24"/>
        </w:rPr>
        <w:t>00,000.00</w:t>
      </w:r>
      <w:r w:rsidRPr="002E4E9B">
        <w:rPr>
          <w:rFonts w:ascii="Arial" w:hAnsi="Arial" w:cs="Arial"/>
          <w:sz w:val="24"/>
          <w:szCs w:val="24"/>
        </w:rPr>
        <w:t xml:space="preserve"> millones en total a lo largo de este año en los diferentes créditos que tenemos.</w:t>
      </w:r>
    </w:p>
    <w:p w14:paraId="6D9D0B55" w14:textId="77777777" w:rsidR="007E2E13" w:rsidRDefault="007E2E13" w:rsidP="00DC6CFE">
      <w:pPr>
        <w:jc w:val="both"/>
        <w:rPr>
          <w:rFonts w:ascii="Arial" w:hAnsi="Arial" w:cs="Arial"/>
          <w:sz w:val="24"/>
          <w:szCs w:val="24"/>
        </w:rPr>
      </w:pPr>
      <w:r>
        <w:rPr>
          <w:rFonts w:ascii="Arial" w:hAnsi="Arial" w:cs="Arial"/>
          <w:b/>
          <w:bCs/>
          <w:sz w:val="24"/>
          <w:szCs w:val="24"/>
        </w:rPr>
        <w:t xml:space="preserve">C. GUSTAVO LÓPEZ SANDOVAL. - </w:t>
      </w:r>
      <w:r w:rsidRPr="002E4E9B">
        <w:rPr>
          <w:rFonts w:ascii="Arial" w:hAnsi="Arial" w:cs="Arial"/>
          <w:sz w:val="24"/>
          <w:szCs w:val="24"/>
        </w:rPr>
        <w:t xml:space="preserve">Sí. A eso me refiero. O sea, es lo que le abonamos a la deuda pública, el monto anual </w:t>
      </w:r>
      <w:r>
        <w:rPr>
          <w:rFonts w:ascii="Arial" w:hAnsi="Arial" w:cs="Arial"/>
          <w:sz w:val="24"/>
          <w:szCs w:val="24"/>
        </w:rPr>
        <w:t>$</w:t>
      </w:r>
      <w:r w:rsidRPr="002E4E9B">
        <w:rPr>
          <w:rFonts w:ascii="Arial" w:hAnsi="Arial" w:cs="Arial"/>
          <w:sz w:val="24"/>
          <w:szCs w:val="24"/>
        </w:rPr>
        <w:t>3,8</w:t>
      </w:r>
      <w:r>
        <w:rPr>
          <w:rFonts w:ascii="Arial" w:hAnsi="Arial" w:cs="Arial"/>
          <w:sz w:val="24"/>
          <w:szCs w:val="24"/>
        </w:rPr>
        <w:t>00,000.00.</w:t>
      </w:r>
    </w:p>
    <w:p w14:paraId="43E87601" w14:textId="48A14B57" w:rsidR="00EC03D4" w:rsidRPr="002E4E9B" w:rsidRDefault="007E2E13" w:rsidP="00DC6CFE">
      <w:pPr>
        <w:jc w:val="both"/>
        <w:rPr>
          <w:rFonts w:ascii="Arial" w:hAnsi="Arial" w:cs="Arial"/>
          <w:sz w:val="24"/>
          <w:szCs w:val="24"/>
        </w:rPr>
      </w:pPr>
      <w:r>
        <w:rPr>
          <w:rFonts w:ascii="Arial" w:hAnsi="Arial" w:cs="Arial"/>
          <w:b/>
          <w:bCs/>
          <w:sz w:val="24"/>
          <w:szCs w:val="24"/>
        </w:rPr>
        <w:t xml:space="preserve">C. MIGUEL MARENTES. - </w:t>
      </w:r>
      <w:r>
        <w:rPr>
          <w:rFonts w:ascii="Arial" w:hAnsi="Arial" w:cs="Arial"/>
          <w:sz w:val="24"/>
          <w:szCs w:val="24"/>
        </w:rPr>
        <w:t>N</w:t>
      </w:r>
      <w:r w:rsidRPr="002E4E9B">
        <w:rPr>
          <w:rFonts w:ascii="Arial" w:hAnsi="Arial" w:cs="Arial"/>
          <w:sz w:val="24"/>
          <w:szCs w:val="24"/>
        </w:rPr>
        <w:t>o, no 20</w:t>
      </w:r>
      <w:r>
        <w:rPr>
          <w:rFonts w:ascii="Arial" w:hAnsi="Arial" w:cs="Arial"/>
          <w:sz w:val="24"/>
          <w:szCs w:val="24"/>
        </w:rPr>
        <w:t>,</w:t>
      </w:r>
      <w:r w:rsidRPr="002E4E9B">
        <w:rPr>
          <w:rFonts w:ascii="Arial" w:hAnsi="Arial" w:cs="Arial"/>
          <w:sz w:val="24"/>
          <w:szCs w:val="24"/>
        </w:rPr>
        <w:t>8</w:t>
      </w:r>
      <w:r>
        <w:rPr>
          <w:rFonts w:ascii="Arial" w:hAnsi="Arial" w:cs="Arial"/>
          <w:sz w:val="24"/>
          <w:szCs w:val="24"/>
        </w:rPr>
        <w:t>00,000.00</w:t>
      </w:r>
      <w:r w:rsidRPr="002E4E9B">
        <w:rPr>
          <w:rFonts w:ascii="Arial" w:hAnsi="Arial" w:cs="Arial"/>
          <w:sz w:val="24"/>
          <w:szCs w:val="24"/>
        </w:rPr>
        <w:t xml:space="preserve"> es lo que va se va a </w:t>
      </w:r>
      <w:r>
        <w:rPr>
          <w:rFonts w:ascii="Arial" w:hAnsi="Arial" w:cs="Arial"/>
          <w:sz w:val="24"/>
          <w:szCs w:val="24"/>
        </w:rPr>
        <w:t>e</w:t>
      </w:r>
      <w:r w:rsidRPr="002E4E9B">
        <w:rPr>
          <w:rFonts w:ascii="Arial" w:hAnsi="Arial" w:cs="Arial"/>
          <w:sz w:val="24"/>
          <w:szCs w:val="24"/>
        </w:rPr>
        <w:t>gresar. O sea, lo que la columna de media es lo que lo que no vamos a ejercer en deuda pública.</w:t>
      </w:r>
    </w:p>
    <w:p w14:paraId="05FF7FBB" w14:textId="77777777" w:rsidR="007E2E13" w:rsidRDefault="007E2E13" w:rsidP="00DC6CFE">
      <w:pPr>
        <w:jc w:val="both"/>
        <w:rPr>
          <w:rFonts w:ascii="Arial" w:hAnsi="Arial" w:cs="Arial"/>
          <w:sz w:val="24"/>
          <w:szCs w:val="24"/>
        </w:rPr>
      </w:pPr>
      <w:r>
        <w:rPr>
          <w:rFonts w:ascii="Arial" w:hAnsi="Arial" w:cs="Arial"/>
          <w:b/>
          <w:bCs/>
          <w:sz w:val="24"/>
          <w:szCs w:val="24"/>
        </w:rPr>
        <w:t xml:space="preserve">C. GUSTAVO LÓPEZ SANDOVOVAL. - </w:t>
      </w:r>
      <w:r w:rsidRPr="002E4E9B">
        <w:rPr>
          <w:rFonts w:ascii="Arial" w:hAnsi="Arial" w:cs="Arial"/>
          <w:sz w:val="24"/>
          <w:szCs w:val="24"/>
        </w:rPr>
        <w:t>Y</w:t>
      </w:r>
      <w:r>
        <w:rPr>
          <w:rFonts w:ascii="Arial" w:hAnsi="Arial" w:cs="Arial"/>
          <w:sz w:val="24"/>
          <w:szCs w:val="24"/>
        </w:rPr>
        <w:t>a</w:t>
      </w:r>
      <w:r w:rsidRPr="002E4E9B">
        <w:rPr>
          <w:rFonts w:ascii="Arial" w:hAnsi="Arial" w:cs="Arial"/>
          <w:sz w:val="24"/>
          <w:szCs w:val="24"/>
        </w:rPr>
        <w:t xml:space="preserve"> es que nosotros debemos 24,750,000</w:t>
      </w:r>
      <w:r>
        <w:rPr>
          <w:rFonts w:ascii="Arial" w:hAnsi="Arial" w:cs="Arial"/>
          <w:sz w:val="24"/>
          <w:szCs w:val="24"/>
        </w:rPr>
        <w:t>.00</w:t>
      </w:r>
      <w:r w:rsidRPr="002E4E9B">
        <w:rPr>
          <w:rFonts w:ascii="Arial" w:hAnsi="Arial" w:cs="Arial"/>
          <w:sz w:val="24"/>
          <w:szCs w:val="24"/>
        </w:rPr>
        <w:t xml:space="preserve"> ¿verdad? </w:t>
      </w:r>
    </w:p>
    <w:p w14:paraId="58113B52" w14:textId="5DDEB928" w:rsidR="00EC03D4" w:rsidRPr="002E4E9B" w:rsidRDefault="007E2E13" w:rsidP="00DC6CFE">
      <w:pPr>
        <w:jc w:val="both"/>
        <w:rPr>
          <w:rFonts w:ascii="Arial" w:hAnsi="Arial" w:cs="Arial"/>
          <w:sz w:val="24"/>
          <w:szCs w:val="24"/>
        </w:rPr>
      </w:pPr>
      <w:r>
        <w:rPr>
          <w:rFonts w:ascii="Arial" w:hAnsi="Arial" w:cs="Arial"/>
          <w:b/>
          <w:bCs/>
          <w:sz w:val="24"/>
          <w:szCs w:val="24"/>
        </w:rPr>
        <w:t xml:space="preserve">C. </w:t>
      </w:r>
      <w:r w:rsidR="00154641">
        <w:rPr>
          <w:rFonts w:ascii="Arial" w:hAnsi="Arial" w:cs="Arial"/>
          <w:b/>
          <w:bCs/>
          <w:sz w:val="24"/>
          <w:szCs w:val="24"/>
        </w:rPr>
        <w:t xml:space="preserve">MIGUEL MARENTES. - </w:t>
      </w:r>
      <w:r w:rsidRPr="002E4E9B">
        <w:rPr>
          <w:rFonts w:ascii="Arial" w:hAnsi="Arial" w:cs="Arial"/>
          <w:sz w:val="24"/>
          <w:szCs w:val="24"/>
        </w:rPr>
        <w:t>A ver, licenciada, por favor.</w:t>
      </w:r>
    </w:p>
    <w:p w14:paraId="4E5FF9A2" w14:textId="05D35E5A" w:rsidR="00EC03D4" w:rsidRPr="002E4E9B" w:rsidRDefault="00154641" w:rsidP="00DC6CFE">
      <w:pPr>
        <w:jc w:val="both"/>
        <w:rPr>
          <w:rFonts w:ascii="Arial" w:hAnsi="Arial" w:cs="Arial"/>
          <w:sz w:val="24"/>
          <w:szCs w:val="24"/>
        </w:rPr>
      </w:pPr>
      <w:r>
        <w:rPr>
          <w:rFonts w:ascii="Arial" w:hAnsi="Arial" w:cs="Arial"/>
          <w:b/>
          <w:bCs/>
          <w:sz w:val="24"/>
          <w:szCs w:val="24"/>
        </w:rPr>
        <w:t xml:space="preserve">C. VICTORIA GARCÍA CONTRERAS. - </w:t>
      </w:r>
      <w:r w:rsidRPr="002E4E9B">
        <w:rPr>
          <w:rFonts w:ascii="Arial" w:hAnsi="Arial" w:cs="Arial"/>
          <w:sz w:val="24"/>
          <w:szCs w:val="24"/>
        </w:rPr>
        <w:t>Gracias. Bueno, lo que se establece en el presupuesto como deuda no es lo que el municipio debe de deuda, es lo</w:t>
      </w:r>
      <w:r>
        <w:rPr>
          <w:rFonts w:ascii="Arial" w:hAnsi="Arial" w:cs="Arial"/>
          <w:sz w:val="24"/>
          <w:szCs w:val="24"/>
        </w:rPr>
        <w:t xml:space="preserve"> </w:t>
      </w:r>
      <w:r w:rsidRPr="002E4E9B">
        <w:rPr>
          <w:rFonts w:ascii="Arial" w:hAnsi="Arial" w:cs="Arial"/>
          <w:sz w:val="24"/>
          <w:szCs w:val="24"/>
        </w:rPr>
        <w:t>que se proyecta pagar de deuda durante el ejercicio fiscal, lo cual se contempla amortización de deuda e</w:t>
      </w:r>
      <w:r>
        <w:rPr>
          <w:rFonts w:ascii="Arial" w:hAnsi="Arial" w:cs="Arial"/>
          <w:sz w:val="24"/>
          <w:szCs w:val="24"/>
        </w:rPr>
        <w:t xml:space="preserve"> </w:t>
      </w:r>
      <w:r w:rsidRPr="002E4E9B">
        <w:rPr>
          <w:rFonts w:ascii="Arial" w:hAnsi="Arial" w:cs="Arial"/>
          <w:sz w:val="24"/>
          <w:szCs w:val="24"/>
        </w:rPr>
        <w:t>interés. La amortización de deuda, pues ya vienen las corridas financieras de cada uno de los créditos. Entonces,</w:t>
      </w:r>
      <w:r>
        <w:rPr>
          <w:rFonts w:ascii="Arial" w:hAnsi="Arial" w:cs="Arial"/>
          <w:sz w:val="24"/>
          <w:szCs w:val="24"/>
        </w:rPr>
        <w:t xml:space="preserve"> </w:t>
      </w:r>
      <w:r w:rsidRPr="002E4E9B">
        <w:rPr>
          <w:rFonts w:ascii="Arial" w:hAnsi="Arial" w:cs="Arial"/>
          <w:sz w:val="24"/>
          <w:szCs w:val="24"/>
        </w:rPr>
        <w:t>tenemos exactamente la cantidad que se va a pagar y con y centavos pagamos exactamente ese esa cantidad. El</w:t>
      </w:r>
      <w:r>
        <w:rPr>
          <w:rFonts w:ascii="Arial" w:hAnsi="Arial" w:cs="Arial"/>
          <w:sz w:val="24"/>
          <w:szCs w:val="24"/>
        </w:rPr>
        <w:t xml:space="preserve"> </w:t>
      </w:r>
      <w:r w:rsidRPr="002E4E9B">
        <w:rPr>
          <w:rFonts w:ascii="Arial" w:hAnsi="Arial" w:cs="Arial"/>
          <w:sz w:val="24"/>
          <w:szCs w:val="24"/>
        </w:rPr>
        <w:t>tema es con los intereses. Los intereses en cada uno de los contratos que se</w:t>
      </w:r>
      <w:r>
        <w:rPr>
          <w:rFonts w:ascii="Arial" w:hAnsi="Arial" w:cs="Arial"/>
          <w:sz w:val="24"/>
          <w:szCs w:val="24"/>
        </w:rPr>
        <w:t xml:space="preserve"> </w:t>
      </w:r>
      <w:r w:rsidRPr="002E4E9B">
        <w:rPr>
          <w:rFonts w:ascii="Arial" w:hAnsi="Arial" w:cs="Arial"/>
          <w:sz w:val="24"/>
          <w:szCs w:val="24"/>
        </w:rPr>
        <w:t>tienen vienen con la tasa y son TIE + 1.5, TIE + 1.4, viene con diferentes</w:t>
      </w:r>
      <w:r>
        <w:rPr>
          <w:rFonts w:ascii="Arial" w:hAnsi="Arial" w:cs="Arial"/>
          <w:sz w:val="24"/>
          <w:szCs w:val="24"/>
        </w:rPr>
        <w:t xml:space="preserve"> </w:t>
      </w:r>
      <w:r w:rsidRPr="002E4E9B">
        <w:rPr>
          <w:rFonts w:ascii="Arial" w:hAnsi="Arial" w:cs="Arial"/>
          <w:sz w:val="24"/>
          <w:szCs w:val="24"/>
        </w:rPr>
        <w:t>puntos porcentuales. Entonces nosotros al tiempo de hacer la estimación vemos cuál es la proyección que está</w:t>
      </w:r>
      <w:r>
        <w:rPr>
          <w:rFonts w:ascii="Arial" w:hAnsi="Arial" w:cs="Arial"/>
          <w:sz w:val="24"/>
          <w:szCs w:val="24"/>
        </w:rPr>
        <w:t xml:space="preserve"> </w:t>
      </w:r>
      <w:r w:rsidRPr="002E4E9B">
        <w:rPr>
          <w:rFonts w:ascii="Arial" w:hAnsi="Arial" w:cs="Arial"/>
          <w:sz w:val="24"/>
          <w:szCs w:val="24"/>
        </w:rPr>
        <w:t>dando Banco de México en relación al TI</w:t>
      </w:r>
      <w:r w:rsidR="000F073F">
        <w:rPr>
          <w:rFonts w:ascii="Arial" w:hAnsi="Arial" w:cs="Arial"/>
          <w:sz w:val="24"/>
          <w:szCs w:val="24"/>
        </w:rPr>
        <w:t>E</w:t>
      </w:r>
      <w:r w:rsidRPr="002E4E9B">
        <w:rPr>
          <w:rFonts w:ascii="Arial" w:hAnsi="Arial" w:cs="Arial"/>
          <w:sz w:val="24"/>
          <w:szCs w:val="24"/>
        </w:rPr>
        <w:t xml:space="preserve"> y tomamos tiene un rango mínimo y un máximo de cuánto es lo que puede</w:t>
      </w:r>
      <w:r>
        <w:rPr>
          <w:rFonts w:ascii="Arial" w:hAnsi="Arial" w:cs="Arial"/>
          <w:sz w:val="24"/>
          <w:szCs w:val="24"/>
        </w:rPr>
        <w:t xml:space="preserve"> </w:t>
      </w:r>
      <w:r w:rsidRPr="002E4E9B">
        <w:rPr>
          <w:rFonts w:ascii="Arial" w:hAnsi="Arial" w:cs="Arial"/>
          <w:sz w:val="24"/>
          <w:szCs w:val="24"/>
        </w:rPr>
        <w:t>fluctuar. En ese sentido, nosotros tomamos el rango máximo para estar este protegido sobre algún incremento y que</w:t>
      </w:r>
      <w:r>
        <w:rPr>
          <w:rFonts w:ascii="Arial" w:hAnsi="Arial" w:cs="Arial"/>
          <w:sz w:val="24"/>
          <w:szCs w:val="24"/>
        </w:rPr>
        <w:t xml:space="preserve"> </w:t>
      </w:r>
      <w:r w:rsidRPr="002E4E9B">
        <w:rPr>
          <w:rFonts w:ascii="Arial" w:hAnsi="Arial" w:cs="Arial"/>
          <w:sz w:val="24"/>
          <w:szCs w:val="24"/>
        </w:rPr>
        <w:t>pues no vaya a quedar la partida con déficit presupuestal.</w:t>
      </w:r>
      <w:r>
        <w:rPr>
          <w:rFonts w:ascii="Arial" w:hAnsi="Arial" w:cs="Arial"/>
          <w:sz w:val="24"/>
          <w:szCs w:val="24"/>
        </w:rPr>
        <w:t xml:space="preserve"> </w:t>
      </w:r>
      <w:r w:rsidRPr="002E4E9B">
        <w:rPr>
          <w:rFonts w:ascii="Arial" w:hAnsi="Arial" w:cs="Arial"/>
          <w:sz w:val="24"/>
          <w:szCs w:val="24"/>
        </w:rPr>
        <w:t>En razón de ello, este durante lo que va este estos meses del ejercicio, se ha mantenido por debajo de lo que es el</w:t>
      </w:r>
      <w:r>
        <w:rPr>
          <w:rFonts w:ascii="Arial" w:hAnsi="Arial" w:cs="Arial"/>
          <w:sz w:val="24"/>
          <w:szCs w:val="24"/>
        </w:rPr>
        <w:t xml:space="preserve"> </w:t>
      </w:r>
      <w:r w:rsidRPr="002E4E9B">
        <w:rPr>
          <w:rFonts w:ascii="Arial" w:hAnsi="Arial" w:cs="Arial"/>
          <w:sz w:val="24"/>
          <w:szCs w:val="24"/>
        </w:rPr>
        <w:t xml:space="preserve">límite máximo que había establecido el Banco de México, la TIE. Por esa razón este esos </w:t>
      </w:r>
      <w:r w:rsidR="005A623A">
        <w:rPr>
          <w:rFonts w:ascii="Arial" w:hAnsi="Arial" w:cs="Arial"/>
          <w:sz w:val="24"/>
          <w:szCs w:val="24"/>
        </w:rPr>
        <w:t>$</w:t>
      </w:r>
      <w:r w:rsidRPr="002E4E9B">
        <w:rPr>
          <w:rFonts w:ascii="Arial" w:hAnsi="Arial" w:cs="Arial"/>
          <w:sz w:val="24"/>
          <w:szCs w:val="24"/>
        </w:rPr>
        <w:t>3,000</w:t>
      </w:r>
      <w:r w:rsidR="005A623A">
        <w:rPr>
          <w:rFonts w:ascii="Arial" w:hAnsi="Arial" w:cs="Arial"/>
          <w:sz w:val="24"/>
          <w:szCs w:val="24"/>
        </w:rPr>
        <w:t>,000.00</w:t>
      </w:r>
      <w:r w:rsidRPr="002E4E9B">
        <w:rPr>
          <w:rFonts w:ascii="Arial" w:hAnsi="Arial" w:cs="Arial"/>
          <w:sz w:val="24"/>
          <w:szCs w:val="24"/>
        </w:rPr>
        <w:t xml:space="preserve"> se están disminuyendo</w:t>
      </w:r>
      <w:r>
        <w:rPr>
          <w:rFonts w:ascii="Arial" w:hAnsi="Arial" w:cs="Arial"/>
          <w:sz w:val="24"/>
          <w:szCs w:val="24"/>
        </w:rPr>
        <w:t xml:space="preserve"> </w:t>
      </w:r>
      <w:r w:rsidRPr="002E4E9B">
        <w:rPr>
          <w:rFonts w:ascii="Arial" w:hAnsi="Arial" w:cs="Arial"/>
          <w:sz w:val="24"/>
          <w:szCs w:val="24"/>
        </w:rPr>
        <w:t xml:space="preserve">del del rubro de deuda y se están </w:t>
      </w:r>
      <w:r w:rsidRPr="002E4E9B">
        <w:rPr>
          <w:rFonts w:ascii="Arial" w:hAnsi="Arial" w:cs="Arial"/>
          <w:sz w:val="24"/>
          <w:szCs w:val="24"/>
        </w:rPr>
        <w:lastRenderedPageBreak/>
        <w:t>reasignando para otros conceptos.</w:t>
      </w:r>
      <w:r>
        <w:rPr>
          <w:rFonts w:ascii="Arial" w:hAnsi="Arial" w:cs="Arial"/>
          <w:sz w:val="24"/>
          <w:szCs w:val="24"/>
        </w:rPr>
        <w:t xml:space="preserve"> </w:t>
      </w:r>
      <w:r w:rsidRPr="002E4E9B">
        <w:rPr>
          <w:rFonts w:ascii="Arial" w:hAnsi="Arial" w:cs="Arial"/>
          <w:sz w:val="24"/>
          <w:szCs w:val="24"/>
        </w:rPr>
        <w:t>Por ejemplo, este lo que es equipamiento en el 5,000, lo quitamos de deuda y lo canalizamos a otra partida, pero es</w:t>
      </w:r>
      <w:r>
        <w:rPr>
          <w:rFonts w:ascii="Arial" w:hAnsi="Arial" w:cs="Arial"/>
          <w:sz w:val="24"/>
          <w:szCs w:val="24"/>
        </w:rPr>
        <w:t xml:space="preserve"> </w:t>
      </w:r>
      <w:r w:rsidRPr="002E4E9B">
        <w:rPr>
          <w:rFonts w:ascii="Arial" w:hAnsi="Arial" w:cs="Arial"/>
          <w:sz w:val="24"/>
          <w:szCs w:val="24"/>
        </w:rPr>
        <w:t>porque los intereses de la TIE están por debajo del límite máximo que había establecido el Banco de México</w:t>
      </w:r>
      <w:r>
        <w:rPr>
          <w:rFonts w:ascii="Arial" w:hAnsi="Arial" w:cs="Arial"/>
          <w:sz w:val="24"/>
          <w:szCs w:val="24"/>
        </w:rPr>
        <w:t xml:space="preserve">. </w:t>
      </w:r>
      <w:r w:rsidRPr="002E4E9B">
        <w:rPr>
          <w:rFonts w:ascii="Arial" w:hAnsi="Arial" w:cs="Arial"/>
          <w:sz w:val="24"/>
          <w:szCs w:val="24"/>
        </w:rPr>
        <w:t>Entonces, los 24 es el compromiso de amortización más interés para el ejercicio fiscal 2026</w:t>
      </w:r>
      <w:r>
        <w:rPr>
          <w:rFonts w:ascii="Arial" w:hAnsi="Arial" w:cs="Arial"/>
          <w:sz w:val="24"/>
          <w:szCs w:val="24"/>
        </w:rPr>
        <w:t xml:space="preserve"> dos mil veintiséis </w:t>
      </w:r>
      <w:r w:rsidRPr="002E4E9B">
        <w:rPr>
          <w:rFonts w:ascii="Arial" w:hAnsi="Arial" w:cs="Arial"/>
          <w:sz w:val="24"/>
          <w:szCs w:val="24"/>
        </w:rPr>
        <w:t xml:space="preserve">solamente. Sí. Y quiere decir que ahorita solamente ocuparíamos </w:t>
      </w:r>
      <w:r>
        <w:rPr>
          <w:rFonts w:ascii="Arial" w:hAnsi="Arial" w:cs="Arial"/>
          <w:sz w:val="24"/>
          <w:szCs w:val="24"/>
        </w:rPr>
        <w:t>$</w:t>
      </w:r>
      <w:r w:rsidRPr="002E4E9B">
        <w:rPr>
          <w:rFonts w:ascii="Arial" w:hAnsi="Arial" w:cs="Arial"/>
          <w:sz w:val="24"/>
          <w:szCs w:val="24"/>
        </w:rPr>
        <w:t>20,864,000</w:t>
      </w:r>
      <w:r>
        <w:rPr>
          <w:rFonts w:ascii="Arial" w:hAnsi="Arial" w:cs="Arial"/>
          <w:sz w:val="24"/>
          <w:szCs w:val="24"/>
        </w:rPr>
        <w:t>.00</w:t>
      </w:r>
      <w:r w:rsidRPr="002E4E9B">
        <w:rPr>
          <w:rFonts w:ascii="Arial" w:hAnsi="Arial" w:cs="Arial"/>
          <w:sz w:val="24"/>
          <w:szCs w:val="24"/>
        </w:rPr>
        <w:t>.</w:t>
      </w:r>
    </w:p>
    <w:p w14:paraId="121FCF2A" w14:textId="66724D13" w:rsidR="00154641" w:rsidRDefault="00154641"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 xml:space="preserve">Gracias, licenciada, damos cuenta de que se integra con nosotros el </w:t>
      </w:r>
      <w:r>
        <w:rPr>
          <w:rFonts w:ascii="Arial" w:hAnsi="Arial" w:cs="Arial"/>
          <w:sz w:val="24"/>
          <w:szCs w:val="24"/>
        </w:rPr>
        <w:t>R</w:t>
      </w:r>
      <w:r w:rsidRPr="002E4E9B">
        <w:rPr>
          <w:rFonts w:ascii="Arial" w:hAnsi="Arial" w:cs="Arial"/>
          <w:sz w:val="24"/>
          <w:szCs w:val="24"/>
        </w:rPr>
        <w:t xml:space="preserve">egidor </w:t>
      </w:r>
      <w:r>
        <w:rPr>
          <w:rFonts w:ascii="Arial" w:hAnsi="Arial" w:cs="Arial"/>
          <w:sz w:val="24"/>
          <w:szCs w:val="24"/>
        </w:rPr>
        <w:t>Hi</w:t>
      </w:r>
      <w:r w:rsidRPr="002E4E9B">
        <w:rPr>
          <w:rFonts w:ascii="Arial" w:hAnsi="Arial" w:cs="Arial"/>
          <w:sz w:val="24"/>
          <w:szCs w:val="24"/>
        </w:rPr>
        <w:t xml:space="preserve">gino del Toro Pérez. Gracias, </w:t>
      </w:r>
      <w:r w:rsidR="000F073F">
        <w:rPr>
          <w:rFonts w:ascii="Arial" w:hAnsi="Arial" w:cs="Arial"/>
          <w:sz w:val="24"/>
          <w:szCs w:val="24"/>
        </w:rPr>
        <w:t>R</w:t>
      </w:r>
      <w:r w:rsidRPr="002E4E9B">
        <w:rPr>
          <w:rFonts w:ascii="Arial" w:hAnsi="Arial" w:cs="Arial"/>
          <w:sz w:val="24"/>
          <w:szCs w:val="24"/>
        </w:rPr>
        <w:t xml:space="preserve">egidor por acompañarnos y también la </w:t>
      </w:r>
      <w:r>
        <w:rPr>
          <w:rFonts w:ascii="Arial" w:hAnsi="Arial" w:cs="Arial"/>
          <w:sz w:val="24"/>
          <w:szCs w:val="24"/>
        </w:rPr>
        <w:t>L</w:t>
      </w:r>
      <w:r w:rsidRPr="002E4E9B">
        <w:rPr>
          <w:rFonts w:ascii="Arial" w:hAnsi="Arial" w:cs="Arial"/>
          <w:sz w:val="24"/>
          <w:szCs w:val="24"/>
        </w:rPr>
        <w:t xml:space="preserve">icenciada Ana Margarita, </w:t>
      </w:r>
      <w:proofErr w:type="gramStart"/>
      <w:r w:rsidR="000F073F">
        <w:rPr>
          <w:rFonts w:ascii="Arial" w:hAnsi="Arial" w:cs="Arial"/>
          <w:sz w:val="24"/>
          <w:szCs w:val="24"/>
        </w:rPr>
        <w:t>D</w:t>
      </w:r>
      <w:r w:rsidRPr="002E4E9B">
        <w:rPr>
          <w:rFonts w:ascii="Arial" w:hAnsi="Arial" w:cs="Arial"/>
          <w:sz w:val="24"/>
          <w:szCs w:val="24"/>
        </w:rPr>
        <w:t>irectora</w:t>
      </w:r>
      <w:proofErr w:type="gramEnd"/>
      <w:r w:rsidRPr="002E4E9B">
        <w:rPr>
          <w:rFonts w:ascii="Arial" w:hAnsi="Arial" w:cs="Arial"/>
          <w:sz w:val="24"/>
          <w:szCs w:val="24"/>
        </w:rPr>
        <w:t xml:space="preserve"> de</w:t>
      </w:r>
      <w:r>
        <w:rPr>
          <w:rFonts w:ascii="Arial" w:hAnsi="Arial" w:cs="Arial"/>
          <w:sz w:val="24"/>
          <w:szCs w:val="24"/>
        </w:rPr>
        <w:t xml:space="preserve"> </w:t>
      </w:r>
      <w:r w:rsidR="000F073F">
        <w:rPr>
          <w:rFonts w:ascii="Arial" w:hAnsi="Arial" w:cs="Arial"/>
          <w:sz w:val="24"/>
          <w:szCs w:val="24"/>
        </w:rPr>
        <w:t>I</w:t>
      </w:r>
      <w:r w:rsidRPr="002E4E9B">
        <w:rPr>
          <w:rFonts w:ascii="Arial" w:hAnsi="Arial" w:cs="Arial"/>
          <w:sz w:val="24"/>
          <w:szCs w:val="24"/>
        </w:rPr>
        <w:t>ngresos también gracias por acompañarnos. Adelante, regidor.</w:t>
      </w:r>
      <w:r>
        <w:rPr>
          <w:rFonts w:ascii="Arial" w:hAnsi="Arial" w:cs="Arial"/>
          <w:sz w:val="24"/>
          <w:szCs w:val="24"/>
        </w:rPr>
        <w:t xml:space="preserve"> </w:t>
      </w:r>
    </w:p>
    <w:p w14:paraId="688E350C" w14:textId="72BC2112" w:rsidR="00EC03D4" w:rsidRPr="002E4E9B" w:rsidRDefault="000F073F" w:rsidP="00DC6CFE">
      <w:pPr>
        <w:jc w:val="both"/>
        <w:rPr>
          <w:rFonts w:ascii="Arial" w:hAnsi="Arial" w:cs="Arial"/>
          <w:sz w:val="24"/>
          <w:szCs w:val="24"/>
        </w:rPr>
      </w:pPr>
      <w:r>
        <w:rPr>
          <w:rFonts w:ascii="Arial" w:hAnsi="Arial" w:cs="Arial"/>
          <w:b/>
          <w:bCs/>
          <w:sz w:val="24"/>
          <w:szCs w:val="24"/>
        </w:rPr>
        <w:t xml:space="preserve">C. GUSTAVO LÓPEZ SANDOVAL. - </w:t>
      </w:r>
      <w:r>
        <w:rPr>
          <w:rFonts w:ascii="Arial" w:hAnsi="Arial" w:cs="Arial"/>
          <w:sz w:val="24"/>
          <w:szCs w:val="24"/>
        </w:rPr>
        <w:t>G</w:t>
      </w:r>
      <w:r w:rsidRPr="002E4E9B">
        <w:rPr>
          <w:rFonts w:ascii="Arial" w:hAnsi="Arial" w:cs="Arial"/>
          <w:sz w:val="24"/>
          <w:szCs w:val="24"/>
        </w:rPr>
        <w:t>racias. Ya me quedó claro. ¿Y la deuda en total cuánto es?</w:t>
      </w:r>
    </w:p>
    <w:p w14:paraId="7933E94D" w14:textId="2E5AA3C9" w:rsidR="00EC03D4" w:rsidRPr="002E4E9B" w:rsidRDefault="000F073F"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 xml:space="preserve">También damos cuenta que se integró con nosotros hace rato el </w:t>
      </w:r>
      <w:r>
        <w:rPr>
          <w:rFonts w:ascii="Arial" w:hAnsi="Arial" w:cs="Arial"/>
          <w:sz w:val="24"/>
          <w:szCs w:val="24"/>
        </w:rPr>
        <w:t>R</w:t>
      </w:r>
      <w:r w:rsidRPr="002E4E9B">
        <w:rPr>
          <w:rFonts w:ascii="Arial" w:hAnsi="Arial" w:cs="Arial"/>
          <w:sz w:val="24"/>
          <w:szCs w:val="24"/>
        </w:rPr>
        <w:t>egidor Óscar Murguía Torres. Gracias regidor por acompañarnos. Y únicamente para ahundar</w:t>
      </w:r>
      <w:r>
        <w:rPr>
          <w:rFonts w:ascii="Arial" w:hAnsi="Arial" w:cs="Arial"/>
          <w:sz w:val="24"/>
          <w:szCs w:val="24"/>
        </w:rPr>
        <w:t xml:space="preserve"> R</w:t>
      </w:r>
      <w:r w:rsidRPr="002E4E9B">
        <w:rPr>
          <w:rFonts w:ascii="Arial" w:hAnsi="Arial" w:cs="Arial"/>
          <w:sz w:val="24"/>
          <w:szCs w:val="24"/>
        </w:rPr>
        <w:t>egidor aquí en el presupuesto de 2026</w:t>
      </w:r>
      <w:r>
        <w:rPr>
          <w:rFonts w:ascii="Arial" w:hAnsi="Arial" w:cs="Arial"/>
          <w:sz w:val="24"/>
          <w:szCs w:val="24"/>
        </w:rPr>
        <w:t xml:space="preserve"> dos mil veintiséis</w:t>
      </w:r>
      <w:r w:rsidRPr="002E4E9B">
        <w:rPr>
          <w:rFonts w:ascii="Arial" w:hAnsi="Arial" w:cs="Arial"/>
          <w:sz w:val="24"/>
          <w:szCs w:val="24"/>
        </w:rPr>
        <w:t xml:space="preserve"> que se aprobó, no más deje encontrarlo, viene el desglose del de</w:t>
      </w:r>
      <w:r>
        <w:rPr>
          <w:rFonts w:ascii="Arial" w:hAnsi="Arial" w:cs="Arial"/>
          <w:sz w:val="24"/>
          <w:szCs w:val="24"/>
        </w:rPr>
        <w:t xml:space="preserve"> </w:t>
      </w:r>
      <w:r w:rsidRPr="002E4E9B">
        <w:rPr>
          <w:rFonts w:ascii="Arial" w:hAnsi="Arial" w:cs="Arial"/>
          <w:sz w:val="24"/>
          <w:szCs w:val="24"/>
        </w:rPr>
        <w:t>las de los créditos que tenemos y los montos</w:t>
      </w:r>
      <w:r>
        <w:rPr>
          <w:rFonts w:ascii="Arial" w:hAnsi="Arial" w:cs="Arial"/>
          <w:sz w:val="24"/>
          <w:szCs w:val="24"/>
        </w:rPr>
        <w:t xml:space="preserve"> </w:t>
      </w:r>
      <w:r w:rsidRPr="002E4E9B">
        <w:rPr>
          <w:rFonts w:ascii="Arial" w:hAnsi="Arial" w:cs="Arial"/>
          <w:sz w:val="24"/>
          <w:szCs w:val="24"/>
        </w:rPr>
        <w:t xml:space="preserve">tenemos actualmente cuatro créditos adquiridos tres con </w:t>
      </w:r>
      <w:r w:rsidR="00BC2555">
        <w:rPr>
          <w:rFonts w:ascii="Arial" w:hAnsi="Arial" w:cs="Arial"/>
          <w:sz w:val="24"/>
          <w:szCs w:val="24"/>
        </w:rPr>
        <w:t>BANOBRAS</w:t>
      </w:r>
      <w:r w:rsidRPr="002E4E9B">
        <w:rPr>
          <w:rFonts w:ascii="Arial" w:hAnsi="Arial" w:cs="Arial"/>
          <w:sz w:val="24"/>
          <w:szCs w:val="24"/>
        </w:rPr>
        <w:t>, uno con I</w:t>
      </w:r>
      <w:r w:rsidR="00BC2555">
        <w:rPr>
          <w:rFonts w:ascii="Arial" w:hAnsi="Arial" w:cs="Arial"/>
          <w:sz w:val="24"/>
          <w:szCs w:val="24"/>
        </w:rPr>
        <w:t>PEJAL</w:t>
      </w:r>
      <w:r w:rsidR="005A623A">
        <w:rPr>
          <w:rFonts w:ascii="Arial" w:hAnsi="Arial" w:cs="Arial"/>
          <w:sz w:val="24"/>
          <w:szCs w:val="24"/>
        </w:rPr>
        <w:t xml:space="preserve">. </w:t>
      </w:r>
      <w:r w:rsidRPr="002E4E9B">
        <w:rPr>
          <w:rFonts w:ascii="Arial" w:hAnsi="Arial" w:cs="Arial"/>
          <w:sz w:val="24"/>
          <w:szCs w:val="24"/>
        </w:rPr>
        <w:t>El saldo al 30</w:t>
      </w:r>
      <w:r w:rsidR="005A623A">
        <w:rPr>
          <w:rFonts w:ascii="Arial" w:hAnsi="Arial" w:cs="Arial"/>
          <w:sz w:val="24"/>
          <w:szCs w:val="24"/>
        </w:rPr>
        <w:t xml:space="preserve"> treinta </w:t>
      </w:r>
      <w:r w:rsidR="005A623A" w:rsidRPr="002E4E9B">
        <w:rPr>
          <w:rFonts w:ascii="Arial" w:hAnsi="Arial" w:cs="Arial"/>
          <w:sz w:val="24"/>
          <w:szCs w:val="24"/>
        </w:rPr>
        <w:t>de</w:t>
      </w:r>
      <w:r w:rsidRPr="002E4E9B">
        <w:rPr>
          <w:rFonts w:ascii="Arial" w:hAnsi="Arial" w:cs="Arial"/>
          <w:sz w:val="24"/>
          <w:szCs w:val="24"/>
        </w:rPr>
        <w:t xml:space="preserve"> septiembre de 2025</w:t>
      </w:r>
      <w:r w:rsidR="005A623A">
        <w:rPr>
          <w:rFonts w:ascii="Arial" w:hAnsi="Arial" w:cs="Arial"/>
          <w:sz w:val="24"/>
          <w:szCs w:val="24"/>
        </w:rPr>
        <w:t xml:space="preserve"> dos mil veinticinco</w:t>
      </w:r>
      <w:r w:rsidRPr="002E4E9B">
        <w:rPr>
          <w:rFonts w:ascii="Arial" w:hAnsi="Arial" w:cs="Arial"/>
          <w:sz w:val="24"/>
          <w:szCs w:val="24"/>
        </w:rPr>
        <w:t xml:space="preserve"> de los cuatro créditos son </w:t>
      </w:r>
      <w:r w:rsidR="005A623A">
        <w:rPr>
          <w:rFonts w:ascii="Arial" w:hAnsi="Arial" w:cs="Arial"/>
          <w:sz w:val="24"/>
          <w:szCs w:val="24"/>
        </w:rPr>
        <w:t>$</w:t>
      </w:r>
      <w:r w:rsidRPr="002E4E9B">
        <w:rPr>
          <w:rFonts w:ascii="Arial" w:hAnsi="Arial" w:cs="Arial"/>
          <w:sz w:val="24"/>
          <w:szCs w:val="24"/>
        </w:rPr>
        <w:t>149,926,472</w:t>
      </w:r>
      <w:r w:rsidR="005A623A">
        <w:rPr>
          <w:rFonts w:ascii="Arial" w:hAnsi="Arial" w:cs="Arial"/>
          <w:sz w:val="24"/>
          <w:szCs w:val="24"/>
        </w:rPr>
        <w:t>.</w:t>
      </w:r>
      <w:r w:rsidRPr="002E4E9B">
        <w:rPr>
          <w:rFonts w:ascii="Arial" w:hAnsi="Arial" w:cs="Arial"/>
          <w:sz w:val="24"/>
          <w:szCs w:val="24"/>
        </w:rPr>
        <w:t xml:space="preserve">12 es lo que </w:t>
      </w:r>
      <w:r w:rsidR="005A623A" w:rsidRPr="002E4E9B">
        <w:rPr>
          <w:rFonts w:ascii="Arial" w:hAnsi="Arial" w:cs="Arial"/>
          <w:sz w:val="24"/>
          <w:szCs w:val="24"/>
        </w:rPr>
        <w:t>tenemos al</w:t>
      </w:r>
      <w:r w:rsidRPr="002E4E9B">
        <w:rPr>
          <w:rFonts w:ascii="Arial" w:hAnsi="Arial" w:cs="Arial"/>
          <w:sz w:val="24"/>
          <w:szCs w:val="24"/>
        </w:rPr>
        <w:t xml:space="preserve"> corte de hace un año, ¿no?</w:t>
      </w:r>
      <w:r w:rsidR="005A623A">
        <w:rPr>
          <w:rFonts w:ascii="Arial" w:hAnsi="Arial" w:cs="Arial"/>
          <w:sz w:val="24"/>
          <w:szCs w:val="24"/>
        </w:rPr>
        <w:t xml:space="preserve"> </w:t>
      </w:r>
      <w:r w:rsidRPr="002E4E9B">
        <w:rPr>
          <w:rFonts w:ascii="Arial" w:hAnsi="Arial" w:cs="Arial"/>
          <w:sz w:val="24"/>
          <w:szCs w:val="24"/>
        </w:rPr>
        <w:t>Al saldo al 31</w:t>
      </w:r>
      <w:r w:rsidR="005A623A">
        <w:rPr>
          <w:rFonts w:ascii="Arial" w:hAnsi="Arial" w:cs="Arial"/>
          <w:sz w:val="24"/>
          <w:szCs w:val="24"/>
        </w:rPr>
        <w:t xml:space="preserve"> treinta y uno</w:t>
      </w:r>
      <w:r w:rsidRPr="002E4E9B">
        <w:rPr>
          <w:rFonts w:ascii="Arial" w:hAnsi="Arial" w:cs="Arial"/>
          <w:sz w:val="24"/>
          <w:szCs w:val="24"/>
        </w:rPr>
        <w:t xml:space="preserve"> de diciembre de este año se tiene presupuestado que nos quede la</w:t>
      </w:r>
      <w:r w:rsidR="005A623A">
        <w:rPr>
          <w:rFonts w:ascii="Arial" w:hAnsi="Arial" w:cs="Arial"/>
          <w:sz w:val="24"/>
          <w:szCs w:val="24"/>
        </w:rPr>
        <w:t xml:space="preserve"> </w:t>
      </w:r>
      <w:r w:rsidRPr="002E4E9B">
        <w:rPr>
          <w:rFonts w:ascii="Arial" w:hAnsi="Arial" w:cs="Arial"/>
          <w:sz w:val="24"/>
          <w:szCs w:val="24"/>
        </w:rPr>
        <w:t>deuda en 142,607</w:t>
      </w:r>
      <w:r w:rsidR="005A623A">
        <w:rPr>
          <w:rFonts w:ascii="Arial" w:hAnsi="Arial" w:cs="Arial"/>
          <w:sz w:val="24"/>
          <w:szCs w:val="24"/>
        </w:rPr>
        <w:t>,</w:t>
      </w:r>
      <w:r w:rsidRPr="002E4E9B">
        <w:rPr>
          <w:rFonts w:ascii="Arial" w:hAnsi="Arial" w:cs="Arial"/>
          <w:sz w:val="24"/>
          <w:szCs w:val="24"/>
        </w:rPr>
        <w:t>749</w:t>
      </w:r>
      <w:r w:rsidR="005A623A">
        <w:rPr>
          <w:rFonts w:ascii="Arial" w:hAnsi="Arial" w:cs="Arial"/>
          <w:sz w:val="24"/>
          <w:szCs w:val="24"/>
        </w:rPr>
        <w:t>.</w:t>
      </w:r>
      <w:r w:rsidRPr="002E4E9B">
        <w:rPr>
          <w:rFonts w:ascii="Arial" w:hAnsi="Arial" w:cs="Arial"/>
          <w:sz w:val="24"/>
          <w:szCs w:val="24"/>
        </w:rPr>
        <w:t>73, es decir, una disminución</w:t>
      </w:r>
      <w:r w:rsidR="005A623A">
        <w:rPr>
          <w:rFonts w:ascii="Arial" w:hAnsi="Arial" w:cs="Arial"/>
          <w:sz w:val="24"/>
          <w:szCs w:val="24"/>
        </w:rPr>
        <w:t xml:space="preserve"> </w:t>
      </w:r>
      <w:r w:rsidRPr="002E4E9B">
        <w:rPr>
          <w:rFonts w:ascii="Arial" w:hAnsi="Arial" w:cs="Arial"/>
          <w:sz w:val="24"/>
          <w:szCs w:val="24"/>
        </w:rPr>
        <w:t xml:space="preserve">de escasos 7 millones, ¿no? </w:t>
      </w:r>
      <w:r w:rsidR="005A623A" w:rsidRPr="002E4E9B">
        <w:rPr>
          <w:rFonts w:ascii="Arial" w:hAnsi="Arial" w:cs="Arial"/>
          <w:sz w:val="24"/>
          <w:szCs w:val="24"/>
        </w:rPr>
        <w:t>Entonces eso</w:t>
      </w:r>
      <w:r w:rsidRPr="002E4E9B">
        <w:rPr>
          <w:rFonts w:ascii="Arial" w:hAnsi="Arial" w:cs="Arial"/>
          <w:sz w:val="24"/>
          <w:szCs w:val="24"/>
        </w:rPr>
        <w:t xml:space="preserve"> para este año, como lo ya explicó la</w:t>
      </w:r>
      <w:r w:rsidR="005A623A">
        <w:rPr>
          <w:rFonts w:ascii="Arial" w:hAnsi="Arial" w:cs="Arial"/>
          <w:sz w:val="24"/>
          <w:szCs w:val="24"/>
        </w:rPr>
        <w:t xml:space="preserve"> </w:t>
      </w:r>
      <w:r w:rsidRPr="002E4E9B">
        <w:rPr>
          <w:rFonts w:ascii="Arial" w:hAnsi="Arial" w:cs="Arial"/>
          <w:sz w:val="24"/>
          <w:szCs w:val="24"/>
        </w:rPr>
        <w:t xml:space="preserve">tesorera, pues requerimos únicamente para lo que cubrir las obligaciones financieras </w:t>
      </w:r>
      <w:r w:rsidR="005A623A">
        <w:rPr>
          <w:rFonts w:ascii="Arial" w:hAnsi="Arial" w:cs="Arial"/>
          <w:sz w:val="24"/>
          <w:szCs w:val="24"/>
        </w:rPr>
        <w:t>$</w:t>
      </w:r>
      <w:r w:rsidRPr="002E4E9B">
        <w:rPr>
          <w:rFonts w:ascii="Arial" w:hAnsi="Arial" w:cs="Arial"/>
          <w:sz w:val="24"/>
          <w:szCs w:val="24"/>
        </w:rPr>
        <w:t>20</w:t>
      </w:r>
      <w:r w:rsidR="005A623A">
        <w:rPr>
          <w:rFonts w:ascii="Arial" w:hAnsi="Arial" w:cs="Arial"/>
          <w:sz w:val="24"/>
          <w:szCs w:val="24"/>
        </w:rPr>
        <w:t>,</w:t>
      </w:r>
      <w:r w:rsidRPr="002E4E9B">
        <w:rPr>
          <w:rFonts w:ascii="Arial" w:hAnsi="Arial" w:cs="Arial"/>
          <w:sz w:val="24"/>
          <w:szCs w:val="24"/>
        </w:rPr>
        <w:t>8</w:t>
      </w:r>
      <w:r w:rsidR="005A623A">
        <w:rPr>
          <w:rFonts w:ascii="Arial" w:hAnsi="Arial" w:cs="Arial"/>
          <w:sz w:val="24"/>
          <w:szCs w:val="24"/>
        </w:rPr>
        <w:t>00,000.00</w:t>
      </w:r>
      <w:r w:rsidRPr="002E4E9B">
        <w:rPr>
          <w:rFonts w:ascii="Arial" w:hAnsi="Arial" w:cs="Arial"/>
          <w:sz w:val="24"/>
          <w:szCs w:val="24"/>
        </w:rPr>
        <w:t xml:space="preserve"> millones de entre los cuatro créditos.</w:t>
      </w:r>
      <w:r w:rsidR="005A623A">
        <w:rPr>
          <w:rFonts w:ascii="Arial" w:hAnsi="Arial" w:cs="Arial"/>
          <w:sz w:val="24"/>
          <w:szCs w:val="24"/>
        </w:rPr>
        <w:t xml:space="preserve"> </w:t>
      </w:r>
      <w:r w:rsidRPr="002E4E9B">
        <w:rPr>
          <w:rFonts w:ascii="Arial" w:hAnsi="Arial" w:cs="Arial"/>
          <w:sz w:val="24"/>
          <w:szCs w:val="24"/>
        </w:rPr>
        <w:t>Muy bien, vamos a continuar. No sé si hubiera alguna duda respecto a esta pestaña de Excel</w:t>
      </w:r>
      <w:r w:rsidR="005A623A">
        <w:rPr>
          <w:rFonts w:ascii="Arial" w:hAnsi="Arial" w:cs="Arial"/>
          <w:sz w:val="24"/>
          <w:szCs w:val="24"/>
        </w:rPr>
        <w:t xml:space="preserve"> </w:t>
      </w:r>
      <w:r w:rsidRPr="002E4E9B">
        <w:rPr>
          <w:rFonts w:ascii="Arial" w:hAnsi="Arial" w:cs="Arial"/>
          <w:sz w:val="24"/>
          <w:szCs w:val="24"/>
        </w:rPr>
        <w:t xml:space="preserve">únicamente para </w:t>
      </w:r>
      <w:r w:rsidR="005A623A">
        <w:rPr>
          <w:rFonts w:ascii="Arial" w:hAnsi="Arial" w:cs="Arial"/>
          <w:sz w:val="24"/>
          <w:szCs w:val="24"/>
        </w:rPr>
        <w:t>ahu</w:t>
      </w:r>
      <w:r w:rsidRPr="002E4E9B">
        <w:rPr>
          <w:rFonts w:ascii="Arial" w:hAnsi="Arial" w:cs="Arial"/>
          <w:sz w:val="24"/>
          <w:szCs w:val="24"/>
        </w:rPr>
        <w:t xml:space="preserve">ndar en  los créditos de </w:t>
      </w:r>
      <w:r w:rsidR="005A623A">
        <w:rPr>
          <w:rFonts w:ascii="Arial" w:hAnsi="Arial" w:cs="Arial"/>
          <w:sz w:val="24"/>
          <w:szCs w:val="24"/>
        </w:rPr>
        <w:t>B</w:t>
      </w:r>
      <w:r w:rsidR="005A623A" w:rsidRPr="002E4E9B">
        <w:rPr>
          <w:rFonts w:ascii="Arial" w:hAnsi="Arial" w:cs="Arial"/>
          <w:sz w:val="24"/>
          <w:szCs w:val="24"/>
        </w:rPr>
        <w:t>anobras</w:t>
      </w:r>
      <w:r w:rsidR="00BC2555">
        <w:rPr>
          <w:rFonts w:ascii="Arial" w:hAnsi="Arial" w:cs="Arial"/>
          <w:sz w:val="24"/>
          <w:szCs w:val="24"/>
        </w:rPr>
        <w:t xml:space="preserve"> uno por </w:t>
      </w:r>
      <w:r w:rsidRPr="002E4E9B">
        <w:rPr>
          <w:rFonts w:ascii="Arial" w:hAnsi="Arial" w:cs="Arial"/>
          <w:sz w:val="24"/>
          <w:szCs w:val="24"/>
        </w:rPr>
        <w:t xml:space="preserve"> </w:t>
      </w:r>
      <w:r w:rsidR="005A623A">
        <w:rPr>
          <w:rFonts w:ascii="Arial" w:hAnsi="Arial" w:cs="Arial"/>
          <w:sz w:val="24"/>
          <w:szCs w:val="24"/>
        </w:rPr>
        <w:t>$</w:t>
      </w:r>
      <w:r w:rsidRPr="002E4E9B">
        <w:rPr>
          <w:rFonts w:ascii="Arial" w:hAnsi="Arial" w:cs="Arial"/>
          <w:sz w:val="24"/>
          <w:szCs w:val="24"/>
        </w:rPr>
        <w:t>6</w:t>
      </w:r>
      <w:r w:rsidR="005A623A">
        <w:rPr>
          <w:rFonts w:ascii="Arial" w:hAnsi="Arial" w:cs="Arial"/>
          <w:sz w:val="24"/>
          <w:szCs w:val="24"/>
        </w:rPr>
        <w:t>,000,000.00</w:t>
      </w:r>
      <w:r w:rsidRPr="002E4E9B">
        <w:rPr>
          <w:rFonts w:ascii="Arial" w:hAnsi="Arial" w:cs="Arial"/>
          <w:sz w:val="24"/>
          <w:szCs w:val="24"/>
        </w:rPr>
        <w:t xml:space="preserve"> adquirido el </w:t>
      </w:r>
      <w:r w:rsidR="00BC2555">
        <w:rPr>
          <w:rFonts w:ascii="Arial" w:hAnsi="Arial" w:cs="Arial"/>
          <w:sz w:val="24"/>
          <w:szCs w:val="24"/>
        </w:rPr>
        <w:t>1</w:t>
      </w:r>
      <w:r w:rsidRPr="002E4E9B">
        <w:rPr>
          <w:rFonts w:ascii="Arial" w:hAnsi="Arial" w:cs="Arial"/>
          <w:sz w:val="24"/>
          <w:szCs w:val="24"/>
        </w:rPr>
        <w:t>6</w:t>
      </w:r>
      <w:r w:rsidR="00BC2555">
        <w:rPr>
          <w:rFonts w:ascii="Arial" w:hAnsi="Arial" w:cs="Arial"/>
          <w:sz w:val="24"/>
          <w:szCs w:val="24"/>
        </w:rPr>
        <w:t xml:space="preserve"> dieciséis</w:t>
      </w:r>
      <w:r w:rsidRPr="002E4E9B">
        <w:rPr>
          <w:rFonts w:ascii="Arial" w:hAnsi="Arial" w:cs="Arial"/>
          <w:sz w:val="24"/>
          <w:szCs w:val="24"/>
        </w:rPr>
        <w:t xml:space="preserve"> de</w:t>
      </w:r>
      <w:r w:rsidR="005A623A">
        <w:rPr>
          <w:rFonts w:ascii="Arial" w:hAnsi="Arial" w:cs="Arial"/>
          <w:sz w:val="24"/>
          <w:szCs w:val="24"/>
        </w:rPr>
        <w:t xml:space="preserve"> </w:t>
      </w:r>
      <w:r w:rsidRPr="002E4E9B">
        <w:rPr>
          <w:rFonts w:ascii="Arial" w:hAnsi="Arial" w:cs="Arial"/>
          <w:sz w:val="24"/>
          <w:szCs w:val="24"/>
        </w:rPr>
        <w:t>diciembre de 20</w:t>
      </w:r>
      <w:r w:rsidR="00BC2555">
        <w:rPr>
          <w:rFonts w:ascii="Arial" w:hAnsi="Arial" w:cs="Arial"/>
          <w:sz w:val="24"/>
          <w:szCs w:val="24"/>
        </w:rPr>
        <w:t>21</w:t>
      </w:r>
      <w:r w:rsidR="005A623A">
        <w:rPr>
          <w:rFonts w:ascii="Arial" w:hAnsi="Arial" w:cs="Arial"/>
          <w:sz w:val="24"/>
          <w:szCs w:val="24"/>
        </w:rPr>
        <w:t xml:space="preserve"> dos mil </w:t>
      </w:r>
      <w:r w:rsidR="00BC2555">
        <w:rPr>
          <w:rFonts w:ascii="Arial" w:hAnsi="Arial" w:cs="Arial"/>
          <w:sz w:val="24"/>
          <w:szCs w:val="24"/>
        </w:rPr>
        <w:t>veintiuno</w:t>
      </w:r>
      <w:r w:rsidRPr="002E4E9B">
        <w:rPr>
          <w:rFonts w:ascii="Arial" w:hAnsi="Arial" w:cs="Arial"/>
          <w:sz w:val="24"/>
          <w:szCs w:val="24"/>
        </w:rPr>
        <w:t xml:space="preserve"> de </w:t>
      </w:r>
      <w:r w:rsidR="005A623A">
        <w:rPr>
          <w:rFonts w:ascii="Arial" w:hAnsi="Arial" w:cs="Arial"/>
          <w:sz w:val="24"/>
          <w:szCs w:val="24"/>
        </w:rPr>
        <w:t>$</w:t>
      </w:r>
      <w:r w:rsidRPr="002E4E9B">
        <w:rPr>
          <w:rFonts w:ascii="Arial" w:hAnsi="Arial" w:cs="Arial"/>
          <w:sz w:val="24"/>
          <w:szCs w:val="24"/>
        </w:rPr>
        <w:t>4</w:t>
      </w:r>
      <w:r w:rsidR="00BC2555">
        <w:rPr>
          <w:rFonts w:ascii="Arial" w:hAnsi="Arial" w:cs="Arial"/>
          <w:sz w:val="24"/>
          <w:szCs w:val="24"/>
        </w:rPr>
        <w:t>5</w:t>
      </w:r>
      <w:r w:rsidR="005A623A">
        <w:rPr>
          <w:rFonts w:ascii="Arial" w:hAnsi="Arial" w:cs="Arial"/>
          <w:sz w:val="24"/>
          <w:szCs w:val="24"/>
        </w:rPr>
        <w:t>,000,000.00</w:t>
      </w:r>
      <w:r w:rsidRPr="002E4E9B">
        <w:rPr>
          <w:rFonts w:ascii="Arial" w:hAnsi="Arial" w:cs="Arial"/>
          <w:sz w:val="24"/>
          <w:szCs w:val="24"/>
        </w:rPr>
        <w:t xml:space="preserve"> millones adquirido el 27</w:t>
      </w:r>
      <w:r w:rsidR="005A623A">
        <w:rPr>
          <w:rFonts w:ascii="Arial" w:hAnsi="Arial" w:cs="Arial"/>
          <w:sz w:val="24"/>
          <w:szCs w:val="24"/>
        </w:rPr>
        <w:t xml:space="preserve"> veintisiete</w:t>
      </w:r>
      <w:r w:rsidRPr="002E4E9B">
        <w:rPr>
          <w:rFonts w:ascii="Arial" w:hAnsi="Arial" w:cs="Arial"/>
          <w:sz w:val="24"/>
          <w:szCs w:val="24"/>
        </w:rPr>
        <w:t xml:space="preserve"> de diciembre de 2019</w:t>
      </w:r>
      <w:r w:rsidR="005A623A">
        <w:rPr>
          <w:rFonts w:ascii="Arial" w:hAnsi="Arial" w:cs="Arial"/>
          <w:sz w:val="24"/>
          <w:szCs w:val="24"/>
        </w:rPr>
        <w:t xml:space="preserve"> dos mil diecinueve </w:t>
      </w:r>
      <w:r w:rsidRPr="002E4E9B">
        <w:rPr>
          <w:rFonts w:ascii="Arial" w:hAnsi="Arial" w:cs="Arial"/>
          <w:sz w:val="24"/>
          <w:szCs w:val="24"/>
        </w:rPr>
        <w:t>el convenio con</w:t>
      </w:r>
      <w:r w:rsidR="00BC2555">
        <w:rPr>
          <w:rFonts w:ascii="Arial" w:hAnsi="Arial" w:cs="Arial"/>
          <w:sz w:val="24"/>
          <w:szCs w:val="24"/>
        </w:rPr>
        <w:t xml:space="preserve"> IPEJAL </w:t>
      </w:r>
      <w:r w:rsidRPr="002E4E9B">
        <w:rPr>
          <w:rFonts w:ascii="Arial" w:hAnsi="Arial" w:cs="Arial"/>
          <w:sz w:val="24"/>
          <w:szCs w:val="24"/>
        </w:rPr>
        <w:t xml:space="preserve">de </w:t>
      </w:r>
      <w:r w:rsidR="00BC2555">
        <w:rPr>
          <w:rFonts w:ascii="Arial" w:hAnsi="Arial" w:cs="Arial"/>
          <w:sz w:val="24"/>
          <w:szCs w:val="24"/>
        </w:rPr>
        <w:t>$</w:t>
      </w:r>
      <w:r w:rsidRPr="002E4E9B">
        <w:rPr>
          <w:rFonts w:ascii="Arial" w:hAnsi="Arial" w:cs="Arial"/>
          <w:sz w:val="24"/>
          <w:szCs w:val="24"/>
        </w:rPr>
        <w:t>10</w:t>
      </w:r>
      <w:r w:rsidR="00BC2555">
        <w:rPr>
          <w:rFonts w:ascii="Arial" w:hAnsi="Arial" w:cs="Arial"/>
          <w:sz w:val="24"/>
          <w:szCs w:val="24"/>
        </w:rPr>
        <w:t>,</w:t>
      </w:r>
      <w:r w:rsidRPr="002E4E9B">
        <w:rPr>
          <w:rFonts w:ascii="Arial" w:hAnsi="Arial" w:cs="Arial"/>
          <w:sz w:val="24"/>
          <w:szCs w:val="24"/>
        </w:rPr>
        <w:t>8</w:t>
      </w:r>
      <w:r w:rsidR="00BC2555">
        <w:rPr>
          <w:rFonts w:ascii="Arial" w:hAnsi="Arial" w:cs="Arial"/>
          <w:sz w:val="24"/>
          <w:szCs w:val="24"/>
        </w:rPr>
        <w:t>00.000.00</w:t>
      </w:r>
      <w:r w:rsidRPr="002E4E9B">
        <w:rPr>
          <w:rFonts w:ascii="Arial" w:hAnsi="Arial" w:cs="Arial"/>
          <w:sz w:val="24"/>
          <w:szCs w:val="24"/>
        </w:rPr>
        <w:t xml:space="preserve">  millones fue firmado el 31</w:t>
      </w:r>
      <w:r w:rsidR="00BC2555">
        <w:rPr>
          <w:rFonts w:ascii="Arial" w:hAnsi="Arial" w:cs="Arial"/>
          <w:sz w:val="24"/>
          <w:szCs w:val="24"/>
        </w:rPr>
        <w:t xml:space="preserve"> treinta y uno </w:t>
      </w:r>
      <w:r w:rsidRPr="002E4E9B">
        <w:rPr>
          <w:rFonts w:ascii="Arial" w:hAnsi="Arial" w:cs="Arial"/>
          <w:sz w:val="24"/>
          <w:szCs w:val="24"/>
        </w:rPr>
        <w:t>de agosto de 2015</w:t>
      </w:r>
      <w:r w:rsidR="00BC2555">
        <w:rPr>
          <w:rFonts w:ascii="Arial" w:hAnsi="Arial" w:cs="Arial"/>
          <w:sz w:val="24"/>
          <w:szCs w:val="24"/>
        </w:rPr>
        <w:t xml:space="preserve"> dos mil quince</w:t>
      </w:r>
      <w:r w:rsidRPr="002E4E9B">
        <w:rPr>
          <w:rFonts w:ascii="Arial" w:hAnsi="Arial" w:cs="Arial"/>
          <w:sz w:val="24"/>
          <w:szCs w:val="24"/>
        </w:rPr>
        <w:t xml:space="preserve"> y el crédito más reciente,</w:t>
      </w:r>
      <w:r w:rsidR="00BC2555">
        <w:rPr>
          <w:rFonts w:ascii="Arial" w:hAnsi="Arial" w:cs="Arial"/>
          <w:sz w:val="24"/>
          <w:szCs w:val="24"/>
        </w:rPr>
        <w:t xml:space="preserve"> </w:t>
      </w:r>
      <w:r w:rsidRPr="002E4E9B">
        <w:rPr>
          <w:rFonts w:ascii="Arial" w:hAnsi="Arial" w:cs="Arial"/>
          <w:sz w:val="24"/>
          <w:szCs w:val="24"/>
        </w:rPr>
        <w:t xml:space="preserve">bueno, fue un refinanciamiento, perdón, con </w:t>
      </w:r>
      <w:r w:rsidR="00BC2555">
        <w:rPr>
          <w:rFonts w:ascii="Arial" w:hAnsi="Arial" w:cs="Arial"/>
          <w:sz w:val="24"/>
          <w:szCs w:val="24"/>
        </w:rPr>
        <w:t>BANOBRAS</w:t>
      </w:r>
      <w:r w:rsidRPr="002E4E9B">
        <w:rPr>
          <w:rFonts w:ascii="Arial" w:hAnsi="Arial" w:cs="Arial"/>
          <w:sz w:val="24"/>
          <w:szCs w:val="24"/>
        </w:rPr>
        <w:t xml:space="preserve"> de </w:t>
      </w:r>
      <w:r w:rsidR="00BC2555">
        <w:rPr>
          <w:rFonts w:ascii="Arial" w:hAnsi="Arial" w:cs="Arial"/>
          <w:sz w:val="24"/>
          <w:szCs w:val="24"/>
        </w:rPr>
        <w:t>$</w:t>
      </w:r>
      <w:r w:rsidRPr="002E4E9B">
        <w:rPr>
          <w:rFonts w:ascii="Arial" w:hAnsi="Arial" w:cs="Arial"/>
          <w:sz w:val="24"/>
          <w:szCs w:val="24"/>
        </w:rPr>
        <w:t>9</w:t>
      </w:r>
      <w:r w:rsidR="00BC2555">
        <w:rPr>
          <w:rFonts w:ascii="Arial" w:hAnsi="Arial" w:cs="Arial"/>
          <w:sz w:val="24"/>
          <w:szCs w:val="24"/>
        </w:rPr>
        <w:t>,</w:t>
      </w:r>
      <w:r w:rsidRPr="002E4E9B">
        <w:rPr>
          <w:rFonts w:ascii="Arial" w:hAnsi="Arial" w:cs="Arial"/>
          <w:sz w:val="24"/>
          <w:szCs w:val="24"/>
        </w:rPr>
        <w:t>8</w:t>
      </w:r>
      <w:r w:rsidR="00BC2555">
        <w:rPr>
          <w:rFonts w:ascii="Arial" w:hAnsi="Arial" w:cs="Arial"/>
          <w:sz w:val="24"/>
          <w:szCs w:val="24"/>
        </w:rPr>
        <w:t>00,000.00</w:t>
      </w:r>
      <w:r w:rsidRPr="002E4E9B">
        <w:rPr>
          <w:rFonts w:ascii="Arial" w:hAnsi="Arial" w:cs="Arial"/>
          <w:sz w:val="24"/>
          <w:szCs w:val="24"/>
        </w:rPr>
        <w:t xml:space="preserve"> millones adquirido el 16</w:t>
      </w:r>
      <w:r w:rsidR="00BC2555">
        <w:rPr>
          <w:rFonts w:ascii="Arial" w:hAnsi="Arial" w:cs="Arial"/>
          <w:sz w:val="24"/>
          <w:szCs w:val="24"/>
        </w:rPr>
        <w:t xml:space="preserve"> dieciséis</w:t>
      </w:r>
      <w:r w:rsidRPr="002E4E9B">
        <w:rPr>
          <w:rFonts w:ascii="Arial" w:hAnsi="Arial" w:cs="Arial"/>
          <w:sz w:val="24"/>
          <w:szCs w:val="24"/>
        </w:rPr>
        <w:t xml:space="preserve"> de diciembre de 2021</w:t>
      </w:r>
      <w:r w:rsidR="00BC2555">
        <w:rPr>
          <w:rFonts w:ascii="Arial" w:hAnsi="Arial" w:cs="Arial"/>
          <w:sz w:val="24"/>
          <w:szCs w:val="24"/>
        </w:rPr>
        <w:t xml:space="preserve"> dos mil veintiuno</w:t>
      </w:r>
      <w:r w:rsidRPr="002E4E9B">
        <w:rPr>
          <w:rFonts w:ascii="Arial" w:hAnsi="Arial" w:cs="Arial"/>
          <w:sz w:val="24"/>
          <w:szCs w:val="24"/>
        </w:rPr>
        <w:t>.</w:t>
      </w:r>
      <w:r w:rsidR="00BC2555">
        <w:rPr>
          <w:rFonts w:ascii="Arial" w:hAnsi="Arial" w:cs="Arial"/>
          <w:sz w:val="24"/>
          <w:szCs w:val="24"/>
        </w:rPr>
        <w:t xml:space="preserve"> </w:t>
      </w:r>
      <w:r w:rsidRPr="002E4E9B">
        <w:rPr>
          <w:rFonts w:ascii="Arial" w:hAnsi="Arial" w:cs="Arial"/>
          <w:sz w:val="24"/>
          <w:szCs w:val="24"/>
        </w:rPr>
        <w:t>Muy bien. Si no hubiera más dudas respecto a esta este tema, pasaremos a la</w:t>
      </w:r>
      <w:r w:rsidR="00BC2555">
        <w:rPr>
          <w:rFonts w:ascii="Arial" w:hAnsi="Arial" w:cs="Arial"/>
          <w:sz w:val="24"/>
          <w:szCs w:val="24"/>
        </w:rPr>
        <w:t xml:space="preserve"> </w:t>
      </w:r>
      <w:r w:rsidRPr="002E4E9B">
        <w:rPr>
          <w:rFonts w:ascii="Arial" w:hAnsi="Arial" w:cs="Arial"/>
          <w:sz w:val="24"/>
          <w:szCs w:val="24"/>
        </w:rPr>
        <w:t>siguiente pestaña, que es la modificación del presupuesto de egresos en cuanto a las partidas correspondientes.</w:t>
      </w:r>
      <w:r w:rsidR="00BC2555">
        <w:rPr>
          <w:rFonts w:ascii="Arial" w:hAnsi="Arial" w:cs="Arial"/>
          <w:sz w:val="24"/>
          <w:szCs w:val="24"/>
        </w:rPr>
        <w:t xml:space="preserve"> </w:t>
      </w:r>
      <w:r w:rsidRPr="002E4E9B">
        <w:rPr>
          <w:rFonts w:ascii="Arial" w:hAnsi="Arial" w:cs="Arial"/>
          <w:sz w:val="24"/>
          <w:szCs w:val="24"/>
        </w:rPr>
        <w:t>Muy bien, aquí están las partidas de lo que corresponde a los ingresos.</w:t>
      </w:r>
      <w:r w:rsidR="00BC2555">
        <w:rPr>
          <w:rFonts w:ascii="Arial" w:hAnsi="Arial" w:cs="Arial"/>
          <w:sz w:val="24"/>
          <w:szCs w:val="24"/>
        </w:rPr>
        <w:t xml:space="preserve"> </w:t>
      </w:r>
      <w:r w:rsidRPr="002E4E9B">
        <w:rPr>
          <w:rFonts w:ascii="Arial" w:hAnsi="Arial" w:cs="Arial"/>
          <w:sz w:val="24"/>
          <w:szCs w:val="24"/>
        </w:rPr>
        <w:t>Impuestos sobre espectáculos públicos, no hay modificación.</w:t>
      </w:r>
      <w:r w:rsidR="00BC2555">
        <w:rPr>
          <w:rFonts w:ascii="Arial" w:hAnsi="Arial" w:cs="Arial"/>
          <w:sz w:val="24"/>
          <w:szCs w:val="24"/>
        </w:rPr>
        <w:t xml:space="preserve"> </w:t>
      </w:r>
      <w:r w:rsidRPr="002E4E9B">
        <w:rPr>
          <w:rFonts w:ascii="Arial" w:hAnsi="Arial" w:cs="Arial"/>
          <w:sz w:val="24"/>
          <w:szCs w:val="24"/>
        </w:rPr>
        <w:t xml:space="preserve">El impuesto predial </w:t>
      </w:r>
      <w:r w:rsidR="00BC2555">
        <w:rPr>
          <w:rFonts w:ascii="Arial" w:hAnsi="Arial" w:cs="Arial"/>
          <w:sz w:val="24"/>
          <w:szCs w:val="24"/>
        </w:rPr>
        <w:t>$</w:t>
      </w:r>
      <w:r w:rsidR="00BC2555" w:rsidRPr="002E4E9B">
        <w:rPr>
          <w:rFonts w:ascii="Arial" w:hAnsi="Arial" w:cs="Arial"/>
          <w:sz w:val="24"/>
          <w:szCs w:val="24"/>
        </w:rPr>
        <w:t>8,000</w:t>
      </w:r>
      <w:r w:rsidR="00BC2555">
        <w:rPr>
          <w:rFonts w:ascii="Arial" w:hAnsi="Arial" w:cs="Arial"/>
          <w:sz w:val="24"/>
          <w:szCs w:val="24"/>
        </w:rPr>
        <w:t>,</w:t>
      </w:r>
      <w:r w:rsidR="00BC2555" w:rsidRPr="002E4E9B">
        <w:rPr>
          <w:rFonts w:ascii="Arial" w:hAnsi="Arial" w:cs="Arial"/>
          <w:sz w:val="24"/>
          <w:szCs w:val="24"/>
        </w:rPr>
        <w:t>000</w:t>
      </w:r>
      <w:r w:rsidR="00BC2555">
        <w:rPr>
          <w:rFonts w:ascii="Arial" w:hAnsi="Arial" w:cs="Arial"/>
          <w:sz w:val="24"/>
          <w:szCs w:val="24"/>
        </w:rPr>
        <w:t>.00</w:t>
      </w:r>
      <w:r w:rsidR="00BC2555" w:rsidRPr="002E4E9B">
        <w:rPr>
          <w:rFonts w:ascii="Arial" w:hAnsi="Arial" w:cs="Arial"/>
          <w:sz w:val="24"/>
          <w:szCs w:val="24"/>
        </w:rPr>
        <w:t xml:space="preserve"> de</w:t>
      </w:r>
      <w:r w:rsidRPr="002E4E9B">
        <w:rPr>
          <w:rFonts w:ascii="Arial" w:hAnsi="Arial" w:cs="Arial"/>
          <w:sz w:val="24"/>
          <w:szCs w:val="24"/>
        </w:rPr>
        <w:t xml:space="preserve"> ingresos excedente sobre lo originalmente presupuestado.</w:t>
      </w:r>
      <w:r w:rsidR="00BC2555">
        <w:rPr>
          <w:rFonts w:ascii="Arial" w:hAnsi="Arial" w:cs="Arial"/>
          <w:sz w:val="24"/>
          <w:szCs w:val="24"/>
        </w:rPr>
        <w:t xml:space="preserve"> </w:t>
      </w:r>
      <w:r w:rsidRPr="002E4E9B">
        <w:rPr>
          <w:rFonts w:ascii="Arial" w:hAnsi="Arial" w:cs="Arial"/>
          <w:sz w:val="24"/>
          <w:szCs w:val="24"/>
        </w:rPr>
        <w:t xml:space="preserve">El impuesto sobre transmisiones patrimoniales </w:t>
      </w:r>
      <w:r w:rsidR="00BC2555">
        <w:rPr>
          <w:rFonts w:ascii="Arial" w:hAnsi="Arial" w:cs="Arial"/>
          <w:sz w:val="24"/>
          <w:szCs w:val="24"/>
        </w:rPr>
        <w:t>$</w:t>
      </w:r>
      <w:r w:rsidRPr="002E4E9B">
        <w:rPr>
          <w:rFonts w:ascii="Arial" w:hAnsi="Arial" w:cs="Arial"/>
          <w:sz w:val="24"/>
          <w:szCs w:val="24"/>
        </w:rPr>
        <w:t>1,</w:t>
      </w:r>
      <w:r w:rsidR="00BC2555">
        <w:rPr>
          <w:rFonts w:ascii="Arial" w:hAnsi="Arial" w:cs="Arial"/>
          <w:sz w:val="24"/>
          <w:szCs w:val="24"/>
        </w:rPr>
        <w:t>000,000.00</w:t>
      </w:r>
      <w:r w:rsidRPr="002E4E9B">
        <w:rPr>
          <w:rFonts w:ascii="Arial" w:hAnsi="Arial" w:cs="Arial"/>
          <w:sz w:val="24"/>
          <w:szCs w:val="24"/>
        </w:rPr>
        <w:t xml:space="preserve"> </w:t>
      </w:r>
      <w:r w:rsidR="00BC2555" w:rsidRPr="002E4E9B">
        <w:rPr>
          <w:rFonts w:ascii="Arial" w:hAnsi="Arial" w:cs="Arial"/>
          <w:sz w:val="24"/>
          <w:szCs w:val="24"/>
        </w:rPr>
        <w:t>de adicionales</w:t>
      </w:r>
      <w:r w:rsidRPr="002E4E9B">
        <w:rPr>
          <w:rFonts w:ascii="Arial" w:hAnsi="Arial" w:cs="Arial"/>
          <w:sz w:val="24"/>
          <w:szCs w:val="24"/>
        </w:rPr>
        <w:t xml:space="preserve"> de ingreso y los demás </w:t>
      </w:r>
      <w:r w:rsidRPr="002E4E9B">
        <w:rPr>
          <w:rFonts w:ascii="Arial" w:hAnsi="Arial" w:cs="Arial"/>
          <w:sz w:val="24"/>
          <w:szCs w:val="24"/>
        </w:rPr>
        <w:lastRenderedPageBreak/>
        <w:t>impuestos quedan con el mismo la misma estimación.</w:t>
      </w:r>
      <w:r w:rsidR="00BC2555">
        <w:rPr>
          <w:rFonts w:ascii="Arial" w:hAnsi="Arial" w:cs="Arial"/>
          <w:sz w:val="24"/>
          <w:szCs w:val="24"/>
        </w:rPr>
        <w:t xml:space="preserve"> </w:t>
      </w:r>
      <w:r w:rsidRPr="002E4E9B">
        <w:rPr>
          <w:rFonts w:ascii="Arial" w:hAnsi="Arial" w:cs="Arial"/>
          <w:sz w:val="24"/>
          <w:szCs w:val="24"/>
        </w:rPr>
        <w:t xml:space="preserve">Aquí en el en el </w:t>
      </w:r>
      <w:r w:rsidR="00BC2555" w:rsidRPr="002E4E9B">
        <w:rPr>
          <w:rFonts w:ascii="Arial" w:hAnsi="Arial" w:cs="Arial"/>
          <w:sz w:val="24"/>
          <w:szCs w:val="24"/>
        </w:rPr>
        <w:t>cómo</w:t>
      </w:r>
      <w:r w:rsidRPr="002E4E9B">
        <w:rPr>
          <w:rFonts w:ascii="Arial" w:hAnsi="Arial" w:cs="Arial"/>
          <w:sz w:val="24"/>
          <w:szCs w:val="24"/>
        </w:rPr>
        <w:t xml:space="preserve"> ya vimos anteriormente de </w:t>
      </w:r>
      <w:r w:rsidR="00BC2555">
        <w:rPr>
          <w:rFonts w:ascii="Arial" w:hAnsi="Arial" w:cs="Arial"/>
          <w:sz w:val="24"/>
          <w:szCs w:val="24"/>
        </w:rPr>
        <w:t>FASIMUN</w:t>
      </w:r>
      <w:r w:rsidRPr="002E4E9B">
        <w:rPr>
          <w:rFonts w:ascii="Arial" w:hAnsi="Arial" w:cs="Arial"/>
          <w:sz w:val="24"/>
          <w:szCs w:val="24"/>
        </w:rPr>
        <w:t xml:space="preserve"> nos van a ingresar </w:t>
      </w:r>
      <w:r w:rsidR="00BC2555">
        <w:rPr>
          <w:rFonts w:ascii="Arial" w:hAnsi="Arial" w:cs="Arial"/>
          <w:sz w:val="24"/>
          <w:szCs w:val="24"/>
        </w:rPr>
        <w:t>$</w:t>
      </w:r>
      <w:r w:rsidRPr="002E4E9B">
        <w:rPr>
          <w:rFonts w:ascii="Arial" w:hAnsi="Arial" w:cs="Arial"/>
          <w:sz w:val="24"/>
          <w:szCs w:val="24"/>
        </w:rPr>
        <w:t>1</w:t>
      </w:r>
      <w:r w:rsidR="00BC2555">
        <w:rPr>
          <w:rFonts w:ascii="Arial" w:hAnsi="Arial" w:cs="Arial"/>
          <w:sz w:val="24"/>
          <w:szCs w:val="24"/>
        </w:rPr>
        <w:t>,</w:t>
      </w:r>
      <w:r w:rsidRPr="002E4E9B">
        <w:rPr>
          <w:rFonts w:ascii="Arial" w:hAnsi="Arial" w:cs="Arial"/>
          <w:sz w:val="24"/>
          <w:szCs w:val="24"/>
        </w:rPr>
        <w:t>1</w:t>
      </w:r>
      <w:r w:rsidR="00BC2555">
        <w:rPr>
          <w:rFonts w:ascii="Arial" w:hAnsi="Arial" w:cs="Arial"/>
          <w:sz w:val="24"/>
          <w:szCs w:val="24"/>
        </w:rPr>
        <w:t>00,000.00</w:t>
      </w:r>
      <w:r w:rsidRPr="002E4E9B">
        <w:rPr>
          <w:rFonts w:ascii="Arial" w:hAnsi="Arial" w:cs="Arial"/>
          <w:sz w:val="24"/>
          <w:szCs w:val="24"/>
        </w:rPr>
        <w:t xml:space="preserve"> millones </w:t>
      </w:r>
      <w:proofErr w:type="gramStart"/>
      <w:r w:rsidRPr="002E4E9B">
        <w:rPr>
          <w:rFonts w:ascii="Arial" w:hAnsi="Arial" w:cs="Arial"/>
          <w:sz w:val="24"/>
          <w:szCs w:val="24"/>
        </w:rPr>
        <w:t>de  menos</w:t>
      </w:r>
      <w:proofErr w:type="gramEnd"/>
      <w:r w:rsidRPr="002E4E9B">
        <w:rPr>
          <w:rFonts w:ascii="Arial" w:hAnsi="Arial" w:cs="Arial"/>
          <w:sz w:val="24"/>
          <w:szCs w:val="24"/>
        </w:rPr>
        <w:t xml:space="preserve"> a lo que originalmente se había</w:t>
      </w:r>
      <w:r w:rsidR="00BC2555">
        <w:rPr>
          <w:rFonts w:ascii="Arial" w:hAnsi="Arial" w:cs="Arial"/>
          <w:sz w:val="24"/>
          <w:szCs w:val="24"/>
        </w:rPr>
        <w:t xml:space="preserve"> </w:t>
      </w:r>
      <w:r w:rsidRPr="002E4E9B">
        <w:rPr>
          <w:rFonts w:ascii="Arial" w:hAnsi="Arial" w:cs="Arial"/>
          <w:sz w:val="24"/>
          <w:szCs w:val="24"/>
        </w:rPr>
        <w:t>contemplado y de F</w:t>
      </w:r>
      <w:r w:rsidR="00BC2555">
        <w:rPr>
          <w:rFonts w:ascii="Arial" w:hAnsi="Arial" w:cs="Arial"/>
          <w:sz w:val="24"/>
          <w:szCs w:val="24"/>
        </w:rPr>
        <w:t>ORTAMUN</w:t>
      </w:r>
      <w:r w:rsidRPr="002E4E9B">
        <w:rPr>
          <w:rFonts w:ascii="Arial" w:hAnsi="Arial" w:cs="Arial"/>
          <w:sz w:val="24"/>
          <w:szCs w:val="24"/>
        </w:rPr>
        <w:t xml:space="preserve"> aumento de </w:t>
      </w:r>
      <w:r w:rsidR="00BC2555">
        <w:rPr>
          <w:rFonts w:ascii="Arial" w:hAnsi="Arial" w:cs="Arial"/>
          <w:sz w:val="24"/>
          <w:szCs w:val="24"/>
        </w:rPr>
        <w:t>$</w:t>
      </w:r>
      <w:r w:rsidRPr="002E4E9B">
        <w:rPr>
          <w:rFonts w:ascii="Arial" w:hAnsi="Arial" w:cs="Arial"/>
          <w:sz w:val="24"/>
          <w:szCs w:val="24"/>
        </w:rPr>
        <w:t>7</w:t>
      </w:r>
      <w:r w:rsidR="00BC2555">
        <w:rPr>
          <w:rFonts w:ascii="Arial" w:hAnsi="Arial" w:cs="Arial"/>
          <w:sz w:val="24"/>
          <w:szCs w:val="24"/>
        </w:rPr>
        <w:t>,</w:t>
      </w:r>
      <w:r w:rsidRPr="002E4E9B">
        <w:rPr>
          <w:rFonts w:ascii="Arial" w:hAnsi="Arial" w:cs="Arial"/>
          <w:sz w:val="24"/>
          <w:szCs w:val="24"/>
        </w:rPr>
        <w:t>7</w:t>
      </w:r>
      <w:r w:rsidR="00BC2555">
        <w:rPr>
          <w:rFonts w:ascii="Arial" w:hAnsi="Arial" w:cs="Arial"/>
          <w:sz w:val="24"/>
          <w:szCs w:val="24"/>
        </w:rPr>
        <w:t>00,000.00</w:t>
      </w:r>
      <w:r w:rsidRPr="002E4E9B">
        <w:rPr>
          <w:rFonts w:ascii="Arial" w:hAnsi="Arial" w:cs="Arial"/>
          <w:sz w:val="24"/>
          <w:szCs w:val="24"/>
        </w:rPr>
        <w:t xml:space="preserve"> millones </w:t>
      </w:r>
      <w:r w:rsidR="00BC2555" w:rsidRPr="002E4E9B">
        <w:rPr>
          <w:rFonts w:ascii="Arial" w:hAnsi="Arial" w:cs="Arial"/>
          <w:sz w:val="24"/>
          <w:szCs w:val="24"/>
        </w:rPr>
        <w:t>de suministrado</w:t>
      </w:r>
      <w:r w:rsidRPr="002E4E9B">
        <w:rPr>
          <w:rFonts w:ascii="Arial" w:hAnsi="Arial" w:cs="Arial"/>
          <w:sz w:val="24"/>
          <w:szCs w:val="24"/>
        </w:rPr>
        <w:t xml:space="preserve"> por el</w:t>
      </w:r>
      <w:r w:rsidR="00BC2555">
        <w:rPr>
          <w:rFonts w:ascii="Arial" w:hAnsi="Arial" w:cs="Arial"/>
          <w:sz w:val="24"/>
          <w:szCs w:val="24"/>
        </w:rPr>
        <w:t xml:space="preserve"> </w:t>
      </w:r>
      <w:r w:rsidRPr="002E4E9B">
        <w:rPr>
          <w:rFonts w:ascii="Arial" w:hAnsi="Arial" w:cs="Arial"/>
          <w:sz w:val="24"/>
          <w:szCs w:val="24"/>
        </w:rPr>
        <w:t>gobierno federal. Adelante, licenciada Vicky.</w:t>
      </w:r>
    </w:p>
    <w:p w14:paraId="41853920" w14:textId="7967B59F" w:rsidR="00EC03D4" w:rsidRPr="002E4E9B" w:rsidRDefault="00BC2555" w:rsidP="00DC6CFE">
      <w:pPr>
        <w:jc w:val="both"/>
        <w:rPr>
          <w:rFonts w:ascii="Arial" w:hAnsi="Arial" w:cs="Arial"/>
          <w:sz w:val="24"/>
          <w:szCs w:val="24"/>
        </w:rPr>
      </w:pPr>
      <w:r>
        <w:rPr>
          <w:rFonts w:ascii="Arial" w:hAnsi="Arial" w:cs="Arial"/>
          <w:b/>
          <w:bCs/>
          <w:sz w:val="24"/>
          <w:szCs w:val="24"/>
        </w:rPr>
        <w:t xml:space="preserve">C. VICTORIA GARCÍA CONTRERAS. - </w:t>
      </w:r>
      <w:r w:rsidRPr="002E4E9B">
        <w:rPr>
          <w:rFonts w:ascii="Arial" w:hAnsi="Arial" w:cs="Arial"/>
          <w:sz w:val="24"/>
          <w:szCs w:val="24"/>
        </w:rPr>
        <w:t>Solo para comentarles que con relación a lo que son las aportaciones que se reciben de fortalecimiento y de</w:t>
      </w:r>
      <w:r>
        <w:rPr>
          <w:rFonts w:ascii="Arial" w:hAnsi="Arial" w:cs="Arial"/>
          <w:sz w:val="24"/>
          <w:szCs w:val="24"/>
        </w:rPr>
        <w:t xml:space="preserve"> </w:t>
      </w:r>
      <w:r w:rsidRPr="002E4E9B">
        <w:rPr>
          <w:rFonts w:ascii="Arial" w:hAnsi="Arial" w:cs="Arial"/>
          <w:sz w:val="24"/>
          <w:szCs w:val="24"/>
        </w:rPr>
        <w:t>infraestructura en el mes de febrero es cuando este entre enero y febrero sale la publicación en el periódico del</w:t>
      </w:r>
      <w:r>
        <w:rPr>
          <w:rFonts w:ascii="Arial" w:hAnsi="Arial" w:cs="Arial"/>
          <w:sz w:val="24"/>
          <w:szCs w:val="24"/>
        </w:rPr>
        <w:t xml:space="preserve"> </w:t>
      </w:r>
      <w:r w:rsidRPr="002E4E9B">
        <w:rPr>
          <w:rFonts w:ascii="Arial" w:hAnsi="Arial" w:cs="Arial"/>
          <w:sz w:val="24"/>
          <w:szCs w:val="24"/>
        </w:rPr>
        <w:t>estado de Jalisco, donde viene este manifestado cuál es la administración que le va a llegar al municipio por estas aportaciones.</w:t>
      </w:r>
      <w:r w:rsidR="000D4590">
        <w:rPr>
          <w:rFonts w:ascii="Arial" w:hAnsi="Arial" w:cs="Arial"/>
          <w:sz w:val="24"/>
          <w:szCs w:val="24"/>
        </w:rPr>
        <w:t xml:space="preserve"> </w:t>
      </w:r>
      <w:r w:rsidRPr="002E4E9B">
        <w:rPr>
          <w:rFonts w:ascii="Arial" w:hAnsi="Arial" w:cs="Arial"/>
          <w:sz w:val="24"/>
          <w:szCs w:val="24"/>
        </w:rPr>
        <w:t>En relación a lo que es F</w:t>
      </w:r>
      <w:r w:rsidR="000D4590">
        <w:rPr>
          <w:rFonts w:ascii="Arial" w:hAnsi="Arial" w:cs="Arial"/>
          <w:sz w:val="24"/>
          <w:szCs w:val="24"/>
        </w:rPr>
        <w:t>AISMUN</w:t>
      </w:r>
      <w:r w:rsidRPr="002E4E9B">
        <w:rPr>
          <w:rFonts w:ascii="Arial" w:hAnsi="Arial" w:cs="Arial"/>
          <w:sz w:val="24"/>
          <w:szCs w:val="24"/>
        </w:rPr>
        <w:t>, bueno, tenemos una estimación por parte</w:t>
      </w:r>
      <w:r w:rsidR="000D4590">
        <w:rPr>
          <w:rFonts w:ascii="Arial" w:hAnsi="Arial" w:cs="Arial"/>
          <w:sz w:val="24"/>
          <w:szCs w:val="24"/>
        </w:rPr>
        <w:t xml:space="preserve"> </w:t>
      </w:r>
      <w:r w:rsidRPr="002E4E9B">
        <w:rPr>
          <w:rFonts w:ascii="Arial" w:hAnsi="Arial" w:cs="Arial"/>
          <w:sz w:val="24"/>
          <w:szCs w:val="24"/>
        </w:rPr>
        <w:t>del Estado menor a la que recibimos en el año 2025</w:t>
      </w:r>
      <w:r w:rsidR="000D4590">
        <w:rPr>
          <w:rFonts w:ascii="Arial" w:hAnsi="Arial" w:cs="Arial"/>
          <w:sz w:val="24"/>
          <w:szCs w:val="24"/>
        </w:rPr>
        <w:t xml:space="preserve"> dos mil veinticinco</w:t>
      </w:r>
      <w:r w:rsidRPr="002E4E9B">
        <w:rPr>
          <w:rFonts w:ascii="Arial" w:hAnsi="Arial" w:cs="Arial"/>
          <w:sz w:val="24"/>
          <w:szCs w:val="24"/>
        </w:rPr>
        <w:t xml:space="preserve"> y en ese aspecto es de que se está haciendo la disminución. Cuando</w:t>
      </w:r>
      <w:r w:rsidR="000D4590">
        <w:rPr>
          <w:rFonts w:ascii="Arial" w:hAnsi="Arial" w:cs="Arial"/>
          <w:sz w:val="24"/>
          <w:szCs w:val="24"/>
        </w:rPr>
        <w:t xml:space="preserve"> </w:t>
      </w:r>
      <w:r w:rsidRPr="002E4E9B">
        <w:rPr>
          <w:rFonts w:ascii="Arial" w:hAnsi="Arial" w:cs="Arial"/>
          <w:sz w:val="24"/>
          <w:szCs w:val="24"/>
        </w:rPr>
        <w:t>se está trabajando con la estimación de la ley de ingresos, como lo estamos haciendo ahorita, nosotros nos ponemos en contacto con los funcionarios del</w:t>
      </w:r>
      <w:r w:rsidR="000D4590">
        <w:rPr>
          <w:rFonts w:ascii="Arial" w:hAnsi="Arial" w:cs="Arial"/>
          <w:sz w:val="24"/>
          <w:szCs w:val="24"/>
        </w:rPr>
        <w:t xml:space="preserve"> </w:t>
      </w:r>
      <w:r w:rsidRPr="002E4E9B">
        <w:rPr>
          <w:rFonts w:ascii="Arial" w:hAnsi="Arial" w:cs="Arial"/>
          <w:sz w:val="24"/>
          <w:szCs w:val="24"/>
        </w:rPr>
        <w:t>Estado para ver en razón a toda la el análisis que ellos ya hicieron sobre las diferentes participaciones y</w:t>
      </w:r>
      <w:r w:rsidR="000D4590">
        <w:rPr>
          <w:rFonts w:ascii="Arial" w:hAnsi="Arial" w:cs="Arial"/>
          <w:sz w:val="24"/>
          <w:szCs w:val="24"/>
        </w:rPr>
        <w:t xml:space="preserve"> </w:t>
      </w:r>
      <w:r w:rsidRPr="002E4E9B">
        <w:rPr>
          <w:rFonts w:ascii="Arial" w:hAnsi="Arial" w:cs="Arial"/>
          <w:sz w:val="24"/>
          <w:szCs w:val="24"/>
        </w:rPr>
        <w:t>aportaciones de cuánto es el incremento que ellos nos sugieren realizar para el ejercicio inmediato siguiente. En este aspecto, ellos nos sugirieron el 3%.</w:t>
      </w:r>
      <w:r w:rsidR="000D4590">
        <w:rPr>
          <w:rFonts w:ascii="Arial" w:hAnsi="Arial" w:cs="Arial"/>
          <w:sz w:val="24"/>
          <w:szCs w:val="24"/>
        </w:rPr>
        <w:t xml:space="preserve"> </w:t>
      </w:r>
      <w:r w:rsidRPr="002E4E9B">
        <w:rPr>
          <w:rFonts w:ascii="Arial" w:hAnsi="Arial" w:cs="Arial"/>
          <w:sz w:val="24"/>
          <w:szCs w:val="24"/>
        </w:rPr>
        <w:t>Entonces, en razón del ingreso que percibimos en el 2025</w:t>
      </w:r>
      <w:r w:rsidR="000D4590">
        <w:rPr>
          <w:rFonts w:ascii="Arial" w:hAnsi="Arial" w:cs="Arial"/>
          <w:sz w:val="24"/>
          <w:szCs w:val="24"/>
        </w:rPr>
        <w:t xml:space="preserve"> dos mil veinticinco</w:t>
      </w:r>
      <w:r w:rsidRPr="002E4E9B">
        <w:rPr>
          <w:rFonts w:ascii="Arial" w:hAnsi="Arial" w:cs="Arial"/>
          <w:sz w:val="24"/>
          <w:szCs w:val="24"/>
        </w:rPr>
        <w:t xml:space="preserve">, se le incrementó el 3%. Por esa razón nuestra estimación quedó sobre los </w:t>
      </w:r>
      <w:r w:rsidR="000D4590">
        <w:rPr>
          <w:rFonts w:ascii="Arial" w:hAnsi="Arial" w:cs="Arial"/>
          <w:sz w:val="24"/>
          <w:szCs w:val="24"/>
        </w:rPr>
        <w:t>$</w:t>
      </w:r>
      <w:r w:rsidRPr="002E4E9B">
        <w:rPr>
          <w:rFonts w:ascii="Arial" w:hAnsi="Arial" w:cs="Arial"/>
          <w:sz w:val="24"/>
          <w:szCs w:val="24"/>
        </w:rPr>
        <w:t>15,806,475.06.</w:t>
      </w:r>
      <w:r w:rsidR="000D4590">
        <w:rPr>
          <w:rFonts w:ascii="Arial" w:hAnsi="Arial" w:cs="Arial"/>
          <w:sz w:val="24"/>
          <w:szCs w:val="24"/>
        </w:rPr>
        <w:t xml:space="preserve"> </w:t>
      </w:r>
      <w:r w:rsidRPr="002E4E9B">
        <w:rPr>
          <w:rFonts w:ascii="Arial" w:hAnsi="Arial" w:cs="Arial"/>
          <w:sz w:val="24"/>
          <w:szCs w:val="24"/>
        </w:rPr>
        <w:t>Pero al tiempo de recibir este el periódico oficial donde venía manifestado cuánto íbamos a recibir,</w:t>
      </w:r>
      <w:r w:rsidR="000D4590">
        <w:rPr>
          <w:rFonts w:ascii="Arial" w:hAnsi="Arial" w:cs="Arial"/>
          <w:sz w:val="24"/>
          <w:szCs w:val="24"/>
        </w:rPr>
        <w:t xml:space="preserve"> </w:t>
      </w:r>
      <w:r w:rsidRPr="002E4E9B">
        <w:rPr>
          <w:rFonts w:ascii="Arial" w:hAnsi="Arial" w:cs="Arial"/>
          <w:sz w:val="24"/>
          <w:szCs w:val="24"/>
        </w:rPr>
        <w:t xml:space="preserve">bueno, pues viene con un decremento de </w:t>
      </w:r>
      <w:r w:rsidR="000D4590">
        <w:rPr>
          <w:rFonts w:ascii="Arial" w:hAnsi="Arial" w:cs="Arial"/>
          <w:sz w:val="24"/>
          <w:szCs w:val="24"/>
        </w:rPr>
        <w:t>$</w:t>
      </w:r>
      <w:r w:rsidRPr="002E4E9B">
        <w:rPr>
          <w:rFonts w:ascii="Arial" w:hAnsi="Arial" w:cs="Arial"/>
          <w:sz w:val="24"/>
          <w:szCs w:val="24"/>
        </w:rPr>
        <w:t>1,143,491.84.</w:t>
      </w:r>
      <w:r w:rsidR="000D4590">
        <w:rPr>
          <w:rFonts w:ascii="Arial" w:hAnsi="Arial" w:cs="Arial"/>
          <w:sz w:val="24"/>
          <w:szCs w:val="24"/>
        </w:rPr>
        <w:t xml:space="preserve"> </w:t>
      </w:r>
      <w:r w:rsidRPr="002E4E9B">
        <w:rPr>
          <w:rFonts w:ascii="Arial" w:hAnsi="Arial" w:cs="Arial"/>
          <w:sz w:val="24"/>
          <w:szCs w:val="24"/>
        </w:rPr>
        <w:t>Y pues en este aspecto lo único que nosotros tenemos que hacer pues este hacer la disminución en el rubro de obra dado que todo lo que es esta aportación</w:t>
      </w:r>
      <w:r w:rsidR="000D4590">
        <w:rPr>
          <w:rFonts w:ascii="Arial" w:hAnsi="Arial" w:cs="Arial"/>
          <w:sz w:val="24"/>
          <w:szCs w:val="24"/>
        </w:rPr>
        <w:t xml:space="preserve"> </w:t>
      </w:r>
      <w:r w:rsidRPr="002E4E9B">
        <w:rPr>
          <w:rFonts w:ascii="Arial" w:hAnsi="Arial" w:cs="Arial"/>
          <w:sz w:val="24"/>
          <w:szCs w:val="24"/>
        </w:rPr>
        <w:t>este su destino es para obra pública y pues ya en razón de ello es de que se va a hacer este pues todas las se están</w:t>
      </w:r>
      <w:r w:rsidR="000D4590">
        <w:rPr>
          <w:rFonts w:ascii="Arial" w:hAnsi="Arial" w:cs="Arial"/>
          <w:sz w:val="24"/>
          <w:szCs w:val="24"/>
        </w:rPr>
        <w:t xml:space="preserve"> </w:t>
      </w:r>
      <w:r w:rsidRPr="002E4E9B">
        <w:rPr>
          <w:rFonts w:ascii="Arial" w:hAnsi="Arial" w:cs="Arial"/>
          <w:sz w:val="24"/>
          <w:szCs w:val="24"/>
        </w:rPr>
        <w:t>haciendo todas las aprobaciones correspondientes para para este techo.</w:t>
      </w:r>
      <w:r w:rsidR="000D4590">
        <w:rPr>
          <w:rFonts w:ascii="Arial" w:hAnsi="Arial" w:cs="Arial"/>
          <w:sz w:val="24"/>
          <w:szCs w:val="24"/>
        </w:rPr>
        <w:t xml:space="preserve"> </w:t>
      </w:r>
      <w:r w:rsidRPr="002E4E9B">
        <w:rPr>
          <w:rFonts w:ascii="Arial" w:hAnsi="Arial" w:cs="Arial"/>
          <w:sz w:val="24"/>
          <w:szCs w:val="24"/>
        </w:rPr>
        <w:t xml:space="preserve">En cuanto a fortalecimiento, que es la otra aportación que recibimos, </w:t>
      </w:r>
      <w:r w:rsidR="000D4590" w:rsidRPr="002E4E9B">
        <w:rPr>
          <w:rFonts w:ascii="Arial" w:hAnsi="Arial" w:cs="Arial"/>
          <w:sz w:val="24"/>
          <w:szCs w:val="24"/>
        </w:rPr>
        <w:t>bueno, nosotros</w:t>
      </w:r>
      <w:r w:rsidRPr="002E4E9B">
        <w:rPr>
          <w:rFonts w:ascii="Arial" w:hAnsi="Arial" w:cs="Arial"/>
          <w:sz w:val="24"/>
          <w:szCs w:val="24"/>
        </w:rPr>
        <w:t xml:space="preserve"> hicimos el mismo la misma dinámica para la ley de ingresos.</w:t>
      </w:r>
      <w:r w:rsidR="000D4590">
        <w:rPr>
          <w:rFonts w:ascii="Arial" w:hAnsi="Arial" w:cs="Arial"/>
          <w:sz w:val="24"/>
          <w:szCs w:val="24"/>
        </w:rPr>
        <w:t xml:space="preserve"> </w:t>
      </w:r>
      <w:r w:rsidRPr="002E4E9B">
        <w:rPr>
          <w:rFonts w:ascii="Arial" w:hAnsi="Arial" w:cs="Arial"/>
          <w:sz w:val="24"/>
          <w:szCs w:val="24"/>
        </w:rPr>
        <w:t xml:space="preserve">Estimamos sobre </w:t>
      </w:r>
      <w:r w:rsidR="000D4590">
        <w:rPr>
          <w:rFonts w:ascii="Arial" w:hAnsi="Arial" w:cs="Arial"/>
          <w:sz w:val="24"/>
          <w:szCs w:val="24"/>
        </w:rPr>
        <w:t>$</w:t>
      </w:r>
      <w:r w:rsidRPr="002E4E9B">
        <w:rPr>
          <w:rFonts w:ascii="Arial" w:hAnsi="Arial" w:cs="Arial"/>
          <w:sz w:val="24"/>
          <w:szCs w:val="24"/>
        </w:rPr>
        <w:t xml:space="preserve">116,749,980.02, pero cuando nos llegó la estimación pues venía con un incremento de </w:t>
      </w:r>
      <w:r w:rsidR="000D4590">
        <w:rPr>
          <w:rFonts w:ascii="Arial" w:hAnsi="Arial" w:cs="Arial"/>
          <w:sz w:val="24"/>
          <w:szCs w:val="24"/>
        </w:rPr>
        <w:t>$</w:t>
      </w:r>
      <w:r w:rsidRPr="002E4E9B">
        <w:rPr>
          <w:rFonts w:ascii="Arial" w:hAnsi="Arial" w:cs="Arial"/>
          <w:sz w:val="24"/>
          <w:szCs w:val="24"/>
        </w:rPr>
        <w:t>7,756,260.96.</w:t>
      </w:r>
      <w:r w:rsidR="000D4590">
        <w:rPr>
          <w:rFonts w:ascii="Arial" w:hAnsi="Arial" w:cs="Arial"/>
          <w:sz w:val="24"/>
          <w:szCs w:val="24"/>
        </w:rPr>
        <w:t xml:space="preserve"> </w:t>
      </w:r>
      <w:r w:rsidRPr="002E4E9B">
        <w:rPr>
          <w:rFonts w:ascii="Arial" w:hAnsi="Arial" w:cs="Arial"/>
          <w:sz w:val="24"/>
          <w:szCs w:val="24"/>
        </w:rPr>
        <w:t>Por esa razón es de que tenemos este pues un incremento en esos dos rubros, de igual forma, pues ya aquí lo que se hace, pues como este recurso está canalizado directamente con seguridad</w:t>
      </w:r>
      <w:r w:rsidR="000D4590">
        <w:rPr>
          <w:rFonts w:ascii="Arial" w:hAnsi="Arial" w:cs="Arial"/>
          <w:sz w:val="24"/>
          <w:szCs w:val="24"/>
        </w:rPr>
        <w:t xml:space="preserve"> </w:t>
      </w:r>
      <w:r w:rsidRPr="002E4E9B">
        <w:rPr>
          <w:rFonts w:ascii="Arial" w:hAnsi="Arial" w:cs="Arial"/>
          <w:sz w:val="24"/>
          <w:szCs w:val="24"/>
        </w:rPr>
        <w:t xml:space="preserve">pública, es hacerle el complemento </w:t>
      </w:r>
      <w:proofErr w:type="gramStart"/>
      <w:r w:rsidRPr="002E4E9B">
        <w:rPr>
          <w:rFonts w:ascii="Arial" w:hAnsi="Arial" w:cs="Arial"/>
          <w:sz w:val="24"/>
          <w:szCs w:val="24"/>
        </w:rPr>
        <w:t>sobre  20</w:t>
      </w:r>
      <w:proofErr w:type="gramEnd"/>
      <w:r w:rsidRPr="002E4E9B">
        <w:rPr>
          <w:rFonts w:ascii="Arial" w:hAnsi="Arial" w:cs="Arial"/>
          <w:sz w:val="24"/>
          <w:szCs w:val="24"/>
        </w:rPr>
        <w:t>% y el resto ya se hace la distribución de acuerdo al destino</w:t>
      </w:r>
      <w:r w:rsidR="000D4590">
        <w:rPr>
          <w:rFonts w:ascii="Arial" w:hAnsi="Arial" w:cs="Arial"/>
          <w:sz w:val="24"/>
          <w:szCs w:val="24"/>
        </w:rPr>
        <w:t xml:space="preserve"> </w:t>
      </w:r>
      <w:r w:rsidRPr="002E4E9B">
        <w:rPr>
          <w:rFonts w:ascii="Arial" w:hAnsi="Arial" w:cs="Arial"/>
          <w:sz w:val="24"/>
          <w:szCs w:val="24"/>
        </w:rPr>
        <w:t>autorizado de este recurso en la ley de coordinación fiscal. Gracias.</w:t>
      </w:r>
    </w:p>
    <w:p w14:paraId="4FF2A322" w14:textId="0A429DA1" w:rsidR="00EC03D4" w:rsidRPr="002E4E9B" w:rsidRDefault="000D4590"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Gracias, tesorera, ¿no si hubiera alguna duda respecto a las modificaciones en cuanto a los ingresos?</w:t>
      </w:r>
      <w:r>
        <w:rPr>
          <w:rFonts w:ascii="Arial" w:hAnsi="Arial" w:cs="Arial"/>
          <w:sz w:val="24"/>
          <w:szCs w:val="24"/>
        </w:rPr>
        <w:t xml:space="preserve"> </w:t>
      </w:r>
      <w:r w:rsidRPr="002E4E9B">
        <w:rPr>
          <w:rFonts w:ascii="Arial" w:hAnsi="Arial" w:cs="Arial"/>
          <w:sz w:val="24"/>
          <w:szCs w:val="24"/>
        </w:rPr>
        <w:t xml:space="preserve">Sí, de modificaciones. Bueno, el aumento del impuesto por ingreso predial y de transmisiones patrimoniales de </w:t>
      </w:r>
      <w:r>
        <w:rPr>
          <w:rFonts w:ascii="Arial" w:hAnsi="Arial" w:cs="Arial"/>
          <w:sz w:val="24"/>
          <w:szCs w:val="24"/>
        </w:rPr>
        <w:t>$</w:t>
      </w:r>
      <w:r w:rsidRPr="002E4E9B">
        <w:rPr>
          <w:rFonts w:ascii="Arial" w:hAnsi="Arial" w:cs="Arial"/>
          <w:sz w:val="24"/>
          <w:szCs w:val="24"/>
        </w:rPr>
        <w:t>8,</w:t>
      </w:r>
      <w:r>
        <w:rPr>
          <w:rFonts w:ascii="Arial" w:hAnsi="Arial" w:cs="Arial"/>
          <w:sz w:val="24"/>
          <w:szCs w:val="24"/>
        </w:rPr>
        <w:t xml:space="preserve">000,000.00 </w:t>
      </w:r>
      <w:r w:rsidRPr="002E4E9B">
        <w:rPr>
          <w:rFonts w:ascii="Arial" w:hAnsi="Arial" w:cs="Arial"/>
          <w:sz w:val="24"/>
          <w:szCs w:val="24"/>
        </w:rPr>
        <w:t xml:space="preserve">y </w:t>
      </w:r>
      <w:r>
        <w:rPr>
          <w:rFonts w:ascii="Arial" w:hAnsi="Arial" w:cs="Arial"/>
          <w:sz w:val="24"/>
          <w:szCs w:val="24"/>
        </w:rPr>
        <w:t>$</w:t>
      </w:r>
      <w:r w:rsidRPr="002E4E9B">
        <w:rPr>
          <w:rFonts w:ascii="Arial" w:hAnsi="Arial" w:cs="Arial"/>
          <w:sz w:val="24"/>
          <w:szCs w:val="24"/>
        </w:rPr>
        <w:t>1</w:t>
      </w:r>
      <w:r>
        <w:rPr>
          <w:rFonts w:ascii="Arial" w:hAnsi="Arial" w:cs="Arial"/>
          <w:sz w:val="24"/>
          <w:szCs w:val="24"/>
        </w:rPr>
        <w:t>,000,000.00</w:t>
      </w:r>
      <w:r w:rsidRPr="002E4E9B">
        <w:rPr>
          <w:rFonts w:ascii="Arial" w:hAnsi="Arial" w:cs="Arial"/>
          <w:sz w:val="24"/>
          <w:szCs w:val="24"/>
        </w:rPr>
        <w:t xml:space="preserve"> millón respectivamente que dan unos 9 m000ones que es el excedente que se está ingresando al corte del 30</w:t>
      </w:r>
      <w:r>
        <w:rPr>
          <w:rFonts w:ascii="Arial" w:hAnsi="Arial" w:cs="Arial"/>
          <w:sz w:val="24"/>
          <w:szCs w:val="24"/>
        </w:rPr>
        <w:t xml:space="preserve"> treinta</w:t>
      </w:r>
      <w:r w:rsidRPr="002E4E9B">
        <w:rPr>
          <w:rFonts w:ascii="Arial" w:hAnsi="Arial" w:cs="Arial"/>
          <w:sz w:val="24"/>
          <w:szCs w:val="24"/>
        </w:rPr>
        <w:t xml:space="preserve"> de junio de</w:t>
      </w:r>
      <w:r>
        <w:rPr>
          <w:rFonts w:ascii="Arial" w:hAnsi="Arial" w:cs="Arial"/>
          <w:sz w:val="24"/>
          <w:szCs w:val="24"/>
        </w:rPr>
        <w:t xml:space="preserve"> </w:t>
      </w:r>
      <w:r w:rsidRPr="002E4E9B">
        <w:rPr>
          <w:rFonts w:ascii="Arial" w:hAnsi="Arial" w:cs="Arial"/>
          <w:sz w:val="24"/>
          <w:szCs w:val="24"/>
        </w:rPr>
        <w:t>este año. Y en cuanto FA</w:t>
      </w:r>
      <w:r>
        <w:rPr>
          <w:rFonts w:ascii="Arial" w:hAnsi="Arial" w:cs="Arial"/>
          <w:sz w:val="24"/>
          <w:szCs w:val="24"/>
        </w:rPr>
        <w:t>ISMUN</w:t>
      </w:r>
      <w:r w:rsidRPr="002E4E9B">
        <w:rPr>
          <w:rFonts w:ascii="Arial" w:hAnsi="Arial" w:cs="Arial"/>
          <w:sz w:val="24"/>
          <w:szCs w:val="24"/>
        </w:rPr>
        <w:t xml:space="preserve"> y </w:t>
      </w:r>
      <w:r w:rsidRPr="002E4E9B">
        <w:rPr>
          <w:rFonts w:ascii="Arial" w:hAnsi="Arial" w:cs="Arial"/>
          <w:sz w:val="24"/>
          <w:szCs w:val="24"/>
        </w:rPr>
        <w:lastRenderedPageBreak/>
        <w:t>F</w:t>
      </w:r>
      <w:r>
        <w:rPr>
          <w:rFonts w:ascii="Arial" w:hAnsi="Arial" w:cs="Arial"/>
          <w:sz w:val="24"/>
          <w:szCs w:val="24"/>
        </w:rPr>
        <w:t>ORTAMUN</w:t>
      </w:r>
      <w:r w:rsidRPr="002E4E9B">
        <w:rPr>
          <w:rFonts w:ascii="Arial" w:hAnsi="Arial" w:cs="Arial"/>
          <w:sz w:val="24"/>
          <w:szCs w:val="24"/>
        </w:rPr>
        <w:t xml:space="preserve"> son las modificaciones que se ven ahí reflejados, por eso son una diferencia hasta el momento, bueno, el subtotal de</w:t>
      </w:r>
      <w:r>
        <w:rPr>
          <w:rFonts w:ascii="Arial" w:hAnsi="Arial" w:cs="Arial"/>
          <w:sz w:val="24"/>
          <w:szCs w:val="24"/>
        </w:rPr>
        <w:t xml:space="preserve"> $</w:t>
      </w:r>
      <w:r w:rsidRPr="002E4E9B">
        <w:rPr>
          <w:rFonts w:ascii="Arial" w:hAnsi="Arial" w:cs="Arial"/>
          <w:sz w:val="24"/>
          <w:szCs w:val="24"/>
        </w:rPr>
        <w:t>15</w:t>
      </w:r>
      <w:r>
        <w:rPr>
          <w:rFonts w:ascii="Arial" w:hAnsi="Arial" w:cs="Arial"/>
          <w:sz w:val="24"/>
          <w:szCs w:val="24"/>
        </w:rPr>
        <w:t>,</w:t>
      </w:r>
      <w:r w:rsidRPr="002E4E9B">
        <w:rPr>
          <w:rFonts w:ascii="Arial" w:hAnsi="Arial" w:cs="Arial"/>
          <w:sz w:val="24"/>
          <w:szCs w:val="24"/>
        </w:rPr>
        <w:t>6</w:t>
      </w:r>
      <w:r>
        <w:rPr>
          <w:rFonts w:ascii="Arial" w:hAnsi="Arial" w:cs="Arial"/>
          <w:sz w:val="24"/>
          <w:szCs w:val="24"/>
        </w:rPr>
        <w:t>00,000.000</w:t>
      </w:r>
      <w:r w:rsidRPr="002E4E9B">
        <w:rPr>
          <w:rFonts w:ascii="Arial" w:hAnsi="Arial" w:cs="Arial"/>
          <w:sz w:val="24"/>
          <w:szCs w:val="24"/>
        </w:rPr>
        <w:t xml:space="preserve"> millones de más los remanentes de recursos fiscales 2025</w:t>
      </w:r>
      <w:r>
        <w:rPr>
          <w:rFonts w:ascii="Arial" w:hAnsi="Arial" w:cs="Arial"/>
          <w:sz w:val="24"/>
          <w:szCs w:val="24"/>
        </w:rPr>
        <w:t xml:space="preserve"> dos mil veinticinco</w:t>
      </w:r>
      <w:r w:rsidRPr="002E4E9B">
        <w:rPr>
          <w:rFonts w:ascii="Arial" w:hAnsi="Arial" w:cs="Arial"/>
          <w:sz w:val="24"/>
          <w:szCs w:val="24"/>
        </w:rPr>
        <w:t xml:space="preserve"> y remanentes de participaciones estatales 2025 </w:t>
      </w:r>
      <w:r>
        <w:rPr>
          <w:rFonts w:ascii="Arial" w:hAnsi="Arial" w:cs="Arial"/>
          <w:sz w:val="24"/>
          <w:szCs w:val="24"/>
        </w:rPr>
        <w:t xml:space="preserve">dos mil veinticinco </w:t>
      </w:r>
      <w:r w:rsidRPr="002E4E9B">
        <w:rPr>
          <w:rFonts w:ascii="Arial" w:hAnsi="Arial" w:cs="Arial"/>
          <w:sz w:val="24"/>
          <w:szCs w:val="24"/>
        </w:rPr>
        <w:t>dan otro</w:t>
      </w:r>
      <w:r>
        <w:rPr>
          <w:rFonts w:ascii="Arial" w:hAnsi="Arial" w:cs="Arial"/>
          <w:sz w:val="24"/>
          <w:szCs w:val="24"/>
        </w:rPr>
        <w:t xml:space="preserve"> $</w:t>
      </w:r>
      <w:r w:rsidRPr="002E4E9B">
        <w:rPr>
          <w:rFonts w:ascii="Arial" w:hAnsi="Arial" w:cs="Arial"/>
          <w:sz w:val="24"/>
          <w:szCs w:val="24"/>
        </w:rPr>
        <w:t>48</w:t>
      </w:r>
      <w:r>
        <w:rPr>
          <w:rFonts w:ascii="Arial" w:hAnsi="Arial" w:cs="Arial"/>
          <w:sz w:val="24"/>
          <w:szCs w:val="24"/>
        </w:rPr>
        <w:t>,000,000.00</w:t>
      </w:r>
      <w:r w:rsidRPr="002E4E9B">
        <w:rPr>
          <w:rFonts w:ascii="Arial" w:hAnsi="Arial" w:cs="Arial"/>
          <w:sz w:val="24"/>
          <w:szCs w:val="24"/>
        </w:rPr>
        <w:t xml:space="preserve"> millones de </w:t>
      </w:r>
      <w:r>
        <w:rPr>
          <w:rFonts w:ascii="Arial" w:hAnsi="Arial" w:cs="Arial"/>
          <w:sz w:val="24"/>
          <w:szCs w:val="24"/>
        </w:rPr>
        <w:t xml:space="preserve">pesos dando un </w:t>
      </w:r>
      <w:r w:rsidRPr="002E4E9B">
        <w:rPr>
          <w:rFonts w:ascii="Arial" w:hAnsi="Arial" w:cs="Arial"/>
          <w:sz w:val="24"/>
          <w:szCs w:val="24"/>
        </w:rPr>
        <w:t xml:space="preserve">total es </w:t>
      </w:r>
      <w:r>
        <w:rPr>
          <w:rFonts w:ascii="Arial" w:hAnsi="Arial" w:cs="Arial"/>
          <w:sz w:val="24"/>
          <w:szCs w:val="24"/>
        </w:rPr>
        <w:t>$</w:t>
      </w:r>
      <w:r w:rsidRPr="002E4E9B">
        <w:rPr>
          <w:rFonts w:ascii="Arial" w:hAnsi="Arial" w:cs="Arial"/>
          <w:sz w:val="24"/>
          <w:szCs w:val="24"/>
        </w:rPr>
        <w:t>64</w:t>
      </w:r>
      <w:r>
        <w:rPr>
          <w:rFonts w:ascii="Arial" w:hAnsi="Arial" w:cs="Arial"/>
          <w:sz w:val="24"/>
          <w:szCs w:val="24"/>
        </w:rPr>
        <w:t>,000,000.00</w:t>
      </w:r>
      <w:r w:rsidRPr="002E4E9B">
        <w:rPr>
          <w:rFonts w:ascii="Arial" w:hAnsi="Arial" w:cs="Arial"/>
          <w:sz w:val="24"/>
          <w:szCs w:val="24"/>
        </w:rPr>
        <w:t xml:space="preserve"> millones de lo originalmente presupuestado</w:t>
      </w:r>
      <w:r>
        <w:rPr>
          <w:rFonts w:ascii="Arial" w:hAnsi="Arial" w:cs="Arial"/>
          <w:sz w:val="24"/>
          <w:szCs w:val="24"/>
        </w:rPr>
        <w:t xml:space="preserve"> </w:t>
      </w:r>
      <w:r w:rsidRPr="002E4E9B">
        <w:rPr>
          <w:rFonts w:ascii="Arial" w:hAnsi="Arial" w:cs="Arial"/>
          <w:sz w:val="24"/>
          <w:szCs w:val="24"/>
        </w:rPr>
        <w:t xml:space="preserve">y un total de ingreso de </w:t>
      </w:r>
      <w:r>
        <w:rPr>
          <w:rFonts w:ascii="Arial" w:hAnsi="Arial" w:cs="Arial"/>
          <w:sz w:val="24"/>
          <w:szCs w:val="24"/>
        </w:rPr>
        <w:t>$</w:t>
      </w:r>
      <w:r w:rsidRPr="002E4E9B">
        <w:rPr>
          <w:rFonts w:ascii="Arial" w:hAnsi="Arial" w:cs="Arial"/>
          <w:sz w:val="24"/>
          <w:szCs w:val="24"/>
        </w:rPr>
        <w:t>726,606,892</w:t>
      </w:r>
      <w:r>
        <w:rPr>
          <w:rFonts w:ascii="Arial" w:hAnsi="Arial" w:cs="Arial"/>
          <w:sz w:val="24"/>
          <w:szCs w:val="24"/>
        </w:rPr>
        <w:t>.74</w:t>
      </w:r>
      <w:r w:rsidRPr="002E4E9B">
        <w:rPr>
          <w:rFonts w:ascii="Arial" w:hAnsi="Arial" w:cs="Arial"/>
          <w:sz w:val="24"/>
          <w:szCs w:val="24"/>
        </w:rPr>
        <w:t>.</w:t>
      </w:r>
      <w:r>
        <w:rPr>
          <w:rFonts w:ascii="Arial" w:hAnsi="Arial" w:cs="Arial"/>
          <w:sz w:val="24"/>
          <w:szCs w:val="24"/>
        </w:rPr>
        <w:t xml:space="preserve"> </w:t>
      </w:r>
      <w:r w:rsidRPr="002E4E9B">
        <w:rPr>
          <w:rFonts w:ascii="Arial" w:hAnsi="Arial" w:cs="Arial"/>
          <w:sz w:val="24"/>
          <w:szCs w:val="24"/>
        </w:rPr>
        <w:t>Adelante tesorera.</w:t>
      </w:r>
    </w:p>
    <w:p w14:paraId="264EDB91" w14:textId="77777777" w:rsidR="000D4590" w:rsidRDefault="000D4590" w:rsidP="00DC6CFE">
      <w:pPr>
        <w:jc w:val="both"/>
        <w:rPr>
          <w:rFonts w:ascii="Arial" w:hAnsi="Arial" w:cs="Arial"/>
          <w:sz w:val="24"/>
          <w:szCs w:val="24"/>
        </w:rPr>
      </w:pPr>
      <w:r>
        <w:rPr>
          <w:rFonts w:ascii="Arial" w:hAnsi="Arial" w:cs="Arial"/>
          <w:b/>
          <w:bCs/>
          <w:sz w:val="24"/>
          <w:szCs w:val="24"/>
        </w:rPr>
        <w:t xml:space="preserve">C. VICTORIA GARCÍA CONTRERAS. - </w:t>
      </w:r>
      <w:r w:rsidRPr="002E4E9B">
        <w:rPr>
          <w:rFonts w:ascii="Arial" w:hAnsi="Arial" w:cs="Arial"/>
          <w:sz w:val="24"/>
          <w:szCs w:val="24"/>
        </w:rPr>
        <w:t xml:space="preserve">Justamente es lo que les quiero comentar con los remanentes donde están los </w:t>
      </w:r>
      <w:r>
        <w:rPr>
          <w:rFonts w:ascii="Arial" w:hAnsi="Arial" w:cs="Arial"/>
          <w:sz w:val="24"/>
          <w:szCs w:val="24"/>
        </w:rPr>
        <w:t>$</w:t>
      </w:r>
      <w:r w:rsidRPr="002E4E9B">
        <w:rPr>
          <w:rFonts w:ascii="Arial" w:hAnsi="Arial" w:cs="Arial"/>
          <w:sz w:val="24"/>
          <w:szCs w:val="24"/>
        </w:rPr>
        <w:t>45</w:t>
      </w:r>
      <w:r>
        <w:rPr>
          <w:rFonts w:ascii="Arial" w:hAnsi="Arial" w:cs="Arial"/>
          <w:sz w:val="24"/>
          <w:szCs w:val="24"/>
        </w:rPr>
        <w:t>,000,000.00</w:t>
      </w:r>
      <w:r w:rsidRPr="002E4E9B">
        <w:rPr>
          <w:rFonts w:ascii="Arial" w:hAnsi="Arial" w:cs="Arial"/>
          <w:sz w:val="24"/>
          <w:szCs w:val="24"/>
        </w:rPr>
        <w:t xml:space="preserve"> millones están incluidos los </w:t>
      </w:r>
      <w:r>
        <w:rPr>
          <w:rFonts w:ascii="Arial" w:hAnsi="Arial" w:cs="Arial"/>
          <w:sz w:val="24"/>
          <w:szCs w:val="24"/>
        </w:rPr>
        <w:t>$</w:t>
      </w:r>
      <w:r w:rsidRPr="002E4E9B">
        <w:rPr>
          <w:rFonts w:ascii="Arial" w:hAnsi="Arial" w:cs="Arial"/>
          <w:sz w:val="24"/>
          <w:szCs w:val="24"/>
        </w:rPr>
        <w:t>19</w:t>
      </w:r>
      <w:r>
        <w:rPr>
          <w:rFonts w:ascii="Arial" w:hAnsi="Arial" w:cs="Arial"/>
          <w:sz w:val="24"/>
          <w:szCs w:val="24"/>
        </w:rPr>
        <w:t>,000,000.00</w:t>
      </w:r>
      <w:r w:rsidRPr="002E4E9B">
        <w:rPr>
          <w:rFonts w:ascii="Arial" w:hAnsi="Arial" w:cs="Arial"/>
          <w:sz w:val="24"/>
          <w:szCs w:val="24"/>
        </w:rPr>
        <w:t xml:space="preserve"> millones que quedaron del presupuesto participativo 2025</w:t>
      </w:r>
      <w:r>
        <w:rPr>
          <w:rFonts w:ascii="Arial" w:hAnsi="Arial" w:cs="Arial"/>
          <w:sz w:val="24"/>
          <w:szCs w:val="24"/>
        </w:rPr>
        <w:t xml:space="preserve"> dos mil veinticinco </w:t>
      </w:r>
      <w:r w:rsidRPr="002E4E9B">
        <w:rPr>
          <w:rFonts w:ascii="Arial" w:hAnsi="Arial" w:cs="Arial"/>
          <w:sz w:val="24"/>
          <w:szCs w:val="24"/>
        </w:rPr>
        <w:t>que no se ejercieron las obras en ese ejercicio y</w:t>
      </w:r>
      <w:r>
        <w:rPr>
          <w:rFonts w:ascii="Arial" w:hAnsi="Arial" w:cs="Arial"/>
          <w:sz w:val="24"/>
          <w:szCs w:val="24"/>
        </w:rPr>
        <w:t xml:space="preserve"> </w:t>
      </w:r>
      <w:r w:rsidRPr="002E4E9B">
        <w:rPr>
          <w:rFonts w:ascii="Arial" w:hAnsi="Arial" w:cs="Arial"/>
          <w:sz w:val="24"/>
          <w:szCs w:val="24"/>
        </w:rPr>
        <w:t xml:space="preserve">los </w:t>
      </w:r>
      <w:r>
        <w:rPr>
          <w:rFonts w:ascii="Arial" w:hAnsi="Arial" w:cs="Arial"/>
          <w:sz w:val="24"/>
          <w:szCs w:val="24"/>
        </w:rPr>
        <w:t>$</w:t>
      </w:r>
      <w:r w:rsidRPr="002E4E9B">
        <w:rPr>
          <w:rFonts w:ascii="Arial" w:hAnsi="Arial" w:cs="Arial"/>
          <w:sz w:val="24"/>
          <w:szCs w:val="24"/>
        </w:rPr>
        <w:t>8,217,439</w:t>
      </w:r>
      <w:r>
        <w:rPr>
          <w:rFonts w:ascii="Arial" w:hAnsi="Arial" w:cs="Arial"/>
          <w:sz w:val="24"/>
          <w:szCs w:val="24"/>
        </w:rPr>
        <w:t>.00</w:t>
      </w:r>
      <w:r w:rsidRPr="002E4E9B">
        <w:rPr>
          <w:rFonts w:ascii="Arial" w:hAnsi="Arial" w:cs="Arial"/>
          <w:sz w:val="24"/>
          <w:szCs w:val="24"/>
        </w:rPr>
        <w:t xml:space="preserve"> que también tienen una etiqueta para lo que son las obras de urbanización.</w:t>
      </w:r>
      <w:r>
        <w:rPr>
          <w:rFonts w:ascii="Arial" w:hAnsi="Arial" w:cs="Arial"/>
          <w:sz w:val="24"/>
          <w:szCs w:val="24"/>
        </w:rPr>
        <w:t xml:space="preserve"> </w:t>
      </w:r>
      <w:r w:rsidRPr="002E4E9B">
        <w:rPr>
          <w:rFonts w:ascii="Arial" w:hAnsi="Arial" w:cs="Arial"/>
          <w:sz w:val="24"/>
          <w:szCs w:val="24"/>
        </w:rPr>
        <w:t>relacionados este con la permuta que se dio de UPSA. Entonces, el entonces en ese sentido la diferencia es este lo que ya resultó de remanente del</w:t>
      </w:r>
      <w:r>
        <w:rPr>
          <w:rFonts w:ascii="Arial" w:hAnsi="Arial" w:cs="Arial"/>
          <w:sz w:val="24"/>
          <w:szCs w:val="24"/>
        </w:rPr>
        <w:t xml:space="preserve"> </w:t>
      </w:r>
      <w:r w:rsidRPr="002E4E9B">
        <w:rPr>
          <w:rFonts w:ascii="Arial" w:hAnsi="Arial" w:cs="Arial"/>
          <w:sz w:val="24"/>
          <w:szCs w:val="24"/>
        </w:rPr>
        <w:t>ejercicio fiscal 2025</w:t>
      </w:r>
      <w:r>
        <w:rPr>
          <w:rFonts w:ascii="Arial" w:hAnsi="Arial" w:cs="Arial"/>
          <w:sz w:val="24"/>
          <w:szCs w:val="24"/>
        </w:rPr>
        <w:t xml:space="preserve"> dos mil veinticinco</w:t>
      </w:r>
      <w:r w:rsidRPr="002E4E9B">
        <w:rPr>
          <w:rFonts w:ascii="Arial" w:hAnsi="Arial" w:cs="Arial"/>
          <w:sz w:val="24"/>
          <w:szCs w:val="24"/>
        </w:rPr>
        <w:t xml:space="preserve"> que este pues sale de lo que ya se tenía con etiqueta para obra y que pues bueno, no se ejerció.</w:t>
      </w:r>
      <w:r>
        <w:rPr>
          <w:rFonts w:ascii="Arial" w:hAnsi="Arial" w:cs="Arial"/>
          <w:sz w:val="24"/>
          <w:szCs w:val="24"/>
        </w:rPr>
        <w:t xml:space="preserve"> </w:t>
      </w:r>
    </w:p>
    <w:p w14:paraId="7854F2FE" w14:textId="6F6B0742" w:rsidR="00EC03D4" w:rsidRPr="002E4E9B" w:rsidRDefault="000D4590"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Sí, gracias</w:t>
      </w:r>
      <w:r>
        <w:rPr>
          <w:rFonts w:ascii="Arial" w:hAnsi="Arial" w:cs="Arial"/>
          <w:sz w:val="24"/>
          <w:szCs w:val="24"/>
        </w:rPr>
        <w:t xml:space="preserve"> </w:t>
      </w:r>
      <w:r w:rsidRPr="002E4E9B">
        <w:rPr>
          <w:rFonts w:ascii="Arial" w:hAnsi="Arial" w:cs="Arial"/>
          <w:sz w:val="24"/>
          <w:szCs w:val="24"/>
        </w:rPr>
        <w:t xml:space="preserve">antes de hacer el uso de la voz, únicamente para aclarar esos </w:t>
      </w:r>
      <w:r>
        <w:rPr>
          <w:rFonts w:ascii="Arial" w:hAnsi="Arial" w:cs="Arial"/>
          <w:sz w:val="24"/>
          <w:szCs w:val="24"/>
        </w:rPr>
        <w:t>$</w:t>
      </w:r>
      <w:r w:rsidRPr="002E4E9B">
        <w:rPr>
          <w:rFonts w:ascii="Arial" w:hAnsi="Arial" w:cs="Arial"/>
          <w:sz w:val="24"/>
          <w:szCs w:val="24"/>
        </w:rPr>
        <w:t>45,000,000</w:t>
      </w:r>
      <w:r>
        <w:rPr>
          <w:rFonts w:ascii="Arial" w:hAnsi="Arial" w:cs="Arial"/>
          <w:sz w:val="24"/>
          <w:szCs w:val="24"/>
        </w:rPr>
        <w:t>.</w:t>
      </w:r>
      <w:r w:rsidRPr="002E4E9B">
        <w:rPr>
          <w:rFonts w:ascii="Arial" w:hAnsi="Arial" w:cs="Arial"/>
          <w:sz w:val="24"/>
          <w:szCs w:val="24"/>
        </w:rPr>
        <w:t>00, como bien lo dijo la te</w:t>
      </w:r>
      <w:r>
        <w:rPr>
          <w:rFonts w:ascii="Arial" w:hAnsi="Arial" w:cs="Arial"/>
          <w:sz w:val="24"/>
          <w:szCs w:val="24"/>
        </w:rPr>
        <w:t>sorera</w:t>
      </w:r>
      <w:r w:rsidRPr="002E4E9B">
        <w:rPr>
          <w:rFonts w:ascii="Arial" w:hAnsi="Arial" w:cs="Arial"/>
          <w:sz w:val="24"/>
          <w:szCs w:val="24"/>
        </w:rPr>
        <w:t xml:space="preserve">, son los </w:t>
      </w:r>
      <w:r>
        <w:rPr>
          <w:rFonts w:ascii="Arial" w:hAnsi="Arial" w:cs="Arial"/>
          <w:sz w:val="24"/>
          <w:szCs w:val="24"/>
        </w:rPr>
        <w:t>$</w:t>
      </w:r>
      <w:r w:rsidRPr="002E4E9B">
        <w:rPr>
          <w:rFonts w:ascii="Arial" w:hAnsi="Arial" w:cs="Arial"/>
          <w:sz w:val="24"/>
          <w:szCs w:val="24"/>
        </w:rPr>
        <w:t>11,</w:t>
      </w:r>
      <w:r>
        <w:rPr>
          <w:rFonts w:ascii="Arial" w:hAnsi="Arial" w:cs="Arial"/>
          <w:sz w:val="24"/>
          <w:szCs w:val="24"/>
        </w:rPr>
        <w:t>2</w:t>
      </w:r>
      <w:r w:rsidRPr="002E4E9B">
        <w:rPr>
          <w:rFonts w:ascii="Arial" w:hAnsi="Arial" w:cs="Arial"/>
          <w:sz w:val="24"/>
          <w:szCs w:val="24"/>
        </w:rPr>
        <w:t>00</w:t>
      </w:r>
      <w:r>
        <w:rPr>
          <w:rFonts w:ascii="Arial" w:hAnsi="Arial" w:cs="Arial"/>
          <w:sz w:val="24"/>
          <w:szCs w:val="24"/>
        </w:rPr>
        <w:t>,</w:t>
      </w:r>
      <w:r w:rsidRPr="002E4E9B">
        <w:rPr>
          <w:rFonts w:ascii="Arial" w:hAnsi="Arial" w:cs="Arial"/>
          <w:sz w:val="24"/>
          <w:szCs w:val="24"/>
        </w:rPr>
        <w:t>0</w:t>
      </w:r>
      <w:r>
        <w:rPr>
          <w:rFonts w:ascii="Arial" w:hAnsi="Arial" w:cs="Arial"/>
          <w:sz w:val="24"/>
          <w:szCs w:val="24"/>
        </w:rPr>
        <w:t>00.00</w:t>
      </w:r>
      <w:r w:rsidRPr="002E4E9B">
        <w:rPr>
          <w:rFonts w:ascii="Arial" w:hAnsi="Arial" w:cs="Arial"/>
          <w:sz w:val="24"/>
          <w:szCs w:val="24"/>
        </w:rPr>
        <w:t xml:space="preserve"> del presupuesto participativo</w:t>
      </w:r>
      <w:r>
        <w:rPr>
          <w:rFonts w:ascii="Arial" w:hAnsi="Arial" w:cs="Arial"/>
          <w:sz w:val="24"/>
          <w:szCs w:val="24"/>
        </w:rPr>
        <w:t xml:space="preserve"> </w:t>
      </w:r>
      <w:r w:rsidRPr="002E4E9B">
        <w:rPr>
          <w:rFonts w:ascii="Arial" w:hAnsi="Arial" w:cs="Arial"/>
          <w:sz w:val="24"/>
          <w:szCs w:val="24"/>
        </w:rPr>
        <w:t>2025</w:t>
      </w:r>
      <w:r>
        <w:rPr>
          <w:rFonts w:ascii="Arial" w:hAnsi="Arial" w:cs="Arial"/>
          <w:sz w:val="24"/>
          <w:szCs w:val="24"/>
        </w:rPr>
        <w:t xml:space="preserve"> dos mil veinticinco</w:t>
      </w:r>
      <w:r w:rsidRPr="002E4E9B">
        <w:rPr>
          <w:rFonts w:ascii="Arial" w:hAnsi="Arial" w:cs="Arial"/>
          <w:sz w:val="24"/>
          <w:szCs w:val="24"/>
        </w:rPr>
        <w:t xml:space="preserve"> que este no se ejerció el año pasado, evidentemente están incluidos los 8 puntos y tantos millones de la permuta que se aprobó por el</w:t>
      </w:r>
      <w:r>
        <w:rPr>
          <w:rFonts w:ascii="Arial" w:hAnsi="Arial" w:cs="Arial"/>
          <w:sz w:val="24"/>
          <w:szCs w:val="24"/>
        </w:rPr>
        <w:t xml:space="preserve"> </w:t>
      </w:r>
      <w:r w:rsidRPr="002E4E9B">
        <w:rPr>
          <w:rFonts w:ascii="Arial" w:hAnsi="Arial" w:cs="Arial"/>
          <w:sz w:val="24"/>
          <w:szCs w:val="24"/>
        </w:rPr>
        <w:t>Ayuntamiento del Hotel U</w:t>
      </w:r>
      <w:r w:rsidR="009660A6">
        <w:rPr>
          <w:rFonts w:ascii="Arial" w:hAnsi="Arial" w:cs="Arial"/>
          <w:sz w:val="24"/>
          <w:szCs w:val="24"/>
        </w:rPr>
        <w:t>TTSA</w:t>
      </w:r>
      <w:r w:rsidRPr="002E4E9B">
        <w:rPr>
          <w:rFonts w:ascii="Arial" w:hAnsi="Arial" w:cs="Arial"/>
          <w:sz w:val="24"/>
          <w:szCs w:val="24"/>
        </w:rPr>
        <w:t>, que está etiquetado para las obras de urbanización del seguro social de la nueva clínica</w:t>
      </w:r>
      <w:r>
        <w:rPr>
          <w:rFonts w:ascii="Arial" w:hAnsi="Arial" w:cs="Arial"/>
          <w:sz w:val="24"/>
          <w:szCs w:val="24"/>
        </w:rPr>
        <w:t xml:space="preserve"> </w:t>
      </w:r>
      <w:r w:rsidRPr="002E4E9B">
        <w:rPr>
          <w:rFonts w:ascii="Arial" w:hAnsi="Arial" w:cs="Arial"/>
          <w:sz w:val="24"/>
          <w:szCs w:val="24"/>
        </w:rPr>
        <w:t>y los restantes millones de  son remanentes del capítulo 1000.</w:t>
      </w:r>
      <w:r>
        <w:rPr>
          <w:rFonts w:ascii="Arial" w:hAnsi="Arial" w:cs="Arial"/>
          <w:sz w:val="24"/>
          <w:szCs w:val="24"/>
        </w:rPr>
        <w:t xml:space="preserve"> D</w:t>
      </w:r>
      <w:r w:rsidRPr="002E4E9B">
        <w:rPr>
          <w:rFonts w:ascii="Arial" w:hAnsi="Arial" w:cs="Arial"/>
          <w:sz w:val="24"/>
          <w:szCs w:val="24"/>
        </w:rPr>
        <w:t>e las plazas vacantes sindicalizadas que no se habían ocupado. Como sabemos, tenemos actualmente la comisión de escalafón, entonces pues se tienen que</w:t>
      </w:r>
      <w:r>
        <w:rPr>
          <w:rFonts w:ascii="Arial" w:hAnsi="Arial" w:cs="Arial"/>
          <w:sz w:val="24"/>
          <w:szCs w:val="24"/>
        </w:rPr>
        <w:t xml:space="preserve"> </w:t>
      </w:r>
      <w:r w:rsidRPr="002E4E9B">
        <w:rPr>
          <w:rFonts w:ascii="Arial" w:hAnsi="Arial" w:cs="Arial"/>
          <w:sz w:val="24"/>
          <w:szCs w:val="24"/>
        </w:rPr>
        <w:t>ado</w:t>
      </w:r>
      <w:r>
        <w:rPr>
          <w:rFonts w:ascii="Arial" w:hAnsi="Arial" w:cs="Arial"/>
          <w:sz w:val="24"/>
          <w:szCs w:val="24"/>
        </w:rPr>
        <w:t>p</w:t>
      </w:r>
      <w:r w:rsidRPr="002E4E9B">
        <w:rPr>
          <w:rFonts w:ascii="Arial" w:hAnsi="Arial" w:cs="Arial"/>
          <w:sz w:val="24"/>
          <w:szCs w:val="24"/>
        </w:rPr>
        <w:t>tar los procesos en oficialidad mayor para poder sacar las convocatorias y todo y todo este tema administrativo. Y</w:t>
      </w:r>
      <w:r>
        <w:rPr>
          <w:rFonts w:ascii="Arial" w:hAnsi="Arial" w:cs="Arial"/>
          <w:sz w:val="24"/>
          <w:szCs w:val="24"/>
        </w:rPr>
        <w:t xml:space="preserve"> </w:t>
      </w:r>
      <w:r w:rsidRPr="002E4E9B">
        <w:rPr>
          <w:rFonts w:ascii="Arial" w:hAnsi="Arial" w:cs="Arial"/>
          <w:sz w:val="24"/>
          <w:szCs w:val="24"/>
        </w:rPr>
        <w:t>en tanto no se hace este proceso, pues las vacantes ahí siguen y mes con mes, quincena con quincena van generando un</w:t>
      </w:r>
      <w:r>
        <w:rPr>
          <w:rFonts w:ascii="Arial" w:hAnsi="Arial" w:cs="Arial"/>
          <w:sz w:val="24"/>
          <w:szCs w:val="24"/>
        </w:rPr>
        <w:t xml:space="preserve"> </w:t>
      </w:r>
      <w:r w:rsidRPr="002E4E9B">
        <w:rPr>
          <w:rFonts w:ascii="Arial" w:hAnsi="Arial" w:cs="Arial"/>
          <w:sz w:val="24"/>
          <w:szCs w:val="24"/>
        </w:rPr>
        <w:t>remanente, ¿no? Un subejercicio en las plazas que quedan vacantes.</w:t>
      </w:r>
      <w:r>
        <w:rPr>
          <w:rFonts w:ascii="Arial" w:hAnsi="Arial" w:cs="Arial"/>
          <w:sz w:val="24"/>
          <w:szCs w:val="24"/>
        </w:rPr>
        <w:t xml:space="preserve"> </w:t>
      </w:r>
      <w:r w:rsidRPr="002E4E9B">
        <w:rPr>
          <w:rFonts w:ascii="Arial" w:hAnsi="Arial" w:cs="Arial"/>
          <w:sz w:val="24"/>
          <w:szCs w:val="24"/>
        </w:rPr>
        <w:t>Entonces, de todas las plazas vacantes que hubo creo que pues bastantes 90</w:t>
      </w:r>
      <w:r>
        <w:rPr>
          <w:rFonts w:ascii="Arial" w:hAnsi="Arial" w:cs="Arial"/>
          <w:sz w:val="24"/>
          <w:szCs w:val="24"/>
        </w:rPr>
        <w:t xml:space="preserve"> noventa y tres p</w:t>
      </w:r>
      <w:r w:rsidRPr="002E4E9B">
        <w:rPr>
          <w:rFonts w:ascii="Arial" w:hAnsi="Arial" w:cs="Arial"/>
          <w:sz w:val="24"/>
          <w:szCs w:val="24"/>
        </w:rPr>
        <w:t>lazas vacantes al año pasado, pues de esas todas plazas se van generando a lo largo del año pues millones, ¿no? Es</w:t>
      </w:r>
      <w:r>
        <w:rPr>
          <w:rFonts w:ascii="Arial" w:hAnsi="Arial" w:cs="Arial"/>
          <w:sz w:val="24"/>
          <w:szCs w:val="24"/>
        </w:rPr>
        <w:t xml:space="preserve"> </w:t>
      </w:r>
      <w:r w:rsidRPr="002E4E9B">
        <w:rPr>
          <w:rFonts w:ascii="Arial" w:hAnsi="Arial" w:cs="Arial"/>
          <w:sz w:val="24"/>
          <w:szCs w:val="24"/>
        </w:rPr>
        <w:t xml:space="preserve">por eso que de forma conjunta dan los </w:t>
      </w:r>
      <w:r>
        <w:rPr>
          <w:rFonts w:ascii="Arial" w:hAnsi="Arial" w:cs="Arial"/>
          <w:sz w:val="24"/>
          <w:szCs w:val="24"/>
        </w:rPr>
        <w:t>$</w:t>
      </w:r>
      <w:r w:rsidRPr="002E4E9B">
        <w:rPr>
          <w:rFonts w:ascii="Arial" w:hAnsi="Arial" w:cs="Arial"/>
          <w:sz w:val="24"/>
          <w:szCs w:val="24"/>
        </w:rPr>
        <w:t>45</w:t>
      </w:r>
      <w:r>
        <w:rPr>
          <w:rFonts w:ascii="Arial" w:hAnsi="Arial" w:cs="Arial"/>
          <w:sz w:val="24"/>
          <w:szCs w:val="24"/>
        </w:rPr>
        <w:t>,</w:t>
      </w:r>
      <w:r w:rsidRPr="002E4E9B">
        <w:rPr>
          <w:rFonts w:ascii="Arial" w:hAnsi="Arial" w:cs="Arial"/>
          <w:sz w:val="24"/>
          <w:szCs w:val="24"/>
        </w:rPr>
        <w:t>6</w:t>
      </w:r>
      <w:r>
        <w:rPr>
          <w:rFonts w:ascii="Arial" w:hAnsi="Arial" w:cs="Arial"/>
          <w:sz w:val="24"/>
          <w:szCs w:val="24"/>
        </w:rPr>
        <w:t>00,000.00</w:t>
      </w:r>
      <w:r w:rsidRPr="002E4E9B">
        <w:rPr>
          <w:rFonts w:ascii="Arial" w:hAnsi="Arial" w:cs="Arial"/>
          <w:sz w:val="24"/>
          <w:szCs w:val="24"/>
        </w:rPr>
        <w:t xml:space="preserve"> millones </w:t>
      </w:r>
      <w:r w:rsidR="009660A6" w:rsidRPr="002E4E9B">
        <w:rPr>
          <w:rFonts w:ascii="Arial" w:hAnsi="Arial" w:cs="Arial"/>
          <w:sz w:val="24"/>
          <w:szCs w:val="24"/>
        </w:rPr>
        <w:t>de y</w:t>
      </w:r>
      <w:r w:rsidRPr="002E4E9B">
        <w:rPr>
          <w:rFonts w:ascii="Arial" w:hAnsi="Arial" w:cs="Arial"/>
          <w:sz w:val="24"/>
          <w:szCs w:val="24"/>
        </w:rPr>
        <w:t xml:space="preserve"> los </w:t>
      </w:r>
      <w:r>
        <w:rPr>
          <w:rFonts w:ascii="Arial" w:hAnsi="Arial" w:cs="Arial"/>
          <w:sz w:val="24"/>
          <w:szCs w:val="24"/>
        </w:rPr>
        <w:t>$</w:t>
      </w:r>
      <w:r w:rsidRPr="002E4E9B">
        <w:rPr>
          <w:rFonts w:ascii="Arial" w:hAnsi="Arial" w:cs="Arial"/>
          <w:sz w:val="24"/>
          <w:szCs w:val="24"/>
        </w:rPr>
        <w:t>2</w:t>
      </w:r>
      <w:r>
        <w:rPr>
          <w:rFonts w:ascii="Arial" w:hAnsi="Arial" w:cs="Arial"/>
          <w:sz w:val="24"/>
          <w:szCs w:val="24"/>
        </w:rPr>
        <w:t>,</w:t>
      </w:r>
      <w:r w:rsidRPr="002E4E9B">
        <w:rPr>
          <w:rFonts w:ascii="Arial" w:hAnsi="Arial" w:cs="Arial"/>
          <w:sz w:val="24"/>
          <w:szCs w:val="24"/>
        </w:rPr>
        <w:t>7</w:t>
      </w:r>
      <w:r>
        <w:rPr>
          <w:rFonts w:ascii="Arial" w:hAnsi="Arial" w:cs="Arial"/>
          <w:sz w:val="24"/>
          <w:szCs w:val="24"/>
        </w:rPr>
        <w:t>00,000.00</w:t>
      </w:r>
      <w:r w:rsidRPr="002E4E9B">
        <w:rPr>
          <w:rFonts w:ascii="Arial" w:hAnsi="Arial" w:cs="Arial"/>
          <w:sz w:val="24"/>
          <w:szCs w:val="24"/>
        </w:rPr>
        <w:t xml:space="preserve"> de remanentes de recursos de</w:t>
      </w:r>
      <w:r w:rsidR="009660A6">
        <w:rPr>
          <w:rFonts w:ascii="Arial" w:hAnsi="Arial" w:cs="Arial"/>
          <w:sz w:val="24"/>
          <w:szCs w:val="24"/>
        </w:rPr>
        <w:t xml:space="preserve"> </w:t>
      </w:r>
      <w:r w:rsidRPr="002E4E9B">
        <w:rPr>
          <w:rFonts w:ascii="Arial" w:hAnsi="Arial" w:cs="Arial"/>
          <w:sz w:val="24"/>
          <w:szCs w:val="24"/>
        </w:rPr>
        <w:t>participaciones estatales que no se ejercieron.</w:t>
      </w:r>
    </w:p>
    <w:p w14:paraId="1F5A6BC4" w14:textId="6106BF57" w:rsidR="00EC03D4" w:rsidRPr="002E4E9B" w:rsidRDefault="009660A6" w:rsidP="00DC6CFE">
      <w:pPr>
        <w:jc w:val="both"/>
        <w:rPr>
          <w:rFonts w:ascii="Arial" w:hAnsi="Arial" w:cs="Arial"/>
          <w:sz w:val="24"/>
          <w:szCs w:val="24"/>
        </w:rPr>
      </w:pPr>
      <w:r>
        <w:rPr>
          <w:rFonts w:ascii="Arial" w:hAnsi="Arial" w:cs="Arial"/>
          <w:b/>
          <w:bCs/>
          <w:sz w:val="24"/>
          <w:szCs w:val="24"/>
        </w:rPr>
        <w:t xml:space="preserve">C. GUSTAVO LÓPEZ SANDOVAL. - </w:t>
      </w:r>
      <w:r w:rsidRPr="002E4E9B">
        <w:rPr>
          <w:rFonts w:ascii="Arial" w:hAnsi="Arial" w:cs="Arial"/>
          <w:sz w:val="24"/>
          <w:szCs w:val="24"/>
        </w:rPr>
        <w:t xml:space="preserve">Gracias. Y de esos </w:t>
      </w:r>
      <w:r>
        <w:rPr>
          <w:rFonts w:ascii="Arial" w:hAnsi="Arial" w:cs="Arial"/>
          <w:sz w:val="24"/>
          <w:szCs w:val="24"/>
        </w:rPr>
        <w:t>$</w:t>
      </w:r>
      <w:r w:rsidRPr="002E4E9B">
        <w:rPr>
          <w:rFonts w:ascii="Arial" w:hAnsi="Arial" w:cs="Arial"/>
          <w:sz w:val="24"/>
          <w:szCs w:val="24"/>
        </w:rPr>
        <w:t>8,000</w:t>
      </w:r>
      <w:r>
        <w:rPr>
          <w:rFonts w:ascii="Arial" w:hAnsi="Arial" w:cs="Arial"/>
          <w:sz w:val="24"/>
          <w:szCs w:val="24"/>
        </w:rPr>
        <w:t>,000.00</w:t>
      </w:r>
      <w:r w:rsidRPr="002E4E9B">
        <w:rPr>
          <w:rFonts w:ascii="Arial" w:hAnsi="Arial" w:cs="Arial"/>
          <w:sz w:val="24"/>
          <w:szCs w:val="24"/>
        </w:rPr>
        <w:t xml:space="preserve"> de la permuta</w:t>
      </w:r>
      <w:r>
        <w:rPr>
          <w:rFonts w:ascii="Arial" w:hAnsi="Arial" w:cs="Arial"/>
          <w:sz w:val="24"/>
          <w:szCs w:val="24"/>
        </w:rPr>
        <w:t xml:space="preserve"> </w:t>
      </w:r>
      <w:r w:rsidRPr="002E4E9B">
        <w:rPr>
          <w:rFonts w:ascii="Arial" w:hAnsi="Arial" w:cs="Arial"/>
          <w:sz w:val="24"/>
          <w:szCs w:val="24"/>
        </w:rPr>
        <w:t>del hotel UT</w:t>
      </w:r>
      <w:r>
        <w:rPr>
          <w:rFonts w:ascii="Arial" w:hAnsi="Arial" w:cs="Arial"/>
          <w:sz w:val="24"/>
          <w:szCs w:val="24"/>
        </w:rPr>
        <w:t>T</w:t>
      </w:r>
      <w:r w:rsidRPr="002E4E9B">
        <w:rPr>
          <w:rFonts w:ascii="Arial" w:hAnsi="Arial" w:cs="Arial"/>
          <w:sz w:val="24"/>
          <w:szCs w:val="24"/>
        </w:rPr>
        <w:t xml:space="preserve">SA, ya me queda claro que ahí van en esos </w:t>
      </w:r>
      <w:r>
        <w:rPr>
          <w:rFonts w:ascii="Arial" w:hAnsi="Arial" w:cs="Arial"/>
          <w:sz w:val="24"/>
          <w:szCs w:val="24"/>
        </w:rPr>
        <w:t>$</w:t>
      </w:r>
      <w:r w:rsidRPr="002E4E9B">
        <w:rPr>
          <w:rFonts w:ascii="Arial" w:hAnsi="Arial" w:cs="Arial"/>
          <w:sz w:val="24"/>
          <w:szCs w:val="24"/>
        </w:rPr>
        <w:t>45</w:t>
      </w:r>
      <w:r>
        <w:rPr>
          <w:rFonts w:ascii="Arial" w:hAnsi="Arial" w:cs="Arial"/>
          <w:sz w:val="24"/>
          <w:szCs w:val="24"/>
        </w:rPr>
        <w:t>,000,000.00</w:t>
      </w:r>
      <w:r w:rsidRPr="002E4E9B">
        <w:rPr>
          <w:rFonts w:ascii="Arial" w:hAnsi="Arial" w:cs="Arial"/>
          <w:sz w:val="24"/>
          <w:szCs w:val="24"/>
        </w:rPr>
        <w:t xml:space="preserve"> millones, pero</w:t>
      </w:r>
      <w:r>
        <w:rPr>
          <w:rFonts w:ascii="Arial" w:hAnsi="Arial" w:cs="Arial"/>
          <w:sz w:val="24"/>
          <w:szCs w:val="24"/>
        </w:rPr>
        <w:t xml:space="preserve"> </w:t>
      </w:r>
      <w:r w:rsidRPr="002E4E9B">
        <w:rPr>
          <w:rFonts w:ascii="Arial" w:hAnsi="Arial" w:cs="Arial"/>
          <w:sz w:val="24"/>
          <w:szCs w:val="24"/>
        </w:rPr>
        <w:t xml:space="preserve">ese dinero no lo podemos sacar y ejercerlo en otro lado, regidor o licenciada, </w:t>
      </w:r>
      <w:proofErr w:type="gramStart"/>
      <w:r w:rsidRPr="002E4E9B">
        <w:rPr>
          <w:rFonts w:ascii="Arial" w:hAnsi="Arial" w:cs="Arial"/>
          <w:sz w:val="24"/>
          <w:szCs w:val="24"/>
        </w:rPr>
        <w:t>porque</w:t>
      </w:r>
      <w:proofErr w:type="gramEnd"/>
      <w:r w:rsidRPr="002E4E9B">
        <w:rPr>
          <w:rFonts w:ascii="Arial" w:hAnsi="Arial" w:cs="Arial"/>
          <w:sz w:val="24"/>
          <w:szCs w:val="24"/>
        </w:rPr>
        <w:t xml:space="preserve"> o sea, como veo</w:t>
      </w:r>
      <w:r>
        <w:rPr>
          <w:rFonts w:ascii="Arial" w:hAnsi="Arial" w:cs="Arial"/>
          <w:sz w:val="24"/>
          <w:szCs w:val="24"/>
        </w:rPr>
        <w:t xml:space="preserve"> </w:t>
      </w:r>
      <w:r w:rsidRPr="002E4E9B">
        <w:rPr>
          <w:rFonts w:ascii="Arial" w:hAnsi="Arial" w:cs="Arial"/>
          <w:sz w:val="24"/>
          <w:szCs w:val="24"/>
        </w:rPr>
        <w:t>honestamente y con todo respeto, no va a haber nada de hospital. Entonces, ya nos queda pues un año para ejercer ese recurso.</w:t>
      </w:r>
    </w:p>
    <w:p w14:paraId="5BE572B4" w14:textId="03FFCFDE" w:rsidR="00EC03D4" w:rsidRPr="002E4E9B" w:rsidRDefault="009660A6" w:rsidP="00DC6CFE">
      <w:pPr>
        <w:jc w:val="both"/>
        <w:rPr>
          <w:rFonts w:ascii="Arial" w:hAnsi="Arial" w:cs="Arial"/>
          <w:sz w:val="24"/>
          <w:szCs w:val="24"/>
        </w:rPr>
      </w:pPr>
      <w:r>
        <w:rPr>
          <w:rFonts w:ascii="Arial" w:hAnsi="Arial" w:cs="Arial"/>
          <w:b/>
          <w:bCs/>
          <w:sz w:val="24"/>
          <w:szCs w:val="24"/>
        </w:rPr>
        <w:lastRenderedPageBreak/>
        <w:t xml:space="preserve">C. MIGUEL MARENTES. - </w:t>
      </w:r>
      <w:r w:rsidRPr="002E4E9B">
        <w:rPr>
          <w:rFonts w:ascii="Arial" w:hAnsi="Arial" w:cs="Arial"/>
          <w:sz w:val="24"/>
          <w:szCs w:val="24"/>
        </w:rPr>
        <w:t>Pues nos quedan nos quedan 4 meses, pero si se puede redistribuir únicamente tendrá que pasar por acuerdo de</w:t>
      </w:r>
      <w:r>
        <w:rPr>
          <w:rFonts w:ascii="Arial" w:hAnsi="Arial" w:cs="Arial"/>
          <w:sz w:val="24"/>
          <w:szCs w:val="24"/>
        </w:rPr>
        <w:t xml:space="preserve"> </w:t>
      </w:r>
      <w:r w:rsidRPr="002E4E9B">
        <w:rPr>
          <w:rFonts w:ascii="Arial" w:hAnsi="Arial" w:cs="Arial"/>
          <w:sz w:val="24"/>
          <w:szCs w:val="24"/>
        </w:rPr>
        <w:t>ayuntamiento, toda vez que en su momento que cuando se aprobó se aprobó con una etiqueta que tenía que ser para ese fin específico para digamos sacarlo de</w:t>
      </w:r>
      <w:r>
        <w:rPr>
          <w:rFonts w:ascii="Arial" w:hAnsi="Arial" w:cs="Arial"/>
          <w:sz w:val="24"/>
          <w:szCs w:val="24"/>
        </w:rPr>
        <w:t xml:space="preserve"> </w:t>
      </w:r>
      <w:r w:rsidRPr="002E4E9B">
        <w:rPr>
          <w:rFonts w:ascii="Arial" w:hAnsi="Arial" w:cs="Arial"/>
          <w:sz w:val="24"/>
          <w:szCs w:val="24"/>
        </w:rPr>
        <w:t>ese quitar ese candado. se tendrá que aprobar por el Ayuntamiento un nuevo destino.</w:t>
      </w:r>
      <w:r>
        <w:rPr>
          <w:rFonts w:ascii="Arial" w:hAnsi="Arial" w:cs="Arial"/>
          <w:sz w:val="24"/>
          <w:szCs w:val="24"/>
        </w:rPr>
        <w:t xml:space="preserve"> A</w:t>
      </w:r>
      <w:r w:rsidRPr="002E4E9B">
        <w:rPr>
          <w:rFonts w:ascii="Arial" w:hAnsi="Arial" w:cs="Arial"/>
          <w:sz w:val="24"/>
          <w:szCs w:val="24"/>
        </w:rPr>
        <w:t>delante, regidora Olga.</w:t>
      </w:r>
    </w:p>
    <w:p w14:paraId="19ECF746" w14:textId="5853620C" w:rsidR="00EC03D4" w:rsidRPr="002E4E9B" w:rsidRDefault="009660A6" w:rsidP="00DC6CFE">
      <w:pPr>
        <w:jc w:val="both"/>
        <w:rPr>
          <w:rFonts w:ascii="Arial" w:hAnsi="Arial" w:cs="Arial"/>
          <w:sz w:val="24"/>
          <w:szCs w:val="24"/>
        </w:rPr>
      </w:pPr>
      <w:r>
        <w:rPr>
          <w:rFonts w:ascii="Arial" w:hAnsi="Arial" w:cs="Arial"/>
          <w:b/>
          <w:bCs/>
          <w:sz w:val="24"/>
          <w:szCs w:val="24"/>
        </w:rPr>
        <w:t xml:space="preserve">C. MARÍA OLGA GARCÍA AYALA. - </w:t>
      </w:r>
      <w:r w:rsidRPr="002E4E9B">
        <w:rPr>
          <w:rFonts w:ascii="Arial" w:hAnsi="Arial" w:cs="Arial"/>
          <w:sz w:val="24"/>
          <w:szCs w:val="24"/>
        </w:rPr>
        <w:t xml:space="preserve">Yo con respecto a esos </w:t>
      </w:r>
      <w:r>
        <w:rPr>
          <w:rFonts w:ascii="Arial" w:hAnsi="Arial" w:cs="Arial"/>
          <w:sz w:val="24"/>
          <w:szCs w:val="24"/>
        </w:rPr>
        <w:t>$</w:t>
      </w:r>
      <w:r w:rsidRPr="002E4E9B">
        <w:rPr>
          <w:rFonts w:ascii="Arial" w:hAnsi="Arial" w:cs="Arial"/>
          <w:sz w:val="24"/>
          <w:szCs w:val="24"/>
        </w:rPr>
        <w:t>8</w:t>
      </w:r>
      <w:r>
        <w:rPr>
          <w:rFonts w:ascii="Arial" w:hAnsi="Arial" w:cs="Arial"/>
          <w:sz w:val="24"/>
          <w:szCs w:val="24"/>
        </w:rPr>
        <w:t>,000,000.00</w:t>
      </w:r>
      <w:r w:rsidRPr="002E4E9B">
        <w:rPr>
          <w:rFonts w:ascii="Arial" w:hAnsi="Arial" w:cs="Arial"/>
          <w:sz w:val="24"/>
          <w:szCs w:val="24"/>
        </w:rPr>
        <w:t xml:space="preserve"> que entraron de que ya sabemos de una</w:t>
      </w:r>
      <w:r>
        <w:rPr>
          <w:rFonts w:ascii="Arial" w:hAnsi="Arial" w:cs="Arial"/>
          <w:sz w:val="24"/>
          <w:szCs w:val="24"/>
        </w:rPr>
        <w:t xml:space="preserve"> </w:t>
      </w:r>
      <w:r w:rsidRPr="002E4E9B">
        <w:rPr>
          <w:rFonts w:ascii="Arial" w:hAnsi="Arial" w:cs="Arial"/>
          <w:sz w:val="24"/>
          <w:szCs w:val="24"/>
        </w:rPr>
        <w:t>forma que no lo prevé la ley, yo sugiero que se saquen de la bolsa mejor y se revise qué, porque si después los</w:t>
      </w:r>
      <w:r>
        <w:rPr>
          <w:rFonts w:ascii="Arial" w:hAnsi="Arial" w:cs="Arial"/>
          <w:sz w:val="24"/>
          <w:szCs w:val="24"/>
        </w:rPr>
        <w:t xml:space="preserve"> </w:t>
      </w:r>
      <w:r w:rsidRPr="002E4E9B">
        <w:rPr>
          <w:rFonts w:ascii="Arial" w:hAnsi="Arial" w:cs="Arial"/>
          <w:sz w:val="24"/>
          <w:szCs w:val="24"/>
        </w:rPr>
        <w:t>invierten en una obra y después hay un tema legal, ¿qué vamos a hacer? ¿Quién los va a pagar? y nosotros no nos vamos a ser responsables de ese recurso.</w:t>
      </w:r>
    </w:p>
    <w:p w14:paraId="18E55D1C" w14:textId="236C4C2F" w:rsidR="00EC03D4" w:rsidRPr="002E4E9B" w:rsidRDefault="009660A6"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Bueno, regidor, creo que en su momento se discutió la viabilidad legal, técnica y administrativa.</w:t>
      </w:r>
      <w:r>
        <w:rPr>
          <w:rFonts w:ascii="Arial" w:hAnsi="Arial" w:cs="Arial"/>
          <w:sz w:val="24"/>
          <w:szCs w:val="24"/>
        </w:rPr>
        <w:t xml:space="preserve"> </w:t>
      </w:r>
      <w:r w:rsidRPr="002E4E9B">
        <w:rPr>
          <w:rFonts w:ascii="Arial" w:hAnsi="Arial" w:cs="Arial"/>
          <w:sz w:val="24"/>
          <w:szCs w:val="24"/>
        </w:rPr>
        <w:t>Tan, es así que se aprobó por el pleno y pues bueno, como ya mencioné en su momento, pues el pleno volverá a decidir</w:t>
      </w:r>
      <w:r>
        <w:rPr>
          <w:rFonts w:ascii="Arial" w:hAnsi="Arial" w:cs="Arial"/>
          <w:sz w:val="24"/>
          <w:szCs w:val="24"/>
        </w:rPr>
        <w:t xml:space="preserve"> </w:t>
      </w:r>
      <w:r w:rsidRPr="002E4E9B">
        <w:rPr>
          <w:rFonts w:ascii="Arial" w:hAnsi="Arial" w:cs="Arial"/>
          <w:sz w:val="24"/>
          <w:szCs w:val="24"/>
        </w:rPr>
        <w:t>si se redestina para otro otras obras, otro gasto o en su momento pues ya la</w:t>
      </w:r>
      <w:r>
        <w:rPr>
          <w:rFonts w:ascii="Arial" w:hAnsi="Arial" w:cs="Arial"/>
          <w:sz w:val="24"/>
          <w:szCs w:val="24"/>
        </w:rPr>
        <w:t xml:space="preserve"> </w:t>
      </w:r>
      <w:r w:rsidRPr="002E4E9B">
        <w:rPr>
          <w:rFonts w:ascii="Arial" w:hAnsi="Arial" w:cs="Arial"/>
          <w:sz w:val="24"/>
          <w:szCs w:val="24"/>
        </w:rPr>
        <w:t>comisión de obra pública presentará el proyecto ejecutivo de las obras que serán para urbanizar ese terreno.</w:t>
      </w:r>
      <w:r>
        <w:rPr>
          <w:rFonts w:ascii="Arial" w:hAnsi="Arial" w:cs="Arial"/>
          <w:sz w:val="24"/>
          <w:szCs w:val="24"/>
        </w:rPr>
        <w:t xml:space="preserve"> </w:t>
      </w:r>
      <w:r w:rsidRPr="002E4E9B">
        <w:rPr>
          <w:rFonts w:ascii="Arial" w:hAnsi="Arial" w:cs="Arial"/>
          <w:sz w:val="24"/>
          <w:szCs w:val="24"/>
        </w:rPr>
        <w:t>Entonces, continuaríamos. Esto es por lo que ve al ingreso. Adelante, regidor Óscar.</w:t>
      </w:r>
    </w:p>
    <w:p w14:paraId="7F451E97" w14:textId="4D1C369E" w:rsidR="00EC03D4" w:rsidRPr="002E4E9B" w:rsidRDefault="009660A6" w:rsidP="00DC6CFE">
      <w:pPr>
        <w:jc w:val="both"/>
        <w:rPr>
          <w:rFonts w:ascii="Arial" w:hAnsi="Arial" w:cs="Arial"/>
          <w:sz w:val="24"/>
          <w:szCs w:val="24"/>
        </w:rPr>
      </w:pPr>
      <w:r>
        <w:rPr>
          <w:rFonts w:ascii="Arial" w:hAnsi="Arial" w:cs="Arial"/>
          <w:b/>
          <w:bCs/>
          <w:sz w:val="24"/>
          <w:szCs w:val="24"/>
        </w:rPr>
        <w:t xml:space="preserve">C. ÓSCAR MURGÍA TORRES. - </w:t>
      </w:r>
      <w:r w:rsidRPr="002E4E9B">
        <w:rPr>
          <w:rFonts w:ascii="Arial" w:hAnsi="Arial" w:cs="Arial"/>
          <w:sz w:val="24"/>
          <w:szCs w:val="24"/>
        </w:rPr>
        <w:t xml:space="preserve">Sí, volviendo a los </w:t>
      </w:r>
      <w:r>
        <w:rPr>
          <w:rFonts w:ascii="Arial" w:hAnsi="Arial" w:cs="Arial"/>
          <w:sz w:val="24"/>
          <w:szCs w:val="24"/>
        </w:rPr>
        <w:t>$</w:t>
      </w:r>
      <w:r w:rsidRPr="002E4E9B">
        <w:rPr>
          <w:rFonts w:ascii="Arial" w:hAnsi="Arial" w:cs="Arial"/>
          <w:sz w:val="24"/>
          <w:szCs w:val="24"/>
        </w:rPr>
        <w:t>45,</w:t>
      </w:r>
      <w:r>
        <w:rPr>
          <w:rFonts w:ascii="Arial" w:hAnsi="Arial" w:cs="Arial"/>
          <w:sz w:val="24"/>
          <w:szCs w:val="24"/>
        </w:rPr>
        <w:t>000,</w:t>
      </w:r>
      <w:r w:rsidRPr="002E4E9B">
        <w:rPr>
          <w:rFonts w:ascii="Arial" w:hAnsi="Arial" w:cs="Arial"/>
          <w:sz w:val="24"/>
          <w:szCs w:val="24"/>
        </w:rPr>
        <w:t>643</w:t>
      </w:r>
      <w:r>
        <w:rPr>
          <w:rFonts w:ascii="Arial" w:hAnsi="Arial" w:cs="Arial"/>
          <w:sz w:val="24"/>
          <w:szCs w:val="24"/>
        </w:rPr>
        <w:t>.00</w:t>
      </w:r>
      <w:r w:rsidRPr="002E4E9B">
        <w:rPr>
          <w:rFonts w:ascii="Arial" w:hAnsi="Arial" w:cs="Arial"/>
          <w:sz w:val="24"/>
          <w:szCs w:val="24"/>
        </w:rPr>
        <w:t xml:space="preserve"> al ser un remanente de recursos</w:t>
      </w:r>
      <w:r>
        <w:rPr>
          <w:rFonts w:ascii="Arial" w:hAnsi="Arial" w:cs="Arial"/>
          <w:sz w:val="24"/>
          <w:szCs w:val="24"/>
        </w:rPr>
        <w:t xml:space="preserve"> </w:t>
      </w:r>
      <w:r w:rsidRPr="002E4E9B">
        <w:rPr>
          <w:rFonts w:ascii="Arial" w:hAnsi="Arial" w:cs="Arial"/>
          <w:sz w:val="24"/>
          <w:szCs w:val="24"/>
        </w:rPr>
        <w:t>fiscales, regidor, compañeras que nos acompañan de tesorería, estos no están etiquetados, ¿verdad? Los</w:t>
      </w:r>
      <w:r>
        <w:rPr>
          <w:rFonts w:ascii="Arial" w:hAnsi="Arial" w:cs="Arial"/>
          <w:sz w:val="24"/>
          <w:szCs w:val="24"/>
        </w:rPr>
        <w:t xml:space="preserve"> </w:t>
      </w:r>
      <w:r w:rsidRPr="002E4E9B">
        <w:rPr>
          <w:rFonts w:ascii="Arial" w:hAnsi="Arial" w:cs="Arial"/>
          <w:sz w:val="24"/>
          <w:szCs w:val="24"/>
        </w:rPr>
        <w:t>podemos utilizar en obra pública, en cualquier otra circunstancia o sí están, bueno, me queda claro que los ocho no,</w:t>
      </w:r>
      <w:r>
        <w:rPr>
          <w:rFonts w:ascii="Arial" w:hAnsi="Arial" w:cs="Arial"/>
          <w:sz w:val="24"/>
          <w:szCs w:val="24"/>
        </w:rPr>
        <w:t xml:space="preserve"> </w:t>
      </w:r>
      <w:r w:rsidRPr="002E4E9B">
        <w:rPr>
          <w:rFonts w:ascii="Arial" w:hAnsi="Arial" w:cs="Arial"/>
          <w:sz w:val="24"/>
          <w:szCs w:val="24"/>
        </w:rPr>
        <w:t>esos están etiquetados para obras del hospital, pero el resto sí se podría o no. Es una duda que tengo.</w:t>
      </w:r>
    </w:p>
    <w:p w14:paraId="042309D1" w14:textId="4C9B0B7F" w:rsidR="00EC03D4" w:rsidRPr="002E4E9B" w:rsidRDefault="009660A6"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 xml:space="preserve">El los </w:t>
      </w:r>
      <w:r>
        <w:rPr>
          <w:rFonts w:ascii="Arial" w:hAnsi="Arial" w:cs="Arial"/>
          <w:sz w:val="24"/>
          <w:szCs w:val="24"/>
        </w:rPr>
        <w:t>$</w:t>
      </w:r>
      <w:r w:rsidRPr="002E4E9B">
        <w:rPr>
          <w:rFonts w:ascii="Arial" w:hAnsi="Arial" w:cs="Arial"/>
          <w:sz w:val="24"/>
          <w:szCs w:val="24"/>
        </w:rPr>
        <w:t>11</w:t>
      </w:r>
      <w:r>
        <w:rPr>
          <w:rFonts w:ascii="Arial" w:hAnsi="Arial" w:cs="Arial"/>
          <w:sz w:val="24"/>
          <w:szCs w:val="24"/>
        </w:rPr>
        <w:t>,</w:t>
      </w:r>
      <w:r w:rsidRPr="002E4E9B">
        <w:rPr>
          <w:rFonts w:ascii="Arial" w:hAnsi="Arial" w:cs="Arial"/>
          <w:sz w:val="24"/>
          <w:szCs w:val="24"/>
        </w:rPr>
        <w:t>2</w:t>
      </w:r>
      <w:r>
        <w:rPr>
          <w:rFonts w:ascii="Arial" w:hAnsi="Arial" w:cs="Arial"/>
          <w:sz w:val="24"/>
          <w:szCs w:val="24"/>
        </w:rPr>
        <w:t>00,000.00</w:t>
      </w:r>
      <w:r w:rsidRPr="002E4E9B">
        <w:rPr>
          <w:rFonts w:ascii="Arial" w:hAnsi="Arial" w:cs="Arial"/>
          <w:sz w:val="24"/>
          <w:szCs w:val="24"/>
        </w:rPr>
        <w:t xml:space="preserve"> millones se etiquetados para el presupuesto participativo 2025</w:t>
      </w:r>
      <w:r>
        <w:rPr>
          <w:rFonts w:ascii="Arial" w:hAnsi="Arial" w:cs="Arial"/>
          <w:sz w:val="24"/>
          <w:szCs w:val="24"/>
        </w:rPr>
        <w:t xml:space="preserve"> dos mil veinticinco</w:t>
      </w:r>
      <w:r w:rsidRPr="002E4E9B">
        <w:rPr>
          <w:rFonts w:ascii="Arial" w:hAnsi="Arial" w:cs="Arial"/>
          <w:sz w:val="24"/>
          <w:szCs w:val="24"/>
        </w:rPr>
        <w:t>, los ocho, como bien dijo, también están etiquetados para las obras de urbanización del del terreno que se permutó</w:t>
      </w:r>
      <w:r>
        <w:rPr>
          <w:rFonts w:ascii="Arial" w:hAnsi="Arial" w:cs="Arial"/>
          <w:sz w:val="24"/>
          <w:szCs w:val="24"/>
        </w:rPr>
        <w:t xml:space="preserve"> </w:t>
      </w:r>
      <w:r w:rsidRPr="002E4E9B">
        <w:rPr>
          <w:rFonts w:ascii="Arial" w:hAnsi="Arial" w:cs="Arial"/>
          <w:sz w:val="24"/>
          <w:szCs w:val="24"/>
        </w:rPr>
        <w:t>y del resto, como es remanente justamente únicamente se puede en inversión pública, ¿no? Pero igual si la tesor</w:t>
      </w:r>
      <w:r>
        <w:rPr>
          <w:rFonts w:ascii="Arial" w:hAnsi="Arial" w:cs="Arial"/>
          <w:sz w:val="24"/>
          <w:szCs w:val="24"/>
        </w:rPr>
        <w:t>er</w:t>
      </w:r>
      <w:r w:rsidRPr="002E4E9B">
        <w:rPr>
          <w:rFonts w:ascii="Arial" w:hAnsi="Arial" w:cs="Arial"/>
          <w:sz w:val="24"/>
          <w:szCs w:val="24"/>
        </w:rPr>
        <w:t>a nos puede ahundar en el tema, por favor.</w:t>
      </w:r>
    </w:p>
    <w:p w14:paraId="6567296F" w14:textId="04BD7F7E" w:rsidR="00EC03D4" w:rsidRPr="002E4E9B" w:rsidRDefault="009660A6" w:rsidP="00DC6CFE">
      <w:pPr>
        <w:jc w:val="both"/>
        <w:rPr>
          <w:rFonts w:ascii="Arial" w:hAnsi="Arial" w:cs="Arial"/>
          <w:sz w:val="24"/>
          <w:szCs w:val="24"/>
        </w:rPr>
      </w:pPr>
      <w:r>
        <w:rPr>
          <w:rFonts w:ascii="Arial" w:hAnsi="Arial" w:cs="Arial"/>
          <w:b/>
          <w:bCs/>
          <w:sz w:val="24"/>
          <w:szCs w:val="24"/>
        </w:rPr>
        <w:t xml:space="preserve">C. VICTORIA GARCÍA CONTRERAS. - </w:t>
      </w:r>
      <w:r w:rsidRPr="002E4E9B">
        <w:rPr>
          <w:rFonts w:ascii="Arial" w:hAnsi="Arial" w:cs="Arial"/>
          <w:sz w:val="24"/>
          <w:szCs w:val="24"/>
        </w:rPr>
        <w:t>Sí, con relación a lo que son los remanentes, la ley de disciplina financiera establece este tienen un destino. El uno de los el destino</w:t>
      </w:r>
      <w:r>
        <w:rPr>
          <w:rFonts w:ascii="Arial" w:hAnsi="Arial" w:cs="Arial"/>
          <w:sz w:val="24"/>
          <w:szCs w:val="24"/>
        </w:rPr>
        <w:t xml:space="preserve"> </w:t>
      </w:r>
      <w:r w:rsidRPr="002E4E9B">
        <w:rPr>
          <w:rFonts w:ascii="Arial" w:hAnsi="Arial" w:cs="Arial"/>
          <w:sz w:val="24"/>
          <w:szCs w:val="24"/>
        </w:rPr>
        <w:t>prioritario que se le tiene que dar es en caso de que se tenga este un alto índice de deuda. Él no es el no es</w:t>
      </w:r>
      <w:r>
        <w:rPr>
          <w:rFonts w:ascii="Arial" w:hAnsi="Arial" w:cs="Arial"/>
          <w:sz w:val="24"/>
          <w:szCs w:val="24"/>
        </w:rPr>
        <w:t xml:space="preserve"> </w:t>
      </w:r>
      <w:r w:rsidRPr="002E4E9B">
        <w:rPr>
          <w:rFonts w:ascii="Arial" w:hAnsi="Arial" w:cs="Arial"/>
          <w:sz w:val="24"/>
          <w:szCs w:val="24"/>
        </w:rPr>
        <w:t>nuestro caso. El segundo es que este se tiene que ejercer en inversión</w:t>
      </w:r>
      <w:r>
        <w:rPr>
          <w:rFonts w:ascii="Arial" w:hAnsi="Arial" w:cs="Arial"/>
          <w:sz w:val="24"/>
          <w:szCs w:val="24"/>
        </w:rPr>
        <w:t xml:space="preserve"> </w:t>
      </w:r>
      <w:r w:rsidRPr="002E4E9B">
        <w:rPr>
          <w:rFonts w:ascii="Arial" w:hAnsi="Arial" w:cs="Arial"/>
          <w:sz w:val="24"/>
          <w:szCs w:val="24"/>
        </w:rPr>
        <w:t>productiva. Entonces ese remanente puede tener dos destinos, ya sea para equipamiento o para obra pública. Y como</w:t>
      </w:r>
      <w:r>
        <w:rPr>
          <w:rFonts w:ascii="Arial" w:hAnsi="Arial" w:cs="Arial"/>
          <w:sz w:val="24"/>
          <w:szCs w:val="24"/>
        </w:rPr>
        <w:t xml:space="preserve"> </w:t>
      </w:r>
      <w:r w:rsidRPr="002E4E9B">
        <w:rPr>
          <w:rFonts w:ascii="Arial" w:hAnsi="Arial" w:cs="Arial"/>
          <w:sz w:val="24"/>
          <w:szCs w:val="24"/>
        </w:rPr>
        <w:t>nosotros este bueno, también tenemos lo que es el tema de la deuda pública</w:t>
      </w:r>
      <w:r>
        <w:rPr>
          <w:rFonts w:ascii="Arial" w:hAnsi="Arial" w:cs="Arial"/>
          <w:sz w:val="24"/>
          <w:szCs w:val="24"/>
        </w:rPr>
        <w:t xml:space="preserve"> </w:t>
      </w:r>
      <w:r w:rsidRPr="002E4E9B">
        <w:rPr>
          <w:rFonts w:ascii="Arial" w:hAnsi="Arial" w:cs="Arial"/>
          <w:sz w:val="24"/>
          <w:szCs w:val="24"/>
        </w:rPr>
        <w:t>dentro de lo que son los rangos muy controlados, estamos este en el sistema de alertas en verde, que quiere decir que, pues tenemos una deuda sostenible,</w:t>
      </w:r>
      <w:r>
        <w:rPr>
          <w:rFonts w:ascii="Arial" w:hAnsi="Arial" w:cs="Arial"/>
          <w:sz w:val="24"/>
          <w:szCs w:val="24"/>
        </w:rPr>
        <w:t xml:space="preserve"> </w:t>
      </w:r>
      <w:r w:rsidRPr="002E4E9B">
        <w:rPr>
          <w:rFonts w:ascii="Arial" w:hAnsi="Arial" w:cs="Arial"/>
          <w:sz w:val="24"/>
          <w:szCs w:val="24"/>
        </w:rPr>
        <w:t xml:space="preserve">por lo tanto, nos permite también en su momento solamente poder determinar hasta un 2.5 para gasto </w:t>
      </w:r>
      <w:r w:rsidRPr="002E4E9B">
        <w:rPr>
          <w:rFonts w:ascii="Arial" w:hAnsi="Arial" w:cs="Arial"/>
          <w:sz w:val="24"/>
          <w:szCs w:val="24"/>
        </w:rPr>
        <w:lastRenderedPageBreak/>
        <w:t>corriente, un 2.5%.</w:t>
      </w:r>
      <w:r>
        <w:rPr>
          <w:rFonts w:ascii="Arial" w:hAnsi="Arial" w:cs="Arial"/>
          <w:sz w:val="24"/>
          <w:szCs w:val="24"/>
        </w:rPr>
        <w:t xml:space="preserve"> </w:t>
      </w:r>
      <w:r w:rsidRPr="002E4E9B">
        <w:rPr>
          <w:rFonts w:ascii="Arial" w:hAnsi="Arial" w:cs="Arial"/>
          <w:sz w:val="24"/>
          <w:szCs w:val="24"/>
        </w:rPr>
        <w:t>Entonces, en este caso, la etiqueta que tiene en el egreso es este la gran parte para obra pública. En su momento</w:t>
      </w:r>
      <w:r>
        <w:rPr>
          <w:rFonts w:ascii="Arial" w:hAnsi="Arial" w:cs="Arial"/>
          <w:sz w:val="24"/>
          <w:szCs w:val="24"/>
        </w:rPr>
        <w:t xml:space="preserve"> </w:t>
      </w:r>
      <w:r w:rsidRPr="002E4E9B">
        <w:rPr>
          <w:rFonts w:ascii="Arial" w:hAnsi="Arial" w:cs="Arial"/>
          <w:sz w:val="24"/>
          <w:szCs w:val="24"/>
        </w:rPr>
        <w:t>así fue este definido y pues está se está cumpliendo con lo que establece disciplina financiera. no nos lo deja a</w:t>
      </w:r>
      <w:r>
        <w:rPr>
          <w:rFonts w:ascii="Arial" w:hAnsi="Arial" w:cs="Arial"/>
          <w:sz w:val="24"/>
          <w:szCs w:val="24"/>
        </w:rPr>
        <w:t xml:space="preserve"> </w:t>
      </w:r>
      <w:r w:rsidRPr="002E4E9B">
        <w:rPr>
          <w:rFonts w:ascii="Arial" w:hAnsi="Arial" w:cs="Arial"/>
          <w:sz w:val="24"/>
          <w:szCs w:val="24"/>
        </w:rPr>
        <w:t>libertad de que nosotros lo podamos destinar para cualquier gasto viene exclusivamente para lo que es el capítulo 5,000 o 6,000, que es lo que</w:t>
      </w:r>
      <w:r>
        <w:rPr>
          <w:rFonts w:ascii="Arial" w:hAnsi="Arial" w:cs="Arial"/>
          <w:sz w:val="24"/>
          <w:szCs w:val="24"/>
        </w:rPr>
        <w:t xml:space="preserve"> </w:t>
      </w:r>
      <w:r w:rsidRPr="002E4E9B">
        <w:rPr>
          <w:rFonts w:ascii="Arial" w:hAnsi="Arial" w:cs="Arial"/>
          <w:sz w:val="24"/>
          <w:szCs w:val="24"/>
        </w:rPr>
        <w:t>comprende la obra este la inversión productiva.</w:t>
      </w:r>
    </w:p>
    <w:p w14:paraId="12402C3B" w14:textId="7A3D99EE" w:rsidR="00EC03D4" w:rsidRPr="002E4E9B" w:rsidRDefault="009660A6" w:rsidP="00DC6CFE">
      <w:pPr>
        <w:jc w:val="both"/>
        <w:rPr>
          <w:rFonts w:ascii="Arial" w:hAnsi="Arial" w:cs="Arial"/>
          <w:sz w:val="24"/>
          <w:szCs w:val="24"/>
        </w:rPr>
      </w:pPr>
      <w:r>
        <w:rPr>
          <w:rFonts w:ascii="Arial" w:hAnsi="Arial" w:cs="Arial"/>
          <w:b/>
          <w:bCs/>
          <w:sz w:val="24"/>
          <w:szCs w:val="24"/>
        </w:rPr>
        <w:t xml:space="preserve">C. MIGUEL MARENTES. - </w:t>
      </w:r>
      <w:r>
        <w:rPr>
          <w:rFonts w:ascii="Arial" w:hAnsi="Arial" w:cs="Arial"/>
          <w:sz w:val="24"/>
          <w:szCs w:val="24"/>
        </w:rPr>
        <w:t>G</w:t>
      </w:r>
      <w:r w:rsidRPr="002E4E9B">
        <w:rPr>
          <w:rFonts w:ascii="Arial" w:hAnsi="Arial" w:cs="Arial"/>
          <w:sz w:val="24"/>
          <w:szCs w:val="24"/>
        </w:rPr>
        <w:t xml:space="preserve">racias tesorera, gracias al </w:t>
      </w:r>
      <w:r>
        <w:rPr>
          <w:rFonts w:ascii="Arial" w:hAnsi="Arial" w:cs="Arial"/>
          <w:sz w:val="24"/>
          <w:szCs w:val="24"/>
        </w:rPr>
        <w:t>L</w:t>
      </w:r>
      <w:r w:rsidRPr="002E4E9B">
        <w:rPr>
          <w:rFonts w:ascii="Arial" w:hAnsi="Arial" w:cs="Arial"/>
          <w:sz w:val="24"/>
          <w:szCs w:val="24"/>
        </w:rPr>
        <w:t>icenciado Jorge Juárez por acompañarnos aquí en la sesión.</w:t>
      </w:r>
      <w:r>
        <w:rPr>
          <w:rFonts w:ascii="Arial" w:hAnsi="Arial" w:cs="Arial"/>
          <w:sz w:val="24"/>
          <w:szCs w:val="24"/>
        </w:rPr>
        <w:t xml:space="preserve"> </w:t>
      </w:r>
      <w:r w:rsidRPr="002E4E9B">
        <w:rPr>
          <w:rFonts w:ascii="Arial" w:hAnsi="Arial" w:cs="Arial"/>
          <w:sz w:val="24"/>
          <w:szCs w:val="24"/>
        </w:rPr>
        <w:t>Continuaríamos con el egreso, el egreso por objeto de gasto.</w:t>
      </w:r>
      <w:r>
        <w:rPr>
          <w:rFonts w:ascii="Arial" w:hAnsi="Arial" w:cs="Arial"/>
          <w:sz w:val="24"/>
          <w:szCs w:val="24"/>
        </w:rPr>
        <w:t xml:space="preserve"> </w:t>
      </w:r>
      <w:r w:rsidRPr="002E4E9B">
        <w:rPr>
          <w:rFonts w:ascii="Arial" w:hAnsi="Arial" w:cs="Arial"/>
          <w:sz w:val="24"/>
          <w:szCs w:val="24"/>
        </w:rPr>
        <w:t>Iniciaremos con lo que son las partidas del capítulo 1000, que es servicios personales.</w:t>
      </w:r>
      <w:r>
        <w:rPr>
          <w:rFonts w:ascii="Arial" w:hAnsi="Arial" w:cs="Arial"/>
          <w:sz w:val="24"/>
          <w:szCs w:val="24"/>
        </w:rPr>
        <w:t xml:space="preserve"> </w:t>
      </w:r>
      <w:r w:rsidRPr="002E4E9B">
        <w:rPr>
          <w:rFonts w:ascii="Arial" w:hAnsi="Arial" w:cs="Arial"/>
          <w:sz w:val="24"/>
          <w:szCs w:val="24"/>
        </w:rPr>
        <w:t>Como bien sabemos, no se puede aumentar el capítulo 1000, pero sí se pueden hacer transferencias entre las partidas</w:t>
      </w:r>
      <w:r>
        <w:rPr>
          <w:rFonts w:ascii="Arial" w:hAnsi="Arial" w:cs="Arial"/>
          <w:sz w:val="24"/>
          <w:szCs w:val="24"/>
        </w:rPr>
        <w:t xml:space="preserve"> </w:t>
      </w:r>
      <w:r w:rsidRPr="002E4E9B">
        <w:rPr>
          <w:rFonts w:ascii="Arial" w:hAnsi="Arial" w:cs="Arial"/>
          <w:sz w:val="24"/>
          <w:szCs w:val="24"/>
        </w:rPr>
        <w:t>que corresponden al a la partida, al capítulo, perdón. Entonces, en cuanto a dietas, que son nuestros sueldos, no hay ninguna modificación.</w:t>
      </w:r>
      <w:r>
        <w:rPr>
          <w:rFonts w:ascii="Arial" w:hAnsi="Arial" w:cs="Arial"/>
          <w:sz w:val="24"/>
          <w:szCs w:val="24"/>
        </w:rPr>
        <w:t xml:space="preserve"> </w:t>
      </w:r>
      <w:r w:rsidRPr="002E4E9B">
        <w:rPr>
          <w:rFonts w:ascii="Arial" w:hAnsi="Arial" w:cs="Arial"/>
          <w:sz w:val="24"/>
          <w:szCs w:val="24"/>
        </w:rPr>
        <w:t xml:space="preserve">Sueldos base al personal permanente, una disminución de </w:t>
      </w:r>
      <w:r>
        <w:rPr>
          <w:rFonts w:ascii="Arial" w:hAnsi="Arial" w:cs="Arial"/>
          <w:sz w:val="24"/>
          <w:szCs w:val="24"/>
        </w:rPr>
        <w:t>$</w:t>
      </w:r>
      <w:r w:rsidRPr="002E4E9B">
        <w:rPr>
          <w:rFonts w:ascii="Arial" w:hAnsi="Arial" w:cs="Arial"/>
          <w:sz w:val="24"/>
          <w:szCs w:val="24"/>
        </w:rPr>
        <w:t>5</w:t>
      </w:r>
      <w:r>
        <w:rPr>
          <w:rFonts w:ascii="Arial" w:hAnsi="Arial" w:cs="Arial"/>
          <w:sz w:val="24"/>
          <w:szCs w:val="24"/>
        </w:rPr>
        <w:t>,</w:t>
      </w:r>
      <w:r w:rsidRPr="002E4E9B">
        <w:rPr>
          <w:rFonts w:ascii="Arial" w:hAnsi="Arial" w:cs="Arial"/>
          <w:sz w:val="24"/>
          <w:szCs w:val="24"/>
        </w:rPr>
        <w:t>3</w:t>
      </w:r>
      <w:r>
        <w:rPr>
          <w:rFonts w:ascii="Arial" w:hAnsi="Arial" w:cs="Arial"/>
          <w:sz w:val="24"/>
          <w:szCs w:val="24"/>
        </w:rPr>
        <w:t>00, 000.00</w:t>
      </w:r>
      <w:r w:rsidRPr="002E4E9B">
        <w:rPr>
          <w:rFonts w:ascii="Arial" w:hAnsi="Arial" w:cs="Arial"/>
          <w:sz w:val="24"/>
          <w:szCs w:val="24"/>
        </w:rPr>
        <w:t xml:space="preserve"> millones, quedando </w:t>
      </w:r>
      <w:r>
        <w:rPr>
          <w:rFonts w:ascii="Arial" w:hAnsi="Arial" w:cs="Arial"/>
          <w:sz w:val="24"/>
          <w:szCs w:val="24"/>
        </w:rPr>
        <w:t>$</w:t>
      </w:r>
      <w:r w:rsidRPr="002E4E9B">
        <w:rPr>
          <w:rFonts w:ascii="Arial" w:hAnsi="Arial" w:cs="Arial"/>
          <w:sz w:val="24"/>
          <w:szCs w:val="24"/>
        </w:rPr>
        <w:t>151,235,946.</w:t>
      </w:r>
      <w:r>
        <w:rPr>
          <w:rFonts w:ascii="Arial" w:hAnsi="Arial" w:cs="Arial"/>
          <w:sz w:val="24"/>
          <w:szCs w:val="24"/>
        </w:rPr>
        <w:t xml:space="preserve">00 </w:t>
      </w:r>
      <w:r w:rsidRPr="002E4E9B">
        <w:rPr>
          <w:rFonts w:ascii="Arial" w:hAnsi="Arial" w:cs="Arial"/>
          <w:sz w:val="24"/>
          <w:szCs w:val="24"/>
        </w:rPr>
        <w:t xml:space="preserve">Sueldos base al personal eventual, un aumento de </w:t>
      </w:r>
      <w:r>
        <w:rPr>
          <w:rFonts w:ascii="Arial" w:hAnsi="Arial" w:cs="Arial"/>
          <w:sz w:val="24"/>
          <w:szCs w:val="24"/>
        </w:rPr>
        <w:t>$</w:t>
      </w:r>
      <w:r w:rsidRPr="002E4E9B">
        <w:rPr>
          <w:rFonts w:ascii="Arial" w:hAnsi="Arial" w:cs="Arial"/>
          <w:sz w:val="24"/>
          <w:szCs w:val="24"/>
        </w:rPr>
        <w:t>3</w:t>
      </w:r>
      <w:r>
        <w:rPr>
          <w:rFonts w:ascii="Arial" w:hAnsi="Arial" w:cs="Arial"/>
          <w:sz w:val="24"/>
          <w:szCs w:val="24"/>
        </w:rPr>
        <w:t>,</w:t>
      </w:r>
      <w:r w:rsidRPr="002E4E9B">
        <w:rPr>
          <w:rFonts w:ascii="Arial" w:hAnsi="Arial" w:cs="Arial"/>
          <w:sz w:val="24"/>
          <w:szCs w:val="24"/>
        </w:rPr>
        <w:t>7</w:t>
      </w:r>
      <w:r>
        <w:rPr>
          <w:rFonts w:ascii="Arial" w:hAnsi="Arial" w:cs="Arial"/>
          <w:sz w:val="24"/>
          <w:szCs w:val="24"/>
        </w:rPr>
        <w:t>00,000.00</w:t>
      </w:r>
      <w:r w:rsidRPr="002E4E9B">
        <w:rPr>
          <w:rFonts w:ascii="Arial" w:hAnsi="Arial" w:cs="Arial"/>
          <w:sz w:val="24"/>
          <w:szCs w:val="24"/>
        </w:rPr>
        <w:t xml:space="preserve"> millones, quedando un total de </w:t>
      </w:r>
      <w:r>
        <w:rPr>
          <w:rFonts w:ascii="Arial" w:hAnsi="Arial" w:cs="Arial"/>
          <w:sz w:val="24"/>
          <w:szCs w:val="24"/>
        </w:rPr>
        <w:t>$</w:t>
      </w:r>
      <w:r w:rsidRPr="002E4E9B">
        <w:rPr>
          <w:rFonts w:ascii="Arial" w:hAnsi="Arial" w:cs="Arial"/>
          <w:sz w:val="24"/>
          <w:szCs w:val="24"/>
        </w:rPr>
        <w:t>48,254,444</w:t>
      </w:r>
      <w:r>
        <w:rPr>
          <w:rFonts w:ascii="Arial" w:hAnsi="Arial" w:cs="Arial"/>
          <w:sz w:val="24"/>
          <w:szCs w:val="24"/>
        </w:rPr>
        <w:t>8.</w:t>
      </w:r>
      <w:r w:rsidRPr="002E4E9B">
        <w:rPr>
          <w:rFonts w:ascii="Arial" w:hAnsi="Arial" w:cs="Arial"/>
          <w:sz w:val="24"/>
          <w:szCs w:val="24"/>
        </w:rPr>
        <w:t>5.</w:t>
      </w:r>
      <w:r>
        <w:rPr>
          <w:rFonts w:ascii="Arial" w:hAnsi="Arial" w:cs="Arial"/>
          <w:sz w:val="24"/>
          <w:szCs w:val="24"/>
        </w:rPr>
        <w:t xml:space="preserve"> </w:t>
      </w:r>
      <w:r w:rsidRPr="002E4E9B">
        <w:rPr>
          <w:rFonts w:ascii="Arial" w:hAnsi="Arial" w:cs="Arial"/>
          <w:sz w:val="24"/>
          <w:szCs w:val="24"/>
        </w:rPr>
        <w:t xml:space="preserve">primas de vacaciones dominicales y gratificación de fin de año, un aumento de </w:t>
      </w:r>
      <w:r>
        <w:rPr>
          <w:rFonts w:ascii="Arial" w:hAnsi="Arial" w:cs="Arial"/>
          <w:sz w:val="24"/>
          <w:szCs w:val="24"/>
        </w:rPr>
        <w:t>$</w:t>
      </w:r>
      <w:r w:rsidRPr="002E4E9B">
        <w:rPr>
          <w:rFonts w:ascii="Arial" w:hAnsi="Arial" w:cs="Arial"/>
          <w:sz w:val="24"/>
          <w:szCs w:val="24"/>
        </w:rPr>
        <w:t>113,006</w:t>
      </w:r>
      <w:r>
        <w:rPr>
          <w:rFonts w:ascii="Arial" w:hAnsi="Arial" w:cs="Arial"/>
          <w:sz w:val="24"/>
          <w:szCs w:val="24"/>
        </w:rPr>
        <w:t xml:space="preserve">.00 pesos </w:t>
      </w:r>
      <w:r w:rsidRPr="002E4E9B">
        <w:rPr>
          <w:rFonts w:ascii="Arial" w:hAnsi="Arial" w:cs="Arial"/>
          <w:sz w:val="24"/>
          <w:szCs w:val="24"/>
        </w:rPr>
        <w:t xml:space="preserve">quedando un total de </w:t>
      </w:r>
      <w:r>
        <w:rPr>
          <w:rFonts w:ascii="Arial" w:hAnsi="Arial" w:cs="Arial"/>
          <w:sz w:val="24"/>
          <w:szCs w:val="24"/>
        </w:rPr>
        <w:t>$</w:t>
      </w:r>
      <w:r w:rsidRPr="002E4E9B">
        <w:rPr>
          <w:rFonts w:ascii="Arial" w:hAnsi="Arial" w:cs="Arial"/>
          <w:sz w:val="24"/>
          <w:szCs w:val="24"/>
        </w:rPr>
        <w:t>32</w:t>
      </w:r>
      <w:r>
        <w:rPr>
          <w:rFonts w:ascii="Arial" w:hAnsi="Arial" w:cs="Arial"/>
          <w:sz w:val="24"/>
          <w:szCs w:val="24"/>
        </w:rPr>
        <w:t>,000,000.00</w:t>
      </w:r>
      <w:r w:rsidRPr="002E4E9B">
        <w:rPr>
          <w:rFonts w:ascii="Arial" w:hAnsi="Arial" w:cs="Arial"/>
          <w:sz w:val="24"/>
          <w:szCs w:val="24"/>
        </w:rPr>
        <w:t xml:space="preserve"> millones de Horas extraordinarias y compensaciones, no hay ninguna modificación de lo originalmente presupuestado.</w:t>
      </w:r>
      <w:r>
        <w:rPr>
          <w:rFonts w:ascii="Arial" w:hAnsi="Arial" w:cs="Arial"/>
          <w:sz w:val="24"/>
          <w:szCs w:val="24"/>
        </w:rPr>
        <w:t xml:space="preserve"> </w:t>
      </w:r>
      <w:r w:rsidRPr="002E4E9B">
        <w:rPr>
          <w:rFonts w:ascii="Arial" w:hAnsi="Arial" w:cs="Arial"/>
          <w:sz w:val="24"/>
          <w:szCs w:val="24"/>
        </w:rPr>
        <w:t xml:space="preserve">Aportaciones de seguridad social, un aumento de </w:t>
      </w:r>
      <w:r>
        <w:rPr>
          <w:rFonts w:ascii="Arial" w:hAnsi="Arial" w:cs="Arial"/>
          <w:sz w:val="24"/>
          <w:szCs w:val="24"/>
        </w:rPr>
        <w:t>$</w:t>
      </w:r>
      <w:r w:rsidRPr="002E4E9B">
        <w:rPr>
          <w:rFonts w:ascii="Arial" w:hAnsi="Arial" w:cs="Arial"/>
          <w:sz w:val="24"/>
          <w:szCs w:val="24"/>
        </w:rPr>
        <w:t>46</w:t>
      </w:r>
      <w:r>
        <w:rPr>
          <w:rFonts w:ascii="Arial" w:hAnsi="Arial" w:cs="Arial"/>
          <w:sz w:val="24"/>
          <w:szCs w:val="24"/>
        </w:rPr>
        <w:t>,</w:t>
      </w:r>
      <w:r w:rsidRPr="002E4E9B">
        <w:rPr>
          <w:rFonts w:ascii="Arial" w:hAnsi="Arial" w:cs="Arial"/>
          <w:sz w:val="24"/>
          <w:szCs w:val="24"/>
        </w:rPr>
        <w:t>000</w:t>
      </w:r>
      <w:r>
        <w:rPr>
          <w:rFonts w:ascii="Arial" w:hAnsi="Arial" w:cs="Arial"/>
          <w:sz w:val="24"/>
          <w:szCs w:val="24"/>
        </w:rPr>
        <w:t xml:space="preserve"> pesos</w:t>
      </w:r>
      <w:r w:rsidRPr="002E4E9B">
        <w:rPr>
          <w:rFonts w:ascii="Arial" w:hAnsi="Arial" w:cs="Arial"/>
          <w:sz w:val="24"/>
          <w:szCs w:val="24"/>
        </w:rPr>
        <w:t xml:space="preserve">. Aportaciones al sistema para retiros, un aumento de </w:t>
      </w:r>
      <w:r>
        <w:rPr>
          <w:rFonts w:ascii="Arial" w:hAnsi="Arial" w:cs="Arial"/>
          <w:sz w:val="24"/>
          <w:szCs w:val="24"/>
        </w:rPr>
        <w:t>$</w:t>
      </w:r>
      <w:r w:rsidRPr="002E4E9B">
        <w:rPr>
          <w:rFonts w:ascii="Arial" w:hAnsi="Arial" w:cs="Arial"/>
          <w:sz w:val="24"/>
          <w:szCs w:val="24"/>
        </w:rPr>
        <w:t>118</w:t>
      </w:r>
      <w:r>
        <w:rPr>
          <w:rFonts w:ascii="Arial" w:hAnsi="Arial" w:cs="Arial"/>
          <w:sz w:val="24"/>
          <w:szCs w:val="24"/>
        </w:rPr>
        <w:t>,</w:t>
      </w:r>
      <w:r w:rsidRPr="002E4E9B">
        <w:rPr>
          <w:rFonts w:ascii="Arial" w:hAnsi="Arial" w:cs="Arial"/>
          <w:sz w:val="24"/>
          <w:szCs w:val="24"/>
        </w:rPr>
        <w:t xml:space="preserve">000 </w:t>
      </w:r>
      <w:r>
        <w:rPr>
          <w:rFonts w:ascii="Arial" w:hAnsi="Arial" w:cs="Arial"/>
          <w:sz w:val="24"/>
          <w:szCs w:val="24"/>
        </w:rPr>
        <w:t>pesos</w:t>
      </w:r>
      <w:r w:rsidRPr="002E4E9B">
        <w:rPr>
          <w:rFonts w:ascii="Arial" w:hAnsi="Arial" w:cs="Arial"/>
          <w:sz w:val="24"/>
          <w:szCs w:val="24"/>
        </w:rPr>
        <w:t>.</w:t>
      </w:r>
      <w:r>
        <w:rPr>
          <w:rFonts w:ascii="Arial" w:hAnsi="Arial" w:cs="Arial"/>
          <w:sz w:val="24"/>
          <w:szCs w:val="24"/>
        </w:rPr>
        <w:t xml:space="preserve"> </w:t>
      </w:r>
      <w:r w:rsidRPr="002E4E9B">
        <w:rPr>
          <w:rFonts w:ascii="Arial" w:hAnsi="Arial" w:cs="Arial"/>
          <w:sz w:val="24"/>
          <w:szCs w:val="24"/>
        </w:rPr>
        <w:t xml:space="preserve">Aportaciones para seguros, no hay ningún aumento, ningún cambio, perdón, cuotas para el fondo de ahorro y fondo de trabajo, un aumento de </w:t>
      </w:r>
      <w:r w:rsidR="002C59FD">
        <w:rPr>
          <w:rFonts w:ascii="Arial" w:hAnsi="Arial" w:cs="Arial"/>
          <w:sz w:val="24"/>
          <w:szCs w:val="24"/>
        </w:rPr>
        <w:t>$</w:t>
      </w:r>
      <w:r w:rsidRPr="002E4E9B">
        <w:rPr>
          <w:rFonts w:ascii="Arial" w:hAnsi="Arial" w:cs="Arial"/>
          <w:sz w:val="24"/>
          <w:szCs w:val="24"/>
        </w:rPr>
        <w:t xml:space="preserve">14,000 </w:t>
      </w:r>
      <w:r w:rsidR="002C59FD">
        <w:rPr>
          <w:rFonts w:ascii="Arial" w:hAnsi="Arial" w:cs="Arial"/>
          <w:sz w:val="24"/>
          <w:szCs w:val="24"/>
        </w:rPr>
        <w:t>pesos</w:t>
      </w:r>
      <w:r w:rsidRPr="002E4E9B">
        <w:rPr>
          <w:rFonts w:ascii="Arial" w:hAnsi="Arial" w:cs="Arial"/>
          <w:sz w:val="24"/>
          <w:szCs w:val="24"/>
        </w:rPr>
        <w:t>.</w:t>
      </w:r>
      <w:r w:rsidR="002C59FD">
        <w:rPr>
          <w:rFonts w:ascii="Arial" w:hAnsi="Arial" w:cs="Arial"/>
          <w:sz w:val="24"/>
          <w:szCs w:val="24"/>
        </w:rPr>
        <w:t xml:space="preserve"> </w:t>
      </w:r>
      <w:r w:rsidRPr="002E4E9B">
        <w:rPr>
          <w:rFonts w:ascii="Arial" w:hAnsi="Arial" w:cs="Arial"/>
          <w:sz w:val="24"/>
          <w:szCs w:val="24"/>
        </w:rPr>
        <w:t>Prestaciones y a veres de retiro, un no se tenía originalmente presupuestado nada y se está complementando la partida</w:t>
      </w:r>
      <w:r w:rsidR="002C59FD">
        <w:rPr>
          <w:rFonts w:ascii="Arial" w:hAnsi="Arial" w:cs="Arial"/>
          <w:sz w:val="24"/>
          <w:szCs w:val="24"/>
        </w:rPr>
        <w:t xml:space="preserve"> </w:t>
      </w:r>
      <w:r w:rsidR="002C59FD" w:rsidRPr="002E4E9B">
        <w:rPr>
          <w:rFonts w:ascii="Arial" w:hAnsi="Arial" w:cs="Arial"/>
          <w:sz w:val="24"/>
          <w:szCs w:val="24"/>
        </w:rPr>
        <w:t>con $</w:t>
      </w:r>
      <w:r w:rsidRPr="002E4E9B">
        <w:rPr>
          <w:rFonts w:ascii="Arial" w:hAnsi="Arial" w:cs="Arial"/>
          <w:sz w:val="24"/>
          <w:szCs w:val="24"/>
        </w:rPr>
        <w:t>1,177,137</w:t>
      </w:r>
      <w:r w:rsidR="002C59FD">
        <w:rPr>
          <w:rFonts w:ascii="Arial" w:hAnsi="Arial" w:cs="Arial"/>
          <w:sz w:val="24"/>
          <w:szCs w:val="24"/>
        </w:rPr>
        <w:t>.</w:t>
      </w:r>
      <w:r w:rsidRPr="002E4E9B">
        <w:rPr>
          <w:rFonts w:ascii="Arial" w:hAnsi="Arial" w:cs="Arial"/>
          <w:sz w:val="24"/>
          <w:szCs w:val="24"/>
        </w:rPr>
        <w:t>84</w:t>
      </w:r>
      <w:r w:rsidR="002C59FD">
        <w:rPr>
          <w:rFonts w:ascii="Arial" w:hAnsi="Arial" w:cs="Arial"/>
          <w:sz w:val="24"/>
          <w:szCs w:val="24"/>
        </w:rPr>
        <w:t xml:space="preserve"> </w:t>
      </w:r>
      <w:r w:rsidRPr="002E4E9B">
        <w:rPr>
          <w:rFonts w:ascii="Arial" w:hAnsi="Arial" w:cs="Arial"/>
          <w:sz w:val="24"/>
          <w:szCs w:val="24"/>
        </w:rPr>
        <w:t xml:space="preserve">Otras prestaciones sociales y económicas, un aumento de </w:t>
      </w:r>
      <w:r w:rsidR="002C59FD">
        <w:rPr>
          <w:rFonts w:ascii="Arial" w:hAnsi="Arial" w:cs="Arial"/>
          <w:sz w:val="24"/>
          <w:szCs w:val="24"/>
        </w:rPr>
        <w:t>$</w:t>
      </w:r>
      <w:r w:rsidRPr="002E4E9B">
        <w:rPr>
          <w:rFonts w:ascii="Arial" w:hAnsi="Arial" w:cs="Arial"/>
          <w:sz w:val="24"/>
          <w:szCs w:val="24"/>
        </w:rPr>
        <w:t>56,000</w:t>
      </w:r>
      <w:r w:rsidR="002C59FD">
        <w:rPr>
          <w:rFonts w:ascii="Arial" w:hAnsi="Arial" w:cs="Arial"/>
          <w:sz w:val="24"/>
          <w:szCs w:val="24"/>
        </w:rPr>
        <w:t xml:space="preserve"> pesos</w:t>
      </w:r>
      <w:r w:rsidR="002C59FD" w:rsidRPr="002E4E9B">
        <w:rPr>
          <w:rFonts w:ascii="Arial" w:hAnsi="Arial" w:cs="Arial"/>
          <w:sz w:val="24"/>
          <w:szCs w:val="24"/>
        </w:rPr>
        <w:t>.</w:t>
      </w:r>
      <w:r w:rsidR="002C59FD">
        <w:rPr>
          <w:rFonts w:ascii="Arial" w:hAnsi="Arial" w:cs="Arial"/>
          <w:sz w:val="24"/>
          <w:szCs w:val="24"/>
        </w:rPr>
        <w:t xml:space="preserve"> </w:t>
      </w:r>
      <w:r w:rsidRPr="002E4E9B">
        <w:rPr>
          <w:rFonts w:ascii="Arial" w:hAnsi="Arial" w:cs="Arial"/>
          <w:sz w:val="24"/>
          <w:szCs w:val="24"/>
        </w:rPr>
        <w:t xml:space="preserve">Estímulos, un aumento de </w:t>
      </w:r>
      <w:r w:rsidR="002C59FD">
        <w:rPr>
          <w:rFonts w:ascii="Arial" w:hAnsi="Arial" w:cs="Arial"/>
          <w:sz w:val="24"/>
          <w:szCs w:val="24"/>
        </w:rPr>
        <w:t>$</w:t>
      </w:r>
      <w:r w:rsidRPr="002E4E9B">
        <w:rPr>
          <w:rFonts w:ascii="Arial" w:hAnsi="Arial" w:cs="Arial"/>
          <w:sz w:val="24"/>
          <w:szCs w:val="24"/>
        </w:rPr>
        <w:t>6,</w:t>
      </w:r>
      <w:r w:rsidR="002C59FD">
        <w:rPr>
          <w:rFonts w:ascii="Arial" w:hAnsi="Arial" w:cs="Arial"/>
          <w:sz w:val="24"/>
          <w:szCs w:val="24"/>
        </w:rPr>
        <w:t>8</w:t>
      </w:r>
      <w:r w:rsidRPr="002E4E9B">
        <w:rPr>
          <w:rFonts w:ascii="Arial" w:hAnsi="Arial" w:cs="Arial"/>
          <w:sz w:val="24"/>
          <w:szCs w:val="24"/>
        </w:rPr>
        <w:t>88</w:t>
      </w:r>
      <w:r w:rsidR="002C59FD">
        <w:rPr>
          <w:rFonts w:ascii="Arial" w:hAnsi="Arial" w:cs="Arial"/>
          <w:sz w:val="24"/>
          <w:szCs w:val="24"/>
        </w:rPr>
        <w:t xml:space="preserve"> </w:t>
      </w:r>
      <w:proofErr w:type="gramStart"/>
      <w:r w:rsidR="002C59FD">
        <w:rPr>
          <w:rFonts w:ascii="Arial" w:hAnsi="Arial" w:cs="Arial"/>
          <w:sz w:val="24"/>
          <w:szCs w:val="24"/>
        </w:rPr>
        <w:t>pesos</w:t>
      </w:r>
      <w:r w:rsidRPr="002E4E9B">
        <w:rPr>
          <w:rFonts w:ascii="Arial" w:hAnsi="Arial" w:cs="Arial"/>
          <w:sz w:val="24"/>
          <w:szCs w:val="24"/>
        </w:rPr>
        <w:t xml:space="preserve">  material</w:t>
      </w:r>
      <w:proofErr w:type="gramEnd"/>
      <w:r w:rsidRPr="002E4E9B">
        <w:rPr>
          <w:rFonts w:ascii="Arial" w:hAnsi="Arial" w:cs="Arial"/>
          <w:sz w:val="24"/>
          <w:szCs w:val="24"/>
        </w:rPr>
        <w:t xml:space="preserve"> y bueno, hasta ahí llegaremos a lo que es el capítulo 1000,</w:t>
      </w:r>
      <w:r w:rsidR="002C59FD">
        <w:rPr>
          <w:rFonts w:ascii="Arial" w:hAnsi="Arial" w:cs="Arial"/>
          <w:sz w:val="24"/>
          <w:szCs w:val="24"/>
        </w:rPr>
        <w:t xml:space="preserve"> </w:t>
      </w:r>
      <w:r w:rsidRPr="002E4E9B">
        <w:rPr>
          <w:rFonts w:ascii="Arial" w:hAnsi="Arial" w:cs="Arial"/>
          <w:sz w:val="24"/>
          <w:szCs w:val="24"/>
        </w:rPr>
        <w:t>hasta la partida de estímulos. No sé si de esta partida, de este capítulo hubiera alguna duda</w:t>
      </w:r>
      <w:r w:rsidR="002C59FD">
        <w:rPr>
          <w:rFonts w:ascii="Arial" w:hAnsi="Arial" w:cs="Arial"/>
          <w:sz w:val="24"/>
          <w:szCs w:val="24"/>
        </w:rPr>
        <w:t xml:space="preserve"> </w:t>
      </w:r>
      <w:r w:rsidRPr="002E4E9B">
        <w:rPr>
          <w:rFonts w:ascii="Arial" w:hAnsi="Arial" w:cs="Arial"/>
          <w:sz w:val="24"/>
          <w:szCs w:val="24"/>
        </w:rPr>
        <w:t>de no ser así. Continu</w:t>
      </w:r>
      <w:r w:rsidR="002C59FD">
        <w:rPr>
          <w:rFonts w:ascii="Arial" w:hAnsi="Arial" w:cs="Arial"/>
          <w:sz w:val="24"/>
          <w:szCs w:val="24"/>
        </w:rPr>
        <w:t>amos.</w:t>
      </w:r>
      <w:r w:rsidRPr="002E4E9B">
        <w:rPr>
          <w:rFonts w:ascii="Arial" w:hAnsi="Arial" w:cs="Arial"/>
          <w:sz w:val="24"/>
          <w:szCs w:val="24"/>
        </w:rPr>
        <w:t xml:space="preserve"> adelante, tesorera.</w:t>
      </w:r>
    </w:p>
    <w:p w14:paraId="715569CE" w14:textId="77777777" w:rsidR="002C59FD" w:rsidRDefault="002C59FD" w:rsidP="00DC6CFE">
      <w:pPr>
        <w:jc w:val="both"/>
        <w:rPr>
          <w:rFonts w:ascii="Arial" w:hAnsi="Arial" w:cs="Arial"/>
          <w:sz w:val="24"/>
          <w:szCs w:val="24"/>
        </w:rPr>
      </w:pPr>
      <w:r>
        <w:rPr>
          <w:rFonts w:ascii="Arial" w:hAnsi="Arial" w:cs="Arial"/>
          <w:b/>
          <w:bCs/>
          <w:sz w:val="24"/>
          <w:szCs w:val="24"/>
        </w:rPr>
        <w:t xml:space="preserve">C. VICTORIA GARCÍA CONTRERAS. - </w:t>
      </w:r>
      <w:r w:rsidRPr="002E4E9B">
        <w:rPr>
          <w:rFonts w:ascii="Arial" w:hAnsi="Arial" w:cs="Arial"/>
          <w:sz w:val="24"/>
          <w:szCs w:val="24"/>
        </w:rPr>
        <w:t>Gracias. Bueno, solamente comentarles con todo este los procesos que se están</w:t>
      </w:r>
      <w:r>
        <w:rPr>
          <w:rFonts w:ascii="Arial" w:hAnsi="Arial" w:cs="Arial"/>
          <w:sz w:val="24"/>
          <w:szCs w:val="24"/>
        </w:rPr>
        <w:t xml:space="preserve"> </w:t>
      </w:r>
      <w:r w:rsidRPr="002E4E9B">
        <w:rPr>
          <w:rFonts w:ascii="Arial" w:hAnsi="Arial" w:cs="Arial"/>
          <w:sz w:val="24"/>
          <w:szCs w:val="24"/>
        </w:rPr>
        <w:t>haciendo ante la comisión mixta, hoy en día todas las plazas que estaban dentro de lo que era la partida de sueldo base</w:t>
      </w:r>
      <w:r>
        <w:rPr>
          <w:rFonts w:ascii="Arial" w:hAnsi="Arial" w:cs="Arial"/>
          <w:sz w:val="24"/>
          <w:szCs w:val="24"/>
        </w:rPr>
        <w:t xml:space="preserve"> </w:t>
      </w:r>
      <w:r w:rsidRPr="002E4E9B">
        <w:rPr>
          <w:rFonts w:ascii="Arial" w:hAnsi="Arial" w:cs="Arial"/>
          <w:sz w:val="24"/>
          <w:szCs w:val="24"/>
        </w:rPr>
        <w:t>de personal permanente, que eran del sindicato, se están muchas de las plazas que se están concursando, pues están quedando</w:t>
      </w:r>
      <w:r>
        <w:rPr>
          <w:rFonts w:ascii="Arial" w:hAnsi="Arial" w:cs="Arial"/>
          <w:sz w:val="24"/>
          <w:szCs w:val="24"/>
        </w:rPr>
        <w:t xml:space="preserve"> </w:t>
      </w:r>
      <w:r w:rsidRPr="002E4E9B">
        <w:rPr>
          <w:rFonts w:ascii="Arial" w:hAnsi="Arial" w:cs="Arial"/>
          <w:sz w:val="24"/>
          <w:szCs w:val="24"/>
        </w:rPr>
        <w:t>desiertas. Entonces, de acuerdo al a lo que establece este el reglamento de la comisión mixta, las plazas que quedan</w:t>
      </w:r>
      <w:r>
        <w:rPr>
          <w:rFonts w:ascii="Arial" w:hAnsi="Arial" w:cs="Arial"/>
          <w:sz w:val="24"/>
          <w:szCs w:val="24"/>
        </w:rPr>
        <w:t xml:space="preserve"> </w:t>
      </w:r>
      <w:r w:rsidRPr="002E4E9B">
        <w:rPr>
          <w:rFonts w:ascii="Arial" w:hAnsi="Arial" w:cs="Arial"/>
          <w:sz w:val="24"/>
          <w:szCs w:val="24"/>
        </w:rPr>
        <w:t>desiertas se tienen que repartir entre la parte sindical y la parte patronal.</w:t>
      </w:r>
      <w:r>
        <w:rPr>
          <w:rFonts w:ascii="Arial" w:hAnsi="Arial" w:cs="Arial"/>
          <w:sz w:val="24"/>
          <w:szCs w:val="24"/>
        </w:rPr>
        <w:t xml:space="preserve"> </w:t>
      </w:r>
      <w:r w:rsidRPr="002E4E9B">
        <w:rPr>
          <w:rFonts w:ascii="Arial" w:hAnsi="Arial" w:cs="Arial"/>
          <w:sz w:val="24"/>
          <w:szCs w:val="24"/>
        </w:rPr>
        <w:t xml:space="preserve">en ese sentido, todas las plazas para </w:t>
      </w:r>
      <w:proofErr w:type="gramStart"/>
      <w:r w:rsidRPr="002E4E9B">
        <w:rPr>
          <w:rFonts w:ascii="Arial" w:hAnsi="Arial" w:cs="Arial"/>
          <w:sz w:val="24"/>
          <w:szCs w:val="24"/>
        </w:rPr>
        <w:t>que</w:t>
      </w:r>
      <w:proofErr w:type="gramEnd"/>
      <w:r w:rsidRPr="002E4E9B">
        <w:rPr>
          <w:rFonts w:ascii="Arial" w:hAnsi="Arial" w:cs="Arial"/>
          <w:sz w:val="24"/>
          <w:szCs w:val="24"/>
        </w:rPr>
        <w:t xml:space="preserve"> en su momento, pues bueno, ya haya la intervención por cada una de las partes para quienes las</w:t>
      </w:r>
      <w:r>
        <w:rPr>
          <w:rFonts w:ascii="Arial" w:hAnsi="Arial" w:cs="Arial"/>
          <w:sz w:val="24"/>
          <w:szCs w:val="24"/>
        </w:rPr>
        <w:t xml:space="preserve"> </w:t>
      </w:r>
      <w:r w:rsidRPr="002E4E9B">
        <w:rPr>
          <w:rFonts w:ascii="Arial" w:hAnsi="Arial" w:cs="Arial"/>
          <w:sz w:val="24"/>
          <w:szCs w:val="24"/>
        </w:rPr>
        <w:t>van a ocupar nuevamente. En ese sentido, todas esas plazas se tienen que dejar inhabilitadas y crear nuevas plazas,</w:t>
      </w:r>
      <w:r>
        <w:rPr>
          <w:rFonts w:ascii="Arial" w:hAnsi="Arial" w:cs="Arial"/>
          <w:sz w:val="24"/>
          <w:szCs w:val="24"/>
        </w:rPr>
        <w:t xml:space="preserve"> </w:t>
      </w:r>
      <w:r w:rsidRPr="002E4E9B">
        <w:rPr>
          <w:rFonts w:ascii="Arial" w:hAnsi="Arial" w:cs="Arial"/>
          <w:sz w:val="24"/>
          <w:szCs w:val="24"/>
        </w:rPr>
        <w:t xml:space="preserve">pero como eventuales, porque son personas de nuevo ingreso las que las </w:t>
      </w:r>
      <w:r w:rsidRPr="002E4E9B">
        <w:rPr>
          <w:rFonts w:ascii="Arial" w:hAnsi="Arial" w:cs="Arial"/>
          <w:sz w:val="24"/>
          <w:szCs w:val="24"/>
        </w:rPr>
        <w:lastRenderedPageBreak/>
        <w:t>van a ocupar. Por eso es de que se está</w:t>
      </w:r>
      <w:r>
        <w:rPr>
          <w:rFonts w:ascii="Arial" w:hAnsi="Arial" w:cs="Arial"/>
          <w:sz w:val="24"/>
          <w:szCs w:val="24"/>
        </w:rPr>
        <w:t xml:space="preserve"> </w:t>
      </w:r>
      <w:r w:rsidRPr="002E4E9B">
        <w:rPr>
          <w:rFonts w:ascii="Arial" w:hAnsi="Arial" w:cs="Arial"/>
          <w:sz w:val="24"/>
          <w:szCs w:val="24"/>
        </w:rPr>
        <w:t xml:space="preserve">haciendo un decremento de </w:t>
      </w:r>
      <w:r>
        <w:rPr>
          <w:rFonts w:ascii="Arial" w:hAnsi="Arial" w:cs="Arial"/>
          <w:sz w:val="24"/>
          <w:szCs w:val="24"/>
        </w:rPr>
        <w:t>$</w:t>
      </w:r>
      <w:r w:rsidRPr="002E4E9B">
        <w:rPr>
          <w:rFonts w:ascii="Arial" w:hAnsi="Arial" w:cs="Arial"/>
          <w:sz w:val="24"/>
          <w:szCs w:val="24"/>
        </w:rPr>
        <w:t xml:space="preserve">5,309,551.84 84 y lo estamos pasando a lo que es la partida de eventuales de </w:t>
      </w:r>
      <w:r>
        <w:rPr>
          <w:rFonts w:ascii="Arial" w:hAnsi="Arial" w:cs="Arial"/>
          <w:sz w:val="24"/>
          <w:szCs w:val="24"/>
        </w:rPr>
        <w:t>4</w:t>
      </w:r>
      <w:r w:rsidRPr="002E4E9B">
        <w:rPr>
          <w:rFonts w:ascii="Arial" w:hAnsi="Arial" w:cs="Arial"/>
          <w:sz w:val="24"/>
          <w:szCs w:val="24"/>
        </w:rPr>
        <w:t>3,776,816.</w:t>
      </w:r>
      <w:r>
        <w:rPr>
          <w:rFonts w:ascii="Arial" w:hAnsi="Arial" w:cs="Arial"/>
          <w:sz w:val="24"/>
          <w:szCs w:val="24"/>
        </w:rPr>
        <w:t>0</w:t>
      </w:r>
      <w:r w:rsidRPr="002E4E9B">
        <w:rPr>
          <w:rFonts w:ascii="Arial" w:hAnsi="Arial" w:cs="Arial"/>
          <w:sz w:val="24"/>
          <w:szCs w:val="24"/>
        </w:rPr>
        <w:t>5.</w:t>
      </w:r>
      <w:r>
        <w:rPr>
          <w:rFonts w:ascii="Arial" w:hAnsi="Arial" w:cs="Arial"/>
          <w:sz w:val="24"/>
          <w:szCs w:val="24"/>
        </w:rPr>
        <w:t xml:space="preserve"> </w:t>
      </w:r>
      <w:r w:rsidRPr="002E4E9B">
        <w:rPr>
          <w:rFonts w:ascii="Arial" w:hAnsi="Arial" w:cs="Arial"/>
          <w:sz w:val="24"/>
          <w:szCs w:val="24"/>
        </w:rPr>
        <w:t>O sea, no es que se estén metiendo más personas de las que había, simplemente es porque se están dejando</w:t>
      </w:r>
      <w:r>
        <w:rPr>
          <w:rFonts w:ascii="Arial" w:hAnsi="Arial" w:cs="Arial"/>
          <w:sz w:val="24"/>
          <w:szCs w:val="24"/>
        </w:rPr>
        <w:t xml:space="preserve"> </w:t>
      </w:r>
      <w:r w:rsidRPr="002E4E9B">
        <w:rPr>
          <w:rFonts w:ascii="Arial" w:hAnsi="Arial" w:cs="Arial"/>
          <w:sz w:val="24"/>
          <w:szCs w:val="24"/>
        </w:rPr>
        <w:t>de utilizar las plazas de base que se tenían y se están creando nuevas plazas en atención a lo que está establecido en</w:t>
      </w:r>
      <w:r>
        <w:rPr>
          <w:rFonts w:ascii="Arial" w:hAnsi="Arial" w:cs="Arial"/>
          <w:sz w:val="24"/>
          <w:szCs w:val="24"/>
        </w:rPr>
        <w:t xml:space="preserve"> </w:t>
      </w:r>
      <w:r w:rsidRPr="002E4E9B">
        <w:rPr>
          <w:rFonts w:ascii="Arial" w:hAnsi="Arial" w:cs="Arial"/>
          <w:sz w:val="24"/>
          <w:szCs w:val="24"/>
        </w:rPr>
        <w:t>la propia comisión mixta de escalafón para que ingresen las personas que en su momento pues van a proponer. También</w:t>
      </w:r>
      <w:r>
        <w:rPr>
          <w:rFonts w:ascii="Arial" w:hAnsi="Arial" w:cs="Arial"/>
          <w:sz w:val="24"/>
          <w:szCs w:val="24"/>
        </w:rPr>
        <w:t xml:space="preserve"> </w:t>
      </w:r>
      <w:r w:rsidRPr="002E4E9B">
        <w:rPr>
          <w:rFonts w:ascii="Arial" w:hAnsi="Arial" w:cs="Arial"/>
          <w:sz w:val="24"/>
          <w:szCs w:val="24"/>
        </w:rPr>
        <w:t>otro tema que se suscita es de que la de la partida de sueldos este base de</w:t>
      </w:r>
      <w:r>
        <w:rPr>
          <w:rFonts w:ascii="Arial" w:hAnsi="Arial" w:cs="Arial"/>
          <w:sz w:val="24"/>
          <w:szCs w:val="24"/>
        </w:rPr>
        <w:t xml:space="preserve"> </w:t>
      </w:r>
      <w:r w:rsidRPr="002E4E9B">
        <w:rPr>
          <w:rFonts w:ascii="Arial" w:hAnsi="Arial" w:cs="Arial"/>
          <w:sz w:val="24"/>
          <w:szCs w:val="24"/>
        </w:rPr>
        <w:t>personal permanente subsidia todas las personas que se están yendo por retiro voluntario, se les da una indemnización por los</w:t>
      </w:r>
      <w:r>
        <w:rPr>
          <w:rFonts w:ascii="Arial" w:hAnsi="Arial" w:cs="Arial"/>
          <w:sz w:val="24"/>
          <w:szCs w:val="24"/>
        </w:rPr>
        <w:t xml:space="preserve"> </w:t>
      </w:r>
      <w:r w:rsidRPr="002E4E9B">
        <w:rPr>
          <w:rFonts w:ascii="Arial" w:hAnsi="Arial" w:cs="Arial"/>
          <w:sz w:val="24"/>
          <w:szCs w:val="24"/>
        </w:rPr>
        <w:t>meses que tengan de antigüedad, entonces se retira de la partida 113 de sueldo base de penal permanente y se traslada a</w:t>
      </w:r>
      <w:r>
        <w:rPr>
          <w:rFonts w:ascii="Arial" w:hAnsi="Arial" w:cs="Arial"/>
          <w:sz w:val="24"/>
          <w:szCs w:val="24"/>
        </w:rPr>
        <w:t xml:space="preserve"> </w:t>
      </w:r>
      <w:r w:rsidRPr="002E4E9B">
        <w:rPr>
          <w:rFonts w:ascii="Arial" w:hAnsi="Arial" w:cs="Arial"/>
          <w:sz w:val="24"/>
          <w:szCs w:val="24"/>
        </w:rPr>
        <w:t>la 153 de prestaciones y haberes de retiro para poderles es pagar ese esa indemnización de conformidad con las</w:t>
      </w:r>
      <w:r>
        <w:rPr>
          <w:rFonts w:ascii="Arial" w:hAnsi="Arial" w:cs="Arial"/>
          <w:sz w:val="24"/>
          <w:szCs w:val="24"/>
        </w:rPr>
        <w:t xml:space="preserve"> </w:t>
      </w:r>
      <w:r w:rsidRPr="002E4E9B">
        <w:rPr>
          <w:rFonts w:ascii="Arial" w:hAnsi="Arial" w:cs="Arial"/>
          <w:sz w:val="24"/>
          <w:szCs w:val="24"/>
        </w:rPr>
        <w:t>reglas de operación que están autorizadas para el programa de retiro voluntario.</w:t>
      </w:r>
      <w:r>
        <w:rPr>
          <w:rFonts w:ascii="Arial" w:hAnsi="Arial" w:cs="Arial"/>
          <w:sz w:val="24"/>
          <w:szCs w:val="24"/>
        </w:rPr>
        <w:t xml:space="preserve"> </w:t>
      </w:r>
      <w:r w:rsidRPr="002E4E9B">
        <w:rPr>
          <w:rFonts w:ascii="Arial" w:hAnsi="Arial" w:cs="Arial"/>
          <w:sz w:val="24"/>
          <w:szCs w:val="24"/>
        </w:rPr>
        <w:t xml:space="preserve">Ahí ustedes pueden ver los </w:t>
      </w:r>
      <w:r>
        <w:rPr>
          <w:rFonts w:ascii="Arial" w:hAnsi="Arial" w:cs="Arial"/>
          <w:sz w:val="24"/>
          <w:szCs w:val="24"/>
        </w:rPr>
        <w:t>$</w:t>
      </w:r>
      <w:r w:rsidRPr="002E4E9B">
        <w:rPr>
          <w:rFonts w:ascii="Arial" w:hAnsi="Arial" w:cs="Arial"/>
          <w:sz w:val="24"/>
          <w:szCs w:val="24"/>
        </w:rPr>
        <w:t>3,000</w:t>
      </w:r>
      <w:r>
        <w:rPr>
          <w:rFonts w:ascii="Arial" w:hAnsi="Arial" w:cs="Arial"/>
          <w:sz w:val="24"/>
          <w:szCs w:val="24"/>
        </w:rPr>
        <w:t>,000.00</w:t>
      </w:r>
      <w:r w:rsidRPr="002E4E9B">
        <w:rPr>
          <w:rFonts w:ascii="Arial" w:hAnsi="Arial" w:cs="Arial"/>
          <w:sz w:val="24"/>
          <w:szCs w:val="24"/>
        </w:rPr>
        <w:t xml:space="preserve"> y el </w:t>
      </w:r>
      <w:r>
        <w:rPr>
          <w:rFonts w:ascii="Arial" w:hAnsi="Arial" w:cs="Arial"/>
          <w:sz w:val="24"/>
          <w:szCs w:val="24"/>
        </w:rPr>
        <w:t>$1,000,</w:t>
      </w:r>
      <w:r w:rsidRPr="002E4E9B">
        <w:rPr>
          <w:rFonts w:ascii="Arial" w:hAnsi="Arial" w:cs="Arial"/>
          <w:sz w:val="24"/>
          <w:szCs w:val="24"/>
        </w:rPr>
        <w:t>1</w:t>
      </w:r>
      <w:r>
        <w:rPr>
          <w:rFonts w:ascii="Arial" w:hAnsi="Arial" w:cs="Arial"/>
          <w:sz w:val="24"/>
          <w:szCs w:val="24"/>
        </w:rPr>
        <w:t xml:space="preserve">77.00 </w:t>
      </w:r>
      <w:r w:rsidRPr="002E4E9B">
        <w:rPr>
          <w:rFonts w:ascii="Arial" w:hAnsi="Arial" w:cs="Arial"/>
          <w:sz w:val="24"/>
          <w:szCs w:val="24"/>
        </w:rPr>
        <w:t>Entonces, en esas dos partidas está el decremento que se está realizando de la partida de sueldo, este de sueldo para el personal permanente. Lo demás ya son</w:t>
      </w:r>
      <w:r>
        <w:rPr>
          <w:rFonts w:ascii="Arial" w:hAnsi="Arial" w:cs="Arial"/>
          <w:sz w:val="24"/>
          <w:szCs w:val="24"/>
        </w:rPr>
        <w:t xml:space="preserve"> </w:t>
      </w:r>
      <w:r w:rsidRPr="002E4E9B">
        <w:rPr>
          <w:rFonts w:ascii="Arial" w:hAnsi="Arial" w:cs="Arial"/>
          <w:sz w:val="24"/>
          <w:szCs w:val="24"/>
        </w:rPr>
        <w:t>transferencias entre las mismas partidas. Lo mismo si se da este ahora</w:t>
      </w:r>
      <w:r>
        <w:rPr>
          <w:rFonts w:ascii="Arial" w:hAnsi="Arial" w:cs="Arial"/>
          <w:sz w:val="24"/>
          <w:szCs w:val="24"/>
        </w:rPr>
        <w:t xml:space="preserve"> </w:t>
      </w:r>
      <w:r w:rsidRPr="002E4E9B">
        <w:rPr>
          <w:rFonts w:ascii="Arial" w:hAnsi="Arial" w:cs="Arial"/>
          <w:sz w:val="24"/>
          <w:szCs w:val="24"/>
        </w:rPr>
        <w:t>la aprobación que se hizo de para seguridad pública, como hay un impacto directamente al sueldo, entonces también</w:t>
      </w:r>
      <w:r>
        <w:rPr>
          <w:rFonts w:ascii="Arial" w:hAnsi="Arial" w:cs="Arial"/>
          <w:sz w:val="24"/>
          <w:szCs w:val="24"/>
        </w:rPr>
        <w:t xml:space="preserve"> </w:t>
      </w:r>
      <w:r w:rsidRPr="002E4E9B">
        <w:rPr>
          <w:rFonts w:ascii="Arial" w:hAnsi="Arial" w:cs="Arial"/>
          <w:sz w:val="24"/>
          <w:szCs w:val="24"/>
        </w:rPr>
        <w:t>tiene un impacto que se tiene que incrementar la partida 132 de lo que es el aguinaldo, la partida</w:t>
      </w:r>
      <w:r>
        <w:rPr>
          <w:rFonts w:ascii="Arial" w:hAnsi="Arial" w:cs="Arial"/>
          <w:sz w:val="24"/>
          <w:szCs w:val="24"/>
        </w:rPr>
        <w:t xml:space="preserve"> </w:t>
      </w:r>
      <w:r w:rsidRPr="002E4E9B">
        <w:rPr>
          <w:rFonts w:ascii="Arial" w:hAnsi="Arial" w:cs="Arial"/>
          <w:sz w:val="24"/>
          <w:szCs w:val="24"/>
        </w:rPr>
        <w:t>141, la 143 y la 151. ¿Por qué? porque son prestaciones inherentes a lo que se</w:t>
      </w:r>
      <w:r>
        <w:rPr>
          <w:rFonts w:ascii="Arial" w:hAnsi="Arial" w:cs="Arial"/>
          <w:sz w:val="24"/>
          <w:szCs w:val="24"/>
        </w:rPr>
        <w:t xml:space="preserve"> </w:t>
      </w:r>
      <w:r w:rsidRPr="002E4E9B">
        <w:rPr>
          <w:rFonts w:ascii="Arial" w:hAnsi="Arial" w:cs="Arial"/>
          <w:sz w:val="24"/>
          <w:szCs w:val="24"/>
        </w:rPr>
        <w:t>tiene de sueldo. No sé si les quedó claro, tienen alguna duda al respecto, pero básicamente la movilidad que se ha</w:t>
      </w:r>
      <w:r>
        <w:rPr>
          <w:rFonts w:ascii="Arial" w:hAnsi="Arial" w:cs="Arial"/>
          <w:sz w:val="24"/>
          <w:szCs w:val="24"/>
        </w:rPr>
        <w:t xml:space="preserve"> </w:t>
      </w:r>
      <w:r w:rsidRPr="002E4E9B">
        <w:rPr>
          <w:rFonts w:ascii="Arial" w:hAnsi="Arial" w:cs="Arial"/>
          <w:sz w:val="24"/>
          <w:szCs w:val="24"/>
        </w:rPr>
        <w:t xml:space="preserve">dado en el capítulo 1000 es en razón de lo de la comisión mixta y el retiro voluntario. </w:t>
      </w:r>
    </w:p>
    <w:p w14:paraId="31AE299A" w14:textId="6E4E5236" w:rsidR="00EC03D4" w:rsidRPr="002E4E9B" w:rsidRDefault="002C59FD"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Gracias.</w:t>
      </w:r>
      <w:r>
        <w:rPr>
          <w:rFonts w:ascii="Arial" w:hAnsi="Arial" w:cs="Arial"/>
          <w:sz w:val="24"/>
          <w:szCs w:val="24"/>
        </w:rPr>
        <w:t xml:space="preserve"> </w:t>
      </w:r>
      <w:r w:rsidRPr="002E4E9B">
        <w:rPr>
          <w:rFonts w:ascii="Arial" w:hAnsi="Arial" w:cs="Arial"/>
          <w:sz w:val="24"/>
          <w:szCs w:val="24"/>
        </w:rPr>
        <w:t>Tesorera, si no hubiera comentario respecto a las partidas del capítulo 1000, continuaríamos con las demás los demás capítulos que</w:t>
      </w:r>
      <w:r>
        <w:rPr>
          <w:rFonts w:ascii="Arial" w:hAnsi="Arial" w:cs="Arial"/>
          <w:sz w:val="24"/>
          <w:szCs w:val="24"/>
        </w:rPr>
        <w:t xml:space="preserve"> </w:t>
      </w:r>
      <w:r w:rsidRPr="002E4E9B">
        <w:rPr>
          <w:rFonts w:ascii="Arial" w:hAnsi="Arial" w:cs="Arial"/>
          <w:sz w:val="24"/>
          <w:szCs w:val="24"/>
        </w:rPr>
        <w:t>conforman nuestro presupuesto de egresos. Adelante, regidora Olga.</w:t>
      </w:r>
    </w:p>
    <w:p w14:paraId="750558C2" w14:textId="13590356" w:rsidR="00EC03D4" w:rsidRPr="002E4E9B" w:rsidRDefault="002C59FD" w:rsidP="00DC6CFE">
      <w:pPr>
        <w:jc w:val="both"/>
        <w:rPr>
          <w:rFonts w:ascii="Arial" w:hAnsi="Arial" w:cs="Arial"/>
          <w:sz w:val="24"/>
          <w:szCs w:val="24"/>
        </w:rPr>
      </w:pPr>
      <w:r>
        <w:rPr>
          <w:rFonts w:ascii="Arial" w:hAnsi="Arial" w:cs="Arial"/>
          <w:b/>
          <w:bCs/>
          <w:sz w:val="24"/>
          <w:szCs w:val="24"/>
        </w:rPr>
        <w:t xml:space="preserve">C. MARÍA OLGA GARCÍA AYALA. - </w:t>
      </w:r>
      <w:r w:rsidRPr="002E4E9B">
        <w:rPr>
          <w:rFonts w:ascii="Arial" w:hAnsi="Arial" w:cs="Arial"/>
          <w:sz w:val="24"/>
          <w:szCs w:val="24"/>
        </w:rPr>
        <w:t>Solo en la partida de horas extraordinarias, yo he estado insistiendo en que por favor revisemos eso el capítulo 1000 en conjunto con las</w:t>
      </w:r>
      <w:r>
        <w:rPr>
          <w:rFonts w:ascii="Arial" w:hAnsi="Arial" w:cs="Arial"/>
          <w:sz w:val="24"/>
          <w:szCs w:val="24"/>
        </w:rPr>
        <w:t xml:space="preserve"> </w:t>
      </w:r>
      <w:r w:rsidRPr="002E4E9B">
        <w:rPr>
          <w:rFonts w:ascii="Arial" w:hAnsi="Arial" w:cs="Arial"/>
          <w:sz w:val="24"/>
          <w:szCs w:val="24"/>
        </w:rPr>
        <w:t>obras extraordinarias para saber por qué de verdad que son muchos millones para horas extraordinarias.</w:t>
      </w:r>
    </w:p>
    <w:p w14:paraId="11A285AA" w14:textId="62B07F6B" w:rsidR="00EC03D4" w:rsidRPr="002E4E9B" w:rsidRDefault="002C59FD"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Regid</w:t>
      </w:r>
      <w:r>
        <w:rPr>
          <w:rFonts w:ascii="Arial" w:hAnsi="Arial" w:cs="Arial"/>
          <w:sz w:val="24"/>
          <w:szCs w:val="24"/>
        </w:rPr>
        <w:t>or</w:t>
      </w:r>
      <w:r w:rsidRPr="002E4E9B">
        <w:rPr>
          <w:rFonts w:ascii="Arial" w:hAnsi="Arial" w:cs="Arial"/>
          <w:sz w:val="24"/>
          <w:szCs w:val="24"/>
        </w:rPr>
        <w:t xml:space="preserve">a, nos lo llevamos para el presupuesto </w:t>
      </w:r>
      <w:r>
        <w:rPr>
          <w:rFonts w:ascii="Arial" w:hAnsi="Arial" w:cs="Arial"/>
          <w:sz w:val="24"/>
          <w:szCs w:val="24"/>
        </w:rPr>
        <w:t>de egresos</w:t>
      </w:r>
      <w:r w:rsidRPr="002E4E9B">
        <w:rPr>
          <w:rFonts w:ascii="Arial" w:hAnsi="Arial" w:cs="Arial"/>
          <w:sz w:val="24"/>
          <w:szCs w:val="24"/>
        </w:rPr>
        <w:t xml:space="preserve"> 2027</w:t>
      </w:r>
      <w:r>
        <w:rPr>
          <w:rFonts w:ascii="Arial" w:hAnsi="Arial" w:cs="Arial"/>
          <w:sz w:val="24"/>
          <w:szCs w:val="24"/>
        </w:rPr>
        <w:t xml:space="preserve"> dos mil veintisiete</w:t>
      </w:r>
      <w:r w:rsidRPr="002E4E9B">
        <w:rPr>
          <w:rFonts w:ascii="Arial" w:hAnsi="Arial" w:cs="Arial"/>
          <w:sz w:val="24"/>
          <w:szCs w:val="24"/>
        </w:rPr>
        <w:t>.</w:t>
      </w:r>
      <w:r>
        <w:rPr>
          <w:rFonts w:ascii="Arial" w:hAnsi="Arial" w:cs="Arial"/>
          <w:sz w:val="24"/>
          <w:szCs w:val="24"/>
        </w:rPr>
        <w:t xml:space="preserve"> </w:t>
      </w:r>
      <w:r w:rsidRPr="002E4E9B">
        <w:rPr>
          <w:rFonts w:ascii="Arial" w:hAnsi="Arial" w:cs="Arial"/>
          <w:sz w:val="24"/>
          <w:szCs w:val="24"/>
        </w:rPr>
        <w:t>Continuáramos con a partir del capítulo 2000.</w:t>
      </w:r>
      <w:r>
        <w:rPr>
          <w:rFonts w:ascii="Arial" w:hAnsi="Arial" w:cs="Arial"/>
          <w:sz w:val="24"/>
          <w:szCs w:val="24"/>
        </w:rPr>
        <w:t xml:space="preserve"> </w:t>
      </w:r>
      <w:r w:rsidRPr="002E4E9B">
        <w:rPr>
          <w:rFonts w:ascii="Arial" w:hAnsi="Arial" w:cs="Arial"/>
          <w:sz w:val="24"/>
          <w:szCs w:val="24"/>
        </w:rPr>
        <w:t>Bueno, recordemos que en su momento se presupuestó para este ejercicio fiscal los 7 millones. Me imagino que</w:t>
      </w:r>
    </w:p>
    <w:p w14:paraId="2AF849F9" w14:textId="418B591D" w:rsidR="00EC03D4" w:rsidRPr="002E4E9B" w:rsidRDefault="00000000" w:rsidP="00DC6CFE">
      <w:pPr>
        <w:jc w:val="both"/>
        <w:rPr>
          <w:rFonts w:ascii="Arial" w:hAnsi="Arial" w:cs="Arial"/>
          <w:sz w:val="24"/>
          <w:szCs w:val="24"/>
        </w:rPr>
      </w:pPr>
      <w:r w:rsidRPr="002E4E9B">
        <w:rPr>
          <w:rFonts w:ascii="Arial" w:hAnsi="Arial" w:cs="Arial"/>
          <w:sz w:val="24"/>
          <w:szCs w:val="24"/>
        </w:rPr>
        <w:t xml:space="preserve">ustedes ya están </w:t>
      </w:r>
      <w:r w:rsidR="002C59FD" w:rsidRPr="002E4E9B">
        <w:rPr>
          <w:rFonts w:ascii="Arial" w:hAnsi="Arial" w:cs="Arial"/>
          <w:sz w:val="24"/>
          <w:szCs w:val="24"/>
        </w:rPr>
        <w:t>previstos</w:t>
      </w:r>
      <w:r w:rsidRPr="002E4E9B">
        <w:rPr>
          <w:rFonts w:ascii="Arial" w:hAnsi="Arial" w:cs="Arial"/>
          <w:sz w:val="24"/>
          <w:szCs w:val="24"/>
        </w:rPr>
        <w:t xml:space="preserve"> pues por las áreas operativas. El reutilizarlo y el disminuirlo, pues pondríamos en jaque su operatividad.</w:t>
      </w:r>
      <w:r w:rsidR="002C59FD">
        <w:rPr>
          <w:rFonts w:ascii="Arial" w:hAnsi="Arial" w:cs="Arial"/>
          <w:sz w:val="24"/>
          <w:szCs w:val="24"/>
        </w:rPr>
        <w:t xml:space="preserve"> </w:t>
      </w:r>
      <w:r w:rsidRPr="002E4E9B">
        <w:rPr>
          <w:rFonts w:ascii="Arial" w:hAnsi="Arial" w:cs="Arial"/>
          <w:sz w:val="24"/>
          <w:szCs w:val="24"/>
        </w:rPr>
        <w:t xml:space="preserve">Entonces, continuamos con el 2000, que </w:t>
      </w:r>
      <w:proofErr w:type="gramStart"/>
      <w:r w:rsidRPr="002E4E9B">
        <w:rPr>
          <w:rFonts w:ascii="Arial" w:hAnsi="Arial" w:cs="Arial"/>
          <w:sz w:val="24"/>
          <w:szCs w:val="24"/>
        </w:rPr>
        <w:t>es  materiales</w:t>
      </w:r>
      <w:proofErr w:type="gramEnd"/>
      <w:r w:rsidRPr="002E4E9B">
        <w:rPr>
          <w:rFonts w:ascii="Arial" w:hAnsi="Arial" w:cs="Arial"/>
          <w:sz w:val="24"/>
          <w:szCs w:val="24"/>
        </w:rPr>
        <w:t xml:space="preserve"> útiles, equipos menores de oficina, una reducción de </w:t>
      </w:r>
      <w:r w:rsidR="002C59FD">
        <w:rPr>
          <w:rFonts w:ascii="Arial" w:hAnsi="Arial" w:cs="Arial"/>
          <w:sz w:val="24"/>
          <w:szCs w:val="24"/>
        </w:rPr>
        <w:t>$</w:t>
      </w:r>
      <w:r w:rsidRPr="002E4E9B">
        <w:rPr>
          <w:rFonts w:ascii="Arial" w:hAnsi="Arial" w:cs="Arial"/>
          <w:sz w:val="24"/>
          <w:szCs w:val="24"/>
        </w:rPr>
        <w:t>454,000</w:t>
      </w:r>
      <w:r w:rsidR="00C3137A">
        <w:rPr>
          <w:rFonts w:ascii="Arial" w:hAnsi="Arial" w:cs="Arial"/>
          <w:sz w:val="24"/>
          <w:szCs w:val="24"/>
        </w:rPr>
        <w:t>.00</w:t>
      </w:r>
      <w:r w:rsidR="002C59FD">
        <w:rPr>
          <w:rFonts w:ascii="Arial" w:hAnsi="Arial" w:cs="Arial"/>
          <w:sz w:val="24"/>
          <w:szCs w:val="24"/>
        </w:rPr>
        <w:t xml:space="preserve"> </w:t>
      </w:r>
      <w:r w:rsidR="00C3137A">
        <w:rPr>
          <w:rFonts w:ascii="Arial" w:hAnsi="Arial" w:cs="Arial"/>
          <w:sz w:val="24"/>
          <w:szCs w:val="24"/>
        </w:rPr>
        <w:t>pesos,</w:t>
      </w:r>
      <w:r w:rsidRPr="002E4E9B">
        <w:rPr>
          <w:rFonts w:ascii="Arial" w:hAnsi="Arial" w:cs="Arial"/>
          <w:sz w:val="24"/>
          <w:szCs w:val="24"/>
        </w:rPr>
        <w:t xml:space="preserve"> quedando un total de </w:t>
      </w:r>
      <w:r w:rsidR="002C59FD">
        <w:rPr>
          <w:rFonts w:ascii="Arial" w:hAnsi="Arial" w:cs="Arial"/>
          <w:sz w:val="24"/>
          <w:szCs w:val="24"/>
        </w:rPr>
        <w:t>$</w:t>
      </w:r>
      <w:r w:rsidRPr="002E4E9B">
        <w:rPr>
          <w:rFonts w:ascii="Arial" w:hAnsi="Arial" w:cs="Arial"/>
          <w:sz w:val="24"/>
          <w:szCs w:val="24"/>
        </w:rPr>
        <w:t>1</w:t>
      </w:r>
      <w:r w:rsidR="002C59FD">
        <w:rPr>
          <w:rFonts w:ascii="Arial" w:hAnsi="Arial" w:cs="Arial"/>
          <w:sz w:val="24"/>
          <w:szCs w:val="24"/>
        </w:rPr>
        <w:t>,</w:t>
      </w:r>
      <w:r w:rsidRPr="002E4E9B">
        <w:rPr>
          <w:rFonts w:ascii="Arial" w:hAnsi="Arial" w:cs="Arial"/>
          <w:sz w:val="24"/>
          <w:szCs w:val="24"/>
        </w:rPr>
        <w:t>3</w:t>
      </w:r>
      <w:r w:rsidR="002C59FD">
        <w:rPr>
          <w:rFonts w:ascii="Arial" w:hAnsi="Arial" w:cs="Arial"/>
          <w:sz w:val="24"/>
          <w:szCs w:val="24"/>
        </w:rPr>
        <w:t>00,000.00</w:t>
      </w:r>
      <w:r w:rsidRPr="002E4E9B">
        <w:rPr>
          <w:rFonts w:ascii="Arial" w:hAnsi="Arial" w:cs="Arial"/>
          <w:sz w:val="24"/>
          <w:szCs w:val="24"/>
        </w:rPr>
        <w:t xml:space="preserve"> millones.</w:t>
      </w:r>
      <w:r w:rsidR="002C59FD">
        <w:rPr>
          <w:rFonts w:ascii="Arial" w:hAnsi="Arial" w:cs="Arial"/>
          <w:sz w:val="24"/>
          <w:szCs w:val="24"/>
        </w:rPr>
        <w:t xml:space="preserve"> </w:t>
      </w:r>
      <w:r w:rsidRPr="002E4E9B">
        <w:rPr>
          <w:rFonts w:ascii="Arial" w:hAnsi="Arial" w:cs="Arial"/>
          <w:sz w:val="24"/>
          <w:szCs w:val="24"/>
        </w:rPr>
        <w:t xml:space="preserve">Materiales y útiles de impresión y </w:t>
      </w:r>
      <w:r w:rsidRPr="002E4E9B">
        <w:rPr>
          <w:rFonts w:ascii="Arial" w:hAnsi="Arial" w:cs="Arial"/>
          <w:sz w:val="24"/>
          <w:szCs w:val="24"/>
        </w:rPr>
        <w:lastRenderedPageBreak/>
        <w:t xml:space="preserve">reproducción, una disminución de </w:t>
      </w:r>
      <w:r w:rsidR="002C59FD">
        <w:rPr>
          <w:rFonts w:ascii="Arial" w:hAnsi="Arial" w:cs="Arial"/>
          <w:sz w:val="24"/>
          <w:szCs w:val="24"/>
        </w:rPr>
        <w:t>$</w:t>
      </w:r>
      <w:r w:rsidRPr="002E4E9B">
        <w:rPr>
          <w:rFonts w:ascii="Arial" w:hAnsi="Arial" w:cs="Arial"/>
          <w:sz w:val="24"/>
          <w:szCs w:val="24"/>
        </w:rPr>
        <w:t>55,000</w:t>
      </w:r>
      <w:r w:rsidR="00C3137A">
        <w:rPr>
          <w:rFonts w:ascii="Arial" w:hAnsi="Arial" w:cs="Arial"/>
          <w:sz w:val="24"/>
          <w:szCs w:val="24"/>
        </w:rPr>
        <w:t>.00</w:t>
      </w:r>
      <w:r w:rsidRPr="002E4E9B">
        <w:rPr>
          <w:rFonts w:ascii="Arial" w:hAnsi="Arial" w:cs="Arial"/>
          <w:sz w:val="24"/>
          <w:szCs w:val="24"/>
        </w:rPr>
        <w:t xml:space="preserve"> pes</w:t>
      </w:r>
      <w:r w:rsidR="002C59FD">
        <w:rPr>
          <w:rFonts w:ascii="Arial" w:hAnsi="Arial" w:cs="Arial"/>
          <w:sz w:val="24"/>
          <w:szCs w:val="24"/>
        </w:rPr>
        <w:t>os</w:t>
      </w:r>
      <w:r w:rsidRPr="002E4E9B">
        <w:rPr>
          <w:rFonts w:ascii="Arial" w:hAnsi="Arial" w:cs="Arial"/>
          <w:sz w:val="24"/>
          <w:szCs w:val="24"/>
        </w:rPr>
        <w:t xml:space="preserve"> que un total de </w:t>
      </w:r>
      <w:r w:rsidR="002C59FD">
        <w:rPr>
          <w:rFonts w:ascii="Arial" w:hAnsi="Arial" w:cs="Arial"/>
          <w:sz w:val="24"/>
          <w:szCs w:val="24"/>
        </w:rPr>
        <w:t>$</w:t>
      </w:r>
      <w:r w:rsidRPr="002E4E9B">
        <w:rPr>
          <w:rFonts w:ascii="Arial" w:hAnsi="Arial" w:cs="Arial"/>
          <w:sz w:val="24"/>
          <w:szCs w:val="24"/>
        </w:rPr>
        <w:t>364,000</w:t>
      </w:r>
      <w:r w:rsidR="00C3137A">
        <w:rPr>
          <w:rFonts w:ascii="Arial" w:hAnsi="Arial" w:cs="Arial"/>
          <w:sz w:val="24"/>
          <w:szCs w:val="24"/>
        </w:rPr>
        <w:t>.00</w:t>
      </w:r>
      <w:r w:rsidR="002C59FD">
        <w:rPr>
          <w:rFonts w:ascii="Arial" w:hAnsi="Arial" w:cs="Arial"/>
          <w:sz w:val="24"/>
          <w:szCs w:val="24"/>
        </w:rPr>
        <w:t xml:space="preserve"> pesos</w:t>
      </w:r>
      <w:r w:rsidRPr="002E4E9B">
        <w:rPr>
          <w:rFonts w:ascii="Arial" w:hAnsi="Arial" w:cs="Arial"/>
          <w:sz w:val="24"/>
          <w:szCs w:val="24"/>
        </w:rPr>
        <w:t>,</w:t>
      </w:r>
      <w:r w:rsidR="002C59FD">
        <w:rPr>
          <w:rFonts w:ascii="Arial" w:hAnsi="Arial" w:cs="Arial"/>
          <w:sz w:val="24"/>
          <w:szCs w:val="24"/>
        </w:rPr>
        <w:t xml:space="preserve"> </w:t>
      </w:r>
      <w:r w:rsidRPr="002E4E9B">
        <w:rPr>
          <w:rFonts w:ascii="Arial" w:hAnsi="Arial" w:cs="Arial"/>
          <w:sz w:val="24"/>
          <w:szCs w:val="24"/>
        </w:rPr>
        <w:t xml:space="preserve">materiales útiles y equipos menores de tecnologías de la información y comunicaciones. No, no se ha presupuestado nada. Actualmente se está se está contemplando gastar </w:t>
      </w:r>
      <w:r w:rsidR="002C59FD">
        <w:rPr>
          <w:rFonts w:ascii="Arial" w:hAnsi="Arial" w:cs="Arial"/>
          <w:sz w:val="24"/>
          <w:szCs w:val="24"/>
        </w:rPr>
        <w:t>$</w:t>
      </w:r>
      <w:r w:rsidRPr="002E4E9B">
        <w:rPr>
          <w:rFonts w:ascii="Arial" w:hAnsi="Arial" w:cs="Arial"/>
          <w:sz w:val="24"/>
          <w:szCs w:val="24"/>
        </w:rPr>
        <w:t>3,062</w:t>
      </w:r>
      <w:r w:rsidR="00C3137A">
        <w:rPr>
          <w:rFonts w:ascii="Arial" w:hAnsi="Arial" w:cs="Arial"/>
          <w:sz w:val="24"/>
          <w:szCs w:val="24"/>
        </w:rPr>
        <w:t>.00</w:t>
      </w:r>
      <w:r w:rsidRPr="002E4E9B">
        <w:rPr>
          <w:rFonts w:ascii="Arial" w:hAnsi="Arial" w:cs="Arial"/>
          <w:sz w:val="24"/>
          <w:szCs w:val="24"/>
        </w:rPr>
        <w:t xml:space="preserve"> </w:t>
      </w:r>
      <w:r w:rsidR="002C59FD">
        <w:rPr>
          <w:rFonts w:ascii="Arial" w:hAnsi="Arial" w:cs="Arial"/>
          <w:sz w:val="24"/>
          <w:szCs w:val="24"/>
        </w:rPr>
        <w:t>pesos</w:t>
      </w:r>
      <w:r w:rsidRPr="002E4E9B">
        <w:rPr>
          <w:rFonts w:ascii="Arial" w:hAnsi="Arial" w:cs="Arial"/>
          <w:sz w:val="24"/>
          <w:szCs w:val="24"/>
        </w:rPr>
        <w:t>.</w:t>
      </w:r>
      <w:r w:rsidR="002C59FD">
        <w:rPr>
          <w:rFonts w:ascii="Arial" w:hAnsi="Arial" w:cs="Arial"/>
          <w:sz w:val="24"/>
          <w:szCs w:val="24"/>
        </w:rPr>
        <w:t xml:space="preserve"> </w:t>
      </w:r>
      <w:r w:rsidRPr="002E4E9B">
        <w:rPr>
          <w:rFonts w:ascii="Arial" w:hAnsi="Arial" w:cs="Arial"/>
          <w:sz w:val="24"/>
          <w:szCs w:val="24"/>
        </w:rPr>
        <w:t xml:space="preserve">Material impreso, información digital, una disminución de </w:t>
      </w:r>
      <w:r w:rsidR="002C59FD">
        <w:rPr>
          <w:rFonts w:ascii="Arial" w:hAnsi="Arial" w:cs="Arial"/>
          <w:sz w:val="24"/>
          <w:szCs w:val="24"/>
        </w:rPr>
        <w:t>$</w:t>
      </w:r>
      <w:r w:rsidRPr="002E4E9B">
        <w:rPr>
          <w:rFonts w:ascii="Arial" w:hAnsi="Arial" w:cs="Arial"/>
          <w:sz w:val="24"/>
          <w:szCs w:val="24"/>
        </w:rPr>
        <w:t>23,000</w:t>
      </w:r>
      <w:r w:rsidR="00C3137A">
        <w:rPr>
          <w:rFonts w:ascii="Arial" w:hAnsi="Arial" w:cs="Arial"/>
          <w:sz w:val="24"/>
          <w:szCs w:val="24"/>
        </w:rPr>
        <w:t>.00</w:t>
      </w:r>
      <w:r w:rsidRPr="002E4E9B">
        <w:rPr>
          <w:rFonts w:ascii="Arial" w:hAnsi="Arial" w:cs="Arial"/>
          <w:sz w:val="24"/>
          <w:szCs w:val="24"/>
        </w:rPr>
        <w:t xml:space="preserve"> pes</w:t>
      </w:r>
      <w:r w:rsidR="002C59FD">
        <w:rPr>
          <w:rFonts w:ascii="Arial" w:hAnsi="Arial" w:cs="Arial"/>
          <w:sz w:val="24"/>
          <w:szCs w:val="24"/>
        </w:rPr>
        <w:t>os</w:t>
      </w:r>
      <w:r w:rsidRPr="002E4E9B">
        <w:rPr>
          <w:rFonts w:ascii="Arial" w:hAnsi="Arial" w:cs="Arial"/>
          <w:sz w:val="24"/>
          <w:szCs w:val="24"/>
        </w:rPr>
        <w:t xml:space="preserve">, que da un total de </w:t>
      </w:r>
      <w:r w:rsidR="002C59FD">
        <w:rPr>
          <w:rFonts w:ascii="Arial" w:hAnsi="Arial" w:cs="Arial"/>
          <w:sz w:val="24"/>
          <w:szCs w:val="24"/>
        </w:rPr>
        <w:t>$</w:t>
      </w:r>
      <w:r w:rsidRPr="002E4E9B">
        <w:rPr>
          <w:rFonts w:ascii="Arial" w:hAnsi="Arial" w:cs="Arial"/>
          <w:sz w:val="24"/>
          <w:szCs w:val="24"/>
        </w:rPr>
        <w:t>51,000</w:t>
      </w:r>
      <w:r w:rsidR="00C3137A">
        <w:rPr>
          <w:rFonts w:ascii="Arial" w:hAnsi="Arial" w:cs="Arial"/>
          <w:sz w:val="24"/>
          <w:szCs w:val="24"/>
        </w:rPr>
        <w:t>.00</w:t>
      </w:r>
      <w:r w:rsidR="002C59FD">
        <w:rPr>
          <w:rFonts w:ascii="Arial" w:hAnsi="Arial" w:cs="Arial"/>
          <w:sz w:val="24"/>
          <w:szCs w:val="24"/>
        </w:rPr>
        <w:t xml:space="preserve"> pesos</w:t>
      </w:r>
      <w:r w:rsidRPr="002E4E9B">
        <w:rPr>
          <w:rFonts w:ascii="Arial" w:hAnsi="Arial" w:cs="Arial"/>
          <w:sz w:val="24"/>
          <w:szCs w:val="24"/>
        </w:rPr>
        <w:t>.</w:t>
      </w:r>
      <w:r w:rsidR="002C59FD">
        <w:rPr>
          <w:rFonts w:ascii="Arial" w:hAnsi="Arial" w:cs="Arial"/>
          <w:sz w:val="24"/>
          <w:szCs w:val="24"/>
        </w:rPr>
        <w:t xml:space="preserve"> </w:t>
      </w:r>
      <w:r w:rsidRPr="002E4E9B">
        <w:rPr>
          <w:rFonts w:ascii="Arial" w:hAnsi="Arial" w:cs="Arial"/>
          <w:sz w:val="24"/>
          <w:szCs w:val="24"/>
        </w:rPr>
        <w:t xml:space="preserve">Material de limpieza, una disminución de </w:t>
      </w:r>
      <w:r w:rsidR="002C59FD">
        <w:rPr>
          <w:rFonts w:ascii="Arial" w:hAnsi="Arial" w:cs="Arial"/>
          <w:sz w:val="24"/>
          <w:szCs w:val="24"/>
        </w:rPr>
        <w:t>$</w:t>
      </w:r>
      <w:r w:rsidRPr="002E4E9B">
        <w:rPr>
          <w:rFonts w:ascii="Arial" w:hAnsi="Arial" w:cs="Arial"/>
          <w:sz w:val="24"/>
          <w:szCs w:val="24"/>
        </w:rPr>
        <w:t>12,000</w:t>
      </w:r>
      <w:r w:rsidR="00C3137A">
        <w:rPr>
          <w:rFonts w:ascii="Arial" w:hAnsi="Arial" w:cs="Arial"/>
          <w:sz w:val="24"/>
          <w:szCs w:val="24"/>
        </w:rPr>
        <w:t>.00</w:t>
      </w:r>
      <w:r w:rsidRPr="002E4E9B">
        <w:rPr>
          <w:rFonts w:ascii="Arial" w:hAnsi="Arial" w:cs="Arial"/>
          <w:sz w:val="24"/>
          <w:szCs w:val="24"/>
        </w:rPr>
        <w:t xml:space="preserve"> pes</w:t>
      </w:r>
      <w:r w:rsidR="002C59FD">
        <w:rPr>
          <w:rFonts w:ascii="Arial" w:hAnsi="Arial" w:cs="Arial"/>
          <w:sz w:val="24"/>
          <w:szCs w:val="24"/>
        </w:rPr>
        <w:t>os</w:t>
      </w:r>
      <w:r w:rsidRPr="002E4E9B">
        <w:rPr>
          <w:rFonts w:ascii="Arial" w:hAnsi="Arial" w:cs="Arial"/>
          <w:sz w:val="24"/>
          <w:szCs w:val="24"/>
        </w:rPr>
        <w:t xml:space="preserve">, que da un total de </w:t>
      </w:r>
      <w:r w:rsidR="002C59FD">
        <w:rPr>
          <w:rFonts w:ascii="Arial" w:hAnsi="Arial" w:cs="Arial"/>
          <w:sz w:val="24"/>
          <w:szCs w:val="24"/>
        </w:rPr>
        <w:t>$1,</w:t>
      </w:r>
      <w:r w:rsidRPr="002E4E9B">
        <w:rPr>
          <w:rFonts w:ascii="Arial" w:hAnsi="Arial" w:cs="Arial"/>
          <w:sz w:val="24"/>
          <w:szCs w:val="24"/>
        </w:rPr>
        <w:t>6</w:t>
      </w:r>
      <w:r w:rsidR="002C59FD">
        <w:rPr>
          <w:rFonts w:ascii="Arial" w:hAnsi="Arial" w:cs="Arial"/>
          <w:sz w:val="24"/>
          <w:szCs w:val="24"/>
        </w:rPr>
        <w:t>00,000.00</w:t>
      </w:r>
      <w:r w:rsidRPr="002E4E9B">
        <w:rPr>
          <w:rFonts w:ascii="Arial" w:hAnsi="Arial" w:cs="Arial"/>
          <w:sz w:val="24"/>
          <w:szCs w:val="24"/>
        </w:rPr>
        <w:t xml:space="preserve"> millones. Materiales y útiles de enseñanza, una disminución de </w:t>
      </w:r>
      <w:r w:rsidR="002C59FD">
        <w:rPr>
          <w:rFonts w:ascii="Arial" w:hAnsi="Arial" w:cs="Arial"/>
          <w:sz w:val="24"/>
          <w:szCs w:val="24"/>
        </w:rPr>
        <w:t>$</w:t>
      </w:r>
      <w:r w:rsidRPr="002E4E9B">
        <w:rPr>
          <w:rFonts w:ascii="Arial" w:hAnsi="Arial" w:cs="Arial"/>
          <w:sz w:val="24"/>
          <w:szCs w:val="24"/>
        </w:rPr>
        <w:t>3,500</w:t>
      </w:r>
      <w:r w:rsidR="00C3137A">
        <w:rPr>
          <w:rFonts w:ascii="Arial" w:hAnsi="Arial" w:cs="Arial"/>
          <w:sz w:val="24"/>
          <w:szCs w:val="24"/>
        </w:rPr>
        <w:t>.00</w:t>
      </w:r>
      <w:r w:rsidR="002C59FD">
        <w:rPr>
          <w:rFonts w:ascii="Arial" w:hAnsi="Arial" w:cs="Arial"/>
          <w:sz w:val="24"/>
          <w:szCs w:val="24"/>
        </w:rPr>
        <w:t xml:space="preserve"> </w:t>
      </w:r>
      <w:r w:rsidRPr="002E4E9B">
        <w:rPr>
          <w:rFonts w:ascii="Arial" w:hAnsi="Arial" w:cs="Arial"/>
          <w:sz w:val="24"/>
          <w:szCs w:val="24"/>
        </w:rPr>
        <w:t>pes</w:t>
      </w:r>
      <w:r w:rsidR="002C59FD">
        <w:rPr>
          <w:rFonts w:ascii="Arial" w:hAnsi="Arial" w:cs="Arial"/>
          <w:sz w:val="24"/>
          <w:szCs w:val="24"/>
        </w:rPr>
        <w:t>os</w:t>
      </w:r>
      <w:r w:rsidRPr="002E4E9B">
        <w:rPr>
          <w:rFonts w:ascii="Arial" w:hAnsi="Arial" w:cs="Arial"/>
          <w:sz w:val="24"/>
          <w:szCs w:val="24"/>
        </w:rPr>
        <w:t xml:space="preserve"> que da un total de </w:t>
      </w:r>
      <w:r w:rsidR="002C59FD">
        <w:rPr>
          <w:rFonts w:ascii="Arial" w:hAnsi="Arial" w:cs="Arial"/>
          <w:sz w:val="24"/>
          <w:szCs w:val="24"/>
        </w:rPr>
        <w:t>$</w:t>
      </w:r>
      <w:r w:rsidRPr="002E4E9B">
        <w:rPr>
          <w:rFonts w:ascii="Arial" w:hAnsi="Arial" w:cs="Arial"/>
          <w:sz w:val="24"/>
          <w:szCs w:val="24"/>
        </w:rPr>
        <w:t>4</w:t>
      </w:r>
      <w:r w:rsidR="002C59FD">
        <w:rPr>
          <w:rFonts w:ascii="Arial" w:hAnsi="Arial" w:cs="Arial"/>
          <w:sz w:val="24"/>
          <w:szCs w:val="24"/>
        </w:rPr>
        <w:t>,</w:t>
      </w:r>
      <w:r w:rsidRPr="002E4E9B">
        <w:rPr>
          <w:rFonts w:ascii="Arial" w:hAnsi="Arial" w:cs="Arial"/>
          <w:sz w:val="24"/>
          <w:szCs w:val="24"/>
        </w:rPr>
        <w:t>446</w:t>
      </w:r>
      <w:r w:rsidR="00C3137A">
        <w:rPr>
          <w:rFonts w:ascii="Arial" w:hAnsi="Arial" w:cs="Arial"/>
          <w:sz w:val="24"/>
          <w:szCs w:val="24"/>
        </w:rPr>
        <w:t>.00</w:t>
      </w:r>
      <w:r w:rsidRPr="002E4E9B">
        <w:rPr>
          <w:rFonts w:ascii="Arial" w:hAnsi="Arial" w:cs="Arial"/>
          <w:sz w:val="24"/>
          <w:szCs w:val="24"/>
        </w:rPr>
        <w:t xml:space="preserve"> </w:t>
      </w:r>
      <w:r w:rsidR="002C59FD">
        <w:rPr>
          <w:rFonts w:ascii="Arial" w:hAnsi="Arial" w:cs="Arial"/>
          <w:sz w:val="24"/>
          <w:szCs w:val="24"/>
        </w:rPr>
        <w:t>pesos</w:t>
      </w:r>
      <w:r w:rsidRPr="002E4E9B">
        <w:rPr>
          <w:rFonts w:ascii="Arial" w:hAnsi="Arial" w:cs="Arial"/>
          <w:sz w:val="24"/>
          <w:szCs w:val="24"/>
        </w:rPr>
        <w:t xml:space="preserve"> materiales para el registro identificación de bienes y personas,</w:t>
      </w:r>
      <w:r w:rsidR="002C59FD">
        <w:rPr>
          <w:rFonts w:ascii="Arial" w:hAnsi="Arial" w:cs="Arial"/>
          <w:sz w:val="24"/>
          <w:szCs w:val="24"/>
        </w:rPr>
        <w:t xml:space="preserve"> </w:t>
      </w:r>
      <w:r w:rsidRPr="002E4E9B">
        <w:rPr>
          <w:rFonts w:ascii="Arial" w:hAnsi="Arial" w:cs="Arial"/>
          <w:sz w:val="24"/>
          <w:szCs w:val="24"/>
        </w:rPr>
        <w:t xml:space="preserve">una disminución de </w:t>
      </w:r>
      <w:r w:rsidR="002C59FD">
        <w:rPr>
          <w:rFonts w:ascii="Arial" w:hAnsi="Arial" w:cs="Arial"/>
          <w:sz w:val="24"/>
          <w:szCs w:val="24"/>
        </w:rPr>
        <w:t>$</w:t>
      </w:r>
      <w:r w:rsidRPr="002E4E9B">
        <w:rPr>
          <w:rFonts w:ascii="Arial" w:hAnsi="Arial" w:cs="Arial"/>
          <w:sz w:val="24"/>
          <w:szCs w:val="24"/>
        </w:rPr>
        <w:t>13,400</w:t>
      </w:r>
      <w:r w:rsidR="00C3137A">
        <w:rPr>
          <w:rFonts w:ascii="Arial" w:hAnsi="Arial" w:cs="Arial"/>
          <w:sz w:val="24"/>
          <w:szCs w:val="24"/>
        </w:rPr>
        <w:t>.00</w:t>
      </w:r>
      <w:r w:rsidR="002C59FD">
        <w:rPr>
          <w:rFonts w:ascii="Arial" w:hAnsi="Arial" w:cs="Arial"/>
          <w:sz w:val="24"/>
          <w:szCs w:val="24"/>
        </w:rPr>
        <w:t xml:space="preserve"> pesos</w:t>
      </w:r>
      <w:r w:rsidRPr="002E4E9B">
        <w:rPr>
          <w:rFonts w:ascii="Arial" w:hAnsi="Arial" w:cs="Arial"/>
          <w:sz w:val="24"/>
          <w:szCs w:val="24"/>
        </w:rPr>
        <w:t xml:space="preserve"> que un total de un </w:t>
      </w:r>
      <w:r w:rsidR="002C59FD">
        <w:rPr>
          <w:rFonts w:ascii="Arial" w:hAnsi="Arial" w:cs="Arial"/>
          <w:sz w:val="24"/>
          <w:szCs w:val="24"/>
        </w:rPr>
        <w:t>$</w:t>
      </w:r>
      <w:r w:rsidRPr="002E4E9B">
        <w:rPr>
          <w:rFonts w:ascii="Arial" w:hAnsi="Arial" w:cs="Arial"/>
          <w:sz w:val="24"/>
          <w:szCs w:val="24"/>
        </w:rPr>
        <w:t>1,197,000.</w:t>
      </w:r>
      <w:r w:rsidR="00C3137A">
        <w:rPr>
          <w:rFonts w:ascii="Arial" w:hAnsi="Arial" w:cs="Arial"/>
          <w:sz w:val="24"/>
          <w:szCs w:val="24"/>
        </w:rPr>
        <w:t>00</w:t>
      </w:r>
      <w:r w:rsidR="002C59FD">
        <w:rPr>
          <w:rFonts w:ascii="Arial" w:hAnsi="Arial" w:cs="Arial"/>
          <w:sz w:val="24"/>
          <w:szCs w:val="24"/>
        </w:rPr>
        <w:t xml:space="preserve"> </w:t>
      </w:r>
      <w:r w:rsidRPr="002E4E9B">
        <w:rPr>
          <w:rFonts w:ascii="Arial" w:hAnsi="Arial" w:cs="Arial"/>
          <w:sz w:val="24"/>
          <w:szCs w:val="24"/>
        </w:rPr>
        <w:t>Productos alimenticios para personas está contemplando un aumento de 52,500</w:t>
      </w:r>
      <w:r w:rsidR="00C3137A">
        <w:rPr>
          <w:rFonts w:ascii="Arial" w:hAnsi="Arial" w:cs="Arial"/>
          <w:sz w:val="24"/>
          <w:szCs w:val="24"/>
        </w:rPr>
        <w:t>.00</w:t>
      </w:r>
      <w:r w:rsidRPr="002E4E9B">
        <w:rPr>
          <w:rFonts w:ascii="Arial" w:hAnsi="Arial" w:cs="Arial"/>
          <w:sz w:val="24"/>
          <w:szCs w:val="24"/>
        </w:rPr>
        <w:t xml:space="preserve"> pes que dan un total de </w:t>
      </w:r>
      <w:r w:rsidR="00C3137A">
        <w:rPr>
          <w:rFonts w:ascii="Arial" w:hAnsi="Arial" w:cs="Arial"/>
          <w:sz w:val="24"/>
          <w:szCs w:val="24"/>
        </w:rPr>
        <w:t>$</w:t>
      </w:r>
      <w:r w:rsidRPr="002E4E9B">
        <w:rPr>
          <w:rFonts w:ascii="Arial" w:hAnsi="Arial" w:cs="Arial"/>
          <w:sz w:val="24"/>
          <w:szCs w:val="24"/>
        </w:rPr>
        <w:t>1</w:t>
      </w:r>
      <w:r w:rsidR="00C3137A">
        <w:rPr>
          <w:rFonts w:ascii="Arial" w:hAnsi="Arial" w:cs="Arial"/>
          <w:sz w:val="24"/>
          <w:szCs w:val="24"/>
        </w:rPr>
        <w:t>,</w:t>
      </w:r>
      <w:r w:rsidRPr="002E4E9B">
        <w:rPr>
          <w:rFonts w:ascii="Arial" w:hAnsi="Arial" w:cs="Arial"/>
          <w:sz w:val="24"/>
          <w:szCs w:val="24"/>
        </w:rPr>
        <w:t>4</w:t>
      </w:r>
      <w:r w:rsidR="00C3137A">
        <w:rPr>
          <w:rFonts w:ascii="Arial" w:hAnsi="Arial" w:cs="Arial"/>
          <w:sz w:val="24"/>
          <w:szCs w:val="24"/>
        </w:rPr>
        <w:t>00,000.00</w:t>
      </w:r>
      <w:r w:rsidRPr="002E4E9B">
        <w:rPr>
          <w:rFonts w:ascii="Arial" w:hAnsi="Arial" w:cs="Arial"/>
          <w:sz w:val="24"/>
          <w:szCs w:val="24"/>
        </w:rPr>
        <w:t>millones. Productos alimenticios para</w:t>
      </w:r>
      <w:r w:rsidR="002C59FD">
        <w:rPr>
          <w:rFonts w:ascii="Arial" w:hAnsi="Arial" w:cs="Arial"/>
          <w:sz w:val="24"/>
          <w:szCs w:val="24"/>
        </w:rPr>
        <w:t xml:space="preserve"> </w:t>
      </w:r>
      <w:r w:rsidRPr="002E4E9B">
        <w:rPr>
          <w:rFonts w:ascii="Arial" w:hAnsi="Arial" w:cs="Arial"/>
          <w:sz w:val="24"/>
          <w:szCs w:val="24"/>
        </w:rPr>
        <w:t xml:space="preserve">animales, una disminución de </w:t>
      </w:r>
      <w:r w:rsidR="002C59FD">
        <w:rPr>
          <w:rFonts w:ascii="Arial" w:hAnsi="Arial" w:cs="Arial"/>
          <w:sz w:val="24"/>
          <w:szCs w:val="24"/>
        </w:rPr>
        <w:t>$</w:t>
      </w:r>
      <w:r w:rsidRPr="002E4E9B">
        <w:rPr>
          <w:rFonts w:ascii="Arial" w:hAnsi="Arial" w:cs="Arial"/>
          <w:sz w:val="24"/>
          <w:szCs w:val="24"/>
        </w:rPr>
        <w:t>29,600</w:t>
      </w:r>
      <w:r w:rsidR="00C3137A">
        <w:rPr>
          <w:rFonts w:ascii="Arial" w:hAnsi="Arial" w:cs="Arial"/>
          <w:sz w:val="24"/>
          <w:szCs w:val="24"/>
        </w:rPr>
        <w:t>.00</w:t>
      </w:r>
      <w:r w:rsidRPr="002E4E9B">
        <w:rPr>
          <w:rFonts w:ascii="Arial" w:hAnsi="Arial" w:cs="Arial"/>
          <w:sz w:val="24"/>
          <w:szCs w:val="24"/>
        </w:rPr>
        <w:t xml:space="preserve"> pes</w:t>
      </w:r>
      <w:r w:rsidR="002C59FD">
        <w:rPr>
          <w:rFonts w:ascii="Arial" w:hAnsi="Arial" w:cs="Arial"/>
          <w:sz w:val="24"/>
          <w:szCs w:val="24"/>
        </w:rPr>
        <w:t>os</w:t>
      </w:r>
      <w:r w:rsidRPr="002E4E9B">
        <w:rPr>
          <w:rFonts w:ascii="Arial" w:hAnsi="Arial" w:cs="Arial"/>
          <w:sz w:val="24"/>
          <w:szCs w:val="24"/>
        </w:rPr>
        <w:t xml:space="preserve"> que un total de </w:t>
      </w:r>
      <w:r w:rsidR="002C59FD">
        <w:rPr>
          <w:rFonts w:ascii="Arial" w:hAnsi="Arial" w:cs="Arial"/>
          <w:sz w:val="24"/>
          <w:szCs w:val="24"/>
        </w:rPr>
        <w:t>$</w:t>
      </w:r>
      <w:r w:rsidRPr="002E4E9B">
        <w:rPr>
          <w:rFonts w:ascii="Arial" w:hAnsi="Arial" w:cs="Arial"/>
          <w:sz w:val="24"/>
          <w:szCs w:val="24"/>
        </w:rPr>
        <w:t>103,000</w:t>
      </w:r>
      <w:r w:rsidR="00C3137A">
        <w:rPr>
          <w:rFonts w:ascii="Arial" w:hAnsi="Arial" w:cs="Arial"/>
          <w:sz w:val="24"/>
          <w:szCs w:val="24"/>
        </w:rPr>
        <w:t>.00</w:t>
      </w:r>
      <w:r w:rsidRPr="002E4E9B">
        <w:rPr>
          <w:rFonts w:ascii="Arial" w:hAnsi="Arial" w:cs="Arial"/>
          <w:sz w:val="24"/>
          <w:szCs w:val="24"/>
        </w:rPr>
        <w:t xml:space="preserve"> pes</w:t>
      </w:r>
      <w:r w:rsidR="002C59FD">
        <w:rPr>
          <w:rFonts w:ascii="Arial" w:hAnsi="Arial" w:cs="Arial"/>
          <w:sz w:val="24"/>
          <w:szCs w:val="24"/>
        </w:rPr>
        <w:t>os</w:t>
      </w:r>
      <w:r w:rsidRPr="002E4E9B">
        <w:rPr>
          <w:rFonts w:ascii="Arial" w:hAnsi="Arial" w:cs="Arial"/>
          <w:sz w:val="24"/>
          <w:szCs w:val="24"/>
        </w:rPr>
        <w:t>. Utensilios para el servicio de alimentación un</w:t>
      </w:r>
      <w:r w:rsidR="002C59FD">
        <w:rPr>
          <w:rFonts w:ascii="Arial" w:hAnsi="Arial" w:cs="Arial"/>
          <w:sz w:val="24"/>
          <w:szCs w:val="24"/>
        </w:rPr>
        <w:t xml:space="preserve"> </w:t>
      </w:r>
      <w:r w:rsidRPr="002E4E9B">
        <w:rPr>
          <w:rFonts w:ascii="Arial" w:hAnsi="Arial" w:cs="Arial"/>
          <w:sz w:val="24"/>
          <w:szCs w:val="24"/>
        </w:rPr>
        <w:t xml:space="preserve">aumento de </w:t>
      </w:r>
      <w:r w:rsidR="002C59FD">
        <w:rPr>
          <w:rFonts w:ascii="Arial" w:hAnsi="Arial" w:cs="Arial"/>
          <w:sz w:val="24"/>
          <w:szCs w:val="24"/>
        </w:rPr>
        <w:t>$</w:t>
      </w:r>
      <w:r w:rsidRPr="002E4E9B">
        <w:rPr>
          <w:rFonts w:ascii="Arial" w:hAnsi="Arial" w:cs="Arial"/>
          <w:sz w:val="24"/>
          <w:szCs w:val="24"/>
        </w:rPr>
        <w:t>8,600</w:t>
      </w:r>
      <w:r w:rsidR="00C3137A">
        <w:rPr>
          <w:rFonts w:ascii="Arial" w:hAnsi="Arial" w:cs="Arial"/>
          <w:sz w:val="24"/>
          <w:szCs w:val="24"/>
        </w:rPr>
        <w:t>.00</w:t>
      </w:r>
      <w:r w:rsidRPr="002E4E9B">
        <w:rPr>
          <w:rFonts w:ascii="Arial" w:hAnsi="Arial" w:cs="Arial"/>
          <w:sz w:val="24"/>
          <w:szCs w:val="24"/>
        </w:rPr>
        <w:t xml:space="preserve"> pes</w:t>
      </w:r>
      <w:r w:rsidR="002C59FD">
        <w:rPr>
          <w:rFonts w:ascii="Arial" w:hAnsi="Arial" w:cs="Arial"/>
          <w:sz w:val="24"/>
          <w:szCs w:val="24"/>
        </w:rPr>
        <w:t>os</w:t>
      </w:r>
      <w:r w:rsidRPr="002E4E9B">
        <w:rPr>
          <w:rFonts w:ascii="Arial" w:hAnsi="Arial" w:cs="Arial"/>
          <w:sz w:val="24"/>
          <w:szCs w:val="24"/>
        </w:rPr>
        <w:t xml:space="preserve"> que da un total de </w:t>
      </w:r>
      <w:r w:rsidR="002C59FD">
        <w:rPr>
          <w:rFonts w:ascii="Arial" w:hAnsi="Arial" w:cs="Arial"/>
          <w:sz w:val="24"/>
          <w:szCs w:val="24"/>
        </w:rPr>
        <w:t>$</w:t>
      </w:r>
      <w:r w:rsidRPr="002E4E9B">
        <w:rPr>
          <w:rFonts w:ascii="Arial" w:hAnsi="Arial" w:cs="Arial"/>
          <w:sz w:val="24"/>
          <w:szCs w:val="24"/>
        </w:rPr>
        <w:t>24,500</w:t>
      </w:r>
      <w:r w:rsidR="00C3137A">
        <w:rPr>
          <w:rFonts w:ascii="Arial" w:hAnsi="Arial" w:cs="Arial"/>
          <w:sz w:val="24"/>
          <w:szCs w:val="24"/>
        </w:rPr>
        <w:t>.00</w:t>
      </w:r>
      <w:r w:rsidR="002C59FD">
        <w:rPr>
          <w:rFonts w:ascii="Arial" w:hAnsi="Arial" w:cs="Arial"/>
          <w:sz w:val="24"/>
          <w:szCs w:val="24"/>
        </w:rPr>
        <w:t xml:space="preserve"> pesos </w:t>
      </w:r>
      <w:r w:rsidRPr="002E4E9B">
        <w:rPr>
          <w:rFonts w:ascii="Arial" w:hAnsi="Arial" w:cs="Arial"/>
          <w:sz w:val="24"/>
          <w:szCs w:val="24"/>
        </w:rPr>
        <w:t xml:space="preserve">productos minerales no metálicos, una disminución de </w:t>
      </w:r>
      <w:r w:rsidR="002C59FD">
        <w:rPr>
          <w:rFonts w:ascii="Arial" w:hAnsi="Arial" w:cs="Arial"/>
          <w:sz w:val="24"/>
          <w:szCs w:val="24"/>
        </w:rPr>
        <w:t>$</w:t>
      </w:r>
      <w:r w:rsidRPr="002E4E9B">
        <w:rPr>
          <w:rFonts w:ascii="Arial" w:hAnsi="Arial" w:cs="Arial"/>
          <w:sz w:val="24"/>
          <w:szCs w:val="24"/>
        </w:rPr>
        <w:t>40,000</w:t>
      </w:r>
      <w:r w:rsidR="00C3137A">
        <w:rPr>
          <w:rFonts w:ascii="Arial" w:hAnsi="Arial" w:cs="Arial"/>
          <w:sz w:val="24"/>
          <w:szCs w:val="24"/>
        </w:rPr>
        <w:t>.00</w:t>
      </w:r>
      <w:r w:rsidRPr="002E4E9B">
        <w:rPr>
          <w:rFonts w:ascii="Arial" w:hAnsi="Arial" w:cs="Arial"/>
          <w:sz w:val="24"/>
          <w:szCs w:val="24"/>
        </w:rPr>
        <w:t xml:space="preserve"> pes</w:t>
      </w:r>
      <w:r w:rsidR="002C59FD">
        <w:rPr>
          <w:rFonts w:ascii="Arial" w:hAnsi="Arial" w:cs="Arial"/>
          <w:sz w:val="24"/>
          <w:szCs w:val="24"/>
        </w:rPr>
        <w:t>os</w:t>
      </w:r>
      <w:r w:rsidRPr="002E4E9B">
        <w:rPr>
          <w:rFonts w:ascii="Arial" w:hAnsi="Arial" w:cs="Arial"/>
          <w:sz w:val="24"/>
          <w:szCs w:val="24"/>
        </w:rPr>
        <w:t xml:space="preserve"> que un total de </w:t>
      </w:r>
      <w:r w:rsidR="002C59FD">
        <w:rPr>
          <w:rFonts w:ascii="Arial" w:hAnsi="Arial" w:cs="Arial"/>
          <w:sz w:val="24"/>
          <w:szCs w:val="24"/>
        </w:rPr>
        <w:t>$</w:t>
      </w:r>
      <w:r w:rsidRPr="002E4E9B">
        <w:rPr>
          <w:rFonts w:ascii="Arial" w:hAnsi="Arial" w:cs="Arial"/>
          <w:sz w:val="24"/>
          <w:szCs w:val="24"/>
        </w:rPr>
        <w:t>248,000</w:t>
      </w:r>
      <w:r w:rsidR="00C3137A">
        <w:rPr>
          <w:rFonts w:ascii="Arial" w:hAnsi="Arial" w:cs="Arial"/>
          <w:sz w:val="24"/>
          <w:szCs w:val="24"/>
        </w:rPr>
        <w:t>.00</w:t>
      </w:r>
      <w:r w:rsidRPr="002E4E9B">
        <w:rPr>
          <w:rFonts w:ascii="Arial" w:hAnsi="Arial" w:cs="Arial"/>
          <w:sz w:val="24"/>
          <w:szCs w:val="24"/>
        </w:rPr>
        <w:t xml:space="preserve"> pes</w:t>
      </w:r>
      <w:r w:rsidR="002C59FD">
        <w:rPr>
          <w:rFonts w:ascii="Arial" w:hAnsi="Arial" w:cs="Arial"/>
          <w:sz w:val="24"/>
          <w:szCs w:val="24"/>
        </w:rPr>
        <w:t>os</w:t>
      </w:r>
      <w:r w:rsidRPr="002E4E9B">
        <w:rPr>
          <w:rFonts w:ascii="Arial" w:hAnsi="Arial" w:cs="Arial"/>
          <w:sz w:val="24"/>
          <w:szCs w:val="24"/>
        </w:rPr>
        <w:t>.</w:t>
      </w:r>
      <w:r w:rsidR="002C59FD">
        <w:rPr>
          <w:rFonts w:ascii="Arial" w:hAnsi="Arial" w:cs="Arial"/>
          <w:sz w:val="24"/>
          <w:szCs w:val="24"/>
        </w:rPr>
        <w:t xml:space="preserve"> </w:t>
      </w:r>
      <w:r w:rsidRPr="002E4E9B">
        <w:rPr>
          <w:rFonts w:ascii="Arial" w:hAnsi="Arial" w:cs="Arial"/>
          <w:sz w:val="24"/>
          <w:szCs w:val="24"/>
        </w:rPr>
        <w:t>Cemento y productos de concreto, una disminución de 34,000</w:t>
      </w:r>
      <w:r w:rsidR="00C3137A">
        <w:rPr>
          <w:rFonts w:ascii="Arial" w:hAnsi="Arial" w:cs="Arial"/>
          <w:sz w:val="24"/>
          <w:szCs w:val="24"/>
        </w:rPr>
        <w:t>.00</w:t>
      </w:r>
      <w:r w:rsidRPr="002E4E9B">
        <w:rPr>
          <w:rFonts w:ascii="Arial" w:hAnsi="Arial" w:cs="Arial"/>
          <w:sz w:val="24"/>
          <w:szCs w:val="24"/>
        </w:rPr>
        <w:t xml:space="preserve"> pes, quedando un total de </w:t>
      </w:r>
      <w:r w:rsidR="002C59FD">
        <w:rPr>
          <w:rFonts w:ascii="Arial" w:hAnsi="Arial" w:cs="Arial"/>
          <w:sz w:val="24"/>
          <w:szCs w:val="24"/>
        </w:rPr>
        <w:t>$</w:t>
      </w:r>
      <w:r w:rsidRPr="002E4E9B">
        <w:rPr>
          <w:rFonts w:ascii="Arial" w:hAnsi="Arial" w:cs="Arial"/>
          <w:sz w:val="24"/>
          <w:szCs w:val="24"/>
        </w:rPr>
        <w:t>231,000</w:t>
      </w:r>
      <w:r w:rsidR="00C3137A">
        <w:rPr>
          <w:rFonts w:ascii="Arial" w:hAnsi="Arial" w:cs="Arial"/>
          <w:sz w:val="24"/>
          <w:szCs w:val="24"/>
        </w:rPr>
        <w:t>.00</w:t>
      </w:r>
      <w:r w:rsidRPr="002E4E9B">
        <w:rPr>
          <w:rFonts w:ascii="Arial" w:hAnsi="Arial" w:cs="Arial"/>
          <w:sz w:val="24"/>
          <w:szCs w:val="24"/>
        </w:rPr>
        <w:t xml:space="preserve"> pes</w:t>
      </w:r>
      <w:r w:rsidR="002C59FD">
        <w:rPr>
          <w:rFonts w:ascii="Arial" w:hAnsi="Arial" w:cs="Arial"/>
          <w:sz w:val="24"/>
          <w:szCs w:val="24"/>
        </w:rPr>
        <w:t>os</w:t>
      </w:r>
      <w:r w:rsidRPr="002E4E9B">
        <w:rPr>
          <w:rFonts w:ascii="Arial" w:hAnsi="Arial" w:cs="Arial"/>
          <w:sz w:val="24"/>
          <w:szCs w:val="24"/>
        </w:rPr>
        <w:t>.</w:t>
      </w:r>
      <w:r w:rsidR="002C59FD">
        <w:rPr>
          <w:rFonts w:ascii="Arial" w:hAnsi="Arial" w:cs="Arial"/>
          <w:sz w:val="24"/>
          <w:szCs w:val="24"/>
        </w:rPr>
        <w:t xml:space="preserve"> </w:t>
      </w:r>
      <w:r w:rsidRPr="002E4E9B">
        <w:rPr>
          <w:rFonts w:ascii="Arial" w:hAnsi="Arial" w:cs="Arial"/>
          <w:sz w:val="24"/>
          <w:szCs w:val="24"/>
        </w:rPr>
        <w:t xml:space="preserve">Cal, yeso y productos de yeso, una disminución de </w:t>
      </w:r>
      <w:r w:rsidR="002C59FD">
        <w:rPr>
          <w:rFonts w:ascii="Arial" w:hAnsi="Arial" w:cs="Arial"/>
          <w:sz w:val="24"/>
          <w:szCs w:val="24"/>
        </w:rPr>
        <w:t>$</w:t>
      </w:r>
      <w:r w:rsidRPr="002E4E9B">
        <w:rPr>
          <w:rFonts w:ascii="Arial" w:hAnsi="Arial" w:cs="Arial"/>
          <w:sz w:val="24"/>
          <w:szCs w:val="24"/>
        </w:rPr>
        <w:t>15,000</w:t>
      </w:r>
      <w:r w:rsidR="00C3137A">
        <w:rPr>
          <w:rFonts w:ascii="Arial" w:hAnsi="Arial" w:cs="Arial"/>
          <w:sz w:val="24"/>
          <w:szCs w:val="24"/>
        </w:rPr>
        <w:t>.00</w:t>
      </w:r>
      <w:r w:rsidRPr="002E4E9B">
        <w:rPr>
          <w:rFonts w:ascii="Arial" w:hAnsi="Arial" w:cs="Arial"/>
          <w:sz w:val="24"/>
          <w:szCs w:val="24"/>
        </w:rPr>
        <w:t xml:space="preserve"> pes</w:t>
      </w:r>
      <w:r w:rsidR="002C59FD">
        <w:rPr>
          <w:rFonts w:ascii="Arial" w:hAnsi="Arial" w:cs="Arial"/>
          <w:sz w:val="24"/>
          <w:szCs w:val="24"/>
        </w:rPr>
        <w:t>os</w:t>
      </w:r>
      <w:r w:rsidRPr="002E4E9B">
        <w:rPr>
          <w:rFonts w:ascii="Arial" w:hAnsi="Arial" w:cs="Arial"/>
          <w:sz w:val="24"/>
          <w:szCs w:val="24"/>
        </w:rPr>
        <w:t xml:space="preserve">, quedando un total de </w:t>
      </w:r>
      <w:r w:rsidR="002C59FD">
        <w:rPr>
          <w:rFonts w:ascii="Arial" w:hAnsi="Arial" w:cs="Arial"/>
          <w:sz w:val="24"/>
          <w:szCs w:val="24"/>
        </w:rPr>
        <w:t>$</w:t>
      </w:r>
      <w:r w:rsidRPr="002E4E9B">
        <w:rPr>
          <w:rFonts w:ascii="Arial" w:hAnsi="Arial" w:cs="Arial"/>
          <w:sz w:val="24"/>
          <w:szCs w:val="24"/>
        </w:rPr>
        <w:t>76,000</w:t>
      </w:r>
      <w:r w:rsidR="00C3137A">
        <w:rPr>
          <w:rFonts w:ascii="Arial" w:hAnsi="Arial" w:cs="Arial"/>
          <w:sz w:val="24"/>
          <w:szCs w:val="24"/>
        </w:rPr>
        <w:t>.00</w:t>
      </w:r>
      <w:r w:rsidRPr="002E4E9B">
        <w:rPr>
          <w:rFonts w:ascii="Arial" w:hAnsi="Arial" w:cs="Arial"/>
          <w:sz w:val="24"/>
          <w:szCs w:val="24"/>
        </w:rPr>
        <w:t xml:space="preserve"> pes</w:t>
      </w:r>
      <w:r w:rsidR="002C59FD">
        <w:rPr>
          <w:rFonts w:ascii="Arial" w:hAnsi="Arial" w:cs="Arial"/>
          <w:sz w:val="24"/>
          <w:szCs w:val="24"/>
        </w:rPr>
        <w:t>os</w:t>
      </w:r>
      <w:r w:rsidRPr="002E4E9B">
        <w:rPr>
          <w:rFonts w:ascii="Arial" w:hAnsi="Arial" w:cs="Arial"/>
          <w:sz w:val="24"/>
          <w:szCs w:val="24"/>
        </w:rPr>
        <w:t>. Madera y productos</w:t>
      </w:r>
      <w:r w:rsidR="002C59FD">
        <w:rPr>
          <w:rFonts w:ascii="Arial" w:hAnsi="Arial" w:cs="Arial"/>
          <w:sz w:val="24"/>
          <w:szCs w:val="24"/>
        </w:rPr>
        <w:t xml:space="preserve"> </w:t>
      </w:r>
      <w:r w:rsidRPr="002E4E9B">
        <w:rPr>
          <w:rFonts w:ascii="Arial" w:hAnsi="Arial" w:cs="Arial"/>
          <w:sz w:val="24"/>
          <w:szCs w:val="24"/>
        </w:rPr>
        <w:t xml:space="preserve">de madera, una disminución de </w:t>
      </w:r>
      <w:r w:rsidR="002C59FD">
        <w:rPr>
          <w:rFonts w:ascii="Arial" w:hAnsi="Arial" w:cs="Arial"/>
          <w:sz w:val="24"/>
          <w:szCs w:val="24"/>
        </w:rPr>
        <w:t>$</w:t>
      </w:r>
      <w:r w:rsidRPr="002E4E9B">
        <w:rPr>
          <w:rFonts w:ascii="Arial" w:hAnsi="Arial" w:cs="Arial"/>
          <w:sz w:val="24"/>
          <w:szCs w:val="24"/>
        </w:rPr>
        <w:t>12,000</w:t>
      </w:r>
      <w:r w:rsidR="00C3137A">
        <w:rPr>
          <w:rFonts w:ascii="Arial" w:hAnsi="Arial" w:cs="Arial"/>
          <w:sz w:val="24"/>
          <w:szCs w:val="24"/>
        </w:rPr>
        <w:t>.00</w:t>
      </w:r>
      <w:r w:rsidRPr="002E4E9B">
        <w:rPr>
          <w:rFonts w:ascii="Arial" w:hAnsi="Arial" w:cs="Arial"/>
          <w:sz w:val="24"/>
          <w:szCs w:val="24"/>
        </w:rPr>
        <w:t xml:space="preserve"> pes</w:t>
      </w:r>
      <w:r w:rsidR="002C59FD">
        <w:rPr>
          <w:rFonts w:ascii="Arial" w:hAnsi="Arial" w:cs="Arial"/>
          <w:sz w:val="24"/>
          <w:szCs w:val="24"/>
        </w:rPr>
        <w:t>os</w:t>
      </w:r>
      <w:r w:rsidRPr="002E4E9B">
        <w:rPr>
          <w:rFonts w:ascii="Arial" w:hAnsi="Arial" w:cs="Arial"/>
          <w:sz w:val="24"/>
          <w:szCs w:val="24"/>
        </w:rPr>
        <w:t xml:space="preserve">, quedamos total de </w:t>
      </w:r>
      <w:r w:rsidR="002C59FD">
        <w:rPr>
          <w:rFonts w:ascii="Arial" w:hAnsi="Arial" w:cs="Arial"/>
          <w:sz w:val="24"/>
          <w:szCs w:val="24"/>
        </w:rPr>
        <w:t>$</w:t>
      </w:r>
      <w:r w:rsidRPr="002E4E9B">
        <w:rPr>
          <w:rFonts w:ascii="Arial" w:hAnsi="Arial" w:cs="Arial"/>
          <w:sz w:val="24"/>
          <w:szCs w:val="24"/>
        </w:rPr>
        <w:t>31,400</w:t>
      </w:r>
      <w:r w:rsidR="00C3137A">
        <w:rPr>
          <w:rFonts w:ascii="Arial" w:hAnsi="Arial" w:cs="Arial"/>
          <w:sz w:val="24"/>
          <w:szCs w:val="24"/>
        </w:rPr>
        <w:t xml:space="preserve">.00 pesos </w:t>
      </w:r>
      <w:r w:rsidRPr="002E4E9B">
        <w:rPr>
          <w:rFonts w:ascii="Arial" w:hAnsi="Arial" w:cs="Arial"/>
          <w:sz w:val="24"/>
          <w:szCs w:val="24"/>
        </w:rPr>
        <w:t xml:space="preserve">vidrio y productos de vidrio, no se tenía contemplado, se </w:t>
      </w:r>
      <w:r w:rsidR="00C3137A" w:rsidRPr="002E4E9B">
        <w:rPr>
          <w:rFonts w:ascii="Arial" w:hAnsi="Arial" w:cs="Arial"/>
          <w:sz w:val="24"/>
          <w:szCs w:val="24"/>
        </w:rPr>
        <w:t>está adicionando</w:t>
      </w:r>
      <w:r w:rsidRPr="002E4E9B">
        <w:rPr>
          <w:rFonts w:ascii="Arial" w:hAnsi="Arial" w:cs="Arial"/>
          <w:sz w:val="24"/>
          <w:szCs w:val="24"/>
        </w:rPr>
        <w:t xml:space="preserve"> la partida </w:t>
      </w:r>
      <w:r w:rsidR="00C3137A" w:rsidRPr="002E4E9B">
        <w:rPr>
          <w:rFonts w:ascii="Arial" w:hAnsi="Arial" w:cs="Arial"/>
          <w:sz w:val="24"/>
          <w:szCs w:val="24"/>
        </w:rPr>
        <w:t>510</w:t>
      </w:r>
      <w:r w:rsidR="00C3137A">
        <w:rPr>
          <w:rFonts w:ascii="Arial" w:hAnsi="Arial" w:cs="Arial"/>
          <w:sz w:val="24"/>
          <w:szCs w:val="24"/>
        </w:rPr>
        <w:t xml:space="preserve"> </w:t>
      </w:r>
      <w:r w:rsidRPr="002E4E9B">
        <w:rPr>
          <w:rFonts w:ascii="Arial" w:hAnsi="Arial" w:cs="Arial"/>
          <w:sz w:val="24"/>
          <w:szCs w:val="24"/>
        </w:rPr>
        <w:t xml:space="preserve">Material eléctrico y electrónico, una disminución de </w:t>
      </w:r>
      <w:r w:rsidR="00C3137A">
        <w:rPr>
          <w:rFonts w:ascii="Arial" w:hAnsi="Arial" w:cs="Arial"/>
          <w:sz w:val="24"/>
          <w:szCs w:val="24"/>
        </w:rPr>
        <w:t>$</w:t>
      </w:r>
      <w:r w:rsidRPr="002E4E9B">
        <w:rPr>
          <w:rFonts w:ascii="Arial" w:hAnsi="Arial" w:cs="Arial"/>
          <w:sz w:val="24"/>
          <w:szCs w:val="24"/>
        </w:rPr>
        <w:t>180,000</w:t>
      </w:r>
      <w:r w:rsidR="00C3137A">
        <w:rPr>
          <w:rFonts w:ascii="Arial" w:hAnsi="Arial" w:cs="Arial"/>
          <w:sz w:val="24"/>
          <w:szCs w:val="24"/>
        </w:rPr>
        <w:t>.00</w:t>
      </w:r>
      <w:r w:rsidRPr="002E4E9B">
        <w:rPr>
          <w:rFonts w:ascii="Arial" w:hAnsi="Arial" w:cs="Arial"/>
          <w:sz w:val="24"/>
          <w:szCs w:val="24"/>
        </w:rPr>
        <w:t xml:space="preserve"> pes</w:t>
      </w:r>
      <w:r w:rsidR="00C3137A">
        <w:rPr>
          <w:rFonts w:ascii="Arial" w:hAnsi="Arial" w:cs="Arial"/>
          <w:sz w:val="24"/>
          <w:szCs w:val="24"/>
        </w:rPr>
        <w:t>os</w:t>
      </w:r>
      <w:r w:rsidRPr="002E4E9B">
        <w:rPr>
          <w:rFonts w:ascii="Arial" w:hAnsi="Arial" w:cs="Arial"/>
          <w:sz w:val="24"/>
          <w:szCs w:val="24"/>
        </w:rPr>
        <w:t xml:space="preserve"> que da un total de </w:t>
      </w:r>
      <w:r w:rsidR="00C3137A">
        <w:rPr>
          <w:rFonts w:ascii="Arial" w:hAnsi="Arial" w:cs="Arial"/>
          <w:sz w:val="24"/>
          <w:szCs w:val="24"/>
        </w:rPr>
        <w:t>$</w:t>
      </w:r>
      <w:r w:rsidRPr="002E4E9B">
        <w:rPr>
          <w:rFonts w:ascii="Arial" w:hAnsi="Arial" w:cs="Arial"/>
          <w:sz w:val="24"/>
          <w:szCs w:val="24"/>
        </w:rPr>
        <w:t>1</w:t>
      </w:r>
      <w:r w:rsidR="00C3137A">
        <w:rPr>
          <w:rFonts w:ascii="Arial" w:hAnsi="Arial" w:cs="Arial"/>
          <w:sz w:val="24"/>
          <w:szCs w:val="24"/>
        </w:rPr>
        <w:t>,</w:t>
      </w:r>
      <w:r w:rsidRPr="002E4E9B">
        <w:rPr>
          <w:rFonts w:ascii="Arial" w:hAnsi="Arial" w:cs="Arial"/>
          <w:sz w:val="24"/>
          <w:szCs w:val="24"/>
        </w:rPr>
        <w:t>8</w:t>
      </w:r>
      <w:r w:rsidR="00C3137A">
        <w:rPr>
          <w:rFonts w:ascii="Arial" w:hAnsi="Arial" w:cs="Arial"/>
          <w:sz w:val="24"/>
          <w:szCs w:val="24"/>
        </w:rPr>
        <w:t>00,000.00</w:t>
      </w:r>
      <w:r w:rsidRPr="002E4E9B">
        <w:rPr>
          <w:rFonts w:ascii="Arial" w:hAnsi="Arial" w:cs="Arial"/>
          <w:sz w:val="24"/>
          <w:szCs w:val="24"/>
        </w:rPr>
        <w:t xml:space="preserve"> millón </w:t>
      </w:r>
      <w:r w:rsidR="00C3137A">
        <w:rPr>
          <w:rFonts w:ascii="Arial" w:hAnsi="Arial" w:cs="Arial"/>
          <w:sz w:val="24"/>
          <w:szCs w:val="24"/>
        </w:rPr>
        <w:t>$</w:t>
      </w:r>
      <w:r w:rsidRPr="002E4E9B">
        <w:rPr>
          <w:rFonts w:ascii="Arial" w:hAnsi="Arial" w:cs="Arial"/>
          <w:sz w:val="24"/>
          <w:szCs w:val="24"/>
        </w:rPr>
        <w:t>1</w:t>
      </w:r>
      <w:r w:rsidR="00C3137A">
        <w:rPr>
          <w:rFonts w:ascii="Arial" w:hAnsi="Arial" w:cs="Arial"/>
          <w:sz w:val="24"/>
          <w:szCs w:val="24"/>
        </w:rPr>
        <w:t>,</w:t>
      </w:r>
      <w:r w:rsidRPr="002E4E9B">
        <w:rPr>
          <w:rFonts w:ascii="Arial" w:hAnsi="Arial" w:cs="Arial"/>
          <w:sz w:val="24"/>
          <w:szCs w:val="24"/>
        </w:rPr>
        <w:t>1</w:t>
      </w:r>
      <w:r w:rsidR="00C3137A">
        <w:rPr>
          <w:rFonts w:ascii="Arial" w:hAnsi="Arial" w:cs="Arial"/>
          <w:sz w:val="24"/>
          <w:szCs w:val="24"/>
        </w:rPr>
        <w:t>00,000.00</w:t>
      </w:r>
      <w:r w:rsidRPr="002E4E9B">
        <w:rPr>
          <w:rFonts w:ascii="Arial" w:hAnsi="Arial" w:cs="Arial"/>
          <w:sz w:val="24"/>
          <w:szCs w:val="24"/>
        </w:rPr>
        <w:t xml:space="preserve"> millones. Artículos metálicos para la construcción, una disminución de </w:t>
      </w:r>
      <w:r w:rsidR="00C3137A">
        <w:rPr>
          <w:rFonts w:ascii="Arial" w:hAnsi="Arial" w:cs="Arial"/>
          <w:sz w:val="24"/>
          <w:szCs w:val="24"/>
        </w:rPr>
        <w:t>$</w:t>
      </w:r>
      <w:r w:rsidRPr="002E4E9B">
        <w:rPr>
          <w:rFonts w:ascii="Arial" w:hAnsi="Arial" w:cs="Arial"/>
          <w:sz w:val="24"/>
          <w:szCs w:val="24"/>
        </w:rPr>
        <w:t>100,000</w:t>
      </w:r>
      <w:r w:rsidR="00C3137A">
        <w:rPr>
          <w:rFonts w:ascii="Arial" w:hAnsi="Arial" w:cs="Arial"/>
          <w:sz w:val="24"/>
          <w:szCs w:val="24"/>
        </w:rPr>
        <w:t>.00</w:t>
      </w:r>
      <w:r w:rsidRPr="002E4E9B">
        <w:rPr>
          <w:rFonts w:ascii="Arial" w:hAnsi="Arial" w:cs="Arial"/>
          <w:sz w:val="24"/>
          <w:szCs w:val="24"/>
        </w:rPr>
        <w:t xml:space="preserve"> pes</w:t>
      </w:r>
      <w:r w:rsidR="00C3137A">
        <w:rPr>
          <w:rFonts w:ascii="Arial" w:hAnsi="Arial" w:cs="Arial"/>
          <w:sz w:val="24"/>
          <w:szCs w:val="24"/>
        </w:rPr>
        <w:t>os</w:t>
      </w:r>
      <w:r w:rsidRPr="002E4E9B">
        <w:rPr>
          <w:rFonts w:ascii="Arial" w:hAnsi="Arial" w:cs="Arial"/>
          <w:sz w:val="24"/>
          <w:szCs w:val="24"/>
        </w:rPr>
        <w:t xml:space="preserve"> que dan </w:t>
      </w:r>
      <w:r w:rsidR="00C3137A">
        <w:rPr>
          <w:rFonts w:ascii="Arial" w:hAnsi="Arial" w:cs="Arial"/>
          <w:sz w:val="24"/>
          <w:szCs w:val="24"/>
        </w:rPr>
        <w:t>$</w:t>
      </w:r>
      <w:r w:rsidRPr="002E4E9B">
        <w:rPr>
          <w:rFonts w:ascii="Arial" w:hAnsi="Arial" w:cs="Arial"/>
          <w:sz w:val="24"/>
          <w:szCs w:val="24"/>
        </w:rPr>
        <w:t>227,900</w:t>
      </w:r>
      <w:r w:rsidR="00C3137A">
        <w:rPr>
          <w:rFonts w:ascii="Arial" w:hAnsi="Arial" w:cs="Arial"/>
          <w:sz w:val="24"/>
          <w:szCs w:val="24"/>
        </w:rPr>
        <w:t xml:space="preserve">.00 </w:t>
      </w:r>
      <w:r w:rsidRPr="002E4E9B">
        <w:rPr>
          <w:rFonts w:ascii="Arial" w:hAnsi="Arial" w:cs="Arial"/>
          <w:sz w:val="24"/>
          <w:szCs w:val="24"/>
        </w:rPr>
        <w:t xml:space="preserve">Materiales complementarios uno total se está aumentando </w:t>
      </w:r>
      <w:r w:rsidR="00C3137A">
        <w:rPr>
          <w:rFonts w:ascii="Arial" w:hAnsi="Arial" w:cs="Arial"/>
          <w:sz w:val="24"/>
          <w:szCs w:val="24"/>
        </w:rPr>
        <w:t>$</w:t>
      </w:r>
      <w:r w:rsidRPr="002E4E9B">
        <w:rPr>
          <w:rFonts w:ascii="Arial" w:hAnsi="Arial" w:cs="Arial"/>
          <w:sz w:val="24"/>
          <w:szCs w:val="24"/>
        </w:rPr>
        <w:t>93,500</w:t>
      </w:r>
      <w:r w:rsidR="00C3137A">
        <w:rPr>
          <w:rFonts w:ascii="Arial" w:hAnsi="Arial" w:cs="Arial"/>
          <w:sz w:val="24"/>
          <w:szCs w:val="24"/>
        </w:rPr>
        <w:t>.00</w:t>
      </w:r>
      <w:r w:rsidRPr="002E4E9B">
        <w:rPr>
          <w:rFonts w:ascii="Arial" w:hAnsi="Arial" w:cs="Arial"/>
          <w:sz w:val="24"/>
          <w:szCs w:val="24"/>
        </w:rPr>
        <w:t xml:space="preserve"> </w:t>
      </w:r>
      <w:r w:rsidR="00C3137A">
        <w:rPr>
          <w:rFonts w:ascii="Arial" w:hAnsi="Arial" w:cs="Arial"/>
          <w:sz w:val="24"/>
          <w:szCs w:val="24"/>
        </w:rPr>
        <w:t xml:space="preserve">pesos </w:t>
      </w:r>
      <w:r w:rsidRPr="002E4E9B">
        <w:rPr>
          <w:rFonts w:ascii="Arial" w:hAnsi="Arial" w:cs="Arial"/>
          <w:sz w:val="24"/>
          <w:szCs w:val="24"/>
        </w:rPr>
        <w:t>que da un total de 512,500</w:t>
      </w:r>
      <w:r w:rsidR="00C3137A">
        <w:rPr>
          <w:rFonts w:ascii="Arial" w:hAnsi="Arial" w:cs="Arial"/>
          <w:sz w:val="24"/>
          <w:szCs w:val="24"/>
        </w:rPr>
        <w:t xml:space="preserve">.00 pesos </w:t>
      </w:r>
      <w:r w:rsidR="00C3137A" w:rsidRPr="002E4E9B">
        <w:rPr>
          <w:rFonts w:ascii="Arial" w:hAnsi="Arial" w:cs="Arial"/>
          <w:sz w:val="24"/>
          <w:szCs w:val="24"/>
        </w:rPr>
        <w:t>Otros</w:t>
      </w:r>
      <w:r w:rsidR="00C3137A">
        <w:rPr>
          <w:rFonts w:ascii="Arial" w:hAnsi="Arial" w:cs="Arial"/>
          <w:sz w:val="24"/>
          <w:szCs w:val="24"/>
        </w:rPr>
        <w:t xml:space="preserve"> </w:t>
      </w:r>
      <w:r w:rsidRPr="002E4E9B">
        <w:rPr>
          <w:rFonts w:ascii="Arial" w:hAnsi="Arial" w:cs="Arial"/>
          <w:sz w:val="24"/>
          <w:szCs w:val="24"/>
        </w:rPr>
        <w:t xml:space="preserve">materiales para y artículos de construcción y reparación, una disminución de </w:t>
      </w:r>
      <w:r w:rsidR="00C3137A">
        <w:rPr>
          <w:rFonts w:ascii="Arial" w:hAnsi="Arial" w:cs="Arial"/>
          <w:sz w:val="24"/>
          <w:szCs w:val="24"/>
        </w:rPr>
        <w:t>$</w:t>
      </w:r>
      <w:r w:rsidRPr="002E4E9B">
        <w:rPr>
          <w:rFonts w:ascii="Arial" w:hAnsi="Arial" w:cs="Arial"/>
          <w:sz w:val="24"/>
          <w:szCs w:val="24"/>
        </w:rPr>
        <w:t>21,000</w:t>
      </w:r>
      <w:r w:rsidR="00C3137A">
        <w:rPr>
          <w:rFonts w:ascii="Arial" w:hAnsi="Arial" w:cs="Arial"/>
          <w:sz w:val="24"/>
          <w:szCs w:val="24"/>
        </w:rPr>
        <w:t>.00 pesos</w:t>
      </w:r>
      <w:r w:rsidRPr="002E4E9B">
        <w:rPr>
          <w:rFonts w:ascii="Arial" w:hAnsi="Arial" w:cs="Arial"/>
          <w:sz w:val="24"/>
          <w:szCs w:val="24"/>
        </w:rPr>
        <w:t xml:space="preserve"> que un total de </w:t>
      </w:r>
      <w:r w:rsidR="00C3137A">
        <w:rPr>
          <w:rFonts w:ascii="Arial" w:hAnsi="Arial" w:cs="Arial"/>
          <w:sz w:val="24"/>
          <w:szCs w:val="24"/>
        </w:rPr>
        <w:t>$</w:t>
      </w:r>
      <w:r w:rsidRPr="002E4E9B">
        <w:rPr>
          <w:rFonts w:ascii="Arial" w:hAnsi="Arial" w:cs="Arial"/>
          <w:sz w:val="24"/>
          <w:szCs w:val="24"/>
        </w:rPr>
        <w:t>6,00</w:t>
      </w:r>
      <w:r w:rsidR="00C3137A">
        <w:rPr>
          <w:rFonts w:ascii="Arial" w:hAnsi="Arial" w:cs="Arial"/>
          <w:sz w:val="24"/>
          <w:szCs w:val="24"/>
        </w:rPr>
        <w:t xml:space="preserve">0,000.00 </w:t>
      </w:r>
      <w:r w:rsidRPr="002E4E9B">
        <w:rPr>
          <w:rFonts w:ascii="Arial" w:hAnsi="Arial" w:cs="Arial"/>
          <w:sz w:val="24"/>
          <w:szCs w:val="24"/>
        </w:rPr>
        <w:t xml:space="preserve">Productos químicos básicos, una disminución de </w:t>
      </w:r>
      <w:r w:rsidR="00C3137A">
        <w:rPr>
          <w:rFonts w:ascii="Arial" w:hAnsi="Arial" w:cs="Arial"/>
          <w:sz w:val="24"/>
          <w:szCs w:val="24"/>
        </w:rPr>
        <w:t>$</w:t>
      </w:r>
      <w:r w:rsidRPr="002E4E9B">
        <w:rPr>
          <w:rFonts w:ascii="Arial" w:hAnsi="Arial" w:cs="Arial"/>
          <w:sz w:val="24"/>
          <w:szCs w:val="24"/>
        </w:rPr>
        <w:t>87,000</w:t>
      </w:r>
      <w:r w:rsidR="00C3137A">
        <w:rPr>
          <w:rFonts w:ascii="Arial" w:hAnsi="Arial" w:cs="Arial"/>
          <w:sz w:val="24"/>
          <w:szCs w:val="24"/>
        </w:rPr>
        <w:t>.00 pesos,</w:t>
      </w:r>
      <w:r w:rsidRPr="002E4E9B">
        <w:rPr>
          <w:rFonts w:ascii="Arial" w:hAnsi="Arial" w:cs="Arial"/>
          <w:sz w:val="24"/>
          <w:szCs w:val="24"/>
        </w:rPr>
        <w:t xml:space="preserve"> que un total de </w:t>
      </w:r>
      <w:r w:rsidR="00C3137A">
        <w:rPr>
          <w:rFonts w:ascii="Arial" w:hAnsi="Arial" w:cs="Arial"/>
          <w:sz w:val="24"/>
          <w:szCs w:val="24"/>
        </w:rPr>
        <w:t>$</w:t>
      </w:r>
      <w:r w:rsidRPr="002E4E9B">
        <w:rPr>
          <w:rFonts w:ascii="Arial" w:hAnsi="Arial" w:cs="Arial"/>
          <w:sz w:val="24"/>
          <w:szCs w:val="24"/>
        </w:rPr>
        <w:t>765,000</w:t>
      </w:r>
      <w:r w:rsidR="00C3137A">
        <w:rPr>
          <w:rFonts w:ascii="Arial" w:hAnsi="Arial" w:cs="Arial"/>
          <w:sz w:val="24"/>
          <w:szCs w:val="24"/>
        </w:rPr>
        <w:t>.00</w:t>
      </w:r>
      <w:r w:rsidRPr="002E4E9B">
        <w:rPr>
          <w:rFonts w:ascii="Arial" w:hAnsi="Arial" w:cs="Arial"/>
          <w:sz w:val="24"/>
          <w:szCs w:val="24"/>
        </w:rPr>
        <w:t xml:space="preserve"> pes</w:t>
      </w:r>
      <w:r w:rsidR="00C3137A">
        <w:rPr>
          <w:rFonts w:ascii="Arial" w:hAnsi="Arial" w:cs="Arial"/>
          <w:sz w:val="24"/>
          <w:szCs w:val="24"/>
        </w:rPr>
        <w:t>os</w:t>
      </w:r>
      <w:r w:rsidRPr="002E4E9B">
        <w:rPr>
          <w:rFonts w:ascii="Arial" w:hAnsi="Arial" w:cs="Arial"/>
          <w:sz w:val="24"/>
          <w:szCs w:val="24"/>
        </w:rPr>
        <w:t>. Fertilizantes,</w:t>
      </w:r>
      <w:r w:rsidR="00C3137A">
        <w:rPr>
          <w:rFonts w:ascii="Arial" w:hAnsi="Arial" w:cs="Arial"/>
          <w:sz w:val="24"/>
          <w:szCs w:val="24"/>
        </w:rPr>
        <w:t xml:space="preserve"> </w:t>
      </w:r>
      <w:r w:rsidRPr="002E4E9B">
        <w:rPr>
          <w:rFonts w:ascii="Arial" w:hAnsi="Arial" w:cs="Arial"/>
          <w:sz w:val="24"/>
          <w:szCs w:val="24"/>
        </w:rPr>
        <w:t xml:space="preserve">pesticidas y otros agroquímicos, un aumento de </w:t>
      </w:r>
      <w:r w:rsidR="00C3137A">
        <w:rPr>
          <w:rFonts w:ascii="Arial" w:hAnsi="Arial" w:cs="Arial"/>
          <w:sz w:val="24"/>
          <w:szCs w:val="24"/>
        </w:rPr>
        <w:t>$</w:t>
      </w:r>
      <w:r w:rsidRPr="002E4E9B">
        <w:rPr>
          <w:rFonts w:ascii="Arial" w:hAnsi="Arial" w:cs="Arial"/>
          <w:sz w:val="24"/>
          <w:szCs w:val="24"/>
        </w:rPr>
        <w:t>30,000</w:t>
      </w:r>
      <w:r w:rsidR="00C3137A">
        <w:rPr>
          <w:rFonts w:ascii="Arial" w:hAnsi="Arial" w:cs="Arial"/>
          <w:sz w:val="24"/>
          <w:szCs w:val="24"/>
        </w:rPr>
        <w:t>.00</w:t>
      </w:r>
      <w:r w:rsidRPr="002E4E9B">
        <w:rPr>
          <w:rFonts w:ascii="Arial" w:hAnsi="Arial" w:cs="Arial"/>
          <w:sz w:val="24"/>
          <w:szCs w:val="24"/>
        </w:rPr>
        <w:t xml:space="preserve"> pes</w:t>
      </w:r>
      <w:r w:rsidR="00C3137A">
        <w:rPr>
          <w:rFonts w:ascii="Arial" w:hAnsi="Arial" w:cs="Arial"/>
          <w:sz w:val="24"/>
          <w:szCs w:val="24"/>
        </w:rPr>
        <w:t>os</w:t>
      </w:r>
      <w:r w:rsidRPr="002E4E9B">
        <w:rPr>
          <w:rFonts w:ascii="Arial" w:hAnsi="Arial" w:cs="Arial"/>
          <w:sz w:val="24"/>
          <w:szCs w:val="24"/>
        </w:rPr>
        <w:t xml:space="preserve">, quedando un total de </w:t>
      </w:r>
      <w:r w:rsidR="00C3137A">
        <w:rPr>
          <w:rFonts w:ascii="Arial" w:hAnsi="Arial" w:cs="Arial"/>
          <w:sz w:val="24"/>
          <w:szCs w:val="24"/>
        </w:rPr>
        <w:t>$</w:t>
      </w:r>
      <w:r w:rsidRPr="002E4E9B">
        <w:rPr>
          <w:rFonts w:ascii="Arial" w:hAnsi="Arial" w:cs="Arial"/>
          <w:sz w:val="24"/>
          <w:szCs w:val="24"/>
        </w:rPr>
        <w:t>284,000</w:t>
      </w:r>
      <w:r w:rsidR="00C3137A">
        <w:rPr>
          <w:rFonts w:ascii="Arial" w:hAnsi="Arial" w:cs="Arial"/>
          <w:sz w:val="24"/>
          <w:szCs w:val="24"/>
        </w:rPr>
        <w:t>.00</w:t>
      </w:r>
      <w:r w:rsidRPr="002E4E9B">
        <w:rPr>
          <w:rFonts w:ascii="Arial" w:hAnsi="Arial" w:cs="Arial"/>
          <w:sz w:val="24"/>
          <w:szCs w:val="24"/>
        </w:rPr>
        <w:t xml:space="preserve"> pes</w:t>
      </w:r>
      <w:r w:rsidR="00C3137A">
        <w:rPr>
          <w:rFonts w:ascii="Arial" w:hAnsi="Arial" w:cs="Arial"/>
          <w:sz w:val="24"/>
          <w:szCs w:val="24"/>
        </w:rPr>
        <w:t>os</w:t>
      </w:r>
      <w:r w:rsidRPr="002E4E9B">
        <w:rPr>
          <w:rFonts w:ascii="Arial" w:hAnsi="Arial" w:cs="Arial"/>
          <w:sz w:val="24"/>
          <w:szCs w:val="24"/>
        </w:rPr>
        <w:t>. Medicinas y productos</w:t>
      </w:r>
      <w:r w:rsidR="00C3137A">
        <w:rPr>
          <w:rFonts w:ascii="Arial" w:hAnsi="Arial" w:cs="Arial"/>
          <w:sz w:val="24"/>
          <w:szCs w:val="24"/>
        </w:rPr>
        <w:t xml:space="preserve"> </w:t>
      </w:r>
      <w:r w:rsidRPr="002E4E9B">
        <w:rPr>
          <w:rFonts w:ascii="Arial" w:hAnsi="Arial" w:cs="Arial"/>
          <w:sz w:val="24"/>
          <w:szCs w:val="24"/>
        </w:rPr>
        <w:t xml:space="preserve">farmacéuticos, una disminución de </w:t>
      </w:r>
      <w:r w:rsidR="00C3137A">
        <w:rPr>
          <w:rFonts w:ascii="Arial" w:hAnsi="Arial" w:cs="Arial"/>
          <w:sz w:val="24"/>
          <w:szCs w:val="24"/>
        </w:rPr>
        <w:t>$</w:t>
      </w:r>
      <w:r w:rsidRPr="002E4E9B">
        <w:rPr>
          <w:rFonts w:ascii="Arial" w:hAnsi="Arial" w:cs="Arial"/>
          <w:sz w:val="24"/>
          <w:szCs w:val="24"/>
        </w:rPr>
        <w:t>72,000</w:t>
      </w:r>
      <w:r w:rsidR="00C3137A">
        <w:rPr>
          <w:rFonts w:ascii="Arial" w:hAnsi="Arial" w:cs="Arial"/>
          <w:sz w:val="24"/>
          <w:szCs w:val="24"/>
        </w:rPr>
        <w:t>.00</w:t>
      </w:r>
      <w:r w:rsidRPr="002E4E9B">
        <w:rPr>
          <w:rFonts w:ascii="Arial" w:hAnsi="Arial" w:cs="Arial"/>
          <w:sz w:val="24"/>
          <w:szCs w:val="24"/>
        </w:rPr>
        <w:t xml:space="preserve"> pes</w:t>
      </w:r>
      <w:r w:rsidR="00C3137A">
        <w:rPr>
          <w:rFonts w:ascii="Arial" w:hAnsi="Arial" w:cs="Arial"/>
          <w:sz w:val="24"/>
          <w:szCs w:val="24"/>
        </w:rPr>
        <w:t>os</w:t>
      </w:r>
      <w:r w:rsidRPr="002E4E9B">
        <w:rPr>
          <w:rFonts w:ascii="Arial" w:hAnsi="Arial" w:cs="Arial"/>
          <w:sz w:val="24"/>
          <w:szCs w:val="24"/>
        </w:rPr>
        <w:t xml:space="preserve">, quedando un total de </w:t>
      </w:r>
      <w:r w:rsidR="00C3137A">
        <w:rPr>
          <w:rFonts w:ascii="Arial" w:hAnsi="Arial" w:cs="Arial"/>
          <w:sz w:val="24"/>
          <w:szCs w:val="24"/>
        </w:rPr>
        <w:t>$</w:t>
      </w:r>
      <w:r w:rsidRPr="002E4E9B">
        <w:rPr>
          <w:rFonts w:ascii="Arial" w:hAnsi="Arial" w:cs="Arial"/>
          <w:sz w:val="24"/>
          <w:szCs w:val="24"/>
        </w:rPr>
        <w:t>245,000.</w:t>
      </w:r>
      <w:r w:rsidR="00C3137A">
        <w:rPr>
          <w:rFonts w:ascii="Arial" w:hAnsi="Arial" w:cs="Arial"/>
          <w:sz w:val="24"/>
          <w:szCs w:val="24"/>
        </w:rPr>
        <w:t>00</w:t>
      </w:r>
      <w:r w:rsidRPr="002E4E9B">
        <w:rPr>
          <w:rFonts w:ascii="Arial" w:hAnsi="Arial" w:cs="Arial"/>
          <w:sz w:val="24"/>
          <w:szCs w:val="24"/>
        </w:rPr>
        <w:t xml:space="preserve"> </w:t>
      </w:r>
      <w:r w:rsidR="00C3137A">
        <w:rPr>
          <w:rFonts w:ascii="Arial" w:hAnsi="Arial" w:cs="Arial"/>
          <w:sz w:val="24"/>
          <w:szCs w:val="24"/>
        </w:rPr>
        <w:t xml:space="preserve">pesos </w:t>
      </w:r>
      <w:r w:rsidRPr="002E4E9B">
        <w:rPr>
          <w:rFonts w:ascii="Arial" w:hAnsi="Arial" w:cs="Arial"/>
          <w:sz w:val="24"/>
          <w:szCs w:val="24"/>
        </w:rPr>
        <w:t xml:space="preserve">materiales accesorios y suministros médicos, una disminución de </w:t>
      </w:r>
      <w:r w:rsidR="00C3137A">
        <w:rPr>
          <w:rFonts w:ascii="Arial" w:hAnsi="Arial" w:cs="Arial"/>
          <w:sz w:val="24"/>
          <w:szCs w:val="24"/>
        </w:rPr>
        <w:t>$</w:t>
      </w:r>
      <w:r w:rsidRPr="002E4E9B">
        <w:rPr>
          <w:rFonts w:ascii="Arial" w:hAnsi="Arial" w:cs="Arial"/>
          <w:sz w:val="24"/>
          <w:szCs w:val="24"/>
        </w:rPr>
        <w:t>206,000</w:t>
      </w:r>
      <w:r w:rsidR="00C3137A">
        <w:rPr>
          <w:rFonts w:ascii="Arial" w:hAnsi="Arial" w:cs="Arial"/>
          <w:sz w:val="24"/>
          <w:szCs w:val="24"/>
        </w:rPr>
        <w:t>.00</w:t>
      </w:r>
      <w:r w:rsidRPr="002E4E9B">
        <w:rPr>
          <w:rFonts w:ascii="Arial" w:hAnsi="Arial" w:cs="Arial"/>
          <w:sz w:val="24"/>
          <w:szCs w:val="24"/>
        </w:rPr>
        <w:t xml:space="preserve"> pes</w:t>
      </w:r>
      <w:r w:rsidR="00C3137A">
        <w:rPr>
          <w:rFonts w:ascii="Arial" w:hAnsi="Arial" w:cs="Arial"/>
          <w:sz w:val="24"/>
          <w:szCs w:val="24"/>
        </w:rPr>
        <w:t>os</w:t>
      </w:r>
      <w:r w:rsidRPr="002E4E9B">
        <w:rPr>
          <w:rFonts w:ascii="Arial" w:hAnsi="Arial" w:cs="Arial"/>
          <w:sz w:val="24"/>
          <w:szCs w:val="24"/>
        </w:rPr>
        <w:t xml:space="preserve"> que dan un total de </w:t>
      </w:r>
      <w:r w:rsidR="00C3137A">
        <w:rPr>
          <w:rFonts w:ascii="Arial" w:hAnsi="Arial" w:cs="Arial"/>
          <w:sz w:val="24"/>
          <w:szCs w:val="24"/>
        </w:rPr>
        <w:t>$</w:t>
      </w:r>
      <w:r w:rsidRPr="002E4E9B">
        <w:rPr>
          <w:rFonts w:ascii="Arial" w:hAnsi="Arial" w:cs="Arial"/>
          <w:sz w:val="24"/>
          <w:szCs w:val="24"/>
        </w:rPr>
        <w:t>405,000.</w:t>
      </w:r>
      <w:r w:rsidR="00C3137A">
        <w:rPr>
          <w:rFonts w:ascii="Arial" w:hAnsi="Arial" w:cs="Arial"/>
          <w:sz w:val="24"/>
          <w:szCs w:val="24"/>
        </w:rPr>
        <w:t xml:space="preserve">00 pesos </w:t>
      </w:r>
      <w:r w:rsidRPr="002E4E9B">
        <w:rPr>
          <w:rFonts w:ascii="Arial" w:hAnsi="Arial" w:cs="Arial"/>
          <w:sz w:val="24"/>
          <w:szCs w:val="24"/>
        </w:rPr>
        <w:t xml:space="preserve">Materiales, accesorios y suministros de laboratorio, un aumento de </w:t>
      </w:r>
      <w:r w:rsidR="00C3137A">
        <w:rPr>
          <w:rFonts w:ascii="Arial" w:hAnsi="Arial" w:cs="Arial"/>
          <w:sz w:val="24"/>
          <w:szCs w:val="24"/>
        </w:rPr>
        <w:t>$</w:t>
      </w:r>
      <w:r w:rsidRPr="002E4E9B">
        <w:rPr>
          <w:rFonts w:ascii="Arial" w:hAnsi="Arial" w:cs="Arial"/>
          <w:sz w:val="24"/>
          <w:szCs w:val="24"/>
        </w:rPr>
        <w:t>5,300</w:t>
      </w:r>
      <w:r w:rsidR="00C3137A">
        <w:rPr>
          <w:rFonts w:ascii="Arial" w:hAnsi="Arial" w:cs="Arial"/>
          <w:sz w:val="24"/>
          <w:szCs w:val="24"/>
        </w:rPr>
        <w:t>.00</w:t>
      </w:r>
      <w:r w:rsidRPr="002E4E9B">
        <w:rPr>
          <w:rFonts w:ascii="Arial" w:hAnsi="Arial" w:cs="Arial"/>
          <w:sz w:val="24"/>
          <w:szCs w:val="24"/>
        </w:rPr>
        <w:t xml:space="preserve"> pes</w:t>
      </w:r>
      <w:r w:rsidR="00C3137A">
        <w:rPr>
          <w:rFonts w:ascii="Arial" w:hAnsi="Arial" w:cs="Arial"/>
          <w:sz w:val="24"/>
          <w:szCs w:val="24"/>
        </w:rPr>
        <w:t>os</w:t>
      </w:r>
      <w:r w:rsidRPr="002E4E9B">
        <w:rPr>
          <w:rFonts w:ascii="Arial" w:hAnsi="Arial" w:cs="Arial"/>
          <w:sz w:val="24"/>
          <w:szCs w:val="24"/>
        </w:rPr>
        <w:t xml:space="preserve">, quedando un total de </w:t>
      </w:r>
      <w:r w:rsidR="00C3137A">
        <w:rPr>
          <w:rFonts w:ascii="Arial" w:hAnsi="Arial" w:cs="Arial"/>
          <w:sz w:val="24"/>
          <w:szCs w:val="24"/>
        </w:rPr>
        <w:t>$</w:t>
      </w:r>
      <w:r w:rsidRPr="002E4E9B">
        <w:rPr>
          <w:rFonts w:ascii="Arial" w:hAnsi="Arial" w:cs="Arial"/>
          <w:sz w:val="24"/>
          <w:szCs w:val="24"/>
        </w:rPr>
        <w:t>15,300.</w:t>
      </w:r>
      <w:r w:rsidR="00C3137A">
        <w:rPr>
          <w:rFonts w:ascii="Arial" w:hAnsi="Arial" w:cs="Arial"/>
          <w:sz w:val="24"/>
          <w:szCs w:val="24"/>
        </w:rPr>
        <w:t xml:space="preserve">00 </w:t>
      </w:r>
      <w:r w:rsidRPr="002E4E9B">
        <w:rPr>
          <w:rFonts w:ascii="Arial" w:hAnsi="Arial" w:cs="Arial"/>
          <w:sz w:val="24"/>
          <w:szCs w:val="24"/>
        </w:rPr>
        <w:t xml:space="preserve">Fibras sintéticas, plásticos y derivados, una disminución de </w:t>
      </w:r>
      <w:r w:rsidR="00C3137A">
        <w:rPr>
          <w:rFonts w:ascii="Arial" w:hAnsi="Arial" w:cs="Arial"/>
          <w:sz w:val="24"/>
          <w:szCs w:val="24"/>
        </w:rPr>
        <w:t>$</w:t>
      </w:r>
      <w:r w:rsidRPr="002E4E9B">
        <w:rPr>
          <w:rFonts w:ascii="Arial" w:hAnsi="Arial" w:cs="Arial"/>
          <w:sz w:val="24"/>
          <w:szCs w:val="24"/>
        </w:rPr>
        <w:t>31,000</w:t>
      </w:r>
      <w:r w:rsidR="00C3137A">
        <w:rPr>
          <w:rFonts w:ascii="Arial" w:hAnsi="Arial" w:cs="Arial"/>
          <w:sz w:val="24"/>
          <w:szCs w:val="24"/>
        </w:rPr>
        <w:t>.00</w:t>
      </w:r>
      <w:r w:rsidRPr="002E4E9B">
        <w:rPr>
          <w:rFonts w:ascii="Arial" w:hAnsi="Arial" w:cs="Arial"/>
          <w:sz w:val="24"/>
          <w:szCs w:val="24"/>
        </w:rPr>
        <w:t xml:space="preserve"> pes que dan </w:t>
      </w:r>
      <w:r w:rsidR="00C3137A">
        <w:rPr>
          <w:rFonts w:ascii="Arial" w:hAnsi="Arial" w:cs="Arial"/>
          <w:sz w:val="24"/>
          <w:szCs w:val="24"/>
        </w:rPr>
        <w:t>$</w:t>
      </w:r>
      <w:r w:rsidRPr="002E4E9B">
        <w:rPr>
          <w:rFonts w:ascii="Arial" w:hAnsi="Arial" w:cs="Arial"/>
          <w:sz w:val="24"/>
          <w:szCs w:val="24"/>
        </w:rPr>
        <w:t>39,600.</w:t>
      </w:r>
      <w:r w:rsidR="00C3137A">
        <w:rPr>
          <w:rFonts w:ascii="Arial" w:hAnsi="Arial" w:cs="Arial"/>
          <w:sz w:val="24"/>
          <w:szCs w:val="24"/>
        </w:rPr>
        <w:t>00</w:t>
      </w:r>
      <w:r w:rsidRPr="002E4E9B">
        <w:rPr>
          <w:rFonts w:ascii="Arial" w:hAnsi="Arial" w:cs="Arial"/>
          <w:sz w:val="24"/>
          <w:szCs w:val="24"/>
        </w:rPr>
        <w:t xml:space="preserve"> otros productos</w:t>
      </w:r>
      <w:r w:rsidR="00C3137A">
        <w:rPr>
          <w:rFonts w:ascii="Arial" w:hAnsi="Arial" w:cs="Arial"/>
          <w:sz w:val="24"/>
          <w:szCs w:val="24"/>
        </w:rPr>
        <w:t xml:space="preserve"> </w:t>
      </w:r>
      <w:r w:rsidRPr="002E4E9B">
        <w:rPr>
          <w:rFonts w:ascii="Arial" w:hAnsi="Arial" w:cs="Arial"/>
          <w:sz w:val="24"/>
          <w:szCs w:val="24"/>
        </w:rPr>
        <w:t xml:space="preserve">químicos, una disminución de </w:t>
      </w:r>
      <w:r w:rsidR="00C3137A">
        <w:rPr>
          <w:rFonts w:ascii="Arial" w:hAnsi="Arial" w:cs="Arial"/>
          <w:sz w:val="24"/>
          <w:szCs w:val="24"/>
        </w:rPr>
        <w:t>$</w:t>
      </w:r>
      <w:r w:rsidRPr="002E4E9B">
        <w:rPr>
          <w:rFonts w:ascii="Arial" w:hAnsi="Arial" w:cs="Arial"/>
          <w:sz w:val="24"/>
          <w:szCs w:val="24"/>
        </w:rPr>
        <w:t>148,000</w:t>
      </w:r>
      <w:r w:rsidR="00C3137A">
        <w:rPr>
          <w:rFonts w:ascii="Arial" w:hAnsi="Arial" w:cs="Arial"/>
          <w:sz w:val="24"/>
          <w:szCs w:val="24"/>
        </w:rPr>
        <w:t>.00</w:t>
      </w:r>
      <w:r w:rsidRPr="002E4E9B">
        <w:rPr>
          <w:rFonts w:ascii="Arial" w:hAnsi="Arial" w:cs="Arial"/>
          <w:sz w:val="24"/>
          <w:szCs w:val="24"/>
        </w:rPr>
        <w:t xml:space="preserve">, quedando un total de </w:t>
      </w:r>
      <w:r w:rsidR="00C3137A">
        <w:rPr>
          <w:rFonts w:ascii="Arial" w:hAnsi="Arial" w:cs="Arial"/>
          <w:sz w:val="24"/>
          <w:szCs w:val="24"/>
        </w:rPr>
        <w:t>$</w:t>
      </w:r>
      <w:r w:rsidRPr="002E4E9B">
        <w:rPr>
          <w:rFonts w:ascii="Arial" w:hAnsi="Arial" w:cs="Arial"/>
          <w:sz w:val="24"/>
          <w:szCs w:val="24"/>
        </w:rPr>
        <w:t>116,000</w:t>
      </w:r>
      <w:r w:rsidR="00C3137A">
        <w:rPr>
          <w:rFonts w:ascii="Arial" w:hAnsi="Arial" w:cs="Arial"/>
          <w:sz w:val="24"/>
          <w:szCs w:val="24"/>
        </w:rPr>
        <w:t>.00</w:t>
      </w:r>
      <w:r w:rsidRPr="002E4E9B">
        <w:rPr>
          <w:rFonts w:ascii="Arial" w:hAnsi="Arial" w:cs="Arial"/>
          <w:sz w:val="24"/>
          <w:szCs w:val="24"/>
        </w:rPr>
        <w:t xml:space="preserve"> Combustibles, lubricantes y</w:t>
      </w:r>
      <w:r w:rsidR="00C3137A">
        <w:rPr>
          <w:rFonts w:ascii="Arial" w:hAnsi="Arial" w:cs="Arial"/>
          <w:sz w:val="24"/>
          <w:szCs w:val="24"/>
        </w:rPr>
        <w:t xml:space="preserve"> </w:t>
      </w:r>
      <w:r w:rsidRPr="002E4E9B">
        <w:rPr>
          <w:rFonts w:ascii="Arial" w:hAnsi="Arial" w:cs="Arial"/>
          <w:sz w:val="24"/>
          <w:szCs w:val="24"/>
        </w:rPr>
        <w:t xml:space="preserve">aditivos, una disminución de </w:t>
      </w:r>
      <w:r w:rsidR="00C3137A">
        <w:rPr>
          <w:rFonts w:ascii="Arial" w:hAnsi="Arial" w:cs="Arial"/>
          <w:sz w:val="24"/>
          <w:szCs w:val="24"/>
        </w:rPr>
        <w:t>$</w:t>
      </w:r>
      <w:r w:rsidRPr="002E4E9B">
        <w:rPr>
          <w:rFonts w:ascii="Arial" w:hAnsi="Arial" w:cs="Arial"/>
          <w:sz w:val="24"/>
          <w:szCs w:val="24"/>
        </w:rPr>
        <w:t>1</w:t>
      </w:r>
      <w:r w:rsidR="00F87E56">
        <w:rPr>
          <w:rFonts w:ascii="Arial" w:hAnsi="Arial" w:cs="Arial"/>
          <w:sz w:val="24"/>
          <w:szCs w:val="24"/>
        </w:rPr>
        <w:t>,</w:t>
      </w:r>
      <w:r w:rsidRPr="002E4E9B">
        <w:rPr>
          <w:rFonts w:ascii="Arial" w:hAnsi="Arial" w:cs="Arial"/>
          <w:sz w:val="24"/>
          <w:szCs w:val="24"/>
        </w:rPr>
        <w:t>1</w:t>
      </w:r>
      <w:r w:rsidR="00F87E56">
        <w:rPr>
          <w:rFonts w:ascii="Arial" w:hAnsi="Arial" w:cs="Arial"/>
          <w:sz w:val="24"/>
          <w:szCs w:val="24"/>
        </w:rPr>
        <w:t>00,000.00</w:t>
      </w:r>
      <w:r w:rsidRPr="002E4E9B">
        <w:rPr>
          <w:rFonts w:ascii="Arial" w:hAnsi="Arial" w:cs="Arial"/>
          <w:sz w:val="24"/>
          <w:szCs w:val="24"/>
        </w:rPr>
        <w:t xml:space="preserve"> millones, quedando un total de </w:t>
      </w:r>
      <w:r w:rsidR="00F87E56">
        <w:rPr>
          <w:rFonts w:ascii="Arial" w:hAnsi="Arial" w:cs="Arial"/>
          <w:sz w:val="24"/>
          <w:szCs w:val="24"/>
        </w:rPr>
        <w:t>$</w:t>
      </w:r>
      <w:r w:rsidRPr="002E4E9B">
        <w:rPr>
          <w:rFonts w:ascii="Arial" w:hAnsi="Arial" w:cs="Arial"/>
          <w:sz w:val="24"/>
          <w:szCs w:val="24"/>
        </w:rPr>
        <w:t>21</w:t>
      </w:r>
      <w:r w:rsidR="00F87E56">
        <w:rPr>
          <w:rFonts w:ascii="Arial" w:hAnsi="Arial" w:cs="Arial"/>
          <w:sz w:val="24"/>
          <w:szCs w:val="24"/>
        </w:rPr>
        <w:t>,</w:t>
      </w:r>
      <w:r w:rsidRPr="002E4E9B">
        <w:rPr>
          <w:rFonts w:ascii="Arial" w:hAnsi="Arial" w:cs="Arial"/>
          <w:sz w:val="24"/>
          <w:szCs w:val="24"/>
        </w:rPr>
        <w:t>1</w:t>
      </w:r>
      <w:r w:rsidR="00F87E56">
        <w:rPr>
          <w:rFonts w:ascii="Arial" w:hAnsi="Arial" w:cs="Arial"/>
          <w:sz w:val="24"/>
          <w:szCs w:val="24"/>
        </w:rPr>
        <w:t>00,000.00</w:t>
      </w:r>
      <w:r w:rsidRPr="002E4E9B">
        <w:rPr>
          <w:rFonts w:ascii="Arial" w:hAnsi="Arial" w:cs="Arial"/>
          <w:sz w:val="24"/>
          <w:szCs w:val="24"/>
        </w:rPr>
        <w:t xml:space="preserve"> millones. </w:t>
      </w:r>
      <w:proofErr w:type="gramStart"/>
      <w:r w:rsidRPr="002E4E9B">
        <w:rPr>
          <w:rFonts w:ascii="Arial" w:hAnsi="Arial" w:cs="Arial"/>
          <w:sz w:val="24"/>
          <w:szCs w:val="24"/>
        </w:rPr>
        <w:t>Vestuario</w:t>
      </w:r>
      <w:r w:rsidR="00F87E56">
        <w:rPr>
          <w:rFonts w:ascii="Arial" w:hAnsi="Arial" w:cs="Arial"/>
          <w:sz w:val="24"/>
          <w:szCs w:val="24"/>
        </w:rPr>
        <w:t xml:space="preserve"> </w:t>
      </w:r>
      <w:r w:rsidRPr="002E4E9B">
        <w:rPr>
          <w:rFonts w:ascii="Arial" w:hAnsi="Arial" w:cs="Arial"/>
          <w:sz w:val="24"/>
          <w:szCs w:val="24"/>
        </w:rPr>
        <w:t>uniformes</w:t>
      </w:r>
      <w:proofErr w:type="gramEnd"/>
      <w:r w:rsidRPr="002E4E9B">
        <w:rPr>
          <w:rFonts w:ascii="Arial" w:hAnsi="Arial" w:cs="Arial"/>
          <w:sz w:val="24"/>
          <w:szCs w:val="24"/>
        </w:rPr>
        <w:t xml:space="preserve">, una disminución de </w:t>
      </w:r>
      <w:r w:rsidR="00F87E56">
        <w:rPr>
          <w:rFonts w:ascii="Arial" w:hAnsi="Arial" w:cs="Arial"/>
          <w:sz w:val="24"/>
          <w:szCs w:val="24"/>
        </w:rPr>
        <w:t>$</w:t>
      </w:r>
      <w:r w:rsidRPr="002E4E9B">
        <w:rPr>
          <w:rFonts w:ascii="Arial" w:hAnsi="Arial" w:cs="Arial"/>
          <w:sz w:val="24"/>
          <w:szCs w:val="24"/>
        </w:rPr>
        <w:t>204,000</w:t>
      </w:r>
      <w:r w:rsidR="00F87E56">
        <w:rPr>
          <w:rFonts w:ascii="Arial" w:hAnsi="Arial" w:cs="Arial"/>
          <w:sz w:val="24"/>
          <w:szCs w:val="24"/>
        </w:rPr>
        <w:t>.00</w:t>
      </w:r>
      <w:r w:rsidRPr="002E4E9B">
        <w:rPr>
          <w:rFonts w:ascii="Arial" w:hAnsi="Arial" w:cs="Arial"/>
          <w:sz w:val="24"/>
          <w:szCs w:val="24"/>
        </w:rPr>
        <w:t xml:space="preserve"> pes</w:t>
      </w:r>
      <w:r w:rsidR="00F87E56">
        <w:rPr>
          <w:rFonts w:ascii="Arial" w:hAnsi="Arial" w:cs="Arial"/>
          <w:sz w:val="24"/>
          <w:szCs w:val="24"/>
        </w:rPr>
        <w:t>os</w:t>
      </w:r>
      <w:r w:rsidRPr="002E4E9B">
        <w:rPr>
          <w:rFonts w:ascii="Arial" w:hAnsi="Arial" w:cs="Arial"/>
          <w:sz w:val="24"/>
          <w:szCs w:val="24"/>
        </w:rPr>
        <w:t xml:space="preserve"> que quedar un total de </w:t>
      </w:r>
      <w:r w:rsidR="00F87E56">
        <w:rPr>
          <w:rFonts w:ascii="Arial" w:hAnsi="Arial" w:cs="Arial"/>
          <w:sz w:val="24"/>
          <w:szCs w:val="24"/>
        </w:rPr>
        <w:t>$</w:t>
      </w:r>
      <w:r w:rsidRPr="002E4E9B">
        <w:rPr>
          <w:rFonts w:ascii="Arial" w:hAnsi="Arial" w:cs="Arial"/>
          <w:sz w:val="24"/>
          <w:szCs w:val="24"/>
        </w:rPr>
        <w:t>6</w:t>
      </w:r>
      <w:r w:rsidR="00F87E56">
        <w:rPr>
          <w:rFonts w:ascii="Arial" w:hAnsi="Arial" w:cs="Arial"/>
          <w:sz w:val="24"/>
          <w:szCs w:val="24"/>
        </w:rPr>
        <w:t>,</w:t>
      </w:r>
      <w:r w:rsidRPr="002E4E9B">
        <w:rPr>
          <w:rFonts w:ascii="Arial" w:hAnsi="Arial" w:cs="Arial"/>
          <w:sz w:val="24"/>
          <w:szCs w:val="24"/>
        </w:rPr>
        <w:t>9</w:t>
      </w:r>
      <w:r w:rsidR="00F87E56">
        <w:rPr>
          <w:rFonts w:ascii="Arial" w:hAnsi="Arial" w:cs="Arial"/>
          <w:sz w:val="24"/>
          <w:szCs w:val="24"/>
        </w:rPr>
        <w:t xml:space="preserve">00,000.00 </w:t>
      </w:r>
      <w:r w:rsidRPr="002E4E9B">
        <w:rPr>
          <w:rFonts w:ascii="Arial" w:hAnsi="Arial" w:cs="Arial"/>
          <w:sz w:val="24"/>
          <w:szCs w:val="24"/>
        </w:rPr>
        <w:t>millones</w:t>
      </w:r>
      <w:r w:rsidR="00F87E56">
        <w:rPr>
          <w:rFonts w:ascii="Arial" w:hAnsi="Arial" w:cs="Arial"/>
          <w:sz w:val="24"/>
          <w:szCs w:val="24"/>
        </w:rPr>
        <w:t xml:space="preserve"> </w:t>
      </w:r>
      <w:r w:rsidRPr="002E4E9B">
        <w:rPr>
          <w:rFonts w:ascii="Arial" w:hAnsi="Arial" w:cs="Arial"/>
          <w:sz w:val="24"/>
          <w:szCs w:val="24"/>
        </w:rPr>
        <w:t xml:space="preserve">prendas de seguridad y protección personal, una disminución de </w:t>
      </w:r>
      <w:r w:rsidR="00F87E56">
        <w:rPr>
          <w:rFonts w:ascii="Arial" w:hAnsi="Arial" w:cs="Arial"/>
          <w:sz w:val="24"/>
          <w:szCs w:val="24"/>
        </w:rPr>
        <w:t>$</w:t>
      </w:r>
      <w:r w:rsidRPr="002E4E9B">
        <w:rPr>
          <w:rFonts w:ascii="Arial" w:hAnsi="Arial" w:cs="Arial"/>
          <w:sz w:val="24"/>
          <w:szCs w:val="24"/>
        </w:rPr>
        <w:t>2</w:t>
      </w:r>
      <w:r w:rsidR="00F87E56">
        <w:rPr>
          <w:rFonts w:ascii="Arial" w:hAnsi="Arial" w:cs="Arial"/>
          <w:sz w:val="24"/>
          <w:szCs w:val="24"/>
        </w:rPr>
        <w:t>,</w:t>
      </w:r>
      <w:r w:rsidRPr="002E4E9B">
        <w:rPr>
          <w:rFonts w:ascii="Arial" w:hAnsi="Arial" w:cs="Arial"/>
          <w:sz w:val="24"/>
          <w:szCs w:val="24"/>
        </w:rPr>
        <w:t>7</w:t>
      </w:r>
      <w:r w:rsidR="00F87E56">
        <w:rPr>
          <w:rFonts w:ascii="Arial" w:hAnsi="Arial" w:cs="Arial"/>
          <w:sz w:val="24"/>
          <w:szCs w:val="24"/>
        </w:rPr>
        <w:t>00,000.00</w:t>
      </w:r>
      <w:r w:rsidRPr="002E4E9B">
        <w:rPr>
          <w:rFonts w:ascii="Arial" w:hAnsi="Arial" w:cs="Arial"/>
          <w:sz w:val="24"/>
          <w:szCs w:val="24"/>
        </w:rPr>
        <w:t xml:space="preserve"> </w:t>
      </w:r>
      <w:r w:rsidRPr="002E4E9B">
        <w:rPr>
          <w:rFonts w:ascii="Arial" w:hAnsi="Arial" w:cs="Arial"/>
          <w:sz w:val="24"/>
          <w:szCs w:val="24"/>
        </w:rPr>
        <w:lastRenderedPageBreak/>
        <w:t xml:space="preserve">millones </w:t>
      </w:r>
      <w:proofErr w:type="gramStart"/>
      <w:r w:rsidRPr="002E4E9B">
        <w:rPr>
          <w:rFonts w:ascii="Arial" w:hAnsi="Arial" w:cs="Arial"/>
          <w:sz w:val="24"/>
          <w:szCs w:val="24"/>
        </w:rPr>
        <w:t>de  que</w:t>
      </w:r>
      <w:proofErr w:type="gramEnd"/>
      <w:r w:rsidRPr="002E4E9B">
        <w:rPr>
          <w:rFonts w:ascii="Arial" w:hAnsi="Arial" w:cs="Arial"/>
          <w:sz w:val="24"/>
          <w:szCs w:val="24"/>
        </w:rPr>
        <w:t xml:space="preserve"> da un total de </w:t>
      </w:r>
      <w:r w:rsidR="00F87E56">
        <w:rPr>
          <w:rFonts w:ascii="Arial" w:hAnsi="Arial" w:cs="Arial"/>
          <w:sz w:val="24"/>
          <w:szCs w:val="24"/>
        </w:rPr>
        <w:t>$</w:t>
      </w:r>
      <w:r w:rsidRPr="002E4E9B">
        <w:rPr>
          <w:rFonts w:ascii="Arial" w:hAnsi="Arial" w:cs="Arial"/>
          <w:sz w:val="24"/>
          <w:szCs w:val="24"/>
        </w:rPr>
        <w:t>445,000</w:t>
      </w:r>
      <w:r w:rsidR="00F87E56">
        <w:rPr>
          <w:rFonts w:ascii="Arial" w:hAnsi="Arial" w:cs="Arial"/>
          <w:sz w:val="24"/>
          <w:szCs w:val="24"/>
        </w:rPr>
        <w:t xml:space="preserve">.00 pesos </w:t>
      </w:r>
      <w:r w:rsidRPr="002E4E9B">
        <w:rPr>
          <w:rFonts w:ascii="Arial" w:hAnsi="Arial" w:cs="Arial"/>
          <w:sz w:val="24"/>
          <w:szCs w:val="24"/>
        </w:rPr>
        <w:t xml:space="preserve">Artículos deportivos, una disminución de </w:t>
      </w:r>
      <w:r w:rsidR="00F87E56">
        <w:rPr>
          <w:rFonts w:ascii="Arial" w:hAnsi="Arial" w:cs="Arial"/>
          <w:sz w:val="24"/>
          <w:szCs w:val="24"/>
        </w:rPr>
        <w:t>$</w:t>
      </w:r>
      <w:r w:rsidRPr="002E4E9B">
        <w:rPr>
          <w:rFonts w:ascii="Arial" w:hAnsi="Arial" w:cs="Arial"/>
          <w:sz w:val="24"/>
          <w:szCs w:val="24"/>
        </w:rPr>
        <w:t>1</w:t>
      </w:r>
      <w:r w:rsidR="00F87E56">
        <w:rPr>
          <w:rFonts w:ascii="Arial" w:hAnsi="Arial" w:cs="Arial"/>
          <w:sz w:val="24"/>
          <w:szCs w:val="24"/>
        </w:rPr>
        <w:t>,</w:t>
      </w:r>
      <w:r w:rsidRPr="002E4E9B">
        <w:rPr>
          <w:rFonts w:ascii="Arial" w:hAnsi="Arial" w:cs="Arial"/>
          <w:sz w:val="24"/>
          <w:szCs w:val="24"/>
        </w:rPr>
        <w:t>700</w:t>
      </w:r>
      <w:r w:rsidR="00F87E56">
        <w:rPr>
          <w:rFonts w:ascii="Arial" w:hAnsi="Arial" w:cs="Arial"/>
          <w:sz w:val="24"/>
          <w:szCs w:val="24"/>
        </w:rPr>
        <w:t>.00</w:t>
      </w:r>
      <w:r w:rsidRPr="002E4E9B">
        <w:rPr>
          <w:rFonts w:ascii="Arial" w:hAnsi="Arial" w:cs="Arial"/>
          <w:sz w:val="24"/>
          <w:szCs w:val="24"/>
        </w:rPr>
        <w:t xml:space="preserve"> pes</w:t>
      </w:r>
      <w:r w:rsidR="00F87E56">
        <w:rPr>
          <w:rFonts w:ascii="Arial" w:hAnsi="Arial" w:cs="Arial"/>
          <w:sz w:val="24"/>
          <w:szCs w:val="24"/>
        </w:rPr>
        <w:t>os</w:t>
      </w:r>
      <w:r w:rsidRPr="002E4E9B">
        <w:rPr>
          <w:rFonts w:ascii="Arial" w:hAnsi="Arial" w:cs="Arial"/>
          <w:sz w:val="24"/>
          <w:szCs w:val="24"/>
        </w:rPr>
        <w:t xml:space="preserve"> quedando </w:t>
      </w:r>
      <w:r w:rsidR="00F87E56">
        <w:rPr>
          <w:rFonts w:ascii="Arial" w:hAnsi="Arial" w:cs="Arial"/>
          <w:sz w:val="24"/>
          <w:szCs w:val="24"/>
        </w:rPr>
        <w:t>$</w:t>
      </w:r>
      <w:r w:rsidRPr="002E4E9B">
        <w:rPr>
          <w:rFonts w:ascii="Arial" w:hAnsi="Arial" w:cs="Arial"/>
          <w:sz w:val="24"/>
          <w:szCs w:val="24"/>
        </w:rPr>
        <w:t>82,900</w:t>
      </w:r>
      <w:r w:rsidR="00F87E56">
        <w:rPr>
          <w:rFonts w:ascii="Arial" w:hAnsi="Arial" w:cs="Arial"/>
          <w:sz w:val="24"/>
          <w:szCs w:val="24"/>
        </w:rPr>
        <w:t>.00 pesos,</w:t>
      </w:r>
      <w:r w:rsidRPr="002E4E9B">
        <w:rPr>
          <w:rFonts w:ascii="Arial" w:hAnsi="Arial" w:cs="Arial"/>
          <w:sz w:val="24"/>
          <w:szCs w:val="24"/>
        </w:rPr>
        <w:t xml:space="preserve"> </w:t>
      </w:r>
      <w:r w:rsidR="00F87E56">
        <w:rPr>
          <w:rFonts w:ascii="Arial" w:hAnsi="Arial" w:cs="Arial"/>
          <w:sz w:val="24"/>
          <w:szCs w:val="24"/>
        </w:rPr>
        <w:t>b</w:t>
      </w:r>
      <w:r w:rsidRPr="002E4E9B">
        <w:rPr>
          <w:rFonts w:ascii="Arial" w:hAnsi="Arial" w:cs="Arial"/>
          <w:sz w:val="24"/>
          <w:szCs w:val="24"/>
        </w:rPr>
        <w:t xml:space="preserve">lancos y otros productos textiles, excepto prendas de vestir, una disminución de </w:t>
      </w:r>
      <w:r w:rsidR="00F87E56">
        <w:rPr>
          <w:rFonts w:ascii="Arial" w:hAnsi="Arial" w:cs="Arial"/>
          <w:sz w:val="24"/>
          <w:szCs w:val="24"/>
        </w:rPr>
        <w:t>$</w:t>
      </w:r>
      <w:r w:rsidRPr="002E4E9B">
        <w:rPr>
          <w:rFonts w:ascii="Arial" w:hAnsi="Arial" w:cs="Arial"/>
          <w:sz w:val="24"/>
          <w:szCs w:val="24"/>
        </w:rPr>
        <w:t>2,000</w:t>
      </w:r>
      <w:r w:rsidR="00F87E56">
        <w:rPr>
          <w:rFonts w:ascii="Arial" w:hAnsi="Arial" w:cs="Arial"/>
          <w:sz w:val="24"/>
          <w:szCs w:val="24"/>
        </w:rPr>
        <w:t>.00 pesos</w:t>
      </w:r>
      <w:r w:rsidRPr="002E4E9B">
        <w:rPr>
          <w:rFonts w:ascii="Arial" w:hAnsi="Arial" w:cs="Arial"/>
          <w:sz w:val="24"/>
          <w:szCs w:val="24"/>
        </w:rPr>
        <w:t xml:space="preserve">, quedan únicamente </w:t>
      </w:r>
      <w:r w:rsidR="00F87E56">
        <w:rPr>
          <w:rFonts w:ascii="Arial" w:hAnsi="Arial" w:cs="Arial"/>
          <w:sz w:val="24"/>
          <w:szCs w:val="24"/>
        </w:rPr>
        <w:t>$</w:t>
      </w:r>
      <w:r w:rsidRPr="002E4E9B">
        <w:rPr>
          <w:rFonts w:ascii="Arial" w:hAnsi="Arial" w:cs="Arial"/>
          <w:sz w:val="24"/>
          <w:szCs w:val="24"/>
        </w:rPr>
        <w:t>3,000</w:t>
      </w:r>
      <w:r w:rsidR="00F87E56">
        <w:rPr>
          <w:rFonts w:ascii="Arial" w:hAnsi="Arial" w:cs="Arial"/>
          <w:sz w:val="24"/>
          <w:szCs w:val="24"/>
        </w:rPr>
        <w:t>.00</w:t>
      </w:r>
      <w:r w:rsidRPr="002E4E9B">
        <w:rPr>
          <w:rFonts w:ascii="Arial" w:hAnsi="Arial" w:cs="Arial"/>
          <w:sz w:val="24"/>
          <w:szCs w:val="24"/>
        </w:rPr>
        <w:t xml:space="preserve"> pes</w:t>
      </w:r>
      <w:r w:rsidR="00F87E56">
        <w:rPr>
          <w:rFonts w:ascii="Arial" w:hAnsi="Arial" w:cs="Arial"/>
          <w:sz w:val="24"/>
          <w:szCs w:val="24"/>
        </w:rPr>
        <w:t>os</w:t>
      </w:r>
      <w:r w:rsidRPr="002E4E9B">
        <w:rPr>
          <w:rFonts w:ascii="Arial" w:hAnsi="Arial" w:cs="Arial"/>
          <w:sz w:val="24"/>
          <w:szCs w:val="24"/>
        </w:rPr>
        <w:t>. Sustancias y materiales</w:t>
      </w:r>
      <w:r w:rsidR="00F87E56">
        <w:rPr>
          <w:rFonts w:ascii="Arial" w:hAnsi="Arial" w:cs="Arial"/>
          <w:sz w:val="24"/>
          <w:szCs w:val="24"/>
        </w:rPr>
        <w:t xml:space="preserve"> </w:t>
      </w:r>
      <w:r w:rsidRPr="002E4E9B">
        <w:rPr>
          <w:rFonts w:ascii="Arial" w:hAnsi="Arial" w:cs="Arial"/>
          <w:sz w:val="24"/>
          <w:szCs w:val="24"/>
        </w:rPr>
        <w:t xml:space="preserve">explosivos, una disminución de </w:t>
      </w:r>
      <w:r w:rsidR="00F87E56">
        <w:rPr>
          <w:rFonts w:ascii="Arial" w:hAnsi="Arial" w:cs="Arial"/>
          <w:sz w:val="24"/>
          <w:szCs w:val="24"/>
        </w:rPr>
        <w:t>$</w:t>
      </w:r>
      <w:r w:rsidRPr="002E4E9B">
        <w:rPr>
          <w:rFonts w:ascii="Arial" w:hAnsi="Arial" w:cs="Arial"/>
          <w:sz w:val="24"/>
          <w:szCs w:val="24"/>
        </w:rPr>
        <w:t>17,600</w:t>
      </w:r>
      <w:r w:rsidR="00F87E56">
        <w:rPr>
          <w:rFonts w:ascii="Arial" w:hAnsi="Arial" w:cs="Arial"/>
          <w:sz w:val="24"/>
          <w:szCs w:val="24"/>
        </w:rPr>
        <w:t>.00 pesos</w:t>
      </w:r>
      <w:r w:rsidRPr="002E4E9B">
        <w:rPr>
          <w:rFonts w:ascii="Arial" w:hAnsi="Arial" w:cs="Arial"/>
          <w:sz w:val="24"/>
          <w:szCs w:val="24"/>
        </w:rPr>
        <w:t xml:space="preserve">, quedando un total de </w:t>
      </w:r>
      <w:r w:rsidR="00F87E56">
        <w:rPr>
          <w:rFonts w:ascii="Arial" w:hAnsi="Arial" w:cs="Arial"/>
          <w:sz w:val="24"/>
          <w:szCs w:val="24"/>
        </w:rPr>
        <w:t>$</w:t>
      </w:r>
      <w:r w:rsidRPr="002E4E9B">
        <w:rPr>
          <w:rFonts w:ascii="Arial" w:hAnsi="Arial" w:cs="Arial"/>
          <w:sz w:val="24"/>
          <w:szCs w:val="24"/>
        </w:rPr>
        <w:t>19,800</w:t>
      </w:r>
      <w:r w:rsidR="00F87E56">
        <w:rPr>
          <w:rFonts w:ascii="Arial" w:hAnsi="Arial" w:cs="Arial"/>
          <w:sz w:val="24"/>
          <w:szCs w:val="24"/>
        </w:rPr>
        <w:t xml:space="preserve">,00 pesos, </w:t>
      </w:r>
      <w:r w:rsidRPr="002E4E9B">
        <w:rPr>
          <w:rFonts w:ascii="Arial" w:hAnsi="Arial" w:cs="Arial"/>
          <w:sz w:val="24"/>
          <w:szCs w:val="24"/>
        </w:rPr>
        <w:t xml:space="preserve">material de seguridad pública se está considerando </w:t>
      </w:r>
      <w:r w:rsidR="00F87E56">
        <w:rPr>
          <w:rFonts w:ascii="Arial" w:hAnsi="Arial" w:cs="Arial"/>
          <w:sz w:val="24"/>
          <w:szCs w:val="24"/>
        </w:rPr>
        <w:t>$</w:t>
      </w:r>
      <w:r w:rsidRPr="002E4E9B">
        <w:rPr>
          <w:rFonts w:ascii="Arial" w:hAnsi="Arial" w:cs="Arial"/>
          <w:sz w:val="24"/>
          <w:szCs w:val="24"/>
        </w:rPr>
        <w:t>781</w:t>
      </w:r>
      <w:r w:rsidR="00F87E56">
        <w:rPr>
          <w:rFonts w:ascii="Arial" w:hAnsi="Arial" w:cs="Arial"/>
          <w:sz w:val="24"/>
          <w:szCs w:val="24"/>
        </w:rPr>
        <w:t>,</w:t>
      </w:r>
      <w:r w:rsidRPr="002E4E9B">
        <w:rPr>
          <w:rFonts w:ascii="Arial" w:hAnsi="Arial" w:cs="Arial"/>
          <w:sz w:val="24"/>
          <w:szCs w:val="24"/>
        </w:rPr>
        <w:t>160</w:t>
      </w:r>
      <w:r w:rsidR="00F87E56">
        <w:rPr>
          <w:rFonts w:ascii="Arial" w:hAnsi="Arial" w:cs="Arial"/>
          <w:sz w:val="24"/>
          <w:szCs w:val="24"/>
        </w:rPr>
        <w:t>.00 pesos</w:t>
      </w:r>
      <w:r w:rsidR="00F87E56" w:rsidRPr="002E4E9B">
        <w:rPr>
          <w:rFonts w:ascii="Arial" w:hAnsi="Arial" w:cs="Arial"/>
          <w:sz w:val="24"/>
          <w:szCs w:val="24"/>
        </w:rPr>
        <w:t xml:space="preserve"> para</w:t>
      </w:r>
      <w:r w:rsidRPr="002E4E9B">
        <w:rPr>
          <w:rFonts w:ascii="Arial" w:hAnsi="Arial" w:cs="Arial"/>
          <w:sz w:val="24"/>
          <w:szCs w:val="24"/>
        </w:rPr>
        <w:t xml:space="preserve"> ejercer cuando originalmente no se tenía </w:t>
      </w:r>
      <w:r w:rsidR="00F87E56" w:rsidRPr="002E4E9B">
        <w:rPr>
          <w:rFonts w:ascii="Arial" w:hAnsi="Arial" w:cs="Arial"/>
          <w:sz w:val="24"/>
          <w:szCs w:val="24"/>
        </w:rPr>
        <w:t>contemplado el</w:t>
      </w:r>
      <w:r w:rsidRPr="002E4E9B">
        <w:rPr>
          <w:rFonts w:ascii="Arial" w:hAnsi="Arial" w:cs="Arial"/>
          <w:sz w:val="24"/>
          <w:szCs w:val="24"/>
        </w:rPr>
        <w:t xml:space="preserve"> gasto</w:t>
      </w:r>
      <w:r w:rsidR="00F87E56">
        <w:rPr>
          <w:rFonts w:ascii="Arial" w:hAnsi="Arial" w:cs="Arial"/>
          <w:sz w:val="24"/>
          <w:szCs w:val="24"/>
        </w:rPr>
        <w:t xml:space="preserve">. </w:t>
      </w:r>
      <w:r w:rsidRPr="002E4E9B">
        <w:rPr>
          <w:rFonts w:ascii="Arial" w:hAnsi="Arial" w:cs="Arial"/>
          <w:sz w:val="24"/>
          <w:szCs w:val="24"/>
        </w:rPr>
        <w:t xml:space="preserve">Prendas de protección para ciudad pública y nacional, un aumento de </w:t>
      </w:r>
      <w:r w:rsidR="00F87E56">
        <w:rPr>
          <w:rFonts w:ascii="Arial" w:hAnsi="Arial" w:cs="Arial"/>
          <w:sz w:val="24"/>
          <w:szCs w:val="24"/>
        </w:rPr>
        <w:t>$</w:t>
      </w:r>
      <w:r w:rsidR="00F87E56" w:rsidRPr="002E4E9B">
        <w:rPr>
          <w:rFonts w:ascii="Arial" w:hAnsi="Arial" w:cs="Arial"/>
          <w:sz w:val="24"/>
          <w:szCs w:val="24"/>
        </w:rPr>
        <w:t>584,878</w:t>
      </w:r>
      <w:r w:rsidR="00F87E56">
        <w:rPr>
          <w:rFonts w:ascii="Arial" w:hAnsi="Arial" w:cs="Arial"/>
          <w:sz w:val="24"/>
          <w:szCs w:val="24"/>
        </w:rPr>
        <w:t>.00</w:t>
      </w:r>
      <w:r w:rsidR="00F87E56" w:rsidRPr="002E4E9B">
        <w:rPr>
          <w:rFonts w:ascii="Arial" w:hAnsi="Arial" w:cs="Arial"/>
          <w:sz w:val="24"/>
          <w:szCs w:val="24"/>
        </w:rPr>
        <w:t xml:space="preserve"> y</w:t>
      </w:r>
      <w:r w:rsidRPr="002E4E9B">
        <w:rPr>
          <w:rFonts w:ascii="Arial" w:hAnsi="Arial" w:cs="Arial"/>
          <w:sz w:val="24"/>
          <w:szCs w:val="24"/>
        </w:rPr>
        <w:t xml:space="preserve"> aquí tampoco se tenía contemplado, por lo que la cantidad final es la misma.</w:t>
      </w:r>
      <w:r w:rsidR="00F87E56">
        <w:rPr>
          <w:rFonts w:ascii="Arial" w:hAnsi="Arial" w:cs="Arial"/>
          <w:sz w:val="24"/>
          <w:szCs w:val="24"/>
        </w:rPr>
        <w:t xml:space="preserve"> </w:t>
      </w:r>
      <w:r w:rsidRPr="002E4E9B">
        <w:rPr>
          <w:rFonts w:ascii="Arial" w:hAnsi="Arial" w:cs="Arial"/>
          <w:sz w:val="24"/>
          <w:szCs w:val="24"/>
        </w:rPr>
        <w:t xml:space="preserve">Herramientas menores, una disminución de </w:t>
      </w:r>
      <w:r w:rsidR="00F87E56">
        <w:rPr>
          <w:rFonts w:ascii="Arial" w:hAnsi="Arial" w:cs="Arial"/>
          <w:sz w:val="24"/>
          <w:szCs w:val="24"/>
        </w:rPr>
        <w:t>$</w:t>
      </w:r>
      <w:r w:rsidRPr="002E4E9B">
        <w:rPr>
          <w:rFonts w:ascii="Arial" w:hAnsi="Arial" w:cs="Arial"/>
          <w:sz w:val="24"/>
          <w:szCs w:val="24"/>
        </w:rPr>
        <w:t>153,800</w:t>
      </w:r>
      <w:r w:rsidR="00F87E56">
        <w:rPr>
          <w:rFonts w:ascii="Arial" w:hAnsi="Arial" w:cs="Arial"/>
          <w:sz w:val="24"/>
          <w:szCs w:val="24"/>
        </w:rPr>
        <w:t>.00</w:t>
      </w:r>
      <w:r w:rsidRPr="002E4E9B">
        <w:rPr>
          <w:rFonts w:ascii="Arial" w:hAnsi="Arial" w:cs="Arial"/>
          <w:sz w:val="24"/>
          <w:szCs w:val="24"/>
        </w:rPr>
        <w:t xml:space="preserve"> pes</w:t>
      </w:r>
      <w:r w:rsidR="00F87E56">
        <w:rPr>
          <w:rFonts w:ascii="Arial" w:hAnsi="Arial" w:cs="Arial"/>
          <w:sz w:val="24"/>
          <w:szCs w:val="24"/>
        </w:rPr>
        <w:t>os</w:t>
      </w:r>
      <w:r w:rsidRPr="002E4E9B">
        <w:rPr>
          <w:rFonts w:ascii="Arial" w:hAnsi="Arial" w:cs="Arial"/>
          <w:sz w:val="24"/>
          <w:szCs w:val="24"/>
        </w:rPr>
        <w:t xml:space="preserve"> que dan un total de </w:t>
      </w:r>
      <w:r w:rsidR="00F87E56">
        <w:rPr>
          <w:rFonts w:ascii="Arial" w:hAnsi="Arial" w:cs="Arial"/>
          <w:sz w:val="24"/>
          <w:szCs w:val="24"/>
        </w:rPr>
        <w:t>$</w:t>
      </w:r>
      <w:r w:rsidRPr="002E4E9B">
        <w:rPr>
          <w:rFonts w:ascii="Arial" w:hAnsi="Arial" w:cs="Arial"/>
          <w:sz w:val="24"/>
          <w:szCs w:val="24"/>
        </w:rPr>
        <w:t>527,700</w:t>
      </w:r>
      <w:r w:rsidR="00F87E56">
        <w:rPr>
          <w:rFonts w:ascii="Arial" w:hAnsi="Arial" w:cs="Arial"/>
          <w:sz w:val="24"/>
          <w:szCs w:val="24"/>
        </w:rPr>
        <w:t>.00 pesos</w:t>
      </w:r>
      <w:r w:rsidRPr="002E4E9B">
        <w:rPr>
          <w:rFonts w:ascii="Arial" w:hAnsi="Arial" w:cs="Arial"/>
          <w:sz w:val="24"/>
          <w:szCs w:val="24"/>
        </w:rPr>
        <w:t>.</w:t>
      </w:r>
      <w:r w:rsidR="00F87E56">
        <w:rPr>
          <w:rFonts w:ascii="Arial" w:hAnsi="Arial" w:cs="Arial"/>
          <w:sz w:val="24"/>
          <w:szCs w:val="24"/>
        </w:rPr>
        <w:t xml:space="preserve"> </w:t>
      </w:r>
      <w:r w:rsidRPr="002E4E9B">
        <w:rPr>
          <w:rFonts w:ascii="Arial" w:hAnsi="Arial" w:cs="Arial"/>
          <w:sz w:val="24"/>
          <w:szCs w:val="24"/>
        </w:rPr>
        <w:t xml:space="preserve">Refacciones y </w:t>
      </w:r>
      <w:r w:rsidR="00F87E56" w:rsidRPr="002E4E9B">
        <w:rPr>
          <w:rFonts w:ascii="Arial" w:hAnsi="Arial" w:cs="Arial"/>
          <w:sz w:val="24"/>
          <w:szCs w:val="24"/>
        </w:rPr>
        <w:t>accesorios</w:t>
      </w:r>
      <w:r w:rsidRPr="002E4E9B">
        <w:rPr>
          <w:rFonts w:ascii="Arial" w:hAnsi="Arial" w:cs="Arial"/>
          <w:sz w:val="24"/>
          <w:szCs w:val="24"/>
        </w:rPr>
        <w:t xml:space="preserve"> menores de edificios, una disminución de </w:t>
      </w:r>
      <w:r w:rsidR="00F87E56">
        <w:rPr>
          <w:rFonts w:ascii="Arial" w:hAnsi="Arial" w:cs="Arial"/>
          <w:sz w:val="24"/>
          <w:szCs w:val="24"/>
        </w:rPr>
        <w:t>$</w:t>
      </w:r>
      <w:r w:rsidR="00F87E56" w:rsidRPr="002E4E9B">
        <w:rPr>
          <w:rFonts w:ascii="Arial" w:hAnsi="Arial" w:cs="Arial"/>
          <w:sz w:val="24"/>
          <w:szCs w:val="24"/>
        </w:rPr>
        <w:t>30,000</w:t>
      </w:r>
      <w:r w:rsidR="00F87E56">
        <w:rPr>
          <w:rFonts w:ascii="Arial" w:hAnsi="Arial" w:cs="Arial"/>
          <w:sz w:val="24"/>
          <w:szCs w:val="24"/>
        </w:rPr>
        <w:t>.00</w:t>
      </w:r>
      <w:r w:rsidR="00F87E56" w:rsidRPr="002E4E9B">
        <w:rPr>
          <w:rFonts w:ascii="Arial" w:hAnsi="Arial" w:cs="Arial"/>
          <w:sz w:val="24"/>
          <w:szCs w:val="24"/>
        </w:rPr>
        <w:t>,</w:t>
      </w:r>
      <w:r w:rsidRPr="002E4E9B">
        <w:rPr>
          <w:rFonts w:ascii="Arial" w:hAnsi="Arial" w:cs="Arial"/>
          <w:sz w:val="24"/>
          <w:szCs w:val="24"/>
        </w:rPr>
        <w:t xml:space="preserve"> quedando un total de </w:t>
      </w:r>
      <w:r w:rsidR="00F87E56">
        <w:rPr>
          <w:rFonts w:ascii="Arial" w:hAnsi="Arial" w:cs="Arial"/>
          <w:sz w:val="24"/>
          <w:szCs w:val="24"/>
        </w:rPr>
        <w:t>$</w:t>
      </w:r>
      <w:r w:rsidRPr="002E4E9B">
        <w:rPr>
          <w:rFonts w:ascii="Arial" w:hAnsi="Arial" w:cs="Arial"/>
          <w:sz w:val="24"/>
          <w:szCs w:val="24"/>
        </w:rPr>
        <w:t>43,700.</w:t>
      </w:r>
      <w:r w:rsidR="00F87E56">
        <w:rPr>
          <w:rFonts w:ascii="Arial" w:hAnsi="Arial" w:cs="Arial"/>
          <w:sz w:val="24"/>
          <w:szCs w:val="24"/>
        </w:rPr>
        <w:t xml:space="preserve">00 pesos </w:t>
      </w:r>
      <w:r w:rsidRPr="002E4E9B">
        <w:rPr>
          <w:rFonts w:ascii="Arial" w:hAnsi="Arial" w:cs="Arial"/>
          <w:sz w:val="24"/>
          <w:szCs w:val="24"/>
        </w:rPr>
        <w:t xml:space="preserve">Refacciones y accesorios menores de mobiliario, equipo de administración educacional y recreativo. Una disminución de </w:t>
      </w:r>
      <w:r w:rsidR="00F87E56">
        <w:rPr>
          <w:rFonts w:ascii="Arial" w:hAnsi="Arial" w:cs="Arial"/>
          <w:sz w:val="24"/>
          <w:szCs w:val="24"/>
        </w:rPr>
        <w:t>$</w:t>
      </w:r>
      <w:r w:rsidR="00F87E56" w:rsidRPr="002E4E9B">
        <w:rPr>
          <w:rFonts w:ascii="Arial" w:hAnsi="Arial" w:cs="Arial"/>
          <w:sz w:val="24"/>
          <w:szCs w:val="24"/>
        </w:rPr>
        <w:t>6,194</w:t>
      </w:r>
      <w:r w:rsidR="00F87E56">
        <w:rPr>
          <w:rFonts w:ascii="Arial" w:hAnsi="Arial" w:cs="Arial"/>
          <w:sz w:val="24"/>
          <w:szCs w:val="24"/>
        </w:rPr>
        <w:t>.00</w:t>
      </w:r>
      <w:r w:rsidR="00F87E56" w:rsidRPr="002E4E9B">
        <w:rPr>
          <w:rFonts w:ascii="Arial" w:hAnsi="Arial" w:cs="Arial"/>
          <w:sz w:val="24"/>
          <w:szCs w:val="24"/>
        </w:rPr>
        <w:t xml:space="preserve"> quedando</w:t>
      </w:r>
      <w:r w:rsidRPr="002E4E9B">
        <w:rPr>
          <w:rFonts w:ascii="Arial" w:hAnsi="Arial" w:cs="Arial"/>
          <w:sz w:val="24"/>
          <w:szCs w:val="24"/>
        </w:rPr>
        <w:t xml:space="preserve"> un total de </w:t>
      </w:r>
      <w:r w:rsidR="00F87E56">
        <w:rPr>
          <w:rFonts w:ascii="Arial" w:hAnsi="Arial" w:cs="Arial"/>
          <w:sz w:val="24"/>
          <w:szCs w:val="24"/>
        </w:rPr>
        <w:t>$</w:t>
      </w:r>
      <w:r w:rsidRPr="002E4E9B">
        <w:rPr>
          <w:rFonts w:ascii="Arial" w:hAnsi="Arial" w:cs="Arial"/>
          <w:sz w:val="24"/>
          <w:szCs w:val="24"/>
        </w:rPr>
        <w:t>6,700</w:t>
      </w:r>
      <w:r w:rsidR="00F87E56">
        <w:rPr>
          <w:rFonts w:ascii="Arial" w:hAnsi="Arial" w:cs="Arial"/>
          <w:sz w:val="24"/>
          <w:szCs w:val="24"/>
        </w:rPr>
        <w:t>.00</w:t>
      </w:r>
      <w:r w:rsidRPr="002E4E9B">
        <w:rPr>
          <w:rFonts w:ascii="Arial" w:hAnsi="Arial" w:cs="Arial"/>
          <w:sz w:val="24"/>
          <w:szCs w:val="24"/>
        </w:rPr>
        <w:t>.</w:t>
      </w:r>
      <w:r w:rsidR="00F87E56">
        <w:rPr>
          <w:rFonts w:ascii="Arial" w:hAnsi="Arial" w:cs="Arial"/>
          <w:sz w:val="24"/>
          <w:szCs w:val="24"/>
        </w:rPr>
        <w:t xml:space="preserve"> </w:t>
      </w:r>
      <w:r w:rsidRPr="002E4E9B">
        <w:rPr>
          <w:rFonts w:ascii="Arial" w:hAnsi="Arial" w:cs="Arial"/>
          <w:sz w:val="24"/>
          <w:szCs w:val="24"/>
        </w:rPr>
        <w:t xml:space="preserve">Refracciones menores de equipo de cómputo y tecnologías de la información, una disminución de </w:t>
      </w:r>
      <w:r w:rsidR="00F87E56">
        <w:rPr>
          <w:rFonts w:ascii="Arial" w:hAnsi="Arial" w:cs="Arial"/>
          <w:sz w:val="24"/>
          <w:szCs w:val="24"/>
        </w:rPr>
        <w:t>$</w:t>
      </w:r>
      <w:r w:rsidRPr="002E4E9B">
        <w:rPr>
          <w:rFonts w:ascii="Arial" w:hAnsi="Arial" w:cs="Arial"/>
          <w:sz w:val="24"/>
          <w:szCs w:val="24"/>
        </w:rPr>
        <w:t>159,000</w:t>
      </w:r>
      <w:r w:rsidR="00F87E56">
        <w:rPr>
          <w:rFonts w:ascii="Arial" w:hAnsi="Arial" w:cs="Arial"/>
          <w:sz w:val="24"/>
          <w:szCs w:val="24"/>
        </w:rPr>
        <w:t>.00</w:t>
      </w:r>
      <w:r w:rsidRPr="002E4E9B">
        <w:rPr>
          <w:rFonts w:ascii="Arial" w:hAnsi="Arial" w:cs="Arial"/>
          <w:sz w:val="24"/>
          <w:szCs w:val="24"/>
        </w:rPr>
        <w:t xml:space="preserve"> pes</w:t>
      </w:r>
      <w:r w:rsidR="00F87E56">
        <w:rPr>
          <w:rFonts w:ascii="Arial" w:hAnsi="Arial" w:cs="Arial"/>
          <w:sz w:val="24"/>
          <w:szCs w:val="24"/>
        </w:rPr>
        <w:t>os</w:t>
      </w:r>
      <w:r w:rsidRPr="002E4E9B">
        <w:rPr>
          <w:rFonts w:ascii="Arial" w:hAnsi="Arial" w:cs="Arial"/>
          <w:sz w:val="24"/>
          <w:szCs w:val="24"/>
        </w:rPr>
        <w:t xml:space="preserve"> que da un total de </w:t>
      </w:r>
      <w:r w:rsidR="00F87E56">
        <w:rPr>
          <w:rFonts w:ascii="Arial" w:hAnsi="Arial" w:cs="Arial"/>
          <w:sz w:val="24"/>
          <w:szCs w:val="24"/>
        </w:rPr>
        <w:t>$</w:t>
      </w:r>
      <w:r w:rsidRPr="002E4E9B">
        <w:rPr>
          <w:rFonts w:ascii="Arial" w:hAnsi="Arial" w:cs="Arial"/>
          <w:sz w:val="24"/>
          <w:szCs w:val="24"/>
        </w:rPr>
        <w:t>418,000.</w:t>
      </w:r>
      <w:r w:rsidR="00F87E56">
        <w:rPr>
          <w:rFonts w:ascii="Arial" w:hAnsi="Arial" w:cs="Arial"/>
          <w:sz w:val="24"/>
          <w:szCs w:val="24"/>
        </w:rPr>
        <w:t xml:space="preserve">00 </w:t>
      </w:r>
      <w:r w:rsidRPr="002E4E9B">
        <w:rPr>
          <w:rFonts w:ascii="Arial" w:hAnsi="Arial" w:cs="Arial"/>
          <w:sz w:val="24"/>
          <w:szCs w:val="24"/>
        </w:rPr>
        <w:t xml:space="preserve">Refacciones y accesorios menores de equipo de transporte, una un aumento de </w:t>
      </w:r>
      <w:r w:rsidR="00F87E56">
        <w:rPr>
          <w:rFonts w:ascii="Arial" w:hAnsi="Arial" w:cs="Arial"/>
          <w:sz w:val="24"/>
          <w:szCs w:val="24"/>
        </w:rPr>
        <w:t>$</w:t>
      </w:r>
      <w:r w:rsidRPr="002E4E9B">
        <w:rPr>
          <w:rFonts w:ascii="Arial" w:hAnsi="Arial" w:cs="Arial"/>
          <w:sz w:val="24"/>
          <w:szCs w:val="24"/>
        </w:rPr>
        <w:t>99,000</w:t>
      </w:r>
      <w:r w:rsidR="00F87E56">
        <w:rPr>
          <w:rFonts w:ascii="Arial" w:hAnsi="Arial" w:cs="Arial"/>
          <w:sz w:val="24"/>
          <w:szCs w:val="24"/>
        </w:rPr>
        <w:t>.00</w:t>
      </w:r>
      <w:r w:rsidRPr="002E4E9B">
        <w:rPr>
          <w:rFonts w:ascii="Arial" w:hAnsi="Arial" w:cs="Arial"/>
          <w:sz w:val="24"/>
          <w:szCs w:val="24"/>
        </w:rPr>
        <w:t xml:space="preserve"> pes</w:t>
      </w:r>
      <w:r w:rsidR="00F87E56">
        <w:rPr>
          <w:rFonts w:ascii="Arial" w:hAnsi="Arial" w:cs="Arial"/>
          <w:sz w:val="24"/>
          <w:szCs w:val="24"/>
        </w:rPr>
        <w:t>os</w:t>
      </w:r>
      <w:r w:rsidRPr="002E4E9B">
        <w:rPr>
          <w:rFonts w:ascii="Arial" w:hAnsi="Arial" w:cs="Arial"/>
          <w:sz w:val="24"/>
          <w:szCs w:val="24"/>
        </w:rPr>
        <w:t xml:space="preserve"> </w:t>
      </w:r>
      <w:r w:rsidR="00F87E56" w:rsidRPr="002E4E9B">
        <w:rPr>
          <w:rFonts w:ascii="Arial" w:hAnsi="Arial" w:cs="Arial"/>
          <w:sz w:val="24"/>
          <w:szCs w:val="24"/>
        </w:rPr>
        <w:t>quedando</w:t>
      </w:r>
      <w:r w:rsidRPr="002E4E9B">
        <w:rPr>
          <w:rFonts w:ascii="Arial" w:hAnsi="Arial" w:cs="Arial"/>
          <w:sz w:val="24"/>
          <w:szCs w:val="24"/>
        </w:rPr>
        <w:t xml:space="preserve"> un total de </w:t>
      </w:r>
      <w:r w:rsidR="00F87E56">
        <w:rPr>
          <w:rFonts w:ascii="Arial" w:hAnsi="Arial" w:cs="Arial"/>
          <w:sz w:val="24"/>
          <w:szCs w:val="24"/>
        </w:rPr>
        <w:t>$</w:t>
      </w:r>
      <w:r w:rsidRPr="002E4E9B">
        <w:rPr>
          <w:rFonts w:ascii="Arial" w:hAnsi="Arial" w:cs="Arial"/>
          <w:sz w:val="24"/>
          <w:szCs w:val="24"/>
        </w:rPr>
        <w:t>3</w:t>
      </w:r>
      <w:r w:rsidR="00F87E56">
        <w:rPr>
          <w:rFonts w:ascii="Arial" w:hAnsi="Arial" w:cs="Arial"/>
          <w:sz w:val="24"/>
          <w:szCs w:val="24"/>
        </w:rPr>
        <w:t>,</w:t>
      </w:r>
      <w:r w:rsidRPr="002E4E9B">
        <w:rPr>
          <w:rFonts w:ascii="Arial" w:hAnsi="Arial" w:cs="Arial"/>
          <w:sz w:val="24"/>
          <w:szCs w:val="24"/>
        </w:rPr>
        <w:t>5</w:t>
      </w:r>
      <w:r w:rsidR="00F87E56">
        <w:rPr>
          <w:rFonts w:ascii="Arial" w:hAnsi="Arial" w:cs="Arial"/>
          <w:sz w:val="24"/>
          <w:szCs w:val="24"/>
        </w:rPr>
        <w:t>00,000.00</w:t>
      </w:r>
      <w:r w:rsidRPr="002E4E9B">
        <w:rPr>
          <w:rFonts w:ascii="Arial" w:hAnsi="Arial" w:cs="Arial"/>
          <w:sz w:val="24"/>
          <w:szCs w:val="24"/>
        </w:rPr>
        <w:t xml:space="preserve"> millones, refacciones, equipos menores de maquinaria y otros equipos, un aumento de </w:t>
      </w:r>
      <w:r w:rsidR="00F87E56">
        <w:rPr>
          <w:rFonts w:ascii="Arial" w:hAnsi="Arial" w:cs="Arial"/>
          <w:sz w:val="24"/>
          <w:szCs w:val="24"/>
        </w:rPr>
        <w:t>$</w:t>
      </w:r>
      <w:r w:rsidRPr="002E4E9B">
        <w:rPr>
          <w:rFonts w:ascii="Arial" w:hAnsi="Arial" w:cs="Arial"/>
          <w:sz w:val="24"/>
          <w:szCs w:val="24"/>
        </w:rPr>
        <w:t>60,000</w:t>
      </w:r>
      <w:r w:rsidR="00F87E56">
        <w:rPr>
          <w:rFonts w:ascii="Arial" w:hAnsi="Arial" w:cs="Arial"/>
          <w:sz w:val="24"/>
          <w:szCs w:val="24"/>
        </w:rPr>
        <w:t>.00</w:t>
      </w:r>
      <w:r w:rsidRPr="002E4E9B">
        <w:rPr>
          <w:rFonts w:ascii="Arial" w:hAnsi="Arial" w:cs="Arial"/>
          <w:sz w:val="24"/>
          <w:szCs w:val="24"/>
        </w:rPr>
        <w:t xml:space="preserve"> pes</w:t>
      </w:r>
      <w:r w:rsidR="00F87E56">
        <w:rPr>
          <w:rFonts w:ascii="Arial" w:hAnsi="Arial" w:cs="Arial"/>
          <w:sz w:val="24"/>
          <w:szCs w:val="24"/>
        </w:rPr>
        <w:t>os</w:t>
      </w:r>
      <w:r w:rsidRPr="002E4E9B">
        <w:rPr>
          <w:rFonts w:ascii="Arial" w:hAnsi="Arial" w:cs="Arial"/>
          <w:sz w:val="24"/>
          <w:szCs w:val="24"/>
        </w:rPr>
        <w:t xml:space="preserve"> que da un total de </w:t>
      </w:r>
      <w:r w:rsidR="00F87E56">
        <w:rPr>
          <w:rFonts w:ascii="Arial" w:hAnsi="Arial" w:cs="Arial"/>
          <w:sz w:val="24"/>
          <w:szCs w:val="24"/>
        </w:rPr>
        <w:t>$</w:t>
      </w:r>
      <w:r w:rsidRPr="002E4E9B">
        <w:rPr>
          <w:rFonts w:ascii="Arial" w:hAnsi="Arial" w:cs="Arial"/>
          <w:sz w:val="24"/>
          <w:szCs w:val="24"/>
        </w:rPr>
        <w:t>697,420.</w:t>
      </w:r>
      <w:r w:rsidR="00F87E56">
        <w:rPr>
          <w:rFonts w:ascii="Arial" w:hAnsi="Arial" w:cs="Arial"/>
          <w:sz w:val="24"/>
          <w:szCs w:val="24"/>
        </w:rPr>
        <w:t xml:space="preserve">00 pesos </w:t>
      </w:r>
      <w:r w:rsidRPr="002E4E9B">
        <w:rPr>
          <w:rFonts w:ascii="Arial" w:hAnsi="Arial" w:cs="Arial"/>
          <w:sz w:val="24"/>
          <w:szCs w:val="24"/>
        </w:rPr>
        <w:t>Hasta aquí llegaremos al capítulo 1000 con sus modificaciones.</w:t>
      </w:r>
      <w:r w:rsidR="00F87E56">
        <w:rPr>
          <w:rFonts w:ascii="Arial" w:hAnsi="Arial" w:cs="Arial"/>
          <w:sz w:val="24"/>
          <w:szCs w:val="24"/>
        </w:rPr>
        <w:t xml:space="preserve"> </w:t>
      </w:r>
      <w:r w:rsidRPr="002E4E9B">
        <w:rPr>
          <w:rFonts w:ascii="Arial" w:hAnsi="Arial" w:cs="Arial"/>
          <w:sz w:val="24"/>
          <w:szCs w:val="24"/>
        </w:rPr>
        <w:t xml:space="preserve">No sé si hubiera alguna </w:t>
      </w:r>
      <w:r w:rsidR="00F87E56" w:rsidRPr="002E4E9B">
        <w:rPr>
          <w:rFonts w:ascii="Arial" w:hAnsi="Arial" w:cs="Arial"/>
          <w:sz w:val="24"/>
          <w:szCs w:val="24"/>
        </w:rPr>
        <w:t>duda respecto</w:t>
      </w:r>
      <w:r w:rsidRPr="002E4E9B">
        <w:rPr>
          <w:rFonts w:ascii="Arial" w:hAnsi="Arial" w:cs="Arial"/>
          <w:sz w:val="24"/>
          <w:szCs w:val="24"/>
        </w:rPr>
        <w:t xml:space="preserve"> a las transferencias entre las partidas del capítulo 2000.</w:t>
      </w:r>
      <w:r w:rsidR="00F87E56">
        <w:rPr>
          <w:rFonts w:ascii="Arial" w:hAnsi="Arial" w:cs="Arial"/>
          <w:sz w:val="24"/>
          <w:szCs w:val="24"/>
        </w:rPr>
        <w:t xml:space="preserve"> </w:t>
      </w:r>
      <w:r w:rsidRPr="002E4E9B">
        <w:rPr>
          <w:rFonts w:ascii="Arial" w:hAnsi="Arial" w:cs="Arial"/>
          <w:sz w:val="24"/>
          <w:szCs w:val="24"/>
        </w:rPr>
        <w:t xml:space="preserve">De no ser así, </w:t>
      </w:r>
      <w:r w:rsidR="00F87E56" w:rsidRPr="002E4E9B">
        <w:rPr>
          <w:rFonts w:ascii="Arial" w:hAnsi="Arial" w:cs="Arial"/>
          <w:sz w:val="24"/>
          <w:szCs w:val="24"/>
        </w:rPr>
        <w:t>continuáramos</w:t>
      </w:r>
      <w:r w:rsidRPr="002E4E9B">
        <w:rPr>
          <w:rFonts w:ascii="Arial" w:hAnsi="Arial" w:cs="Arial"/>
          <w:sz w:val="24"/>
          <w:szCs w:val="24"/>
        </w:rPr>
        <w:t xml:space="preserve"> en el capítulo 3000.</w:t>
      </w:r>
      <w:r w:rsidR="00F87E56">
        <w:rPr>
          <w:rFonts w:ascii="Arial" w:hAnsi="Arial" w:cs="Arial"/>
          <w:sz w:val="24"/>
          <w:szCs w:val="24"/>
        </w:rPr>
        <w:t xml:space="preserve"> </w:t>
      </w:r>
      <w:r w:rsidRPr="002E4E9B">
        <w:rPr>
          <w:rFonts w:ascii="Arial" w:hAnsi="Arial" w:cs="Arial"/>
          <w:sz w:val="24"/>
          <w:szCs w:val="24"/>
        </w:rPr>
        <w:t xml:space="preserve">Energía eléctrica, una disminución de </w:t>
      </w:r>
      <w:r w:rsidR="00F87E56">
        <w:rPr>
          <w:rFonts w:ascii="Arial" w:hAnsi="Arial" w:cs="Arial"/>
          <w:sz w:val="24"/>
          <w:szCs w:val="24"/>
        </w:rPr>
        <w:t>$</w:t>
      </w:r>
      <w:r w:rsidRPr="002E4E9B">
        <w:rPr>
          <w:rFonts w:ascii="Arial" w:hAnsi="Arial" w:cs="Arial"/>
          <w:sz w:val="24"/>
          <w:szCs w:val="24"/>
        </w:rPr>
        <w:t>56,000</w:t>
      </w:r>
      <w:r w:rsidR="00F87E56">
        <w:rPr>
          <w:rFonts w:ascii="Arial" w:hAnsi="Arial" w:cs="Arial"/>
          <w:sz w:val="24"/>
          <w:szCs w:val="24"/>
        </w:rPr>
        <w:t>.00 pesos</w:t>
      </w:r>
      <w:r w:rsidR="00F87E56" w:rsidRPr="002E4E9B">
        <w:rPr>
          <w:rFonts w:ascii="Arial" w:hAnsi="Arial" w:cs="Arial"/>
          <w:sz w:val="24"/>
          <w:szCs w:val="24"/>
        </w:rPr>
        <w:t>,</w:t>
      </w:r>
      <w:r w:rsidRPr="002E4E9B">
        <w:rPr>
          <w:rFonts w:ascii="Arial" w:hAnsi="Arial" w:cs="Arial"/>
          <w:sz w:val="24"/>
          <w:szCs w:val="24"/>
        </w:rPr>
        <w:t xml:space="preserve"> que da un total de </w:t>
      </w:r>
      <w:r w:rsidR="00F87E56">
        <w:rPr>
          <w:rFonts w:ascii="Arial" w:hAnsi="Arial" w:cs="Arial"/>
          <w:sz w:val="24"/>
          <w:szCs w:val="24"/>
        </w:rPr>
        <w:t>$</w:t>
      </w:r>
      <w:r w:rsidRPr="002E4E9B">
        <w:rPr>
          <w:rFonts w:ascii="Arial" w:hAnsi="Arial" w:cs="Arial"/>
          <w:sz w:val="24"/>
          <w:szCs w:val="24"/>
        </w:rPr>
        <w:t>31</w:t>
      </w:r>
      <w:r w:rsidR="00F87E56">
        <w:rPr>
          <w:rFonts w:ascii="Arial" w:hAnsi="Arial" w:cs="Arial"/>
          <w:sz w:val="24"/>
          <w:szCs w:val="24"/>
        </w:rPr>
        <w:t>,</w:t>
      </w:r>
      <w:r w:rsidRPr="002E4E9B">
        <w:rPr>
          <w:rFonts w:ascii="Arial" w:hAnsi="Arial" w:cs="Arial"/>
          <w:sz w:val="24"/>
          <w:szCs w:val="24"/>
        </w:rPr>
        <w:t>5</w:t>
      </w:r>
      <w:r w:rsidR="00F87E56">
        <w:rPr>
          <w:rFonts w:ascii="Arial" w:hAnsi="Arial" w:cs="Arial"/>
          <w:sz w:val="24"/>
          <w:szCs w:val="24"/>
        </w:rPr>
        <w:t>00,000.00</w:t>
      </w:r>
      <w:r w:rsidRPr="002E4E9B">
        <w:rPr>
          <w:rFonts w:ascii="Arial" w:hAnsi="Arial" w:cs="Arial"/>
          <w:sz w:val="24"/>
          <w:szCs w:val="24"/>
        </w:rPr>
        <w:t xml:space="preserve"> </w:t>
      </w:r>
      <w:r w:rsidR="00F87E56" w:rsidRPr="002E4E9B">
        <w:rPr>
          <w:rFonts w:ascii="Arial" w:hAnsi="Arial" w:cs="Arial"/>
          <w:sz w:val="24"/>
          <w:szCs w:val="24"/>
        </w:rPr>
        <w:t>millones.</w:t>
      </w:r>
      <w:r w:rsidRPr="002E4E9B">
        <w:rPr>
          <w:rFonts w:ascii="Arial" w:hAnsi="Arial" w:cs="Arial"/>
          <w:sz w:val="24"/>
          <w:szCs w:val="24"/>
        </w:rPr>
        <w:t xml:space="preserve"> De esta partida sale</w:t>
      </w:r>
      <w:r w:rsidR="00F87E56">
        <w:rPr>
          <w:rFonts w:ascii="Arial" w:hAnsi="Arial" w:cs="Arial"/>
          <w:sz w:val="24"/>
          <w:szCs w:val="24"/>
        </w:rPr>
        <w:t xml:space="preserve"> </w:t>
      </w:r>
      <w:r w:rsidRPr="002E4E9B">
        <w:rPr>
          <w:rFonts w:ascii="Arial" w:hAnsi="Arial" w:cs="Arial"/>
          <w:sz w:val="24"/>
          <w:szCs w:val="24"/>
        </w:rPr>
        <w:t xml:space="preserve">lo que se le paga la concesión del </w:t>
      </w:r>
      <w:r w:rsidR="00F87E56">
        <w:rPr>
          <w:rFonts w:ascii="Arial" w:hAnsi="Arial" w:cs="Arial"/>
          <w:sz w:val="24"/>
          <w:szCs w:val="24"/>
        </w:rPr>
        <w:t>al</w:t>
      </w:r>
      <w:r w:rsidRPr="002E4E9B">
        <w:rPr>
          <w:rFonts w:ascii="Arial" w:hAnsi="Arial" w:cs="Arial"/>
          <w:sz w:val="24"/>
          <w:szCs w:val="24"/>
        </w:rPr>
        <w:t>umbrado público.</w:t>
      </w:r>
      <w:r w:rsidR="00F87E56">
        <w:rPr>
          <w:rFonts w:ascii="Arial" w:hAnsi="Arial" w:cs="Arial"/>
          <w:sz w:val="24"/>
          <w:szCs w:val="24"/>
        </w:rPr>
        <w:t xml:space="preserve"> </w:t>
      </w:r>
      <w:r w:rsidRPr="002E4E9B">
        <w:rPr>
          <w:rFonts w:ascii="Arial" w:hAnsi="Arial" w:cs="Arial"/>
          <w:sz w:val="24"/>
          <w:szCs w:val="24"/>
        </w:rPr>
        <w:t xml:space="preserve">Telefonía tradicional, una un aumento de 39,400 pes que dan un total de </w:t>
      </w:r>
      <w:r w:rsidR="00F87E56">
        <w:rPr>
          <w:rFonts w:ascii="Arial" w:hAnsi="Arial" w:cs="Arial"/>
          <w:sz w:val="24"/>
          <w:szCs w:val="24"/>
        </w:rPr>
        <w:t>$</w:t>
      </w:r>
      <w:r w:rsidRPr="002E4E9B">
        <w:rPr>
          <w:rFonts w:ascii="Arial" w:hAnsi="Arial" w:cs="Arial"/>
          <w:sz w:val="24"/>
          <w:szCs w:val="24"/>
        </w:rPr>
        <w:t>1</w:t>
      </w:r>
      <w:r w:rsidR="00F87E56">
        <w:rPr>
          <w:rFonts w:ascii="Arial" w:hAnsi="Arial" w:cs="Arial"/>
          <w:sz w:val="24"/>
          <w:szCs w:val="24"/>
        </w:rPr>
        <w:t>,</w:t>
      </w:r>
      <w:r w:rsidRPr="002E4E9B">
        <w:rPr>
          <w:rFonts w:ascii="Arial" w:hAnsi="Arial" w:cs="Arial"/>
          <w:sz w:val="24"/>
          <w:szCs w:val="24"/>
        </w:rPr>
        <w:t>2</w:t>
      </w:r>
      <w:r w:rsidR="00F87E56">
        <w:rPr>
          <w:rFonts w:ascii="Arial" w:hAnsi="Arial" w:cs="Arial"/>
          <w:sz w:val="24"/>
          <w:szCs w:val="24"/>
        </w:rPr>
        <w:t>00,000.00</w:t>
      </w:r>
      <w:r w:rsidRPr="002E4E9B">
        <w:rPr>
          <w:rFonts w:ascii="Arial" w:hAnsi="Arial" w:cs="Arial"/>
          <w:sz w:val="24"/>
          <w:szCs w:val="24"/>
        </w:rPr>
        <w:t xml:space="preserve"> millones. Telefonía celular un</w:t>
      </w:r>
      <w:r w:rsidR="00F87E56">
        <w:rPr>
          <w:rFonts w:ascii="Arial" w:hAnsi="Arial" w:cs="Arial"/>
          <w:sz w:val="24"/>
          <w:szCs w:val="24"/>
        </w:rPr>
        <w:t xml:space="preserve"> </w:t>
      </w:r>
      <w:r w:rsidRPr="002E4E9B">
        <w:rPr>
          <w:rFonts w:ascii="Arial" w:hAnsi="Arial" w:cs="Arial"/>
          <w:sz w:val="24"/>
          <w:szCs w:val="24"/>
        </w:rPr>
        <w:t xml:space="preserve">aumento de </w:t>
      </w:r>
      <w:r w:rsidR="00F87E56">
        <w:rPr>
          <w:rFonts w:ascii="Arial" w:hAnsi="Arial" w:cs="Arial"/>
          <w:sz w:val="24"/>
          <w:szCs w:val="24"/>
        </w:rPr>
        <w:t>$</w:t>
      </w:r>
      <w:r w:rsidRPr="002E4E9B">
        <w:rPr>
          <w:rFonts w:ascii="Arial" w:hAnsi="Arial" w:cs="Arial"/>
          <w:sz w:val="24"/>
          <w:szCs w:val="24"/>
        </w:rPr>
        <w:t>5,200 pes</w:t>
      </w:r>
      <w:r w:rsidR="00F87E56">
        <w:rPr>
          <w:rFonts w:ascii="Arial" w:hAnsi="Arial" w:cs="Arial"/>
          <w:sz w:val="24"/>
          <w:szCs w:val="24"/>
        </w:rPr>
        <w:t>os</w:t>
      </w:r>
      <w:r w:rsidRPr="002E4E9B">
        <w:rPr>
          <w:rFonts w:ascii="Arial" w:hAnsi="Arial" w:cs="Arial"/>
          <w:sz w:val="24"/>
          <w:szCs w:val="24"/>
        </w:rPr>
        <w:t xml:space="preserve"> que un total de </w:t>
      </w:r>
      <w:r w:rsidR="00F87E56">
        <w:rPr>
          <w:rFonts w:ascii="Arial" w:hAnsi="Arial" w:cs="Arial"/>
          <w:sz w:val="24"/>
          <w:szCs w:val="24"/>
        </w:rPr>
        <w:t>$</w:t>
      </w:r>
      <w:r w:rsidRPr="002E4E9B">
        <w:rPr>
          <w:rFonts w:ascii="Arial" w:hAnsi="Arial" w:cs="Arial"/>
          <w:sz w:val="24"/>
          <w:szCs w:val="24"/>
        </w:rPr>
        <w:t>13,152.</w:t>
      </w:r>
      <w:r w:rsidR="00F87E56">
        <w:rPr>
          <w:rFonts w:ascii="Arial" w:hAnsi="Arial" w:cs="Arial"/>
          <w:sz w:val="24"/>
          <w:szCs w:val="24"/>
        </w:rPr>
        <w:t xml:space="preserve">00 pesos </w:t>
      </w:r>
      <w:r w:rsidRPr="002E4E9B">
        <w:rPr>
          <w:rFonts w:ascii="Arial" w:hAnsi="Arial" w:cs="Arial"/>
          <w:sz w:val="24"/>
          <w:szCs w:val="24"/>
        </w:rPr>
        <w:t xml:space="preserve">servicios de internet, redes y procesamiento de información, un aumento de </w:t>
      </w:r>
      <w:r w:rsidR="00F87E56">
        <w:rPr>
          <w:rFonts w:ascii="Arial" w:hAnsi="Arial" w:cs="Arial"/>
          <w:sz w:val="24"/>
          <w:szCs w:val="24"/>
        </w:rPr>
        <w:t>$</w:t>
      </w:r>
      <w:r w:rsidRPr="002E4E9B">
        <w:rPr>
          <w:rFonts w:ascii="Arial" w:hAnsi="Arial" w:cs="Arial"/>
          <w:sz w:val="24"/>
          <w:szCs w:val="24"/>
        </w:rPr>
        <w:t>4</w:t>
      </w:r>
      <w:r w:rsidR="00F87E56">
        <w:rPr>
          <w:rFonts w:ascii="Arial" w:hAnsi="Arial" w:cs="Arial"/>
          <w:sz w:val="24"/>
          <w:szCs w:val="24"/>
        </w:rPr>
        <w:t>,</w:t>
      </w:r>
      <w:r w:rsidRPr="002E4E9B">
        <w:rPr>
          <w:rFonts w:ascii="Arial" w:hAnsi="Arial" w:cs="Arial"/>
          <w:sz w:val="24"/>
          <w:szCs w:val="24"/>
        </w:rPr>
        <w:t>1</w:t>
      </w:r>
      <w:r w:rsidR="00F87E56">
        <w:rPr>
          <w:rFonts w:ascii="Arial" w:hAnsi="Arial" w:cs="Arial"/>
          <w:sz w:val="24"/>
          <w:szCs w:val="24"/>
        </w:rPr>
        <w:t>00,000.00</w:t>
      </w:r>
      <w:r w:rsidRPr="002E4E9B">
        <w:rPr>
          <w:rFonts w:ascii="Arial" w:hAnsi="Arial" w:cs="Arial"/>
          <w:sz w:val="24"/>
          <w:szCs w:val="24"/>
        </w:rPr>
        <w:t xml:space="preserve"> millones de   que se debe</w:t>
      </w:r>
      <w:r w:rsidR="00F87E56">
        <w:rPr>
          <w:rFonts w:ascii="Arial" w:hAnsi="Arial" w:cs="Arial"/>
          <w:sz w:val="24"/>
          <w:szCs w:val="24"/>
        </w:rPr>
        <w:t xml:space="preserve"> </w:t>
      </w:r>
      <w:r w:rsidRPr="002E4E9B">
        <w:rPr>
          <w:rFonts w:ascii="Arial" w:hAnsi="Arial" w:cs="Arial"/>
          <w:sz w:val="24"/>
          <w:szCs w:val="24"/>
        </w:rPr>
        <w:t>a un proyecto pues este es particular por parte de seguridad pública.</w:t>
      </w:r>
      <w:r w:rsidR="00F87E56">
        <w:rPr>
          <w:rFonts w:ascii="Arial" w:hAnsi="Arial" w:cs="Arial"/>
          <w:sz w:val="24"/>
          <w:szCs w:val="24"/>
        </w:rPr>
        <w:t xml:space="preserve"> </w:t>
      </w:r>
      <w:r w:rsidRPr="002E4E9B">
        <w:rPr>
          <w:rFonts w:ascii="Arial" w:hAnsi="Arial" w:cs="Arial"/>
          <w:sz w:val="24"/>
          <w:szCs w:val="24"/>
        </w:rPr>
        <w:t xml:space="preserve">Por eso el aumento significativo, servicios postales y telegráficos, un aumento de </w:t>
      </w:r>
      <w:r w:rsidR="00F87E56">
        <w:rPr>
          <w:rFonts w:ascii="Arial" w:hAnsi="Arial" w:cs="Arial"/>
          <w:sz w:val="24"/>
          <w:szCs w:val="24"/>
        </w:rPr>
        <w:t>$</w:t>
      </w:r>
      <w:r w:rsidR="00F87E56" w:rsidRPr="002E4E9B">
        <w:rPr>
          <w:rFonts w:ascii="Arial" w:hAnsi="Arial" w:cs="Arial"/>
          <w:sz w:val="24"/>
          <w:szCs w:val="24"/>
        </w:rPr>
        <w:t>4</w:t>
      </w:r>
      <w:r w:rsidR="00F87E56">
        <w:rPr>
          <w:rFonts w:ascii="Arial" w:hAnsi="Arial" w:cs="Arial"/>
          <w:sz w:val="24"/>
          <w:szCs w:val="24"/>
        </w:rPr>
        <w:t>,</w:t>
      </w:r>
      <w:r w:rsidR="00F87E56" w:rsidRPr="002E4E9B">
        <w:rPr>
          <w:rFonts w:ascii="Arial" w:hAnsi="Arial" w:cs="Arial"/>
          <w:sz w:val="24"/>
          <w:szCs w:val="24"/>
        </w:rPr>
        <w:t>300</w:t>
      </w:r>
      <w:r w:rsidR="00F87E56">
        <w:rPr>
          <w:rFonts w:ascii="Arial" w:hAnsi="Arial" w:cs="Arial"/>
          <w:sz w:val="24"/>
          <w:szCs w:val="24"/>
        </w:rPr>
        <w:t>.00</w:t>
      </w:r>
      <w:r w:rsidR="00302119">
        <w:rPr>
          <w:rFonts w:ascii="Arial" w:hAnsi="Arial" w:cs="Arial"/>
          <w:sz w:val="24"/>
          <w:szCs w:val="24"/>
        </w:rPr>
        <w:t xml:space="preserve"> pesos</w:t>
      </w:r>
      <w:r w:rsidR="00F87E56" w:rsidRPr="002E4E9B">
        <w:rPr>
          <w:rFonts w:ascii="Arial" w:hAnsi="Arial" w:cs="Arial"/>
          <w:sz w:val="24"/>
          <w:szCs w:val="24"/>
        </w:rPr>
        <w:t xml:space="preserve"> quedando</w:t>
      </w:r>
      <w:r w:rsidRPr="002E4E9B">
        <w:rPr>
          <w:rFonts w:ascii="Arial" w:hAnsi="Arial" w:cs="Arial"/>
          <w:sz w:val="24"/>
          <w:szCs w:val="24"/>
        </w:rPr>
        <w:t xml:space="preserve"> un total de 70,000.</w:t>
      </w:r>
      <w:r w:rsidR="00F87E56">
        <w:rPr>
          <w:rFonts w:ascii="Arial" w:hAnsi="Arial" w:cs="Arial"/>
          <w:sz w:val="24"/>
          <w:szCs w:val="24"/>
        </w:rPr>
        <w:t>00</w:t>
      </w:r>
      <w:r w:rsidR="00302119">
        <w:rPr>
          <w:rFonts w:ascii="Arial" w:hAnsi="Arial" w:cs="Arial"/>
          <w:sz w:val="24"/>
          <w:szCs w:val="24"/>
        </w:rPr>
        <w:t xml:space="preserve"> pesos. </w:t>
      </w:r>
      <w:r w:rsidRPr="002E4E9B">
        <w:rPr>
          <w:rFonts w:ascii="Arial" w:hAnsi="Arial" w:cs="Arial"/>
          <w:sz w:val="24"/>
          <w:szCs w:val="24"/>
        </w:rPr>
        <w:t xml:space="preserve">Servicios integrales y otros servicios no se tenía contemplado el gasto y se está contemplando </w:t>
      </w:r>
      <w:r w:rsidR="00302119">
        <w:rPr>
          <w:rFonts w:ascii="Arial" w:hAnsi="Arial" w:cs="Arial"/>
          <w:sz w:val="24"/>
          <w:szCs w:val="24"/>
        </w:rPr>
        <w:t>$</w:t>
      </w:r>
      <w:r w:rsidRPr="002E4E9B">
        <w:rPr>
          <w:rFonts w:ascii="Arial" w:hAnsi="Arial" w:cs="Arial"/>
          <w:sz w:val="24"/>
          <w:szCs w:val="24"/>
        </w:rPr>
        <w:t>130,000.</w:t>
      </w:r>
      <w:r w:rsidR="00302119">
        <w:rPr>
          <w:rFonts w:ascii="Arial" w:hAnsi="Arial" w:cs="Arial"/>
          <w:sz w:val="24"/>
          <w:szCs w:val="24"/>
        </w:rPr>
        <w:t xml:space="preserve">00 pesos </w:t>
      </w:r>
      <w:r w:rsidRPr="002E4E9B">
        <w:rPr>
          <w:rFonts w:ascii="Arial" w:hAnsi="Arial" w:cs="Arial"/>
          <w:sz w:val="24"/>
          <w:szCs w:val="24"/>
        </w:rPr>
        <w:t xml:space="preserve">arrendamiento de </w:t>
      </w:r>
      <w:r w:rsidR="00302119" w:rsidRPr="002E4E9B">
        <w:rPr>
          <w:rFonts w:ascii="Arial" w:hAnsi="Arial" w:cs="Arial"/>
          <w:sz w:val="24"/>
          <w:szCs w:val="24"/>
        </w:rPr>
        <w:t>edificios $</w:t>
      </w:r>
      <w:r w:rsidRPr="002E4E9B">
        <w:rPr>
          <w:rFonts w:ascii="Arial" w:hAnsi="Arial" w:cs="Arial"/>
          <w:sz w:val="24"/>
          <w:szCs w:val="24"/>
        </w:rPr>
        <w:t>754,935</w:t>
      </w:r>
      <w:r w:rsidR="00302119">
        <w:rPr>
          <w:rFonts w:ascii="Arial" w:hAnsi="Arial" w:cs="Arial"/>
          <w:sz w:val="24"/>
          <w:szCs w:val="24"/>
        </w:rPr>
        <w:t>.</w:t>
      </w:r>
      <w:r w:rsidRPr="002E4E9B">
        <w:rPr>
          <w:rFonts w:ascii="Arial" w:hAnsi="Arial" w:cs="Arial"/>
          <w:sz w:val="24"/>
          <w:szCs w:val="24"/>
        </w:rPr>
        <w:t>25</w:t>
      </w:r>
      <w:r w:rsidR="00302119">
        <w:rPr>
          <w:rFonts w:ascii="Arial" w:hAnsi="Arial" w:cs="Arial"/>
          <w:sz w:val="24"/>
          <w:szCs w:val="24"/>
        </w:rPr>
        <w:t xml:space="preserve"> pesos</w:t>
      </w:r>
      <w:r w:rsidRPr="002E4E9B">
        <w:rPr>
          <w:rFonts w:ascii="Arial" w:hAnsi="Arial" w:cs="Arial"/>
          <w:sz w:val="24"/>
          <w:szCs w:val="24"/>
        </w:rPr>
        <w:t xml:space="preserve"> Aquí es lo que se paga por los</w:t>
      </w:r>
      <w:r w:rsidR="00302119">
        <w:rPr>
          <w:rFonts w:ascii="Arial" w:hAnsi="Arial" w:cs="Arial"/>
          <w:sz w:val="24"/>
          <w:szCs w:val="24"/>
        </w:rPr>
        <w:t xml:space="preserve"> </w:t>
      </w:r>
      <w:r w:rsidRPr="002E4E9B">
        <w:rPr>
          <w:rFonts w:ascii="Arial" w:hAnsi="Arial" w:cs="Arial"/>
          <w:sz w:val="24"/>
          <w:szCs w:val="24"/>
        </w:rPr>
        <w:t xml:space="preserve">locales </w:t>
      </w:r>
      <w:r w:rsidR="00302119" w:rsidRPr="002E4E9B">
        <w:rPr>
          <w:rFonts w:ascii="Arial" w:hAnsi="Arial" w:cs="Arial"/>
          <w:sz w:val="24"/>
          <w:szCs w:val="24"/>
        </w:rPr>
        <w:t>en Plaza</w:t>
      </w:r>
      <w:r w:rsidRPr="002E4E9B">
        <w:rPr>
          <w:rFonts w:ascii="Arial" w:hAnsi="Arial" w:cs="Arial"/>
          <w:sz w:val="24"/>
          <w:szCs w:val="24"/>
        </w:rPr>
        <w:t xml:space="preserve"> Zapotlán, que originalmente este, bueno, por ahí</w:t>
      </w:r>
      <w:r w:rsidR="00302119">
        <w:rPr>
          <w:rFonts w:ascii="Arial" w:hAnsi="Arial" w:cs="Arial"/>
          <w:sz w:val="24"/>
          <w:szCs w:val="24"/>
        </w:rPr>
        <w:t xml:space="preserve"> </w:t>
      </w:r>
      <w:r w:rsidRPr="002E4E9B">
        <w:rPr>
          <w:rFonts w:ascii="Arial" w:hAnsi="Arial" w:cs="Arial"/>
          <w:sz w:val="24"/>
          <w:szCs w:val="24"/>
        </w:rPr>
        <w:t>se está no se había contemplado, pero ya se está viendo reflejado.</w:t>
      </w:r>
      <w:r w:rsidR="00302119">
        <w:rPr>
          <w:rFonts w:ascii="Arial" w:hAnsi="Arial" w:cs="Arial"/>
          <w:sz w:val="24"/>
          <w:szCs w:val="24"/>
        </w:rPr>
        <w:t xml:space="preserve"> </w:t>
      </w:r>
      <w:r w:rsidRPr="002E4E9B">
        <w:rPr>
          <w:rFonts w:ascii="Arial" w:hAnsi="Arial" w:cs="Arial"/>
          <w:sz w:val="24"/>
          <w:szCs w:val="24"/>
        </w:rPr>
        <w:t>Arrendamiento de mobiliario, equipo de administración educacional y recreativo,</w:t>
      </w:r>
      <w:r w:rsidR="00302119">
        <w:rPr>
          <w:rFonts w:ascii="Arial" w:hAnsi="Arial" w:cs="Arial"/>
          <w:sz w:val="24"/>
          <w:szCs w:val="24"/>
        </w:rPr>
        <w:t xml:space="preserve"> </w:t>
      </w:r>
      <w:r w:rsidRPr="002E4E9B">
        <w:rPr>
          <w:rFonts w:ascii="Arial" w:hAnsi="Arial" w:cs="Arial"/>
          <w:sz w:val="24"/>
          <w:szCs w:val="24"/>
        </w:rPr>
        <w:t xml:space="preserve">una disminución de </w:t>
      </w:r>
      <w:r w:rsidR="00302119">
        <w:rPr>
          <w:rFonts w:ascii="Arial" w:hAnsi="Arial" w:cs="Arial"/>
          <w:sz w:val="24"/>
          <w:szCs w:val="24"/>
        </w:rPr>
        <w:t>$</w:t>
      </w:r>
      <w:r w:rsidRPr="002E4E9B">
        <w:rPr>
          <w:rFonts w:ascii="Arial" w:hAnsi="Arial" w:cs="Arial"/>
          <w:sz w:val="24"/>
          <w:szCs w:val="24"/>
        </w:rPr>
        <w:t>150,000</w:t>
      </w:r>
      <w:r w:rsidR="00302119">
        <w:rPr>
          <w:rFonts w:ascii="Arial" w:hAnsi="Arial" w:cs="Arial"/>
          <w:sz w:val="24"/>
          <w:szCs w:val="24"/>
        </w:rPr>
        <w:t>.00 pesos</w:t>
      </w:r>
      <w:r w:rsidR="00302119" w:rsidRPr="002E4E9B">
        <w:rPr>
          <w:rFonts w:ascii="Arial" w:hAnsi="Arial" w:cs="Arial"/>
          <w:sz w:val="24"/>
          <w:szCs w:val="24"/>
        </w:rPr>
        <w:t>,</w:t>
      </w:r>
      <w:r w:rsidRPr="002E4E9B">
        <w:rPr>
          <w:rFonts w:ascii="Arial" w:hAnsi="Arial" w:cs="Arial"/>
          <w:sz w:val="24"/>
          <w:szCs w:val="24"/>
        </w:rPr>
        <w:t xml:space="preserve"> que dan un total de </w:t>
      </w:r>
      <w:r w:rsidR="00302119">
        <w:rPr>
          <w:rFonts w:ascii="Arial" w:hAnsi="Arial" w:cs="Arial"/>
          <w:sz w:val="24"/>
          <w:szCs w:val="24"/>
        </w:rPr>
        <w:t>$</w:t>
      </w:r>
      <w:r w:rsidRPr="002E4E9B">
        <w:rPr>
          <w:rFonts w:ascii="Arial" w:hAnsi="Arial" w:cs="Arial"/>
          <w:sz w:val="24"/>
          <w:szCs w:val="24"/>
        </w:rPr>
        <w:t>1</w:t>
      </w:r>
      <w:r w:rsidR="00302119">
        <w:rPr>
          <w:rFonts w:ascii="Arial" w:hAnsi="Arial" w:cs="Arial"/>
          <w:sz w:val="24"/>
          <w:szCs w:val="24"/>
        </w:rPr>
        <w:t>,</w:t>
      </w:r>
      <w:r w:rsidRPr="002E4E9B">
        <w:rPr>
          <w:rFonts w:ascii="Arial" w:hAnsi="Arial" w:cs="Arial"/>
          <w:sz w:val="24"/>
          <w:szCs w:val="24"/>
        </w:rPr>
        <w:t>6</w:t>
      </w:r>
      <w:r w:rsidR="00302119">
        <w:rPr>
          <w:rFonts w:ascii="Arial" w:hAnsi="Arial" w:cs="Arial"/>
          <w:sz w:val="24"/>
          <w:szCs w:val="24"/>
        </w:rPr>
        <w:t>00,000.00</w:t>
      </w:r>
      <w:r w:rsidRPr="002E4E9B">
        <w:rPr>
          <w:rFonts w:ascii="Arial" w:hAnsi="Arial" w:cs="Arial"/>
          <w:sz w:val="24"/>
          <w:szCs w:val="24"/>
        </w:rPr>
        <w:t xml:space="preserve"> millones de Arrendamiento de maquinaria, otros equipos y herramientas, un aumento de </w:t>
      </w:r>
      <w:r w:rsidR="00302119" w:rsidRPr="002E4E9B">
        <w:rPr>
          <w:rFonts w:ascii="Arial" w:hAnsi="Arial" w:cs="Arial"/>
          <w:sz w:val="24"/>
          <w:szCs w:val="24"/>
        </w:rPr>
        <w:t xml:space="preserve">248,000 </w:t>
      </w:r>
      <w:r w:rsidR="00302119">
        <w:rPr>
          <w:rFonts w:ascii="Arial" w:hAnsi="Arial" w:cs="Arial"/>
          <w:sz w:val="24"/>
          <w:szCs w:val="24"/>
        </w:rPr>
        <w:t xml:space="preserve">pesos </w:t>
      </w:r>
      <w:r w:rsidR="00302119" w:rsidRPr="002E4E9B">
        <w:rPr>
          <w:rFonts w:ascii="Arial" w:hAnsi="Arial" w:cs="Arial"/>
          <w:sz w:val="24"/>
          <w:szCs w:val="24"/>
        </w:rPr>
        <w:t>que</w:t>
      </w:r>
      <w:r w:rsidRPr="002E4E9B">
        <w:rPr>
          <w:rFonts w:ascii="Arial" w:hAnsi="Arial" w:cs="Arial"/>
          <w:sz w:val="24"/>
          <w:szCs w:val="24"/>
        </w:rPr>
        <w:t xml:space="preserve"> da un total de </w:t>
      </w:r>
      <w:r w:rsidR="00302119">
        <w:rPr>
          <w:rFonts w:ascii="Arial" w:hAnsi="Arial" w:cs="Arial"/>
          <w:sz w:val="24"/>
          <w:szCs w:val="24"/>
        </w:rPr>
        <w:t>$</w:t>
      </w:r>
      <w:r w:rsidRPr="002E4E9B">
        <w:rPr>
          <w:rFonts w:ascii="Arial" w:hAnsi="Arial" w:cs="Arial"/>
          <w:sz w:val="24"/>
          <w:szCs w:val="24"/>
        </w:rPr>
        <w:t>256,</w:t>
      </w:r>
      <w:r w:rsidR="00302119">
        <w:rPr>
          <w:rFonts w:ascii="Arial" w:hAnsi="Arial" w:cs="Arial"/>
          <w:sz w:val="24"/>
          <w:szCs w:val="24"/>
        </w:rPr>
        <w:t xml:space="preserve">000 pesos </w:t>
      </w:r>
      <w:r w:rsidRPr="002E4E9B">
        <w:rPr>
          <w:rFonts w:ascii="Arial" w:hAnsi="Arial" w:cs="Arial"/>
          <w:sz w:val="24"/>
          <w:szCs w:val="24"/>
        </w:rPr>
        <w:t>otros arrendamientos no se tenía contemplado el gasto y se está contemplando 3,700es servicios legales de contabilidad,</w:t>
      </w:r>
      <w:r w:rsidR="00302119">
        <w:rPr>
          <w:rFonts w:ascii="Arial" w:hAnsi="Arial" w:cs="Arial"/>
          <w:sz w:val="24"/>
          <w:szCs w:val="24"/>
        </w:rPr>
        <w:t xml:space="preserve"> </w:t>
      </w:r>
      <w:r w:rsidRPr="002E4E9B">
        <w:rPr>
          <w:rFonts w:ascii="Arial" w:hAnsi="Arial" w:cs="Arial"/>
          <w:sz w:val="24"/>
          <w:szCs w:val="24"/>
        </w:rPr>
        <w:t xml:space="preserve">perdón, servicios legales de contabilidad, auditoría y relacionados, un aumento de </w:t>
      </w:r>
      <w:r w:rsidR="00302119">
        <w:rPr>
          <w:rFonts w:ascii="Arial" w:hAnsi="Arial" w:cs="Arial"/>
          <w:sz w:val="24"/>
          <w:szCs w:val="24"/>
        </w:rPr>
        <w:t>$</w:t>
      </w:r>
      <w:r w:rsidRPr="002E4E9B">
        <w:rPr>
          <w:rFonts w:ascii="Arial" w:hAnsi="Arial" w:cs="Arial"/>
          <w:sz w:val="24"/>
          <w:szCs w:val="24"/>
        </w:rPr>
        <w:t>365,500</w:t>
      </w:r>
      <w:r w:rsidR="00302119">
        <w:rPr>
          <w:rFonts w:ascii="Arial" w:hAnsi="Arial" w:cs="Arial"/>
          <w:sz w:val="24"/>
          <w:szCs w:val="24"/>
        </w:rPr>
        <w:t>.00</w:t>
      </w:r>
      <w:r w:rsidRPr="002E4E9B">
        <w:rPr>
          <w:rFonts w:ascii="Arial" w:hAnsi="Arial" w:cs="Arial"/>
          <w:sz w:val="24"/>
          <w:szCs w:val="24"/>
        </w:rPr>
        <w:t xml:space="preserve"> , llegando un total de </w:t>
      </w:r>
      <w:r w:rsidR="00302119">
        <w:rPr>
          <w:rFonts w:ascii="Arial" w:hAnsi="Arial" w:cs="Arial"/>
          <w:sz w:val="24"/>
          <w:szCs w:val="24"/>
        </w:rPr>
        <w:lastRenderedPageBreak/>
        <w:t>$</w:t>
      </w:r>
      <w:r w:rsidRPr="002E4E9B">
        <w:rPr>
          <w:rFonts w:ascii="Arial" w:hAnsi="Arial" w:cs="Arial"/>
          <w:sz w:val="24"/>
          <w:szCs w:val="24"/>
        </w:rPr>
        <w:t>1</w:t>
      </w:r>
      <w:r w:rsidR="00302119">
        <w:rPr>
          <w:rFonts w:ascii="Arial" w:hAnsi="Arial" w:cs="Arial"/>
          <w:sz w:val="24"/>
          <w:szCs w:val="24"/>
        </w:rPr>
        <w:t>,</w:t>
      </w:r>
      <w:r w:rsidRPr="002E4E9B">
        <w:rPr>
          <w:rFonts w:ascii="Arial" w:hAnsi="Arial" w:cs="Arial"/>
          <w:sz w:val="24"/>
          <w:szCs w:val="24"/>
        </w:rPr>
        <w:t>1</w:t>
      </w:r>
      <w:r w:rsidR="00302119">
        <w:rPr>
          <w:rFonts w:ascii="Arial" w:hAnsi="Arial" w:cs="Arial"/>
          <w:sz w:val="24"/>
          <w:szCs w:val="24"/>
        </w:rPr>
        <w:t xml:space="preserve">00,000.00 </w:t>
      </w:r>
      <w:r w:rsidRPr="002E4E9B">
        <w:rPr>
          <w:rFonts w:ascii="Arial" w:hAnsi="Arial" w:cs="Arial"/>
          <w:sz w:val="24"/>
          <w:szCs w:val="24"/>
        </w:rPr>
        <w:t>millones de Servicios de diseño, arquitectura, ingeniería y actividades relacionadas.</w:t>
      </w:r>
      <w:r w:rsidR="00302119">
        <w:rPr>
          <w:rFonts w:ascii="Arial" w:hAnsi="Arial" w:cs="Arial"/>
          <w:sz w:val="24"/>
          <w:szCs w:val="24"/>
        </w:rPr>
        <w:t xml:space="preserve"> </w:t>
      </w:r>
      <w:r w:rsidRPr="002E4E9B">
        <w:rPr>
          <w:rFonts w:ascii="Arial" w:hAnsi="Arial" w:cs="Arial"/>
          <w:sz w:val="24"/>
          <w:szCs w:val="24"/>
        </w:rPr>
        <w:t xml:space="preserve">Una disminución de </w:t>
      </w:r>
      <w:r w:rsidR="00302119">
        <w:rPr>
          <w:rFonts w:ascii="Arial" w:hAnsi="Arial" w:cs="Arial"/>
          <w:sz w:val="24"/>
          <w:szCs w:val="24"/>
        </w:rPr>
        <w:t>$</w:t>
      </w:r>
      <w:r w:rsidRPr="002E4E9B">
        <w:rPr>
          <w:rFonts w:ascii="Arial" w:hAnsi="Arial" w:cs="Arial"/>
          <w:sz w:val="24"/>
          <w:szCs w:val="24"/>
        </w:rPr>
        <w:t>141,310</w:t>
      </w:r>
      <w:r w:rsidR="00302119">
        <w:rPr>
          <w:rFonts w:ascii="Arial" w:hAnsi="Arial" w:cs="Arial"/>
          <w:sz w:val="24"/>
          <w:szCs w:val="24"/>
        </w:rPr>
        <w:t>.00 pesos</w:t>
      </w:r>
      <w:r w:rsidRPr="002E4E9B">
        <w:rPr>
          <w:rFonts w:ascii="Arial" w:hAnsi="Arial" w:cs="Arial"/>
          <w:sz w:val="24"/>
          <w:szCs w:val="24"/>
        </w:rPr>
        <w:t xml:space="preserve"> que dan un total de </w:t>
      </w:r>
      <w:r w:rsidR="00302119">
        <w:rPr>
          <w:rFonts w:ascii="Arial" w:hAnsi="Arial" w:cs="Arial"/>
          <w:sz w:val="24"/>
          <w:szCs w:val="24"/>
        </w:rPr>
        <w:t>$</w:t>
      </w:r>
      <w:r w:rsidRPr="002E4E9B">
        <w:rPr>
          <w:rFonts w:ascii="Arial" w:hAnsi="Arial" w:cs="Arial"/>
          <w:sz w:val="24"/>
          <w:szCs w:val="24"/>
        </w:rPr>
        <w:t>650,000.</w:t>
      </w:r>
      <w:r w:rsidR="00302119">
        <w:rPr>
          <w:rFonts w:ascii="Arial" w:hAnsi="Arial" w:cs="Arial"/>
          <w:sz w:val="24"/>
          <w:szCs w:val="24"/>
        </w:rPr>
        <w:t xml:space="preserve">00 pesos. </w:t>
      </w:r>
      <w:r w:rsidRPr="002E4E9B">
        <w:rPr>
          <w:rFonts w:ascii="Arial" w:hAnsi="Arial" w:cs="Arial"/>
          <w:sz w:val="24"/>
          <w:szCs w:val="24"/>
        </w:rPr>
        <w:t>Sí. Adelante, regidor Olga.</w:t>
      </w:r>
    </w:p>
    <w:p w14:paraId="1C6DEB14" w14:textId="0D35C228" w:rsidR="00EC03D4" w:rsidRPr="002E4E9B" w:rsidRDefault="00302119" w:rsidP="00DC6CFE">
      <w:pPr>
        <w:jc w:val="both"/>
        <w:rPr>
          <w:rFonts w:ascii="Arial" w:hAnsi="Arial" w:cs="Arial"/>
          <w:sz w:val="24"/>
          <w:szCs w:val="24"/>
        </w:rPr>
      </w:pPr>
      <w:r>
        <w:rPr>
          <w:rFonts w:ascii="Arial" w:hAnsi="Arial" w:cs="Arial"/>
          <w:b/>
          <w:bCs/>
          <w:sz w:val="24"/>
          <w:szCs w:val="24"/>
        </w:rPr>
        <w:t xml:space="preserve">C. MARÍA OLGA GARCÍA AYALA. - </w:t>
      </w:r>
      <w:r w:rsidRPr="002E4E9B">
        <w:rPr>
          <w:rFonts w:ascii="Arial" w:hAnsi="Arial" w:cs="Arial"/>
          <w:sz w:val="24"/>
          <w:szCs w:val="24"/>
        </w:rPr>
        <w:t xml:space="preserve">En el tema </w:t>
      </w:r>
      <w:r>
        <w:rPr>
          <w:rFonts w:ascii="Arial" w:hAnsi="Arial" w:cs="Arial"/>
          <w:sz w:val="24"/>
          <w:szCs w:val="24"/>
        </w:rPr>
        <w:t xml:space="preserve">dice </w:t>
      </w:r>
      <w:r w:rsidRPr="002E4E9B">
        <w:rPr>
          <w:rFonts w:ascii="Arial" w:hAnsi="Arial" w:cs="Arial"/>
          <w:sz w:val="24"/>
          <w:szCs w:val="24"/>
        </w:rPr>
        <w:t>algo de auditorías a servicios legales de contabilidad, auditoría y relacionados. Pues no tenemos aquí</w:t>
      </w:r>
      <w:r>
        <w:rPr>
          <w:rFonts w:ascii="Arial" w:hAnsi="Arial" w:cs="Arial"/>
          <w:sz w:val="24"/>
          <w:szCs w:val="24"/>
        </w:rPr>
        <w:t xml:space="preserve"> </w:t>
      </w:r>
      <w:r w:rsidRPr="002E4E9B">
        <w:rPr>
          <w:rFonts w:ascii="Arial" w:hAnsi="Arial" w:cs="Arial"/>
          <w:sz w:val="24"/>
          <w:szCs w:val="24"/>
        </w:rPr>
        <w:t>jurídico, no tenemos aquí estas auditorías y demás. ¿Por qué gastamos ese ese dinero? Es pregunta.</w:t>
      </w:r>
    </w:p>
    <w:p w14:paraId="4E7D8035" w14:textId="77777777" w:rsidR="00302119" w:rsidRDefault="00302119"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Gracias, gracias regidora. Sí, aparte de lo que se está gastando, bueno, se tiene contemplado en este gasto, es derivado</w:t>
      </w:r>
      <w:r>
        <w:rPr>
          <w:rFonts w:ascii="Arial" w:hAnsi="Arial" w:cs="Arial"/>
          <w:sz w:val="24"/>
          <w:szCs w:val="24"/>
        </w:rPr>
        <w:t xml:space="preserve"> </w:t>
      </w:r>
      <w:r w:rsidRPr="002E4E9B">
        <w:rPr>
          <w:rFonts w:ascii="Arial" w:hAnsi="Arial" w:cs="Arial"/>
          <w:sz w:val="24"/>
          <w:szCs w:val="24"/>
        </w:rPr>
        <w:t>de los temas ejidales que se tienen agrarios y pues bueno, aquí no tenemos abogados expertos en materia agraria</w:t>
      </w:r>
      <w:r>
        <w:rPr>
          <w:rFonts w:ascii="Arial" w:hAnsi="Arial" w:cs="Arial"/>
          <w:sz w:val="24"/>
          <w:szCs w:val="24"/>
        </w:rPr>
        <w:t xml:space="preserve"> </w:t>
      </w:r>
      <w:r w:rsidRPr="002E4E9B">
        <w:rPr>
          <w:rFonts w:ascii="Arial" w:hAnsi="Arial" w:cs="Arial"/>
          <w:sz w:val="24"/>
          <w:szCs w:val="24"/>
        </w:rPr>
        <w:t>y pues se tiene que solventar ese tema, ¿no?, por los diversos juicios que tenemos pues con el ej</w:t>
      </w:r>
      <w:r>
        <w:rPr>
          <w:rFonts w:ascii="Arial" w:hAnsi="Arial" w:cs="Arial"/>
          <w:sz w:val="24"/>
          <w:szCs w:val="24"/>
        </w:rPr>
        <w:t>id</w:t>
      </w:r>
      <w:r w:rsidRPr="002E4E9B">
        <w:rPr>
          <w:rFonts w:ascii="Arial" w:hAnsi="Arial" w:cs="Arial"/>
          <w:sz w:val="24"/>
          <w:szCs w:val="24"/>
        </w:rPr>
        <w:t>o Ciudad Guzmán y los temas relacionados por los diferentes terrenos que son de propiedad digital y bueno, creo que es parte de lo que se viene contemplado ahí.</w:t>
      </w:r>
      <w:r>
        <w:rPr>
          <w:rFonts w:ascii="Arial" w:hAnsi="Arial" w:cs="Arial"/>
          <w:sz w:val="24"/>
          <w:szCs w:val="24"/>
        </w:rPr>
        <w:t xml:space="preserve"> </w:t>
      </w:r>
    </w:p>
    <w:p w14:paraId="19F26550" w14:textId="77777777" w:rsidR="00302119" w:rsidRDefault="00302119" w:rsidP="00DC6CFE">
      <w:pPr>
        <w:jc w:val="both"/>
        <w:rPr>
          <w:rFonts w:ascii="Arial" w:hAnsi="Arial" w:cs="Arial"/>
          <w:sz w:val="24"/>
          <w:szCs w:val="24"/>
        </w:rPr>
      </w:pPr>
      <w:r>
        <w:rPr>
          <w:rFonts w:ascii="Arial" w:hAnsi="Arial" w:cs="Arial"/>
          <w:b/>
          <w:bCs/>
          <w:sz w:val="24"/>
          <w:szCs w:val="24"/>
        </w:rPr>
        <w:t xml:space="preserve">C. MARÍA OLGA GARCÍA AYALA. - </w:t>
      </w:r>
      <w:r w:rsidRPr="002E4E9B">
        <w:rPr>
          <w:rFonts w:ascii="Arial" w:hAnsi="Arial" w:cs="Arial"/>
          <w:sz w:val="24"/>
          <w:szCs w:val="24"/>
        </w:rPr>
        <w:t>Se había comentado que para eso se había contratado un recurso para que hiciera todos los temas legales y los trabajara</w:t>
      </w:r>
      <w:r>
        <w:rPr>
          <w:rFonts w:ascii="Arial" w:hAnsi="Arial" w:cs="Arial"/>
          <w:sz w:val="24"/>
          <w:szCs w:val="24"/>
        </w:rPr>
        <w:t xml:space="preserve"> </w:t>
      </w:r>
      <w:r w:rsidRPr="002E4E9B">
        <w:rPr>
          <w:rFonts w:ascii="Arial" w:hAnsi="Arial" w:cs="Arial"/>
          <w:sz w:val="24"/>
          <w:szCs w:val="24"/>
        </w:rPr>
        <w:t>y de hecho lo apoyamos en pleno porque precisamente iba a trabajar los temas de demandas que teníamos con</w:t>
      </w:r>
      <w:r>
        <w:rPr>
          <w:rFonts w:ascii="Arial" w:hAnsi="Arial" w:cs="Arial"/>
          <w:sz w:val="24"/>
          <w:szCs w:val="24"/>
        </w:rPr>
        <w:t xml:space="preserve"> </w:t>
      </w:r>
      <w:r w:rsidRPr="002E4E9B">
        <w:rPr>
          <w:rFonts w:ascii="Arial" w:hAnsi="Arial" w:cs="Arial"/>
          <w:sz w:val="24"/>
          <w:szCs w:val="24"/>
        </w:rPr>
        <w:t>concesionarias, con todo lo que tuviera que ver con responsabilidades del Ayuntamiento legales. Entonces es por</w:t>
      </w:r>
      <w:r>
        <w:rPr>
          <w:rFonts w:ascii="Arial" w:hAnsi="Arial" w:cs="Arial"/>
          <w:sz w:val="24"/>
          <w:szCs w:val="24"/>
        </w:rPr>
        <w:t xml:space="preserve"> </w:t>
      </w:r>
      <w:r w:rsidRPr="002E4E9B">
        <w:rPr>
          <w:rFonts w:ascii="Arial" w:hAnsi="Arial" w:cs="Arial"/>
          <w:sz w:val="24"/>
          <w:szCs w:val="24"/>
        </w:rPr>
        <w:t>eso que me llamó la atención y es por eso mi pregunta</w:t>
      </w:r>
      <w:r>
        <w:rPr>
          <w:rFonts w:ascii="Arial" w:hAnsi="Arial" w:cs="Arial"/>
          <w:sz w:val="24"/>
          <w:szCs w:val="24"/>
        </w:rPr>
        <w:t>.</w:t>
      </w:r>
    </w:p>
    <w:p w14:paraId="1B0C5EAA" w14:textId="77777777" w:rsidR="00302119" w:rsidRDefault="00302119" w:rsidP="00DC6CFE">
      <w:pPr>
        <w:jc w:val="both"/>
        <w:rPr>
          <w:rFonts w:ascii="Arial" w:hAnsi="Arial" w:cs="Arial"/>
          <w:sz w:val="24"/>
          <w:szCs w:val="24"/>
        </w:rPr>
      </w:pPr>
      <w:r>
        <w:rPr>
          <w:rFonts w:ascii="Arial" w:hAnsi="Arial" w:cs="Arial"/>
          <w:b/>
          <w:bCs/>
          <w:sz w:val="24"/>
          <w:szCs w:val="24"/>
        </w:rPr>
        <w:t xml:space="preserve">C. MIGUEL MARENTES. </w:t>
      </w:r>
      <w:proofErr w:type="gramStart"/>
      <w:r>
        <w:rPr>
          <w:rFonts w:ascii="Arial" w:hAnsi="Arial" w:cs="Arial"/>
          <w:b/>
          <w:bCs/>
          <w:sz w:val="24"/>
          <w:szCs w:val="24"/>
        </w:rPr>
        <w:t xml:space="preserve">- </w:t>
      </w:r>
      <w:r>
        <w:rPr>
          <w:rFonts w:ascii="Arial" w:hAnsi="Arial" w:cs="Arial"/>
          <w:sz w:val="24"/>
          <w:szCs w:val="24"/>
        </w:rPr>
        <w:t xml:space="preserve"> ¿</w:t>
      </w:r>
      <w:proofErr w:type="gramEnd"/>
      <w:r>
        <w:rPr>
          <w:rFonts w:ascii="Arial" w:hAnsi="Arial" w:cs="Arial"/>
          <w:sz w:val="24"/>
          <w:szCs w:val="24"/>
        </w:rPr>
        <w:t>H</w:t>
      </w:r>
      <w:r w:rsidRPr="002E4E9B">
        <w:rPr>
          <w:rFonts w:ascii="Arial" w:hAnsi="Arial" w:cs="Arial"/>
          <w:sz w:val="24"/>
          <w:szCs w:val="24"/>
        </w:rPr>
        <w:t>abla del poder que se le otorgó al jefe de gabinete</w:t>
      </w:r>
      <w:r>
        <w:rPr>
          <w:rFonts w:ascii="Arial" w:hAnsi="Arial" w:cs="Arial"/>
          <w:sz w:val="24"/>
          <w:szCs w:val="24"/>
        </w:rPr>
        <w:t>?</w:t>
      </w:r>
    </w:p>
    <w:p w14:paraId="2A23CBFC" w14:textId="77777777" w:rsidR="00302119" w:rsidRDefault="00302119" w:rsidP="00DC6CFE">
      <w:pPr>
        <w:jc w:val="both"/>
        <w:rPr>
          <w:rFonts w:ascii="Arial" w:hAnsi="Arial" w:cs="Arial"/>
          <w:sz w:val="24"/>
          <w:szCs w:val="24"/>
        </w:rPr>
      </w:pPr>
      <w:r>
        <w:rPr>
          <w:rFonts w:ascii="Arial" w:hAnsi="Arial" w:cs="Arial"/>
          <w:b/>
          <w:bCs/>
          <w:sz w:val="24"/>
          <w:szCs w:val="24"/>
        </w:rPr>
        <w:t xml:space="preserve">C. MARÍA OLGA GARCÍA AYALA. - </w:t>
      </w:r>
      <w:r w:rsidRPr="002E4E9B">
        <w:rPr>
          <w:rFonts w:ascii="Arial" w:hAnsi="Arial" w:cs="Arial"/>
          <w:sz w:val="24"/>
          <w:szCs w:val="24"/>
        </w:rPr>
        <w:t xml:space="preserve"> </w:t>
      </w:r>
      <w:r>
        <w:rPr>
          <w:rFonts w:ascii="Arial" w:hAnsi="Arial" w:cs="Arial"/>
          <w:sz w:val="24"/>
          <w:szCs w:val="24"/>
        </w:rPr>
        <w:t>L</w:t>
      </w:r>
      <w:r w:rsidRPr="002E4E9B">
        <w:rPr>
          <w:rFonts w:ascii="Arial" w:hAnsi="Arial" w:cs="Arial"/>
          <w:sz w:val="24"/>
          <w:szCs w:val="24"/>
        </w:rPr>
        <w:t>a contratación de personal,</w:t>
      </w:r>
      <w:r>
        <w:rPr>
          <w:rFonts w:ascii="Arial" w:hAnsi="Arial" w:cs="Arial"/>
          <w:sz w:val="24"/>
          <w:szCs w:val="24"/>
        </w:rPr>
        <w:t xml:space="preserve"> </w:t>
      </w:r>
      <w:r w:rsidRPr="002E4E9B">
        <w:rPr>
          <w:rFonts w:ascii="Arial" w:hAnsi="Arial" w:cs="Arial"/>
          <w:sz w:val="24"/>
          <w:szCs w:val="24"/>
        </w:rPr>
        <w:t>para y precisamente la mejor ese donde dijo que con la contratación de él pues ya no íbamos a recurrir a gastos en</w:t>
      </w:r>
      <w:r>
        <w:rPr>
          <w:rFonts w:ascii="Arial" w:hAnsi="Arial" w:cs="Arial"/>
          <w:sz w:val="24"/>
          <w:szCs w:val="24"/>
        </w:rPr>
        <w:t xml:space="preserve"> </w:t>
      </w:r>
      <w:r w:rsidRPr="002E4E9B">
        <w:rPr>
          <w:rFonts w:ascii="Arial" w:hAnsi="Arial" w:cs="Arial"/>
          <w:sz w:val="24"/>
          <w:szCs w:val="24"/>
        </w:rPr>
        <w:t xml:space="preserve">un tema legal y que él se encargaría de </w:t>
      </w:r>
      <w:r>
        <w:rPr>
          <w:rFonts w:ascii="Arial" w:hAnsi="Arial" w:cs="Arial"/>
          <w:sz w:val="24"/>
          <w:szCs w:val="24"/>
        </w:rPr>
        <w:t xml:space="preserve">todas </w:t>
      </w:r>
      <w:r w:rsidRPr="002E4E9B">
        <w:rPr>
          <w:rFonts w:ascii="Arial" w:hAnsi="Arial" w:cs="Arial"/>
          <w:sz w:val="24"/>
          <w:szCs w:val="24"/>
        </w:rPr>
        <w:t>las situaciones legales que tendríamos como</w:t>
      </w:r>
      <w:r>
        <w:rPr>
          <w:rFonts w:ascii="Arial" w:hAnsi="Arial" w:cs="Arial"/>
          <w:sz w:val="24"/>
          <w:szCs w:val="24"/>
        </w:rPr>
        <w:t xml:space="preserve"> </w:t>
      </w:r>
      <w:r w:rsidRPr="002E4E9B">
        <w:rPr>
          <w:rFonts w:ascii="Arial" w:hAnsi="Arial" w:cs="Arial"/>
          <w:sz w:val="24"/>
          <w:szCs w:val="24"/>
        </w:rPr>
        <w:t>ayuntamiento</w:t>
      </w:r>
      <w:r>
        <w:rPr>
          <w:rFonts w:ascii="Arial" w:hAnsi="Arial" w:cs="Arial"/>
          <w:sz w:val="24"/>
          <w:szCs w:val="24"/>
        </w:rPr>
        <w:t>.</w:t>
      </w:r>
    </w:p>
    <w:p w14:paraId="57D64ADA" w14:textId="3EF8D5B9" w:rsidR="00EC03D4" w:rsidRPr="002E4E9B" w:rsidRDefault="00302119"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 xml:space="preserve"> </w:t>
      </w:r>
      <w:r>
        <w:rPr>
          <w:rFonts w:ascii="Arial" w:hAnsi="Arial" w:cs="Arial"/>
          <w:sz w:val="24"/>
          <w:szCs w:val="24"/>
        </w:rPr>
        <w:t>L</w:t>
      </w:r>
      <w:r w:rsidRPr="002E4E9B">
        <w:rPr>
          <w:rFonts w:ascii="Arial" w:hAnsi="Arial" w:cs="Arial"/>
          <w:sz w:val="24"/>
          <w:szCs w:val="24"/>
        </w:rPr>
        <w:t>a verdad no recuerdo lo que comenta. Lo que sí recuerdo es el poder que se le otorgó al jefe de gabinete, pero únicamente era para los</w:t>
      </w:r>
      <w:r>
        <w:rPr>
          <w:rFonts w:ascii="Arial" w:hAnsi="Arial" w:cs="Arial"/>
          <w:sz w:val="24"/>
          <w:szCs w:val="24"/>
        </w:rPr>
        <w:t xml:space="preserve"> </w:t>
      </w:r>
      <w:r w:rsidRPr="002E4E9B">
        <w:rPr>
          <w:rFonts w:ascii="Arial" w:hAnsi="Arial" w:cs="Arial"/>
          <w:sz w:val="24"/>
          <w:szCs w:val="24"/>
        </w:rPr>
        <w:t>juicios relacionados con las concesiones, no temas agrarios. Pero igual a lo mejor hay algo que estoy olvidando, pero este si en su momento</w:t>
      </w:r>
      <w:r>
        <w:rPr>
          <w:rFonts w:ascii="Arial" w:hAnsi="Arial" w:cs="Arial"/>
          <w:sz w:val="24"/>
          <w:szCs w:val="24"/>
        </w:rPr>
        <w:t xml:space="preserve"> </w:t>
      </w:r>
      <w:r w:rsidRPr="002E4E9B">
        <w:rPr>
          <w:rFonts w:ascii="Arial" w:hAnsi="Arial" w:cs="Arial"/>
          <w:sz w:val="24"/>
          <w:szCs w:val="24"/>
        </w:rPr>
        <w:t>nos trae la información precisa, lo agradecería. Sí. Adelante, tesorera.</w:t>
      </w:r>
    </w:p>
    <w:p w14:paraId="3F025AB5" w14:textId="77777777" w:rsidR="00302119" w:rsidRDefault="00302119" w:rsidP="00DC6CFE">
      <w:pPr>
        <w:jc w:val="both"/>
        <w:rPr>
          <w:rFonts w:ascii="Arial" w:hAnsi="Arial" w:cs="Arial"/>
          <w:sz w:val="24"/>
          <w:szCs w:val="24"/>
        </w:rPr>
      </w:pPr>
      <w:r>
        <w:rPr>
          <w:rFonts w:ascii="Arial" w:hAnsi="Arial" w:cs="Arial"/>
          <w:b/>
          <w:bCs/>
          <w:sz w:val="24"/>
          <w:szCs w:val="24"/>
        </w:rPr>
        <w:t>C. VICTORIA GARCÍA CONTRERAS. -</w:t>
      </w:r>
      <w:r w:rsidRPr="002E4E9B">
        <w:rPr>
          <w:rFonts w:ascii="Arial" w:hAnsi="Arial" w:cs="Arial"/>
          <w:sz w:val="24"/>
          <w:szCs w:val="24"/>
        </w:rPr>
        <w:t xml:space="preserve">Gracias. Bueno, el gasto este más fuerte por el cual son es de </w:t>
      </w:r>
      <w:r>
        <w:rPr>
          <w:rFonts w:ascii="Arial" w:hAnsi="Arial" w:cs="Arial"/>
          <w:sz w:val="24"/>
          <w:szCs w:val="24"/>
        </w:rPr>
        <w:t>$</w:t>
      </w:r>
      <w:r w:rsidRPr="002E4E9B">
        <w:rPr>
          <w:rFonts w:ascii="Arial" w:hAnsi="Arial" w:cs="Arial"/>
          <w:sz w:val="24"/>
          <w:szCs w:val="24"/>
        </w:rPr>
        <w:t>200,000</w:t>
      </w:r>
      <w:r>
        <w:rPr>
          <w:rFonts w:ascii="Arial" w:hAnsi="Arial" w:cs="Arial"/>
          <w:sz w:val="24"/>
          <w:szCs w:val="24"/>
        </w:rPr>
        <w:t>.00</w:t>
      </w:r>
      <w:r w:rsidRPr="002E4E9B">
        <w:rPr>
          <w:rFonts w:ascii="Arial" w:hAnsi="Arial" w:cs="Arial"/>
          <w:sz w:val="24"/>
          <w:szCs w:val="24"/>
        </w:rPr>
        <w:t xml:space="preserve"> que viene incluido nuestros</w:t>
      </w:r>
      <w:r>
        <w:rPr>
          <w:rFonts w:ascii="Arial" w:hAnsi="Arial" w:cs="Arial"/>
          <w:sz w:val="24"/>
          <w:szCs w:val="24"/>
        </w:rPr>
        <w:t xml:space="preserve"> $</w:t>
      </w:r>
      <w:r w:rsidRPr="002E4E9B">
        <w:rPr>
          <w:rFonts w:ascii="Arial" w:hAnsi="Arial" w:cs="Arial"/>
          <w:sz w:val="24"/>
          <w:szCs w:val="24"/>
        </w:rPr>
        <w:t>165,500</w:t>
      </w:r>
      <w:r>
        <w:rPr>
          <w:rFonts w:ascii="Arial" w:hAnsi="Arial" w:cs="Arial"/>
          <w:sz w:val="24"/>
          <w:szCs w:val="24"/>
        </w:rPr>
        <w:t>.00</w:t>
      </w:r>
      <w:r w:rsidRPr="002E4E9B">
        <w:rPr>
          <w:rFonts w:ascii="Arial" w:hAnsi="Arial" w:cs="Arial"/>
          <w:sz w:val="24"/>
          <w:szCs w:val="24"/>
        </w:rPr>
        <w:t xml:space="preserve"> no es relacionado a la contratación de un abogado, sino a la contratación de un</w:t>
      </w:r>
      <w:r>
        <w:rPr>
          <w:rFonts w:ascii="Arial" w:hAnsi="Arial" w:cs="Arial"/>
          <w:sz w:val="24"/>
          <w:szCs w:val="24"/>
        </w:rPr>
        <w:t xml:space="preserve"> </w:t>
      </w:r>
      <w:r w:rsidRPr="002E4E9B">
        <w:rPr>
          <w:rFonts w:ascii="Arial" w:hAnsi="Arial" w:cs="Arial"/>
          <w:sz w:val="24"/>
          <w:szCs w:val="24"/>
        </w:rPr>
        <w:t>despacho contable que dictamina los estados financieros para efectos del IMS</w:t>
      </w:r>
      <w:r>
        <w:rPr>
          <w:rFonts w:ascii="Arial" w:hAnsi="Arial" w:cs="Arial"/>
          <w:sz w:val="24"/>
          <w:szCs w:val="24"/>
        </w:rPr>
        <w:t>S</w:t>
      </w:r>
      <w:r w:rsidRPr="002E4E9B">
        <w:rPr>
          <w:rFonts w:ascii="Arial" w:hAnsi="Arial" w:cs="Arial"/>
          <w:sz w:val="24"/>
          <w:szCs w:val="24"/>
        </w:rPr>
        <w:t>. Tenemos obligación por la plantilla</w:t>
      </w:r>
      <w:r>
        <w:rPr>
          <w:rFonts w:ascii="Arial" w:hAnsi="Arial" w:cs="Arial"/>
          <w:sz w:val="24"/>
          <w:szCs w:val="24"/>
        </w:rPr>
        <w:t xml:space="preserve"> </w:t>
      </w:r>
      <w:r w:rsidRPr="002E4E9B">
        <w:rPr>
          <w:rFonts w:ascii="Arial" w:hAnsi="Arial" w:cs="Arial"/>
          <w:sz w:val="24"/>
          <w:szCs w:val="24"/>
        </w:rPr>
        <w:t>por la cantidad de trabajadores que tenemos de estar este dictaminando los estados financieros. Entonces, parte</w:t>
      </w:r>
      <w:r>
        <w:rPr>
          <w:rFonts w:ascii="Arial" w:hAnsi="Arial" w:cs="Arial"/>
          <w:sz w:val="24"/>
          <w:szCs w:val="24"/>
        </w:rPr>
        <w:t xml:space="preserve"> </w:t>
      </w:r>
      <w:r w:rsidRPr="002E4E9B">
        <w:rPr>
          <w:rFonts w:ascii="Arial" w:hAnsi="Arial" w:cs="Arial"/>
          <w:sz w:val="24"/>
          <w:szCs w:val="24"/>
        </w:rPr>
        <w:t xml:space="preserve">de esos </w:t>
      </w:r>
      <w:r>
        <w:rPr>
          <w:rFonts w:ascii="Arial" w:hAnsi="Arial" w:cs="Arial"/>
          <w:sz w:val="24"/>
          <w:szCs w:val="24"/>
        </w:rPr>
        <w:t>$</w:t>
      </w:r>
      <w:r w:rsidRPr="002E4E9B">
        <w:rPr>
          <w:rFonts w:ascii="Arial" w:hAnsi="Arial" w:cs="Arial"/>
          <w:sz w:val="24"/>
          <w:szCs w:val="24"/>
        </w:rPr>
        <w:t>365,500</w:t>
      </w:r>
      <w:r>
        <w:rPr>
          <w:rFonts w:ascii="Arial" w:hAnsi="Arial" w:cs="Arial"/>
          <w:sz w:val="24"/>
          <w:szCs w:val="24"/>
        </w:rPr>
        <w:t xml:space="preserve">.00, </w:t>
      </w:r>
      <w:r w:rsidRPr="002E4E9B">
        <w:rPr>
          <w:rFonts w:ascii="Arial" w:hAnsi="Arial" w:cs="Arial"/>
          <w:sz w:val="24"/>
          <w:szCs w:val="24"/>
        </w:rPr>
        <w:t>$200,000</w:t>
      </w:r>
      <w:r>
        <w:rPr>
          <w:rFonts w:ascii="Arial" w:hAnsi="Arial" w:cs="Arial"/>
          <w:sz w:val="24"/>
          <w:szCs w:val="24"/>
        </w:rPr>
        <w:t>.00</w:t>
      </w:r>
      <w:r w:rsidRPr="002E4E9B">
        <w:rPr>
          <w:rFonts w:ascii="Arial" w:hAnsi="Arial" w:cs="Arial"/>
          <w:sz w:val="24"/>
          <w:szCs w:val="24"/>
        </w:rPr>
        <w:t xml:space="preserve"> son para lo que es este la dictaminación </w:t>
      </w:r>
      <w:r w:rsidRPr="002E4E9B">
        <w:rPr>
          <w:rFonts w:ascii="Arial" w:hAnsi="Arial" w:cs="Arial"/>
          <w:sz w:val="24"/>
          <w:szCs w:val="24"/>
        </w:rPr>
        <w:lastRenderedPageBreak/>
        <w:t>de los estados financieros</w:t>
      </w:r>
      <w:r>
        <w:rPr>
          <w:rFonts w:ascii="Arial" w:hAnsi="Arial" w:cs="Arial"/>
          <w:sz w:val="24"/>
          <w:szCs w:val="24"/>
        </w:rPr>
        <w:t xml:space="preserve"> </w:t>
      </w:r>
      <w:r w:rsidRPr="002E4E9B">
        <w:rPr>
          <w:rFonts w:ascii="Arial" w:hAnsi="Arial" w:cs="Arial"/>
          <w:sz w:val="24"/>
          <w:szCs w:val="24"/>
        </w:rPr>
        <w:t>para el IMS. Y ya el resto, como lo comenta el regidor, es para estar</w:t>
      </w:r>
      <w:r>
        <w:rPr>
          <w:rFonts w:ascii="Arial" w:hAnsi="Arial" w:cs="Arial"/>
          <w:sz w:val="24"/>
          <w:szCs w:val="24"/>
        </w:rPr>
        <w:t xml:space="preserve"> </w:t>
      </w:r>
      <w:r w:rsidRPr="002E4E9B">
        <w:rPr>
          <w:rFonts w:ascii="Arial" w:hAnsi="Arial" w:cs="Arial"/>
          <w:sz w:val="24"/>
          <w:szCs w:val="24"/>
        </w:rPr>
        <w:t>pagando algunos de los algunas de las asesorías que se han</w:t>
      </w:r>
      <w:r>
        <w:rPr>
          <w:rFonts w:ascii="Arial" w:hAnsi="Arial" w:cs="Arial"/>
          <w:sz w:val="24"/>
          <w:szCs w:val="24"/>
        </w:rPr>
        <w:t xml:space="preserve"> </w:t>
      </w:r>
      <w:r w:rsidRPr="002E4E9B">
        <w:rPr>
          <w:rFonts w:ascii="Arial" w:hAnsi="Arial" w:cs="Arial"/>
          <w:sz w:val="24"/>
          <w:szCs w:val="24"/>
        </w:rPr>
        <w:t>requerido en materia agraria y algunos poderes de algunos</w:t>
      </w:r>
      <w:r>
        <w:rPr>
          <w:rFonts w:ascii="Arial" w:hAnsi="Arial" w:cs="Arial"/>
          <w:sz w:val="24"/>
          <w:szCs w:val="24"/>
        </w:rPr>
        <w:t xml:space="preserve"> </w:t>
      </w:r>
      <w:r w:rsidRPr="002E4E9B">
        <w:rPr>
          <w:rFonts w:ascii="Arial" w:hAnsi="Arial" w:cs="Arial"/>
          <w:sz w:val="24"/>
          <w:szCs w:val="24"/>
        </w:rPr>
        <w:t>abogados. Entonces, este, todo lo que no está incluido este de forma de forma ordinaria dentro de la</w:t>
      </w:r>
      <w:r>
        <w:rPr>
          <w:rFonts w:ascii="Arial" w:hAnsi="Arial" w:cs="Arial"/>
          <w:sz w:val="24"/>
          <w:szCs w:val="24"/>
        </w:rPr>
        <w:t xml:space="preserve"> </w:t>
      </w:r>
      <w:r w:rsidRPr="002E4E9B">
        <w:rPr>
          <w:rFonts w:ascii="Arial" w:hAnsi="Arial" w:cs="Arial"/>
          <w:sz w:val="24"/>
          <w:szCs w:val="24"/>
        </w:rPr>
        <w:t>operatividad que se viene haciendo, bueno, es lo que nos vienen solicitando de sindicatura o en su caso de todas</w:t>
      </w:r>
      <w:r>
        <w:rPr>
          <w:rFonts w:ascii="Arial" w:hAnsi="Arial" w:cs="Arial"/>
          <w:sz w:val="24"/>
          <w:szCs w:val="24"/>
        </w:rPr>
        <w:t xml:space="preserve"> </w:t>
      </w:r>
      <w:r w:rsidRPr="002E4E9B">
        <w:rPr>
          <w:rFonts w:ascii="Arial" w:hAnsi="Arial" w:cs="Arial"/>
          <w:sz w:val="24"/>
          <w:szCs w:val="24"/>
        </w:rPr>
        <w:t>las dependencias que tengan relación con estos conceptos, porque es legales de contabilidad, auditoría y relacionados.</w:t>
      </w:r>
      <w:r>
        <w:rPr>
          <w:rFonts w:ascii="Arial" w:hAnsi="Arial" w:cs="Arial"/>
          <w:sz w:val="24"/>
          <w:szCs w:val="24"/>
        </w:rPr>
        <w:t xml:space="preserve"> </w:t>
      </w:r>
      <w:r w:rsidRPr="002E4E9B">
        <w:rPr>
          <w:rFonts w:ascii="Arial" w:hAnsi="Arial" w:cs="Arial"/>
          <w:sz w:val="24"/>
          <w:szCs w:val="24"/>
        </w:rPr>
        <w:t xml:space="preserve">Gracias. </w:t>
      </w:r>
    </w:p>
    <w:p w14:paraId="1768874C" w14:textId="0FF54104" w:rsidR="00EC03D4" w:rsidRPr="002E4E9B" w:rsidRDefault="00302119"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 xml:space="preserve">Sí, aquí también se ahorita, </w:t>
      </w:r>
      <w:r>
        <w:rPr>
          <w:rFonts w:ascii="Arial" w:hAnsi="Arial" w:cs="Arial"/>
          <w:sz w:val="24"/>
          <w:szCs w:val="24"/>
        </w:rPr>
        <w:t>R</w:t>
      </w:r>
      <w:r w:rsidRPr="002E4E9B">
        <w:rPr>
          <w:rFonts w:ascii="Arial" w:hAnsi="Arial" w:cs="Arial"/>
          <w:sz w:val="24"/>
          <w:szCs w:val="24"/>
        </w:rPr>
        <w:t>egidor Gustavo, aquí también de esta partida se egresan todos los servicios notariales que se requieren por parte</w:t>
      </w:r>
      <w:r>
        <w:rPr>
          <w:rFonts w:ascii="Arial" w:hAnsi="Arial" w:cs="Arial"/>
          <w:sz w:val="24"/>
          <w:szCs w:val="24"/>
        </w:rPr>
        <w:t xml:space="preserve"> </w:t>
      </w:r>
      <w:r w:rsidRPr="002E4E9B">
        <w:rPr>
          <w:rFonts w:ascii="Arial" w:hAnsi="Arial" w:cs="Arial"/>
          <w:sz w:val="24"/>
          <w:szCs w:val="24"/>
        </w:rPr>
        <w:t xml:space="preserve">del jurídico y sindicatura como pues cualquier tipo de escritura se </w:t>
      </w:r>
      <w:r>
        <w:rPr>
          <w:rFonts w:ascii="Arial" w:hAnsi="Arial" w:cs="Arial"/>
          <w:sz w:val="24"/>
          <w:szCs w:val="24"/>
        </w:rPr>
        <w:t>d</w:t>
      </w:r>
      <w:r w:rsidRPr="002E4E9B">
        <w:rPr>
          <w:rFonts w:ascii="Arial" w:hAnsi="Arial" w:cs="Arial"/>
          <w:sz w:val="24"/>
          <w:szCs w:val="24"/>
        </w:rPr>
        <w:t>eroga de esta partida. Adelante, regidor.</w:t>
      </w:r>
    </w:p>
    <w:p w14:paraId="0DA6DB46" w14:textId="77777777" w:rsidR="00DD4F03" w:rsidRDefault="00302119" w:rsidP="00DC6CFE">
      <w:pPr>
        <w:jc w:val="both"/>
        <w:rPr>
          <w:rFonts w:ascii="Arial" w:hAnsi="Arial" w:cs="Arial"/>
          <w:sz w:val="24"/>
          <w:szCs w:val="24"/>
        </w:rPr>
      </w:pPr>
      <w:r>
        <w:rPr>
          <w:rFonts w:ascii="Arial" w:hAnsi="Arial" w:cs="Arial"/>
          <w:b/>
          <w:bCs/>
          <w:sz w:val="24"/>
          <w:szCs w:val="24"/>
        </w:rPr>
        <w:t xml:space="preserve">C. GUSTAVO LÓPEZ SANDOVAL. - </w:t>
      </w:r>
      <w:r w:rsidRPr="002E4E9B">
        <w:rPr>
          <w:rFonts w:ascii="Arial" w:hAnsi="Arial" w:cs="Arial"/>
          <w:sz w:val="24"/>
          <w:szCs w:val="24"/>
        </w:rPr>
        <w:t>Gracias. Entonces, sí me queda claro que es para todos los temas legales con</w:t>
      </w:r>
      <w:r>
        <w:rPr>
          <w:rFonts w:ascii="Arial" w:hAnsi="Arial" w:cs="Arial"/>
          <w:sz w:val="24"/>
          <w:szCs w:val="24"/>
        </w:rPr>
        <w:t xml:space="preserve"> </w:t>
      </w:r>
      <w:r w:rsidRPr="002E4E9B">
        <w:rPr>
          <w:rFonts w:ascii="Arial" w:hAnsi="Arial" w:cs="Arial"/>
          <w:sz w:val="24"/>
          <w:szCs w:val="24"/>
        </w:rPr>
        <w:t>notarios y todo ese tema, pero lo que comenta la maestra es verdad. Yo también se lo comentamos a la presidenta, fue</w:t>
      </w:r>
      <w:r>
        <w:rPr>
          <w:rFonts w:ascii="Arial" w:hAnsi="Arial" w:cs="Arial"/>
          <w:sz w:val="24"/>
          <w:szCs w:val="24"/>
        </w:rPr>
        <w:t xml:space="preserve"> </w:t>
      </w:r>
      <w:r w:rsidRPr="002E4E9B">
        <w:rPr>
          <w:rFonts w:ascii="Arial" w:hAnsi="Arial" w:cs="Arial"/>
          <w:sz w:val="24"/>
          <w:szCs w:val="24"/>
        </w:rPr>
        <w:t>ella la que nos dijo para que todo ese tema que traía de las concesiones y todo ese tema que se fuera a un despacho</w:t>
      </w:r>
      <w:r w:rsidR="00DD4F03">
        <w:rPr>
          <w:rFonts w:ascii="Arial" w:hAnsi="Arial" w:cs="Arial"/>
          <w:sz w:val="24"/>
          <w:szCs w:val="24"/>
        </w:rPr>
        <w:t xml:space="preserve"> </w:t>
      </w:r>
      <w:r w:rsidRPr="002E4E9B">
        <w:rPr>
          <w:rFonts w:ascii="Arial" w:hAnsi="Arial" w:cs="Arial"/>
          <w:sz w:val="24"/>
          <w:szCs w:val="24"/>
        </w:rPr>
        <w:t>legal y ella dijo que no, que para eso se contrataba al jefe de gabinete. De hecho, lo dije la sesión pasada y se los</w:t>
      </w:r>
      <w:r w:rsidR="00DD4F03">
        <w:rPr>
          <w:rFonts w:ascii="Arial" w:hAnsi="Arial" w:cs="Arial"/>
          <w:sz w:val="24"/>
          <w:szCs w:val="24"/>
        </w:rPr>
        <w:t xml:space="preserve"> </w:t>
      </w:r>
      <w:r w:rsidRPr="002E4E9B">
        <w:rPr>
          <w:rFonts w:ascii="Arial" w:hAnsi="Arial" w:cs="Arial"/>
          <w:sz w:val="24"/>
          <w:szCs w:val="24"/>
        </w:rPr>
        <w:t>vuelvo a decir, nos lo vendió como el Mesías casi casi que iba a venir a acomodar todo y pues hasta ahorita</w:t>
      </w:r>
      <w:r w:rsidR="00DD4F03">
        <w:rPr>
          <w:rFonts w:ascii="Arial" w:hAnsi="Arial" w:cs="Arial"/>
          <w:sz w:val="24"/>
          <w:szCs w:val="24"/>
        </w:rPr>
        <w:t xml:space="preserve"> </w:t>
      </w:r>
      <w:r w:rsidRPr="002E4E9B">
        <w:rPr>
          <w:rFonts w:ascii="Arial" w:hAnsi="Arial" w:cs="Arial"/>
          <w:sz w:val="24"/>
          <w:szCs w:val="24"/>
        </w:rPr>
        <w:t>pues yo sí cuestiono sobre su trabajo. O sea, lo que dice la maestra es verdad. y fue puntualmente con la presidenta. Sí,</w:t>
      </w:r>
      <w:r w:rsidR="00DD4F03">
        <w:rPr>
          <w:rFonts w:ascii="Arial" w:hAnsi="Arial" w:cs="Arial"/>
          <w:sz w:val="24"/>
          <w:szCs w:val="24"/>
        </w:rPr>
        <w:t xml:space="preserve"> </w:t>
      </w:r>
      <w:r w:rsidRPr="002E4E9B">
        <w:rPr>
          <w:rFonts w:ascii="Arial" w:hAnsi="Arial" w:cs="Arial"/>
          <w:sz w:val="24"/>
          <w:szCs w:val="24"/>
        </w:rPr>
        <w:t>es cuánto</w:t>
      </w:r>
      <w:r w:rsidR="00DD4F03">
        <w:rPr>
          <w:rFonts w:ascii="Arial" w:hAnsi="Arial" w:cs="Arial"/>
          <w:sz w:val="24"/>
          <w:szCs w:val="24"/>
        </w:rPr>
        <w:t>.</w:t>
      </w:r>
    </w:p>
    <w:p w14:paraId="41B1CD32" w14:textId="21965573" w:rsidR="00EC03D4" w:rsidRPr="002E4E9B" w:rsidRDefault="00DD4F03"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 xml:space="preserve"> Sí, sí, gracias, regidor. Este, puntualizar que los servicios legales que se además de los notariales es atiende un tema agrario, ¿no? De</w:t>
      </w:r>
      <w:r>
        <w:rPr>
          <w:rFonts w:ascii="Arial" w:hAnsi="Arial" w:cs="Arial"/>
          <w:sz w:val="24"/>
          <w:szCs w:val="24"/>
        </w:rPr>
        <w:t xml:space="preserve"> </w:t>
      </w:r>
      <w:r w:rsidRPr="002E4E9B">
        <w:rPr>
          <w:rFonts w:ascii="Arial" w:hAnsi="Arial" w:cs="Arial"/>
          <w:sz w:val="24"/>
          <w:szCs w:val="24"/>
        </w:rPr>
        <w:t>concesiones, es un el de concesiones es un tema administrativo que efectivamente lleva al jefe de gabinete. Y pues bueno, aquí es un tema adicional pues para</w:t>
      </w:r>
      <w:r>
        <w:rPr>
          <w:rFonts w:ascii="Arial" w:hAnsi="Arial" w:cs="Arial"/>
          <w:sz w:val="24"/>
          <w:szCs w:val="24"/>
        </w:rPr>
        <w:t xml:space="preserve"> </w:t>
      </w:r>
      <w:r w:rsidRPr="002E4E9B">
        <w:rPr>
          <w:rFonts w:ascii="Arial" w:hAnsi="Arial" w:cs="Arial"/>
          <w:sz w:val="24"/>
          <w:szCs w:val="24"/>
        </w:rPr>
        <w:t>arreglar el tema agrario. Igual revisamos el poder, pero yo recuerdo que únicamente era para efectos de los de los juicios interpuestos en el Tribunal de lo Administrativo</w:t>
      </w:r>
      <w:r>
        <w:rPr>
          <w:rFonts w:ascii="Arial" w:hAnsi="Arial" w:cs="Arial"/>
          <w:sz w:val="24"/>
          <w:szCs w:val="24"/>
        </w:rPr>
        <w:t>,</w:t>
      </w:r>
      <w:r w:rsidRPr="002E4E9B">
        <w:rPr>
          <w:rFonts w:ascii="Arial" w:hAnsi="Arial" w:cs="Arial"/>
          <w:sz w:val="24"/>
          <w:szCs w:val="24"/>
        </w:rPr>
        <w:t xml:space="preserve"> muy bien. Continuaremos con la siguiente partida. Servicios de diseño, arquitectura, ingeniería y actividades relacionadas. Una disminución de </w:t>
      </w:r>
      <w:r>
        <w:rPr>
          <w:rFonts w:ascii="Arial" w:hAnsi="Arial" w:cs="Arial"/>
          <w:sz w:val="24"/>
          <w:szCs w:val="24"/>
        </w:rPr>
        <w:t>$</w:t>
      </w:r>
      <w:r w:rsidRPr="002E4E9B">
        <w:rPr>
          <w:rFonts w:ascii="Arial" w:hAnsi="Arial" w:cs="Arial"/>
          <w:sz w:val="24"/>
          <w:szCs w:val="24"/>
        </w:rPr>
        <w:t>141,000</w:t>
      </w:r>
      <w:r>
        <w:rPr>
          <w:rFonts w:ascii="Arial" w:hAnsi="Arial" w:cs="Arial"/>
          <w:sz w:val="24"/>
          <w:szCs w:val="24"/>
        </w:rPr>
        <w:t>.00 pesos</w:t>
      </w:r>
      <w:r w:rsidRPr="002E4E9B">
        <w:rPr>
          <w:rFonts w:ascii="Arial" w:hAnsi="Arial" w:cs="Arial"/>
          <w:sz w:val="24"/>
          <w:szCs w:val="24"/>
        </w:rPr>
        <w:t xml:space="preserve"> que da un total de </w:t>
      </w:r>
      <w:r>
        <w:rPr>
          <w:rFonts w:ascii="Arial" w:hAnsi="Arial" w:cs="Arial"/>
          <w:sz w:val="24"/>
          <w:szCs w:val="24"/>
        </w:rPr>
        <w:t>$</w:t>
      </w:r>
      <w:r w:rsidRPr="002E4E9B">
        <w:rPr>
          <w:rFonts w:ascii="Arial" w:hAnsi="Arial" w:cs="Arial"/>
          <w:sz w:val="24"/>
          <w:szCs w:val="24"/>
        </w:rPr>
        <w:t>650,000</w:t>
      </w:r>
      <w:r>
        <w:rPr>
          <w:rFonts w:ascii="Arial" w:hAnsi="Arial" w:cs="Arial"/>
          <w:sz w:val="24"/>
          <w:szCs w:val="24"/>
        </w:rPr>
        <w:t>.00</w:t>
      </w:r>
      <w:r w:rsidRPr="002E4E9B">
        <w:rPr>
          <w:rFonts w:ascii="Arial" w:hAnsi="Arial" w:cs="Arial"/>
          <w:sz w:val="24"/>
          <w:szCs w:val="24"/>
        </w:rPr>
        <w:t xml:space="preserve"> </w:t>
      </w:r>
      <w:r>
        <w:rPr>
          <w:rFonts w:ascii="Arial" w:hAnsi="Arial" w:cs="Arial"/>
          <w:sz w:val="24"/>
          <w:szCs w:val="24"/>
        </w:rPr>
        <w:t>Aquí</w:t>
      </w:r>
      <w:r w:rsidRPr="002E4E9B">
        <w:rPr>
          <w:rFonts w:ascii="Arial" w:hAnsi="Arial" w:cs="Arial"/>
          <w:sz w:val="24"/>
          <w:szCs w:val="24"/>
        </w:rPr>
        <w:t xml:space="preserve"> de aquí se arrogan todos los estudios de mecánica de suelos que se requieren para las diferentes obras públicas que se van realizando.</w:t>
      </w:r>
      <w:r>
        <w:rPr>
          <w:rFonts w:ascii="Arial" w:hAnsi="Arial" w:cs="Arial"/>
          <w:sz w:val="24"/>
          <w:szCs w:val="24"/>
        </w:rPr>
        <w:t xml:space="preserve"> </w:t>
      </w:r>
      <w:r w:rsidRPr="002E4E9B">
        <w:rPr>
          <w:rFonts w:ascii="Arial" w:hAnsi="Arial" w:cs="Arial"/>
          <w:sz w:val="24"/>
          <w:szCs w:val="24"/>
        </w:rPr>
        <w:t xml:space="preserve">Servicios de capacitación, un aumento de </w:t>
      </w:r>
      <w:r>
        <w:rPr>
          <w:rFonts w:ascii="Arial" w:hAnsi="Arial" w:cs="Arial"/>
          <w:sz w:val="24"/>
          <w:szCs w:val="24"/>
        </w:rPr>
        <w:t>$</w:t>
      </w:r>
      <w:r w:rsidRPr="002E4E9B">
        <w:rPr>
          <w:rFonts w:ascii="Arial" w:hAnsi="Arial" w:cs="Arial"/>
          <w:sz w:val="24"/>
          <w:szCs w:val="24"/>
        </w:rPr>
        <w:t>315,000</w:t>
      </w:r>
      <w:r>
        <w:rPr>
          <w:rFonts w:ascii="Arial" w:hAnsi="Arial" w:cs="Arial"/>
          <w:sz w:val="24"/>
          <w:szCs w:val="24"/>
        </w:rPr>
        <w:t>.00</w:t>
      </w:r>
      <w:r w:rsidRPr="002E4E9B">
        <w:rPr>
          <w:rFonts w:ascii="Arial" w:hAnsi="Arial" w:cs="Arial"/>
          <w:sz w:val="24"/>
          <w:szCs w:val="24"/>
        </w:rPr>
        <w:t xml:space="preserve"> pes</w:t>
      </w:r>
      <w:r>
        <w:rPr>
          <w:rFonts w:ascii="Arial" w:hAnsi="Arial" w:cs="Arial"/>
          <w:sz w:val="24"/>
          <w:szCs w:val="24"/>
        </w:rPr>
        <w:t>os</w:t>
      </w:r>
      <w:r w:rsidRPr="002E4E9B">
        <w:rPr>
          <w:rFonts w:ascii="Arial" w:hAnsi="Arial" w:cs="Arial"/>
          <w:sz w:val="24"/>
          <w:szCs w:val="24"/>
        </w:rPr>
        <w:t xml:space="preserve"> que da un total de </w:t>
      </w:r>
      <w:r>
        <w:rPr>
          <w:rFonts w:ascii="Arial" w:hAnsi="Arial" w:cs="Arial"/>
          <w:sz w:val="24"/>
          <w:szCs w:val="24"/>
        </w:rPr>
        <w:t>$2,</w:t>
      </w:r>
      <w:r w:rsidRPr="002E4E9B">
        <w:rPr>
          <w:rFonts w:ascii="Arial" w:hAnsi="Arial" w:cs="Arial"/>
          <w:sz w:val="24"/>
          <w:szCs w:val="24"/>
        </w:rPr>
        <w:t>4</w:t>
      </w:r>
      <w:r>
        <w:rPr>
          <w:rFonts w:ascii="Arial" w:hAnsi="Arial" w:cs="Arial"/>
          <w:sz w:val="24"/>
          <w:szCs w:val="24"/>
        </w:rPr>
        <w:t>00,000.00</w:t>
      </w:r>
      <w:r w:rsidRPr="002E4E9B">
        <w:rPr>
          <w:rFonts w:ascii="Arial" w:hAnsi="Arial" w:cs="Arial"/>
          <w:sz w:val="24"/>
          <w:szCs w:val="24"/>
        </w:rPr>
        <w:t xml:space="preserve"> millones. Servicios de investigación científica y desarrollo,</w:t>
      </w:r>
      <w:r>
        <w:rPr>
          <w:rFonts w:ascii="Arial" w:hAnsi="Arial" w:cs="Arial"/>
          <w:sz w:val="24"/>
          <w:szCs w:val="24"/>
        </w:rPr>
        <w:t xml:space="preserve"> </w:t>
      </w:r>
      <w:r w:rsidRPr="002E4E9B">
        <w:rPr>
          <w:rFonts w:ascii="Arial" w:hAnsi="Arial" w:cs="Arial"/>
          <w:sz w:val="24"/>
          <w:szCs w:val="24"/>
        </w:rPr>
        <w:t xml:space="preserve">un aumento de </w:t>
      </w:r>
      <w:r>
        <w:rPr>
          <w:rFonts w:ascii="Arial" w:hAnsi="Arial" w:cs="Arial"/>
          <w:sz w:val="24"/>
          <w:szCs w:val="24"/>
        </w:rPr>
        <w:t>$</w:t>
      </w:r>
      <w:r w:rsidRPr="002E4E9B">
        <w:rPr>
          <w:rFonts w:ascii="Arial" w:hAnsi="Arial" w:cs="Arial"/>
          <w:sz w:val="24"/>
          <w:szCs w:val="24"/>
        </w:rPr>
        <w:t>903,000</w:t>
      </w:r>
      <w:r>
        <w:rPr>
          <w:rFonts w:ascii="Arial" w:hAnsi="Arial" w:cs="Arial"/>
          <w:sz w:val="24"/>
          <w:szCs w:val="24"/>
        </w:rPr>
        <w:t>.00</w:t>
      </w:r>
      <w:r w:rsidRPr="002E4E9B">
        <w:rPr>
          <w:rFonts w:ascii="Arial" w:hAnsi="Arial" w:cs="Arial"/>
          <w:sz w:val="24"/>
          <w:szCs w:val="24"/>
        </w:rPr>
        <w:t xml:space="preserve"> pes</w:t>
      </w:r>
      <w:r>
        <w:rPr>
          <w:rFonts w:ascii="Arial" w:hAnsi="Arial" w:cs="Arial"/>
          <w:sz w:val="24"/>
          <w:szCs w:val="24"/>
        </w:rPr>
        <w:t>os</w:t>
      </w:r>
      <w:r w:rsidRPr="002E4E9B">
        <w:rPr>
          <w:rFonts w:ascii="Arial" w:hAnsi="Arial" w:cs="Arial"/>
          <w:sz w:val="24"/>
          <w:szCs w:val="24"/>
        </w:rPr>
        <w:t xml:space="preserve"> que dan un total de </w:t>
      </w:r>
      <w:r>
        <w:rPr>
          <w:rFonts w:ascii="Arial" w:hAnsi="Arial" w:cs="Arial"/>
          <w:sz w:val="24"/>
          <w:szCs w:val="24"/>
        </w:rPr>
        <w:t>$</w:t>
      </w:r>
      <w:r w:rsidRPr="002E4E9B">
        <w:rPr>
          <w:rFonts w:ascii="Arial" w:hAnsi="Arial" w:cs="Arial"/>
          <w:sz w:val="24"/>
          <w:szCs w:val="24"/>
        </w:rPr>
        <w:t>1</w:t>
      </w:r>
      <w:r>
        <w:rPr>
          <w:rFonts w:ascii="Arial" w:hAnsi="Arial" w:cs="Arial"/>
          <w:sz w:val="24"/>
          <w:szCs w:val="24"/>
        </w:rPr>
        <w:t>,</w:t>
      </w:r>
      <w:r w:rsidRPr="002E4E9B">
        <w:rPr>
          <w:rFonts w:ascii="Arial" w:hAnsi="Arial" w:cs="Arial"/>
          <w:sz w:val="24"/>
          <w:szCs w:val="24"/>
        </w:rPr>
        <w:t>7</w:t>
      </w:r>
      <w:r>
        <w:rPr>
          <w:rFonts w:ascii="Arial" w:hAnsi="Arial" w:cs="Arial"/>
          <w:sz w:val="24"/>
          <w:szCs w:val="24"/>
        </w:rPr>
        <w:t xml:space="preserve">00,000.00 </w:t>
      </w:r>
      <w:r w:rsidRPr="002E4E9B">
        <w:rPr>
          <w:rFonts w:ascii="Arial" w:hAnsi="Arial" w:cs="Arial"/>
          <w:sz w:val="24"/>
          <w:szCs w:val="24"/>
        </w:rPr>
        <w:t xml:space="preserve">millones, servicios de apoyo administrativo, traducción, fotocopiado e impresión, un aumento de </w:t>
      </w:r>
      <w:r>
        <w:rPr>
          <w:rFonts w:ascii="Arial" w:hAnsi="Arial" w:cs="Arial"/>
          <w:sz w:val="24"/>
          <w:szCs w:val="24"/>
        </w:rPr>
        <w:t>$</w:t>
      </w:r>
      <w:r w:rsidRPr="002E4E9B">
        <w:rPr>
          <w:rFonts w:ascii="Arial" w:hAnsi="Arial" w:cs="Arial"/>
          <w:sz w:val="24"/>
          <w:szCs w:val="24"/>
        </w:rPr>
        <w:t>173,000</w:t>
      </w:r>
      <w:r>
        <w:rPr>
          <w:rFonts w:ascii="Arial" w:hAnsi="Arial" w:cs="Arial"/>
          <w:sz w:val="24"/>
          <w:szCs w:val="24"/>
        </w:rPr>
        <w:t>.00</w:t>
      </w:r>
      <w:r w:rsidRPr="002E4E9B">
        <w:rPr>
          <w:rFonts w:ascii="Arial" w:hAnsi="Arial" w:cs="Arial"/>
          <w:sz w:val="24"/>
          <w:szCs w:val="24"/>
        </w:rPr>
        <w:t xml:space="preserve"> pes</w:t>
      </w:r>
      <w:r>
        <w:rPr>
          <w:rFonts w:ascii="Arial" w:hAnsi="Arial" w:cs="Arial"/>
          <w:sz w:val="24"/>
          <w:szCs w:val="24"/>
        </w:rPr>
        <w:t>os</w:t>
      </w:r>
      <w:r w:rsidRPr="002E4E9B">
        <w:rPr>
          <w:rFonts w:ascii="Arial" w:hAnsi="Arial" w:cs="Arial"/>
          <w:sz w:val="24"/>
          <w:szCs w:val="24"/>
        </w:rPr>
        <w:t xml:space="preserve"> que quedando un</w:t>
      </w:r>
      <w:r>
        <w:rPr>
          <w:rFonts w:ascii="Arial" w:hAnsi="Arial" w:cs="Arial"/>
          <w:sz w:val="24"/>
          <w:szCs w:val="24"/>
        </w:rPr>
        <w:t xml:space="preserve"> </w:t>
      </w:r>
      <w:r w:rsidRPr="002E4E9B">
        <w:rPr>
          <w:rFonts w:ascii="Arial" w:hAnsi="Arial" w:cs="Arial"/>
          <w:sz w:val="24"/>
          <w:szCs w:val="24"/>
        </w:rPr>
        <w:t xml:space="preserve">total de </w:t>
      </w:r>
      <w:r>
        <w:rPr>
          <w:rFonts w:ascii="Arial" w:hAnsi="Arial" w:cs="Arial"/>
          <w:sz w:val="24"/>
          <w:szCs w:val="24"/>
        </w:rPr>
        <w:t>$</w:t>
      </w:r>
      <w:r w:rsidRPr="002E4E9B">
        <w:rPr>
          <w:rFonts w:ascii="Arial" w:hAnsi="Arial" w:cs="Arial"/>
          <w:sz w:val="24"/>
          <w:szCs w:val="24"/>
        </w:rPr>
        <w:t>967,000</w:t>
      </w:r>
      <w:r>
        <w:rPr>
          <w:rFonts w:ascii="Arial" w:hAnsi="Arial" w:cs="Arial"/>
          <w:sz w:val="24"/>
          <w:szCs w:val="24"/>
        </w:rPr>
        <w:t>.00</w:t>
      </w:r>
      <w:r w:rsidRPr="002E4E9B">
        <w:rPr>
          <w:rFonts w:ascii="Arial" w:hAnsi="Arial" w:cs="Arial"/>
          <w:sz w:val="24"/>
          <w:szCs w:val="24"/>
        </w:rPr>
        <w:t xml:space="preserve"> pes</w:t>
      </w:r>
      <w:r>
        <w:rPr>
          <w:rFonts w:ascii="Arial" w:hAnsi="Arial" w:cs="Arial"/>
          <w:sz w:val="24"/>
          <w:szCs w:val="24"/>
        </w:rPr>
        <w:t>os</w:t>
      </w:r>
      <w:r w:rsidRPr="002E4E9B">
        <w:rPr>
          <w:rFonts w:ascii="Arial" w:hAnsi="Arial" w:cs="Arial"/>
          <w:sz w:val="24"/>
          <w:szCs w:val="24"/>
        </w:rPr>
        <w:t xml:space="preserve">. Servicios de protección y seguridad, una disminución de </w:t>
      </w:r>
      <w:r>
        <w:rPr>
          <w:rFonts w:ascii="Arial" w:hAnsi="Arial" w:cs="Arial"/>
          <w:sz w:val="24"/>
          <w:szCs w:val="24"/>
        </w:rPr>
        <w:t>$</w:t>
      </w:r>
      <w:r w:rsidRPr="002E4E9B">
        <w:rPr>
          <w:rFonts w:ascii="Arial" w:hAnsi="Arial" w:cs="Arial"/>
          <w:sz w:val="24"/>
          <w:szCs w:val="24"/>
        </w:rPr>
        <w:t>277,000</w:t>
      </w:r>
      <w:r>
        <w:rPr>
          <w:rFonts w:ascii="Arial" w:hAnsi="Arial" w:cs="Arial"/>
          <w:sz w:val="24"/>
          <w:szCs w:val="24"/>
        </w:rPr>
        <w:t>.000</w:t>
      </w:r>
      <w:r w:rsidRPr="002E4E9B">
        <w:rPr>
          <w:rFonts w:ascii="Arial" w:hAnsi="Arial" w:cs="Arial"/>
          <w:sz w:val="24"/>
          <w:szCs w:val="24"/>
        </w:rPr>
        <w:t xml:space="preserve"> pes</w:t>
      </w:r>
      <w:r>
        <w:rPr>
          <w:rFonts w:ascii="Arial" w:hAnsi="Arial" w:cs="Arial"/>
          <w:sz w:val="24"/>
          <w:szCs w:val="24"/>
        </w:rPr>
        <w:t>os</w:t>
      </w:r>
      <w:r w:rsidRPr="002E4E9B">
        <w:rPr>
          <w:rFonts w:ascii="Arial" w:hAnsi="Arial" w:cs="Arial"/>
          <w:sz w:val="24"/>
          <w:szCs w:val="24"/>
        </w:rPr>
        <w:t xml:space="preserve"> que quedar un total de</w:t>
      </w:r>
      <w:r>
        <w:rPr>
          <w:rFonts w:ascii="Arial" w:hAnsi="Arial" w:cs="Arial"/>
          <w:sz w:val="24"/>
          <w:szCs w:val="24"/>
        </w:rPr>
        <w:t xml:space="preserve"> $</w:t>
      </w:r>
      <w:r w:rsidRPr="002E4E9B">
        <w:rPr>
          <w:rFonts w:ascii="Arial" w:hAnsi="Arial" w:cs="Arial"/>
          <w:sz w:val="24"/>
          <w:szCs w:val="24"/>
        </w:rPr>
        <w:t>8</w:t>
      </w:r>
      <w:r>
        <w:rPr>
          <w:rFonts w:ascii="Arial" w:hAnsi="Arial" w:cs="Arial"/>
          <w:sz w:val="24"/>
          <w:szCs w:val="24"/>
        </w:rPr>
        <w:t>,</w:t>
      </w:r>
      <w:r w:rsidRPr="002E4E9B">
        <w:rPr>
          <w:rFonts w:ascii="Arial" w:hAnsi="Arial" w:cs="Arial"/>
          <w:sz w:val="24"/>
          <w:szCs w:val="24"/>
        </w:rPr>
        <w:t>5</w:t>
      </w:r>
      <w:r>
        <w:rPr>
          <w:rFonts w:ascii="Arial" w:hAnsi="Arial" w:cs="Arial"/>
          <w:sz w:val="24"/>
          <w:szCs w:val="24"/>
        </w:rPr>
        <w:t>00,000.00</w:t>
      </w:r>
      <w:r w:rsidRPr="002E4E9B">
        <w:rPr>
          <w:rFonts w:ascii="Arial" w:hAnsi="Arial" w:cs="Arial"/>
          <w:sz w:val="24"/>
          <w:szCs w:val="24"/>
        </w:rPr>
        <w:t xml:space="preserve"> millones</w:t>
      </w:r>
      <w:r>
        <w:rPr>
          <w:rFonts w:ascii="Arial" w:hAnsi="Arial" w:cs="Arial"/>
          <w:sz w:val="24"/>
          <w:szCs w:val="24"/>
        </w:rPr>
        <w:t xml:space="preserve">. </w:t>
      </w:r>
      <w:r w:rsidRPr="002E4E9B">
        <w:rPr>
          <w:rFonts w:ascii="Arial" w:hAnsi="Arial" w:cs="Arial"/>
          <w:sz w:val="24"/>
          <w:szCs w:val="24"/>
        </w:rPr>
        <w:t xml:space="preserve">Servicios profesionales, científicos y técnicos integrales, un aumento de </w:t>
      </w:r>
      <w:r>
        <w:rPr>
          <w:rFonts w:ascii="Arial" w:hAnsi="Arial" w:cs="Arial"/>
          <w:sz w:val="24"/>
          <w:szCs w:val="24"/>
        </w:rPr>
        <w:t>$</w:t>
      </w:r>
      <w:r w:rsidRPr="002E4E9B">
        <w:rPr>
          <w:rFonts w:ascii="Arial" w:hAnsi="Arial" w:cs="Arial"/>
          <w:sz w:val="24"/>
          <w:szCs w:val="24"/>
        </w:rPr>
        <w:t>345,000</w:t>
      </w:r>
      <w:r>
        <w:rPr>
          <w:rFonts w:ascii="Arial" w:hAnsi="Arial" w:cs="Arial"/>
          <w:sz w:val="24"/>
          <w:szCs w:val="24"/>
        </w:rPr>
        <w:t xml:space="preserve"> pesos</w:t>
      </w:r>
      <w:r w:rsidRPr="002E4E9B">
        <w:rPr>
          <w:rFonts w:ascii="Arial" w:hAnsi="Arial" w:cs="Arial"/>
          <w:sz w:val="24"/>
          <w:szCs w:val="24"/>
        </w:rPr>
        <w:t xml:space="preserve"> quedar un total de </w:t>
      </w:r>
      <w:r>
        <w:rPr>
          <w:rFonts w:ascii="Arial" w:hAnsi="Arial" w:cs="Arial"/>
          <w:sz w:val="24"/>
          <w:szCs w:val="24"/>
        </w:rPr>
        <w:t>$</w:t>
      </w:r>
      <w:r w:rsidRPr="002E4E9B">
        <w:rPr>
          <w:rFonts w:ascii="Arial" w:hAnsi="Arial" w:cs="Arial"/>
          <w:sz w:val="24"/>
          <w:szCs w:val="24"/>
        </w:rPr>
        <w:t>1</w:t>
      </w:r>
      <w:r>
        <w:rPr>
          <w:rFonts w:ascii="Arial" w:hAnsi="Arial" w:cs="Arial"/>
          <w:sz w:val="24"/>
          <w:szCs w:val="24"/>
        </w:rPr>
        <w:t>,</w:t>
      </w:r>
      <w:r w:rsidRPr="002E4E9B">
        <w:rPr>
          <w:rFonts w:ascii="Arial" w:hAnsi="Arial" w:cs="Arial"/>
          <w:sz w:val="24"/>
          <w:szCs w:val="24"/>
        </w:rPr>
        <w:t>3</w:t>
      </w:r>
      <w:r>
        <w:rPr>
          <w:rFonts w:ascii="Arial" w:hAnsi="Arial" w:cs="Arial"/>
          <w:sz w:val="24"/>
          <w:szCs w:val="24"/>
        </w:rPr>
        <w:t>00,000.00</w:t>
      </w:r>
      <w:r w:rsidRPr="002E4E9B">
        <w:rPr>
          <w:rFonts w:ascii="Arial" w:hAnsi="Arial" w:cs="Arial"/>
          <w:sz w:val="24"/>
          <w:szCs w:val="24"/>
        </w:rPr>
        <w:t xml:space="preserve"> millones.</w:t>
      </w:r>
      <w:r>
        <w:rPr>
          <w:rFonts w:ascii="Arial" w:hAnsi="Arial" w:cs="Arial"/>
          <w:sz w:val="24"/>
          <w:szCs w:val="24"/>
        </w:rPr>
        <w:t xml:space="preserve"> </w:t>
      </w:r>
      <w:r w:rsidRPr="002E4E9B">
        <w:rPr>
          <w:rFonts w:ascii="Arial" w:hAnsi="Arial" w:cs="Arial"/>
          <w:sz w:val="24"/>
          <w:szCs w:val="24"/>
        </w:rPr>
        <w:t xml:space="preserve">Servicios financieros y bancarios, un total </w:t>
      </w:r>
      <w:r w:rsidRPr="002E4E9B">
        <w:rPr>
          <w:rFonts w:ascii="Arial" w:hAnsi="Arial" w:cs="Arial"/>
          <w:sz w:val="24"/>
          <w:szCs w:val="24"/>
        </w:rPr>
        <w:lastRenderedPageBreak/>
        <w:t xml:space="preserve">de un aumento de </w:t>
      </w:r>
      <w:r>
        <w:rPr>
          <w:rFonts w:ascii="Arial" w:hAnsi="Arial" w:cs="Arial"/>
          <w:sz w:val="24"/>
          <w:szCs w:val="24"/>
        </w:rPr>
        <w:t>$</w:t>
      </w:r>
      <w:r w:rsidRPr="002E4E9B">
        <w:rPr>
          <w:rFonts w:ascii="Arial" w:hAnsi="Arial" w:cs="Arial"/>
          <w:sz w:val="24"/>
          <w:szCs w:val="24"/>
        </w:rPr>
        <w:t>607,000.</w:t>
      </w:r>
      <w:r>
        <w:rPr>
          <w:rFonts w:ascii="Arial" w:hAnsi="Arial" w:cs="Arial"/>
          <w:sz w:val="24"/>
          <w:szCs w:val="24"/>
        </w:rPr>
        <w:t xml:space="preserve">00 pesos </w:t>
      </w:r>
      <w:r w:rsidRPr="002E4E9B">
        <w:rPr>
          <w:rFonts w:ascii="Arial" w:hAnsi="Arial" w:cs="Arial"/>
          <w:sz w:val="24"/>
          <w:szCs w:val="24"/>
        </w:rPr>
        <w:t xml:space="preserve">quedando un total de </w:t>
      </w:r>
      <w:r>
        <w:rPr>
          <w:rFonts w:ascii="Arial" w:hAnsi="Arial" w:cs="Arial"/>
          <w:sz w:val="24"/>
          <w:szCs w:val="24"/>
        </w:rPr>
        <w:t>$2</w:t>
      </w:r>
      <w:r w:rsidR="00296862">
        <w:rPr>
          <w:rFonts w:ascii="Arial" w:hAnsi="Arial" w:cs="Arial"/>
          <w:sz w:val="24"/>
          <w:szCs w:val="24"/>
        </w:rPr>
        <w:t>,000,000.00</w:t>
      </w:r>
      <w:r w:rsidRPr="002E4E9B">
        <w:rPr>
          <w:rFonts w:ascii="Arial" w:hAnsi="Arial" w:cs="Arial"/>
          <w:sz w:val="24"/>
          <w:szCs w:val="24"/>
        </w:rPr>
        <w:t xml:space="preserve"> millones seguros de responsabilidad patrimonial y fianzas, una disminución de </w:t>
      </w:r>
      <w:r w:rsidR="00296862">
        <w:rPr>
          <w:rFonts w:ascii="Arial" w:hAnsi="Arial" w:cs="Arial"/>
          <w:sz w:val="24"/>
          <w:szCs w:val="24"/>
        </w:rPr>
        <w:t>$</w:t>
      </w:r>
      <w:r w:rsidR="00296862" w:rsidRPr="002E4E9B">
        <w:rPr>
          <w:rFonts w:ascii="Arial" w:hAnsi="Arial" w:cs="Arial"/>
          <w:sz w:val="24"/>
          <w:szCs w:val="24"/>
        </w:rPr>
        <w:t>107,900</w:t>
      </w:r>
      <w:r w:rsidR="00296862">
        <w:rPr>
          <w:rFonts w:ascii="Arial" w:hAnsi="Arial" w:cs="Arial"/>
          <w:sz w:val="24"/>
          <w:szCs w:val="24"/>
        </w:rPr>
        <w:t>.00</w:t>
      </w:r>
      <w:r w:rsidR="00296862" w:rsidRPr="002E4E9B">
        <w:rPr>
          <w:rFonts w:ascii="Arial" w:hAnsi="Arial" w:cs="Arial"/>
          <w:sz w:val="24"/>
          <w:szCs w:val="24"/>
        </w:rPr>
        <w:t xml:space="preserve"> que</w:t>
      </w:r>
      <w:r w:rsidRPr="002E4E9B">
        <w:rPr>
          <w:rFonts w:ascii="Arial" w:hAnsi="Arial" w:cs="Arial"/>
          <w:sz w:val="24"/>
          <w:szCs w:val="24"/>
        </w:rPr>
        <w:t xml:space="preserve"> da un total de </w:t>
      </w:r>
      <w:r w:rsidR="00296862">
        <w:rPr>
          <w:rFonts w:ascii="Arial" w:hAnsi="Arial" w:cs="Arial"/>
          <w:sz w:val="24"/>
          <w:szCs w:val="24"/>
        </w:rPr>
        <w:t>$</w:t>
      </w:r>
      <w:r w:rsidRPr="002E4E9B">
        <w:rPr>
          <w:rFonts w:ascii="Arial" w:hAnsi="Arial" w:cs="Arial"/>
          <w:sz w:val="24"/>
          <w:szCs w:val="24"/>
        </w:rPr>
        <w:t>1</w:t>
      </w:r>
      <w:r w:rsidR="00296862">
        <w:rPr>
          <w:rFonts w:ascii="Arial" w:hAnsi="Arial" w:cs="Arial"/>
          <w:sz w:val="24"/>
          <w:szCs w:val="24"/>
        </w:rPr>
        <w:t>,</w:t>
      </w:r>
      <w:r w:rsidRPr="002E4E9B">
        <w:rPr>
          <w:rFonts w:ascii="Arial" w:hAnsi="Arial" w:cs="Arial"/>
          <w:sz w:val="24"/>
          <w:szCs w:val="24"/>
        </w:rPr>
        <w:t>9</w:t>
      </w:r>
      <w:r w:rsidR="00296862">
        <w:rPr>
          <w:rFonts w:ascii="Arial" w:hAnsi="Arial" w:cs="Arial"/>
          <w:sz w:val="24"/>
          <w:szCs w:val="24"/>
        </w:rPr>
        <w:t>00,000.00</w:t>
      </w:r>
      <w:r w:rsidRPr="002E4E9B">
        <w:rPr>
          <w:rFonts w:ascii="Arial" w:hAnsi="Arial" w:cs="Arial"/>
          <w:sz w:val="24"/>
          <w:szCs w:val="24"/>
        </w:rPr>
        <w:t xml:space="preserve"> millones.</w:t>
      </w:r>
      <w:r w:rsidR="00296862">
        <w:rPr>
          <w:rFonts w:ascii="Arial" w:hAnsi="Arial" w:cs="Arial"/>
          <w:sz w:val="24"/>
          <w:szCs w:val="24"/>
        </w:rPr>
        <w:t xml:space="preserve"> </w:t>
      </w:r>
      <w:r w:rsidRPr="002E4E9B">
        <w:rPr>
          <w:rFonts w:ascii="Arial" w:hAnsi="Arial" w:cs="Arial"/>
          <w:sz w:val="24"/>
          <w:szCs w:val="24"/>
        </w:rPr>
        <w:t xml:space="preserve">Fletes y maniobras, un aumento </w:t>
      </w:r>
      <w:r w:rsidR="00296862">
        <w:rPr>
          <w:rFonts w:ascii="Arial" w:hAnsi="Arial" w:cs="Arial"/>
          <w:sz w:val="24"/>
          <w:szCs w:val="24"/>
        </w:rPr>
        <w:t>$</w:t>
      </w:r>
      <w:r w:rsidRPr="002E4E9B">
        <w:rPr>
          <w:rFonts w:ascii="Arial" w:hAnsi="Arial" w:cs="Arial"/>
          <w:sz w:val="24"/>
          <w:szCs w:val="24"/>
        </w:rPr>
        <w:t>7,400</w:t>
      </w:r>
      <w:r w:rsidR="00296862">
        <w:rPr>
          <w:rFonts w:ascii="Arial" w:hAnsi="Arial" w:cs="Arial"/>
          <w:sz w:val="24"/>
          <w:szCs w:val="24"/>
        </w:rPr>
        <w:t>.00 pesos</w:t>
      </w:r>
      <w:r w:rsidR="00296862" w:rsidRPr="002E4E9B">
        <w:rPr>
          <w:rFonts w:ascii="Arial" w:hAnsi="Arial" w:cs="Arial"/>
          <w:sz w:val="24"/>
          <w:szCs w:val="24"/>
        </w:rPr>
        <w:t>,</w:t>
      </w:r>
      <w:r w:rsidRPr="002E4E9B">
        <w:rPr>
          <w:rFonts w:ascii="Arial" w:hAnsi="Arial" w:cs="Arial"/>
          <w:sz w:val="24"/>
          <w:szCs w:val="24"/>
        </w:rPr>
        <w:t xml:space="preserve"> quedando un total de </w:t>
      </w:r>
      <w:r w:rsidR="00296862">
        <w:rPr>
          <w:rFonts w:ascii="Arial" w:hAnsi="Arial" w:cs="Arial"/>
          <w:sz w:val="24"/>
          <w:szCs w:val="24"/>
        </w:rPr>
        <w:t>$</w:t>
      </w:r>
      <w:r w:rsidRPr="002E4E9B">
        <w:rPr>
          <w:rFonts w:ascii="Arial" w:hAnsi="Arial" w:cs="Arial"/>
          <w:sz w:val="24"/>
          <w:szCs w:val="24"/>
        </w:rPr>
        <w:t>30,600</w:t>
      </w:r>
      <w:r w:rsidR="00296862">
        <w:rPr>
          <w:rFonts w:ascii="Arial" w:hAnsi="Arial" w:cs="Arial"/>
          <w:sz w:val="24"/>
          <w:szCs w:val="24"/>
        </w:rPr>
        <w:t>.00 pesos</w:t>
      </w:r>
      <w:r w:rsidRPr="002E4E9B">
        <w:rPr>
          <w:rFonts w:ascii="Arial" w:hAnsi="Arial" w:cs="Arial"/>
          <w:sz w:val="24"/>
          <w:szCs w:val="24"/>
        </w:rPr>
        <w:t>. Conservación y mantenimiento</w:t>
      </w:r>
      <w:r w:rsidR="00296862">
        <w:rPr>
          <w:rFonts w:ascii="Arial" w:hAnsi="Arial" w:cs="Arial"/>
          <w:sz w:val="24"/>
          <w:szCs w:val="24"/>
        </w:rPr>
        <w:t xml:space="preserve"> </w:t>
      </w:r>
      <w:r w:rsidRPr="002E4E9B">
        <w:rPr>
          <w:rFonts w:ascii="Arial" w:hAnsi="Arial" w:cs="Arial"/>
          <w:sz w:val="24"/>
          <w:szCs w:val="24"/>
        </w:rPr>
        <w:t xml:space="preserve">menor de inmuebles, un aumento de </w:t>
      </w:r>
      <w:r w:rsidR="00296862">
        <w:rPr>
          <w:rFonts w:ascii="Arial" w:hAnsi="Arial" w:cs="Arial"/>
          <w:sz w:val="24"/>
          <w:szCs w:val="24"/>
        </w:rPr>
        <w:t>$</w:t>
      </w:r>
      <w:r w:rsidRPr="002E4E9B">
        <w:rPr>
          <w:rFonts w:ascii="Arial" w:hAnsi="Arial" w:cs="Arial"/>
          <w:sz w:val="24"/>
          <w:szCs w:val="24"/>
        </w:rPr>
        <w:t>727,000</w:t>
      </w:r>
      <w:r w:rsidR="00296862">
        <w:rPr>
          <w:rFonts w:ascii="Arial" w:hAnsi="Arial" w:cs="Arial"/>
          <w:sz w:val="24"/>
          <w:szCs w:val="24"/>
        </w:rPr>
        <w:t>.00 pesos</w:t>
      </w:r>
      <w:r w:rsidRPr="002E4E9B">
        <w:rPr>
          <w:rFonts w:ascii="Arial" w:hAnsi="Arial" w:cs="Arial"/>
          <w:sz w:val="24"/>
          <w:szCs w:val="24"/>
        </w:rPr>
        <w:t xml:space="preserve">, que da un total de </w:t>
      </w:r>
      <w:r w:rsidR="00296862">
        <w:rPr>
          <w:rFonts w:ascii="Arial" w:hAnsi="Arial" w:cs="Arial"/>
          <w:sz w:val="24"/>
          <w:szCs w:val="24"/>
        </w:rPr>
        <w:t>$</w:t>
      </w:r>
      <w:r w:rsidRPr="002E4E9B">
        <w:rPr>
          <w:rFonts w:ascii="Arial" w:hAnsi="Arial" w:cs="Arial"/>
          <w:sz w:val="24"/>
          <w:szCs w:val="24"/>
        </w:rPr>
        <w:t>1</w:t>
      </w:r>
      <w:r w:rsidR="00296862">
        <w:rPr>
          <w:rFonts w:ascii="Arial" w:hAnsi="Arial" w:cs="Arial"/>
          <w:sz w:val="24"/>
          <w:szCs w:val="24"/>
        </w:rPr>
        <w:t xml:space="preserve">,100,000.00 </w:t>
      </w:r>
      <w:r w:rsidRPr="002E4E9B">
        <w:rPr>
          <w:rFonts w:ascii="Arial" w:hAnsi="Arial" w:cs="Arial"/>
          <w:sz w:val="24"/>
          <w:szCs w:val="24"/>
        </w:rPr>
        <w:t>En la partida 351, en la 352, instalación, reparación y mantenimiento de mobiliario y equipo de administración educacional y recreativa, un aumento de</w:t>
      </w:r>
      <w:r w:rsidR="00296862">
        <w:rPr>
          <w:rFonts w:ascii="Arial" w:hAnsi="Arial" w:cs="Arial"/>
          <w:sz w:val="24"/>
          <w:szCs w:val="24"/>
        </w:rPr>
        <w:t xml:space="preserve"> $</w:t>
      </w:r>
      <w:r w:rsidRPr="002E4E9B">
        <w:rPr>
          <w:rFonts w:ascii="Arial" w:hAnsi="Arial" w:cs="Arial"/>
          <w:sz w:val="24"/>
          <w:szCs w:val="24"/>
        </w:rPr>
        <w:t>3,400</w:t>
      </w:r>
      <w:r w:rsidR="00296862">
        <w:rPr>
          <w:rFonts w:ascii="Arial" w:hAnsi="Arial" w:cs="Arial"/>
          <w:sz w:val="24"/>
          <w:szCs w:val="24"/>
        </w:rPr>
        <w:t>.00</w:t>
      </w:r>
      <w:r w:rsidRPr="002E4E9B">
        <w:rPr>
          <w:rFonts w:ascii="Arial" w:hAnsi="Arial" w:cs="Arial"/>
          <w:sz w:val="24"/>
          <w:szCs w:val="24"/>
        </w:rPr>
        <w:t xml:space="preserve"> pes</w:t>
      </w:r>
      <w:r w:rsidR="00296862">
        <w:rPr>
          <w:rFonts w:ascii="Arial" w:hAnsi="Arial" w:cs="Arial"/>
          <w:sz w:val="24"/>
          <w:szCs w:val="24"/>
        </w:rPr>
        <w:t>os</w:t>
      </w:r>
      <w:r w:rsidRPr="002E4E9B">
        <w:rPr>
          <w:rFonts w:ascii="Arial" w:hAnsi="Arial" w:cs="Arial"/>
          <w:sz w:val="24"/>
          <w:szCs w:val="24"/>
        </w:rPr>
        <w:t xml:space="preserve"> que</w:t>
      </w:r>
      <w:r w:rsidR="00296862">
        <w:rPr>
          <w:rFonts w:ascii="Arial" w:hAnsi="Arial" w:cs="Arial"/>
          <w:sz w:val="24"/>
          <w:szCs w:val="24"/>
        </w:rPr>
        <w:t>d</w:t>
      </w:r>
      <w:r w:rsidRPr="002E4E9B">
        <w:rPr>
          <w:rFonts w:ascii="Arial" w:hAnsi="Arial" w:cs="Arial"/>
          <w:sz w:val="24"/>
          <w:szCs w:val="24"/>
        </w:rPr>
        <w:t xml:space="preserve">ando un total de </w:t>
      </w:r>
      <w:r w:rsidR="00296862">
        <w:rPr>
          <w:rFonts w:ascii="Arial" w:hAnsi="Arial" w:cs="Arial"/>
          <w:sz w:val="24"/>
          <w:szCs w:val="24"/>
        </w:rPr>
        <w:t>$</w:t>
      </w:r>
      <w:r w:rsidRPr="002E4E9B">
        <w:rPr>
          <w:rFonts w:ascii="Arial" w:hAnsi="Arial" w:cs="Arial"/>
          <w:sz w:val="24"/>
          <w:szCs w:val="24"/>
        </w:rPr>
        <w:t>19,000</w:t>
      </w:r>
      <w:r w:rsidR="00296862">
        <w:rPr>
          <w:rFonts w:ascii="Arial" w:hAnsi="Arial" w:cs="Arial"/>
          <w:sz w:val="24"/>
          <w:szCs w:val="24"/>
        </w:rPr>
        <w:t>.00</w:t>
      </w:r>
      <w:r w:rsidRPr="002E4E9B">
        <w:rPr>
          <w:rFonts w:ascii="Arial" w:hAnsi="Arial" w:cs="Arial"/>
          <w:sz w:val="24"/>
          <w:szCs w:val="24"/>
        </w:rPr>
        <w:t xml:space="preserve"> pes</w:t>
      </w:r>
      <w:r w:rsidR="00296862">
        <w:rPr>
          <w:rFonts w:ascii="Arial" w:hAnsi="Arial" w:cs="Arial"/>
          <w:sz w:val="24"/>
          <w:szCs w:val="24"/>
        </w:rPr>
        <w:t>os</w:t>
      </w:r>
      <w:r w:rsidRPr="002E4E9B">
        <w:rPr>
          <w:rFonts w:ascii="Arial" w:hAnsi="Arial" w:cs="Arial"/>
          <w:sz w:val="24"/>
          <w:szCs w:val="24"/>
        </w:rPr>
        <w:t>.</w:t>
      </w:r>
      <w:r w:rsidR="00296862">
        <w:rPr>
          <w:rFonts w:ascii="Arial" w:hAnsi="Arial" w:cs="Arial"/>
          <w:sz w:val="24"/>
          <w:szCs w:val="24"/>
        </w:rPr>
        <w:t xml:space="preserve"> </w:t>
      </w:r>
      <w:r w:rsidRPr="002E4E9B">
        <w:rPr>
          <w:rFonts w:ascii="Arial" w:hAnsi="Arial" w:cs="Arial"/>
          <w:sz w:val="24"/>
          <w:szCs w:val="24"/>
        </w:rPr>
        <w:t xml:space="preserve">Instalación, reparación y mantenimiento de equipo de cómputo y tecnología de la información, un aumento de </w:t>
      </w:r>
      <w:r w:rsidR="00296862">
        <w:rPr>
          <w:rFonts w:ascii="Arial" w:hAnsi="Arial" w:cs="Arial"/>
          <w:sz w:val="24"/>
          <w:szCs w:val="24"/>
        </w:rPr>
        <w:t>$</w:t>
      </w:r>
      <w:r w:rsidRPr="002E4E9B">
        <w:rPr>
          <w:rFonts w:ascii="Arial" w:hAnsi="Arial" w:cs="Arial"/>
          <w:sz w:val="24"/>
          <w:szCs w:val="24"/>
        </w:rPr>
        <w:t>107,000</w:t>
      </w:r>
      <w:r w:rsidR="00296862">
        <w:rPr>
          <w:rFonts w:ascii="Arial" w:hAnsi="Arial" w:cs="Arial"/>
          <w:sz w:val="24"/>
          <w:szCs w:val="24"/>
        </w:rPr>
        <w:t>.00</w:t>
      </w:r>
      <w:r w:rsidRPr="002E4E9B">
        <w:rPr>
          <w:rFonts w:ascii="Arial" w:hAnsi="Arial" w:cs="Arial"/>
          <w:sz w:val="24"/>
          <w:szCs w:val="24"/>
        </w:rPr>
        <w:t xml:space="preserve"> quedando un total de </w:t>
      </w:r>
      <w:r w:rsidR="00296862">
        <w:rPr>
          <w:rFonts w:ascii="Arial" w:hAnsi="Arial" w:cs="Arial"/>
          <w:sz w:val="24"/>
          <w:szCs w:val="24"/>
        </w:rPr>
        <w:t>$</w:t>
      </w:r>
      <w:r w:rsidRPr="002E4E9B">
        <w:rPr>
          <w:rFonts w:ascii="Arial" w:hAnsi="Arial" w:cs="Arial"/>
          <w:sz w:val="24"/>
          <w:szCs w:val="24"/>
        </w:rPr>
        <w:t>1</w:t>
      </w:r>
      <w:r w:rsidR="00296862">
        <w:rPr>
          <w:rFonts w:ascii="Arial" w:hAnsi="Arial" w:cs="Arial"/>
          <w:sz w:val="24"/>
          <w:szCs w:val="24"/>
        </w:rPr>
        <w:t>,</w:t>
      </w:r>
      <w:r w:rsidRPr="002E4E9B">
        <w:rPr>
          <w:rFonts w:ascii="Arial" w:hAnsi="Arial" w:cs="Arial"/>
          <w:sz w:val="24"/>
          <w:szCs w:val="24"/>
        </w:rPr>
        <w:t>2</w:t>
      </w:r>
      <w:r w:rsidR="00296862">
        <w:rPr>
          <w:rFonts w:ascii="Arial" w:hAnsi="Arial" w:cs="Arial"/>
          <w:sz w:val="24"/>
          <w:szCs w:val="24"/>
        </w:rPr>
        <w:t>00,000.00</w:t>
      </w:r>
      <w:r w:rsidRPr="002E4E9B">
        <w:rPr>
          <w:rFonts w:ascii="Arial" w:hAnsi="Arial" w:cs="Arial"/>
          <w:sz w:val="24"/>
          <w:szCs w:val="24"/>
        </w:rPr>
        <w:t xml:space="preserve"> millones.</w:t>
      </w:r>
      <w:r w:rsidR="00296862">
        <w:rPr>
          <w:rFonts w:ascii="Arial" w:hAnsi="Arial" w:cs="Arial"/>
          <w:sz w:val="24"/>
          <w:szCs w:val="24"/>
        </w:rPr>
        <w:t xml:space="preserve"> </w:t>
      </w:r>
      <w:r w:rsidRPr="002E4E9B">
        <w:rPr>
          <w:rFonts w:ascii="Arial" w:hAnsi="Arial" w:cs="Arial"/>
          <w:sz w:val="24"/>
          <w:szCs w:val="24"/>
        </w:rPr>
        <w:t xml:space="preserve">Instalación, reparación y mantenimiento de equipo instrumental médico y de laboratorio. Una disminución de </w:t>
      </w:r>
      <w:r w:rsidR="00296862">
        <w:rPr>
          <w:rFonts w:ascii="Arial" w:hAnsi="Arial" w:cs="Arial"/>
          <w:sz w:val="24"/>
          <w:szCs w:val="24"/>
        </w:rPr>
        <w:t>$</w:t>
      </w:r>
      <w:r w:rsidRPr="002E4E9B">
        <w:rPr>
          <w:rFonts w:ascii="Arial" w:hAnsi="Arial" w:cs="Arial"/>
          <w:sz w:val="24"/>
          <w:szCs w:val="24"/>
        </w:rPr>
        <w:t>12,000</w:t>
      </w:r>
      <w:r w:rsidR="00296862">
        <w:rPr>
          <w:rFonts w:ascii="Arial" w:hAnsi="Arial" w:cs="Arial"/>
          <w:sz w:val="24"/>
          <w:szCs w:val="24"/>
        </w:rPr>
        <w:t>.00</w:t>
      </w:r>
      <w:r w:rsidRPr="002E4E9B">
        <w:rPr>
          <w:rFonts w:ascii="Arial" w:hAnsi="Arial" w:cs="Arial"/>
          <w:sz w:val="24"/>
          <w:szCs w:val="24"/>
        </w:rPr>
        <w:t xml:space="preserve"> pes</w:t>
      </w:r>
      <w:r w:rsidR="00296862">
        <w:rPr>
          <w:rFonts w:ascii="Arial" w:hAnsi="Arial" w:cs="Arial"/>
          <w:sz w:val="24"/>
          <w:szCs w:val="24"/>
        </w:rPr>
        <w:t>os</w:t>
      </w:r>
      <w:r w:rsidRPr="002E4E9B">
        <w:rPr>
          <w:rFonts w:ascii="Arial" w:hAnsi="Arial" w:cs="Arial"/>
          <w:sz w:val="24"/>
          <w:szCs w:val="24"/>
        </w:rPr>
        <w:t xml:space="preserve"> que dan total de </w:t>
      </w:r>
      <w:r w:rsidR="00296862">
        <w:rPr>
          <w:rFonts w:ascii="Arial" w:hAnsi="Arial" w:cs="Arial"/>
          <w:sz w:val="24"/>
          <w:szCs w:val="24"/>
        </w:rPr>
        <w:t>$</w:t>
      </w:r>
      <w:r w:rsidRPr="002E4E9B">
        <w:rPr>
          <w:rFonts w:ascii="Arial" w:hAnsi="Arial" w:cs="Arial"/>
          <w:sz w:val="24"/>
          <w:szCs w:val="24"/>
        </w:rPr>
        <w:t>18,000</w:t>
      </w:r>
      <w:r w:rsidR="00296862">
        <w:rPr>
          <w:rFonts w:ascii="Arial" w:hAnsi="Arial" w:cs="Arial"/>
          <w:sz w:val="24"/>
          <w:szCs w:val="24"/>
        </w:rPr>
        <w:t>.00</w:t>
      </w:r>
      <w:r w:rsidRPr="002E4E9B">
        <w:rPr>
          <w:rFonts w:ascii="Arial" w:hAnsi="Arial" w:cs="Arial"/>
          <w:sz w:val="24"/>
          <w:szCs w:val="24"/>
        </w:rPr>
        <w:t xml:space="preserve"> pes</w:t>
      </w:r>
      <w:r w:rsidR="00296862">
        <w:rPr>
          <w:rFonts w:ascii="Arial" w:hAnsi="Arial" w:cs="Arial"/>
          <w:sz w:val="24"/>
          <w:szCs w:val="24"/>
        </w:rPr>
        <w:t>os</w:t>
      </w:r>
      <w:r w:rsidRPr="002E4E9B">
        <w:rPr>
          <w:rFonts w:ascii="Arial" w:hAnsi="Arial" w:cs="Arial"/>
          <w:sz w:val="24"/>
          <w:szCs w:val="24"/>
        </w:rPr>
        <w:t>.</w:t>
      </w:r>
      <w:r w:rsidR="00296862">
        <w:rPr>
          <w:rFonts w:ascii="Arial" w:hAnsi="Arial" w:cs="Arial"/>
          <w:sz w:val="24"/>
          <w:szCs w:val="24"/>
        </w:rPr>
        <w:t xml:space="preserve"> </w:t>
      </w:r>
      <w:r w:rsidRPr="002E4E9B">
        <w:rPr>
          <w:rFonts w:ascii="Arial" w:hAnsi="Arial" w:cs="Arial"/>
          <w:sz w:val="24"/>
          <w:szCs w:val="24"/>
        </w:rPr>
        <w:t xml:space="preserve">Reparación y mantenimiento de equipo de transporte una disminución de </w:t>
      </w:r>
      <w:r w:rsidR="00296862">
        <w:rPr>
          <w:rFonts w:ascii="Arial" w:hAnsi="Arial" w:cs="Arial"/>
          <w:sz w:val="24"/>
          <w:szCs w:val="24"/>
        </w:rPr>
        <w:t>$</w:t>
      </w:r>
      <w:r w:rsidRPr="002E4E9B">
        <w:rPr>
          <w:rFonts w:ascii="Arial" w:hAnsi="Arial" w:cs="Arial"/>
          <w:sz w:val="24"/>
          <w:szCs w:val="24"/>
        </w:rPr>
        <w:t>102,000</w:t>
      </w:r>
      <w:r w:rsidR="00296862">
        <w:rPr>
          <w:rFonts w:ascii="Arial" w:hAnsi="Arial" w:cs="Arial"/>
          <w:sz w:val="24"/>
          <w:szCs w:val="24"/>
        </w:rPr>
        <w:t>.00</w:t>
      </w:r>
      <w:r w:rsidRPr="002E4E9B">
        <w:rPr>
          <w:rFonts w:ascii="Arial" w:hAnsi="Arial" w:cs="Arial"/>
          <w:sz w:val="24"/>
          <w:szCs w:val="24"/>
        </w:rPr>
        <w:t xml:space="preserve"> pes</w:t>
      </w:r>
      <w:r w:rsidR="00296862">
        <w:rPr>
          <w:rFonts w:ascii="Arial" w:hAnsi="Arial" w:cs="Arial"/>
          <w:sz w:val="24"/>
          <w:szCs w:val="24"/>
        </w:rPr>
        <w:t>os</w:t>
      </w:r>
      <w:r w:rsidRPr="002E4E9B">
        <w:rPr>
          <w:rFonts w:ascii="Arial" w:hAnsi="Arial" w:cs="Arial"/>
          <w:sz w:val="24"/>
          <w:szCs w:val="24"/>
        </w:rPr>
        <w:t xml:space="preserve"> quedando un total de </w:t>
      </w:r>
      <w:r w:rsidR="00296862">
        <w:rPr>
          <w:rFonts w:ascii="Arial" w:hAnsi="Arial" w:cs="Arial"/>
          <w:sz w:val="24"/>
          <w:szCs w:val="24"/>
        </w:rPr>
        <w:t>$</w:t>
      </w:r>
      <w:r w:rsidRPr="002E4E9B">
        <w:rPr>
          <w:rFonts w:ascii="Arial" w:hAnsi="Arial" w:cs="Arial"/>
          <w:sz w:val="24"/>
          <w:szCs w:val="24"/>
        </w:rPr>
        <w:t>2</w:t>
      </w:r>
      <w:r w:rsidR="00296862">
        <w:rPr>
          <w:rFonts w:ascii="Arial" w:hAnsi="Arial" w:cs="Arial"/>
          <w:sz w:val="24"/>
          <w:szCs w:val="24"/>
        </w:rPr>
        <w:t>,</w:t>
      </w:r>
      <w:r w:rsidRPr="002E4E9B">
        <w:rPr>
          <w:rFonts w:ascii="Arial" w:hAnsi="Arial" w:cs="Arial"/>
          <w:sz w:val="24"/>
          <w:szCs w:val="24"/>
        </w:rPr>
        <w:t>6</w:t>
      </w:r>
      <w:r w:rsidR="00296862">
        <w:rPr>
          <w:rFonts w:ascii="Arial" w:hAnsi="Arial" w:cs="Arial"/>
          <w:sz w:val="24"/>
          <w:szCs w:val="24"/>
        </w:rPr>
        <w:t>00,000.00</w:t>
      </w:r>
      <w:r w:rsidRPr="002E4E9B">
        <w:rPr>
          <w:rFonts w:ascii="Arial" w:hAnsi="Arial" w:cs="Arial"/>
          <w:sz w:val="24"/>
          <w:szCs w:val="24"/>
        </w:rPr>
        <w:t xml:space="preserve"> millones.</w:t>
      </w:r>
      <w:r w:rsidR="00296862">
        <w:rPr>
          <w:rFonts w:ascii="Arial" w:hAnsi="Arial" w:cs="Arial"/>
          <w:sz w:val="24"/>
          <w:szCs w:val="24"/>
        </w:rPr>
        <w:t xml:space="preserve"> </w:t>
      </w:r>
      <w:r w:rsidRPr="002E4E9B">
        <w:rPr>
          <w:rFonts w:ascii="Arial" w:hAnsi="Arial" w:cs="Arial"/>
          <w:sz w:val="24"/>
          <w:szCs w:val="24"/>
        </w:rPr>
        <w:t xml:space="preserve">Reparación y mantenimiento de equipo de defensa y seguridad una disminución de </w:t>
      </w:r>
      <w:r w:rsidR="00296862">
        <w:rPr>
          <w:rFonts w:ascii="Arial" w:hAnsi="Arial" w:cs="Arial"/>
          <w:sz w:val="24"/>
          <w:szCs w:val="24"/>
        </w:rPr>
        <w:t>$</w:t>
      </w:r>
      <w:r w:rsidR="00296862" w:rsidRPr="002E4E9B">
        <w:rPr>
          <w:rFonts w:ascii="Arial" w:hAnsi="Arial" w:cs="Arial"/>
          <w:sz w:val="24"/>
          <w:szCs w:val="24"/>
        </w:rPr>
        <w:t>1</w:t>
      </w:r>
      <w:r w:rsidR="00296862">
        <w:rPr>
          <w:rFonts w:ascii="Arial" w:hAnsi="Arial" w:cs="Arial"/>
          <w:sz w:val="24"/>
          <w:szCs w:val="24"/>
        </w:rPr>
        <w:t>,</w:t>
      </w:r>
      <w:r w:rsidR="00296862" w:rsidRPr="002E4E9B">
        <w:rPr>
          <w:rFonts w:ascii="Arial" w:hAnsi="Arial" w:cs="Arial"/>
          <w:sz w:val="24"/>
          <w:szCs w:val="24"/>
        </w:rPr>
        <w:t>000</w:t>
      </w:r>
      <w:r w:rsidR="00296862">
        <w:rPr>
          <w:rFonts w:ascii="Arial" w:hAnsi="Arial" w:cs="Arial"/>
          <w:sz w:val="24"/>
          <w:szCs w:val="24"/>
        </w:rPr>
        <w:t>.00</w:t>
      </w:r>
      <w:r w:rsidR="00296862" w:rsidRPr="002E4E9B">
        <w:rPr>
          <w:rFonts w:ascii="Arial" w:hAnsi="Arial" w:cs="Arial"/>
          <w:sz w:val="24"/>
          <w:szCs w:val="24"/>
        </w:rPr>
        <w:t xml:space="preserve"> quedando</w:t>
      </w:r>
      <w:r w:rsidRPr="002E4E9B">
        <w:rPr>
          <w:rFonts w:ascii="Arial" w:hAnsi="Arial" w:cs="Arial"/>
          <w:sz w:val="24"/>
          <w:szCs w:val="24"/>
        </w:rPr>
        <w:t xml:space="preserve"> un total de </w:t>
      </w:r>
      <w:r w:rsidR="00296862">
        <w:rPr>
          <w:rFonts w:ascii="Arial" w:hAnsi="Arial" w:cs="Arial"/>
          <w:sz w:val="24"/>
          <w:szCs w:val="24"/>
        </w:rPr>
        <w:t>$</w:t>
      </w:r>
      <w:r w:rsidRPr="002E4E9B">
        <w:rPr>
          <w:rFonts w:ascii="Arial" w:hAnsi="Arial" w:cs="Arial"/>
          <w:sz w:val="24"/>
          <w:szCs w:val="24"/>
        </w:rPr>
        <w:t>21</w:t>
      </w:r>
      <w:r w:rsidR="00296862">
        <w:rPr>
          <w:rFonts w:ascii="Arial" w:hAnsi="Arial" w:cs="Arial"/>
          <w:sz w:val="24"/>
          <w:szCs w:val="24"/>
        </w:rPr>
        <w:t>,</w:t>
      </w:r>
      <w:r w:rsidRPr="002E4E9B">
        <w:rPr>
          <w:rFonts w:ascii="Arial" w:hAnsi="Arial" w:cs="Arial"/>
          <w:sz w:val="24"/>
          <w:szCs w:val="24"/>
        </w:rPr>
        <w:t>600.</w:t>
      </w:r>
      <w:r w:rsidR="00296862">
        <w:rPr>
          <w:rFonts w:ascii="Arial" w:hAnsi="Arial" w:cs="Arial"/>
          <w:sz w:val="24"/>
          <w:szCs w:val="24"/>
        </w:rPr>
        <w:t xml:space="preserve">00 </w:t>
      </w:r>
      <w:r w:rsidRPr="002E4E9B">
        <w:rPr>
          <w:rFonts w:ascii="Arial" w:hAnsi="Arial" w:cs="Arial"/>
          <w:sz w:val="24"/>
          <w:szCs w:val="24"/>
        </w:rPr>
        <w:t xml:space="preserve">instalación, reparación y mantenimiento de maquinaria y otros equipos y herramienta. Una un aumento de </w:t>
      </w:r>
      <w:r w:rsidR="00296862">
        <w:rPr>
          <w:rFonts w:ascii="Arial" w:hAnsi="Arial" w:cs="Arial"/>
          <w:sz w:val="24"/>
          <w:szCs w:val="24"/>
        </w:rPr>
        <w:t>$</w:t>
      </w:r>
      <w:r w:rsidRPr="002E4E9B">
        <w:rPr>
          <w:rFonts w:ascii="Arial" w:hAnsi="Arial" w:cs="Arial"/>
          <w:sz w:val="24"/>
          <w:szCs w:val="24"/>
        </w:rPr>
        <w:t>16,400</w:t>
      </w:r>
      <w:r w:rsidR="00296862">
        <w:rPr>
          <w:rFonts w:ascii="Arial" w:hAnsi="Arial" w:cs="Arial"/>
          <w:sz w:val="24"/>
          <w:szCs w:val="24"/>
        </w:rPr>
        <w:t>.00</w:t>
      </w:r>
      <w:r w:rsidRPr="002E4E9B">
        <w:rPr>
          <w:rFonts w:ascii="Arial" w:hAnsi="Arial" w:cs="Arial"/>
          <w:sz w:val="24"/>
          <w:szCs w:val="24"/>
        </w:rPr>
        <w:t xml:space="preserve"> pes</w:t>
      </w:r>
      <w:r w:rsidR="00296862">
        <w:rPr>
          <w:rFonts w:ascii="Arial" w:hAnsi="Arial" w:cs="Arial"/>
          <w:sz w:val="24"/>
          <w:szCs w:val="24"/>
        </w:rPr>
        <w:t>os</w:t>
      </w:r>
      <w:r w:rsidRPr="002E4E9B">
        <w:rPr>
          <w:rFonts w:ascii="Arial" w:hAnsi="Arial" w:cs="Arial"/>
          <w:sz w:val="24"/>
          <w:szCs w:val="24"/>
        </w:rPr>
        <w:t xml:space="preserve"> que dan un total de </w:t>
      </w:r>
      <w:r w:rsidR="00296862">
        <w:rPr>
          <w:rFonts w:ascii="Arial" w:hAnsi="Arial" w:cs="Arial"/>
          <w:sz w:val="24"/>
          <w:szCs w:val="24"/>
        </w:rPr>
        <w:t>$</w:t>
      </w:r>
      <w:r w:rsidRPr="002E4E9B">
        <w:rPr>
          <w:rFonts w:ascii="Arial" w:hAnsi="Arial" w:cs="Arial"/>
          <w:sz w:val="24"/>
          <w:szCs w:val="24"/>
        </w:rPr>
        <w:t>395,208.</w:t>
      </w:r>
      <w:r w:rsidR="00296862">
        <w:rPr>
          <w:rFonts w:ascii="Arial" w:hAnsi="Arial" w:cs="Arial"/>
          <w:sz w:val="24"/>
          <w:szCs w:val="24"/>
        </w:rPr>
        <w:t xml:space="preserve">00 pesos </w:t>
      </w:r>
      <w:r w:rsidRPr="002E4E9B">
        <w:rPr>
          <w:rFonts w:ascii="Arial" w:hAnsi="Arial" w:cs="Arial"/>
          <w:sz w:val="24"/>
          <w:szCs w:val="24"/>
        </w:rPr>
        <w:t xml:space="preserve">Servicios de limpieza y manejo de desechos, una disminución de </w:t>
      </w:r>
      <w:r w:rsidR="00296862">
        <w:rPr>
          <w:rFonts w:ascii="Arial" w:hAnsi="Arial" w:cs="Arial"/>
          <w:sz w:val="24"/>
          <w:szCs w:val="24"/>
        </w:rPr>
        <w:t>$</w:t>
      </w:r>
      <w:r w:rsidRPr="002E4E9B">
        <w:rPr>
          <w:rFonts w:ascii="Arial" w:hAnsi="Arial" w:cs="Arial"/>
          <w:sz w:val="24"/>
          <w:szCs w:val="24"/>
        </w:rPr>
        <w:t>670,552</w:t>
      </w:r>
      <w:r w:rsidR="00296862">
        <w:rPr>
          <w:rFonts w:ascii="Arial" w:hAnsi="Arial" w:cs="Arial"/>
          <w:sz w:val="24"/>
          <w:szCs w:val="24"/>
        </w:rPr>
        <w:t>.00 pesos</w:t>
      </w:r>
      <w:r w:rsidRPr="002E4E9B">
        <w:rPr>
          <w:rFonts w:ascii="Arial" w:hAnsi="Arial" w:cs="Arial"/>
          <w:sz w:val="24"/>
          <w:szCs w:val="24"/>
        </w:rPr>
        <w:t xml:space="preserve">, quedando un total </w:t>
      </w:r>
      <w:r w:rsidR="00296862" w:rsidRPr="002E4E9B">
        <w:rPr>
          <w:rFonts w:ascii="Arial" w:hAnsi="Arial" w:cs="Arial"/>
          <w:sz w:val="24"/>
          <w:szCs w:val="24"/>
        </w:rPr>
        <w:t>de $</w:t>
      </w:r>
      <w:r w:rsidRPr="002E4E9B">
        <w:rPr>
          <w:rFonts w:ascii="Arial" w:hAnsi="Arial" w:cs="Arial"/>
          <w:sz w:val="24"/>
          <w:szCs w:val="24"/>
        </w:rPr>
        <w:t>34,749,000</w:t>
      </w:r>
      <w:r w:rsidR="00296862">
        <w:rPr>
          <w:rFonts w:ascii="Arial" w:hAnsi="Arial" w:cs="Arial"/>
          <w:sz w:val="24"/>
          <w:szCs w:val="24"/>
        </w:rPr>
        <w:t>.00</w:t>
      </w:r>
      <w:r w:rsidRPr="002E4E9B">
        <w:rPr>
          <w:rFonts w:ascii="Arial" w:hAnsi="Arial" w:cs="Arial"/>
          <w:sz w:val="24"/>
          <w:szCs w:val="24"/>
        </w:rPr>
        <w:t>, que de aquí se paga lo que es la concesión de</w:t>
      </w:r>
      <w:r w:rsidR="009F7475">
        <w:rPr>
          <w:rFonts w:ascii="Arial" w:hAnsi="Arial" w:cs="Arial"/>
          <w:sz w:val="24"/>
          <w:szCs w:val="24"/>
        </w:rPr>
        <w:t xml:space="preserve"> SEOS</w:t>
      </w:r>
      <w:r w:rsidR="00296862">
        <w:rPr>
          <w:rFonts w:ascii="Arial" w:hAnsi="Arial" w:cs="Arial"/>
          <w:sz w:val="24"/>
          <w:szCs w:val="24"/>
        </w:rPr>
        <w:t xml:space="preserve"> </w:t>
      </w:r>
      <w:r w:rsidRPr="002E4E9B">
        <w:rPr>
          <w:rFonts w:ascii="Arial" w:hAnsi="Arial" w:cs="Arial"/>
          <w:sz w:val="24"/>
          <w:szCs w:val="24"/>
        </w:rPr>
        <w:t xml:space="preserve">servicios de jardinería y fumigación, una disminución de </w:t>
      </w:r>
      <w:r w:rsidR="00296862">
        <w:rPr>
          <w:rFonts w:ascii="Arial" w:hAnsi="Arial" w:cs="Arial"/>
          <w:sz w:val="24"/>
          <w:szCs w:val="24"/>
        </w:rPr>
        <w:t>$</w:t>
      </w:r>
      <w:r w:rsidRPr="002E4E9B">
        <w:rPr>
          <w:rFonts w:ascii="Arial" w:hAnsi="Arial" w:cs="Arial"/>
          <w:sz w:val="24"/>
          <w:szCs w:val="24"/>
        </w:rPr>
        <w:t>3,600</w:t>
      </w:r>
      <w:r w:rsidR="00296862">
        <w:rPr>
          <w:rFonts w:ascii="Arial" w:hAnsi="Arial" w:cs="Arial"/>
          <w:sz w:val="24"/>
          <w:szCs w:val="24"/>
        </w:rPr>
        <w:t>.00 pesos</w:t>
      </w:r>
      <w:r w:rsidRPr="002E4E9B">
        <w:rPr>
          <w:rFonts w:ascii="Arial" w:hAnsi="Arial" w:cs="Arial"/>
          <w:sz w:val="24"/>
          <w:szCs w:val="24"/>
        </w:rPr>
        <w:t xml:space="preserve"> quedando un total de </w:t>
      </w:r>
      <w:r w:rsidR="00296862">
        <w:rPr>
          <w:rFonts w:ascii="Arial" w:hAnsi="Arial" w:cs="Arial"/>
          <w:sz w:val="24"/>
          <w:szCs w:val="24"/>
        </w:rPr>
        <w:t>$</w:t>
      </w:r>
      <w:r w:rsidRPr="002E4E9B">
        <w:rPr>
          <w:rFonts w:ascii="Arial" w:hAnsi="Arial" w:cs="Arial"/>
          <w:sz w:val="24"/>
          <w:szCs w:val="24"/>
        </w:rPr>
        <w:t>95,000.</w:t>
      </w:r>
      <w:r w:rsidR="00296862">
        <w:rPr>
          <w:rFonts w:ascii="Arial" w:hAnsi="Arial" w:cs="Arial"/>
          <w:sz w:val="24"/>
          <w:szCs w:val="24"/>
        </w:rPr>
        <w:t>00 pesos</w:t>
      </w:r>
      <w:r w:rsidRPr="002E4E9B">
        <w:rPr>
          <w:rFonts w:ascii="Arial" w:hAnsi="Arial" w:cs="Arial"/>
          <w:sz w:val="24"/>
          <w:szCs w:val="24"/>
        </w:rPr>
        <w:t>, aquí mensaje sobre programas y actividades gubernamentales, queda exactamente igual.</w:t>
      </w:r>
      <w:r w:rsidR="00296862">
        <w:rPr>
          <w:rFonts w:ascii="Arial" w:hAnsi="Arial" w:cs="Arial"/>
          <w:sz w:val="24"/>
          <w:szCs w:val="24"/>
        </w:rPr>
        <w:t xml:space="preserve"> </w:t>
      </w:r>
      <w:r w:rsidRPr="002E4E9B">
        <w:rPr>
          <w:rFonts w:ascii="Arial" w:hAnsi="Arial" w:cs="Arial"/>
          <w:sz w:val="24"/>
          <w:szCs w:val="24"/>
        </w:rPr>
        <w:t xml:space="preserve">Pasajes aéreos, no se tenía contemplado el gasto, se está incrementando </w:t>
      </w:r>
      <w:r w:rsidR="00296862">
        <w:rPr>
          <w:rFonts w:ascii="Arial" w:hAnsi="Arial" w:cs="Arial"/>
          <w:sz w:val="24"/>
          <w:szCs w:val="24"/>
        </w:rPr>
        <w:t>$</w:t>
      </w:r>
      <w:r w:rsidRPr="002E4E9B">
        <w:rPr>
          <w:rFonts w:ascii="Arial" w:hAnsi="Arial" w:cs="Arial"/>
          <w:sz w:val="24"/>
          <w:szCs w:val="24"/>
        </w:rPr>
        <w:t>130,000.</w:t>
      </w:r>
      <w:r w:rsidR="00296862">
        <w:rPr>
          <w:rFonts w:ascii="Arial" w:hAnsi="Arial" w:cs="Arial"/>
          <w:sz w:val="24"/>
          <w:szCs w:val="24"/>
        </w:rPr>
        <w:t>00 pesos</w:t>
      </w:r>
      <w:r w:rsidRPr="002E4E9B">
        <w:rPr>
          <w:rFonts w:ascii="Arial" w:hAnsi="Arial" w:cs="Arial"/>
          <w:sz w:val="24"/>
          <w:szCs w:val="24"/>
        </w:rPr>
        <w:t xml:space="preserve"> Esto es derivado pues de lo que se tenía contemplado por el hermanamiento con Colombia</w:t>
      </w:r>
      <w:r w:rsidR="00296862">
        <w:rPr>
          <w:rFonts w:ascii="Arial" w:hAnsi="Arial" w:cs="Arial"/>
          <w:sz w:val="24"/>
          <w:szCs w:val="24"/>
        </w:rPr>
        <w:t xml:space="preserve"> </w:t>
      </w:r>
      <w:r w:rsidRPr="002E4E9B">
        <w:rPr>
          <w:rFonts w:ascii="Arial" w:hAnsi="Arial" w:cs="Arial"/>
          <w:sz w:val="24"/>
          <w:szCs w:val="24"/>
        </w:rPr>
        <w:t xml:space="preserve">viáticos en el país, una disminución de </w:t>
      </w:r>
      <w:r w:rsidR="00296862">
        <w:rPr>
          <w:rFonts w:ascii="Arial" w:hAnsi="Arial" w:cs="Arial"/>
          <w:sz w:val="24"/>
          <w:szCs w:val="24"/>
        </w:rPr>
        <w:t>$</w:t>
      </w:r>
      <w:r w:rsidRPr="002E4E9B">
        <w:rPr>
          <w:rFonts w:ascii="Arial" w:hAnsi="Arial" w:cs="Arial"/>
          <w:sz w:val="24"/>
          <w:szCs w:val="24"/>
        </w:rPr>
        <w:t>334,387</w:t>
      </w:r>
      <w:r w:rsidR="0031215F">
        <w:rPr>
          <w:rFonts w:ascii="Arial" w:hAnsi="Arial" w:cs="Arial"/>
          <w:sz w:val="24"/>
          <w:szCs w:val="24"/>
        </w:rPr>
        <w:t>.00 pesos</w:t>
      </w:r>
      <w:r w:rsidRPr="002E4E9B">
        <w:rPr>
          <w:rFonts w:ascii="Arial" w:hAnsi="Arial" w:cs="Arial"/>
          <w:sz w:val="24"/>
          <w:szCs w:val="24"/>
        </w:rPr>
        <w:t xml:space="preserve">, quedando un total de </w:t>
      </w:r>
      <w:r w:rsidR="0031215F">
        <w:rPr>
          <w:rFonts w:ascii="Arial" w:hAnsi="Arial" w:cs="Arial"/>
          <w:sz w:val="24"/>
          <w:szCs w:val="24"/>
        </w:rPr>
        <w:t>$</w:t>
      </w:r>
      <w:r w:rsidRPr="002E4E9B">
        <w:rPr>
          <w:rFonts w:ascii="Arial" w:hAnsi="Arial" w:cs="Arial"/>
          <w:sz w:val="24"/>
          <w:szCs w:val="24"/>
        </w:rPr>
        <w:t>1</w:t>
      </w:r>
      <w:r w:rsidR="0031215F">
        <w:rPr>
          <w:rFonts w:ascii="Arial" w:hAnsi="Arial" w:cs="Arial"/>
          <w:sz w:val="24"/>
          <w:szCs w:val="24"/>
        </w:rPr>
        <w:t>,</w:t>
      </w:r>
      <w:r w:rsidRPr="002E4E9B">
        <w:rPr>
          <w:rFonts w:ascii="Arial" w:hAnsi="Arial" w:cs="Arial"/>
          <w:sz w:val="24"/>
          <w:szCs w:val="24"/>
        </w:rPr>
        <w:t>3</w:t>
      </w:r>
      <w:r w:rsidR="0031215F">
        <w:rPr>
          <w:rFonts w:ascii="Arial" w:hAnsi="Arial" w:cs="Arial"/>
          <w:sz w:val="24"/>
          <w:szCs w:val="24"/>
        </w:rPr>
        <w:t>00,000.00</w:t>
      </w:r>
      <w:r w:rsidRPr="002E4E9B">
        <w:rPr>
          <w:rFonts w:ascii="Arial" w:hAnsi="Arial" w:cs="Arial"/>
          <w:sz w:val="24"/>
          <w:szCs w:val="24"/>
        </w:rPr>
        <w:t xml:space="preserve"> millones de Viáticos en el extranjero, un aumento de </w:t>
      </w:r>
      <w:r w:rsidR="0031215F">
        <w:rPr>
          <w:rFonts w:ascii="Arial" w:hAnsi="Arial" w:cs="Arial"/>
          <w:sz w:val="24"/>
          <w:szCs w:val="24"/>
        </w:rPr>
        <w:t>$</w:t>
      </w:r>
      <w:r w:rsidRPr="002E4E9B">
        <w:rPr>
          <w:rFonts w:ascii="Arial" w:hAnsi="Arial" w:cs="Arial"/>
          <w:sz w:val="24"/>
          <w:szCs w:val="24"/>
        </w:rPr>
        <w:t>95,000.</w:t>
      </w:r>
      <w:r w:rsidR="0031215F">
        <w:rPr>
          <w:rFonts w:ascii="Arial" w:hAnsi="Arial" w:cs="Arial"/>
          <w:sz w:val="24"/>
          <w:szCs w:val="24"/>
        </w:rPr>
        <w:t>00 pesos</w:t>
      </w:r>
      <w:r w:rsidRPr="002E4E9B">
        <w:rPr>
          <w:rFonts w:ascii="Arial" w:hAnsi="Arial" w:cs="Arial"/>
          <w:sz w:val="24"/>
          <w:szCs w:val="24"/>
        </w:rPr>
        <w:t xml:space="preserve"> No se tenía contemplado el gasto, pero atiende al mismo tema del hermanamiento</w:t>
      </w:r>
      <w:r w:rsidR="0031215F">
        <w:rPr>
          <w:rFonts w:ascii="Arial" w:hAnsi="Arial" w:cs="Arial"/>
          <w:sz w:val="24"/>
          <w:szCs w:val="24"/>
        </w:rPr>
        <w:t xml:space="preserve"> </w:t>
      </w:r>
      <w:r w:rsidRPr="002E4E9B">
        <w:rPr>
          <w:rFonts w:ascii="Arial" w:hAnsi="Arial" w:cs="Arial"/>
          <w:sz w:val="24"/>
          <w:szCs w:val="24"/>
        </w:rPr>
        <w:t>con Colombia, que como originalmente se había contemplado una cantidad de personas y al final fue una menor, pues bueno,</w:t>
      </w:r>
      <w:r w:rsidR="0031215F">
        <w:rPr>
          <w:rFonts w:ascii="Arial" w:hAnsi="Arial" w:cs="Arial"/>
          <w:sz w:val="24"/>
          <w:szCs w:val="24"/>
        </w:rPr>
        <w:t xml:space="preserve"> </w:t>
      </w:r>
      <w:r w:rsidRPr="002E4E9B">
        <w:rPr>
          <w:rFonts w:ascii="Arial" w:hAnsi="Arial" w:cs="Arial"/>
          <w:sz w:val="24"/>
          <w:szCs w:val="24"/>
        </w:rPr>
        <w:t>evidentemente</w:t>
      </w:r>
      <w:r w:rsidR="0031215F">
        <w:rPr>
          <w:rFonts w:ascii="Arial" w:hAnsi="Arial" w:cs="Arial"/>
          <w:sz w:val="24"/>
          <w:szCs w:val="24"/>
        </w:rPr>
        <w:t xml:space="preserve"> </w:t>
      </w:r>
      <w:r w:rsidRPr="002E4E9B">
        <w:rPr>
          <w:rFonts w:ascii="Arial" w:hAnsi="Arial" w:cs="Arial"/>
          <w:sz w:val="24"/>
          <w:szCs w:val="24"/>
        </w:rPr>
        <w:t>ya no se gastará esto, ¿no?</w:t>
      </w:r>
      <w:r w:rsidR="0031215F">
        <w:rPr>
          <w:rFonts w:ascii="Arial" w:hAnsi="Arial" w:cs="Arial"/>
          <w:sz w:val="24"/>
          <w:szCs w:val="24"/>
        </w:rPr>
        <w:t xml:space="preserve"> </w:t>
      </w:r>
      <w:r w:rsidRPr="002E4E9B">
        <w:rPr>
          <w:rFonts w:ascii="Arial" w:hAnsi="Arial" w:cs="Arial"/>
          <w:sz w:val="24"/>
          <w:szCs w:val="24"/>
        </w:rPr>
        <w:t xml:space="preserve">Gastos de ceremonial, un aumento de </w:t>
      </w:r>
      <w:r w:rsidR="0031215F">
        <w:rPr>
          <w:rFonts w:ascii="Arial" w:hAnsi="Arial" w:cs="Arial"/>
          <w:sz w:val="24"/>
          <w:szCs w:val="24"/>
        </w:rPr>
        <w:t>$</w:t>
      </w:r>
      <w:r w:rsidRPr="002E4E9B">
        <w:rPr>
          <w:rFonts w:ascii="Arial" w:hAnsi="Arial" w:cs="Arial"/>
          <w:sz w:val="24"/>
          <w:szCs w:val="24"/>
        </w:rPr>
        <w:t>699,000</w:t>
      </w:r>
      <w:r w:rsidR="0031215F">
        <w:rPr>
          <w:rFonts w:ascii="Arial" w:hAnsi="Arial" w:cs="Arial"/>
          <w:sz w:val="24"/>
          <w:szCs w:val="24"/>
        </w:rPr>
        <w:t xml:space="preserve">.00 pesos </w:t>
      </w:r>
      <w:r w:rsidR="0031215F" w:rsidRPr="002E4E9B">
        <w:rPr>
          <w:rFonts w:ascii="Arial" w:hAnsi="Arial" w:cs="Arial"/>
          <w:sz w:val="24"/>
          <w:szCs w:val="24"/>
        </w:rPr>
        <w:t>quedando</w:t>
      </w:r>
      <w:r w:rsidRPr="002E4E9B">
        <w:rPr>
          <w:rFonts w:ascii="Arial" w:hAnsi="Arial" w:cs="Arial"/>
          <w:sz w:val="24"/>
          <w:szCs w:val="24"/>
        </w:rPr>
        <w:t xml:space="preserve"> un total de </w:t>
      </w:r>
      <w:r w:rsidR="0031215F">
        <w:rPr>
          <w:rFonts w:ascii="Arial" w:hAnsi="Arial" w:cs="Arial"/>
          <w:sz w:val="24"/>
          <w:szCs w:val="24"/>
        </w:rPr>
        <w:t>$</w:t>
      </w:r>
      <w:r w:rsidRPr="002E4E9B">
        <w:rPr>
          <w:rFonts w:ascii="Arial" w:hAnsi="Arial" w:cs="Arial"/>
          <w:sz w:val="24"/>
          <w:szCs w:val="24"/>
        </w:rPr>
        <w:t>1</w:t>
      </w:r>
      <w:r w:rsidR="0031215F">
        <w:rPr>
          <w:rFonts w:ascii="Arial" w:hAnsi="Arial" w:cs="Arial"/>
          <w:sz w:val="24"/>
          <w:szCs w:val="24"/>
        </w:rPr>
        <w:t>,</w:t>
      </w:r>
      <w:r w:rsidRPr="002E4E9B">
        <w:rPr>
          <w:rFonts w:ascii="Arial" w:hAnsi="Arial" w:cs="Arial"/>
          <w:sz w:val="24"/>
          <w:szCs w:val="24"/>
        </w:rPr>
        <w:t>2</w:t>
      </w:r>
      <w:r w:rsidR="0031215F">
        <w:rPr>
          <w:rFonts w:ascii="Arial" w:hAnsi="Arial" w:cs="Arial"/>
          <w:sz w:val="24"/>
          <w:szCs w:val="24"/>
        </w:rPr>
        <w:t>00,000.00</w:t>
      </w:r>
      <w:r w:rsidRPr="002E4E9B">
        <w:rPr>
          <w:rFonts w:ascii="Arial" w:hAnsi="Arial" w:cs="Arial"/>
          <w:sz w:val="24"/>
          <w:szCs w:val="24"/>
        </w:rPr>
        <w:t xml:space="preserve"> millones</w:t>
      </w:r>
      <w:r w:rsidR="0031215F">
        <w:rPr>
          <w:rFonts w:ascii="Arial" w:hAnsi="Arial" w:cs="Arial"/>
          <w:sz w:val="24"/>
          <w:szCs w:val="24"/>
        </w:rPr>
        <w:t xml:space="preserve">, </w:t>
      </w:r>
      <w:r w:rsidRPr="002E4E9B">
        <w:rPr>
          <w:rFonts w:ascii="Arial" w:hAnsi="Arial" w:cs="Arial"/>
          <w:sz w:val="24"/>
          <w:szCs w:val="24"/>
        </w:rPr>
        <w:t>gastos de orden social y</w:t>
      </w:r>
      <w:r w:rsidR="0031215F">
        <w:rPr>
          <w:rFonts w:ascii="Arial" w:hAnsi="Arial" w:cs="Arial"/>
          <w:sz w:val="24"/>
          <w:szCs w:val="24"/>
        </w:rPr>
        <w:t xml:space="preserve"> </w:t>
      </w:r>
      <w:r w:rsidRPr="002E4E9B">
        <w:rPr>
          <w:rFonts w:ascii="Arial" w:hAnsi="Arial" w:cs="Arial"/>
          <w:sz w:val="24"/>
          <w:szCs w:val="24"/>
        </w:rPr>
        <w:t xml:space="preserve">cultural, una disminución de </w:t>
      </w:r>
      <w:r w:rsidR="0031215F">
        <w:rPr>
          <w:rFonts w:ascii="Arial" w:hAnsi="Arial" w:cs="Arial"/>
          <w:sz w:val="24"/>
          <w:szCs w:val="24"/>
        </w:rPr>
        <w:t>$</w:t>
      </w:r>
      <w:r w:rsidRPr="002E4E9B">
        <w:rPr>
          <w:rFonts w:ascii="Arial" w:hAnsi="Arial" w:cs="Arial"/>
          <w:sz w:val="24"/>
          <w:szCs w:val="24"/>
        </w:rPr>
        <w:t>717,000</w:t>
      </w:r>
      <w:r w:rsidR="0031215F">
        <w:rPr>
          <w:rFonts w:ascii="Arial" w:hAnsi="Arial" w:cs="Arial"/>
          <w:sz w:val="24"/>
          <w:szCs w:val="24"/>
        </w:rPr>
        <w:t>.00</w:t>
      </w:r>
      <w:r w:rsidRPr="002E4E9B">
        <w:rPr>
          <w:rFonts w:ascii="Arial" w:hAnsi="Arial" w:cs="Arial"/>
          <w:sz w:val="24"/>
          <w:szCs w:val="24"/>
        </w:rPr>
        <w:t xml:space="preserve"> pes</w:t>
      </w:r>
      <w:r w:rsidR="0031215F">
        <w:rPr>
          <w:rFonts w:ascii="Arial" w:hAnsi="Arial" w:cs="Arial"/>
          <w:sz w:val="24"/>
          <w:szCs w:val="24"/>
        </w:rPr>
        <w:t>os</w:t>
      </w:r>
      <w:r w:rsidRPr="002E4E9B">
        <w:rPr>
          <w:rFonts w:ascii="Arial" w:hAnsi="Arial" w:cs="Arial"/>
          <w:sz w:val="24"/>
          <w:szCs w:val="24"/>
        </w:rPr>
        <w:t xml:space="preserve"> que dan un total de </w:t>
      </w:r>
      <w:r w:rsidR="0031215F">
        <w:rPr>
          <w:rFonts w:ascii="Arial" w:hAnsi="Arial" w:cs="Arial"/>
          <w:sz w:val="24"/>
          <w:szCs w:val="24"/>
        </w:rPr>
        <w:t>$</w:t>
      </w:r>
      <w:r w:rsidRPr="002E4E9B">
        <w:rPr>
          <w:rFonts w:ascii="Arial" w:hAnsi="Arial" w:cs="Arial"/>
          <w:sz w:val="24"/>
          <w:szCs w:val="24"/>
        </w:rPr>
        <w:t>4</w:t>
      </w:r>
      <w:r w:rsidR="0031215F">
        <w:rPr>
          <w:rFonts w:ascii="Arial" w:hAnsi="Arial" w:cs="Arial"/>
          <w:sz w:val="24"/>
          <w:szCs w:val="24"/>
        </w:rPr>
        <w:t>,</w:t>
      </w:r>
      <w:r w:rsidRPr="002E4E9B">
        <w:rPr>
          <w:rFonts w:ascii="Arial" w:hAnsi="Arial" w:cs="Arial"/>
          <w:sz w:val="24"/>
          <w:szCs w:val="24"/>
        </w:rPr>
        <w:t>8</w:t>
      </w:r>
      <w:r w:rsidR="0031215F">
        <w:rPr>
          <w:rFonts w:ascii="Arial" w:hAnsi="Arial" w:cs="Arial"/>
          <w:sz w:val="24"/>
          <w:szCs w:val="24"/>
        </w:rPr>
        <w:t>00,000.00</w:t>
      </w:r>
      <w:r w:rsidRPr="002E4E9B">
        <w:rPr>
          <w:rFonts w:ascii="Arial" w:hAnsi="Arial" w:cs="Arial"/>
          <w:sz w:val="24"/>
          <w:szCs w:val="24"/>
        </w:rPr>
        <w:t xml:space="preserve"> millones.</w:t>
      </w:r>
      <w:r w:rsidR="0031215F">
        <w:rPr>
          <w:rFonts w:ascii="Arial" w:hAnsi="Arial" w:cs="Arial"/>
          <w:sz w:val="24"/>
          <w:szCs w:val="24"/>
        </w:rPr>
        <w:t xml:space="preserve"> </w:t>
      </w:r>
      <w:r w:rsidRPr="002E4E9B">
        <w:rPr>
          <w:rFonts w:ascii="Arial" w:hAnsi="Arial" w:cs="Arial"/>
          <w:sz w:val="24"/>
          <w:szCs w:val="24"/>
        </w:rPr>
        <w:t xml:space="preserve">Congresos y convenciones, una disminución de </w:t>
      </w:r>
      <w:r w:rsidR="0031215F">
        <w:rPr>
          <w:rFonts w:ascii="Arial" w:hAnsi="Arial" w:cs="Arial"/>
          <w:sz w:val="24"/>
          <w:szCs w:val="24"/>
        </w:rPr>
        <w:t>$</w:t>
      </w:r>
      <w:r w:rsidRPr="002E4E9B">
        <w:rPr>
          <w:rFonts w:ascii="Arial" w:hAnsi="Arial" w:cs="Arial"/>
          <w:sz w:val="24"/>
          <w:szCs w:val="24"/>
        </w:rPr>
        <w:t>50,000</w:t>
      </w:r>
      <w:r w:rsidR="0031215F">
        <w:rPr>
          <w:rFonts w:ascii="Arial" w:hAnsi="Arial" w:cs="Arial"/>
          <w:sz w:val="24"/>
          <w:szCs w:val="24"/>
        </w:rPr>
        <w:t>.00 pesos</w:t>
      </w:r>
      <w:r w:rsidRPr="002E4E9B">
        <w:rPr>
          <w:rFonts w:ascii="Arial" w:hAnsi="Arial" w:cs="Arial"/>
          <w:sz w:val="24"/>
          <w:szCs w:val="24"/>
        </w:rPr>
        <w:t xml:space="preserve"> quedando un total de </w:t>
      </w:r>
      <w:r w:rsidR="0031215F">
        <w:rPr>
          <w:rFonts w:ascii="Arial" w:hAnsi="Arial" w:cs="Arial"/>
          <w:sz w:val="24"/>
          <w:szCs w:val="24"/>
        </w:rPr>
        <w:t>$</w:t>
      </w:r>
      <w:r w:rsidRPr="002E4E9B">
        <w:rPr>
          <w:rFonts w:ascii="Arial" w:hAnsi="Arial" w:cs="Arial"/>
          <w:sz w:val="24"/>
          <w:szCs w:val="24"/>
        </w:rPr>
        <w:t>57,100</w:t>
      </w:r>
      <w:r w:rsidR="0031215F">
        <w:rPr>
          <w:rFonts w:ascii="Arial" w:hAnsi="Arial" w:cs="Arial"/>
          <w:sz w:val="24"/>
          <w:szCs w:val="24"/>
        </w:rPr>
        <w:t xml:space="preserve">.00 pesos </w:t>
      </w:r>
      <w:r w:rsidRPr="002E4E9B">
        <w:rPr>
          <w:rFonts w:ascii="Arial" w:hAnsi="Arial" w:cs="Arial"/>
          <w:sz w:val="24"/>
          <w:szCs w:val="24"/>
        </w:rPr>
        <w:t xml:space="preserve">Exposiciones, una disminución de </w:t>
      </w:r>
      <w:r w:rsidR="0031215F">
        <w:rPr>
          <w:rFonts w:ascii="Arial" w:hAnsi="Arial" w:cs="Arial"/>
          <w:sz w:val="24"/>
          <w:szCs w:val="24"/>
        </w:rPr>
        <w:t>$</w:t>
      </w:r>
      <w:r w:rsidRPr="002E4E9B">
        <w:rPr>
          <w:rFonts w:ascii="Arial" w:hAnsi="Arial" w:cs="Arial"/>
          <w:sz w:val="24"/>
          <w:szCs w:val="24"/>
        </w:rPr>
        <w:t>54,000</w:t>
      </w:r>
      <w:r w:rsidR="0031215F">
        <w:rPr>
          <w:rFonts w:ascii="Arial" w:hAnsi="Arial" w:cs="Arial"/>
          <w:sz w:val="24"/>
          <w:szCs w:val="24"/>
        </w:rPr>
        <w:t>.00</w:t>
      </w:r>
      <w:r w:rsidRPr="002E4E9B">
        <w:rPr>
          <w:rFonts w:ascii="Arial" w:hAnsi="Arial" w:cs="Arial"/>
          <w:sz w:val="24"/>
          <w:szCs w:val="24"/>
        </w:rPr>
        <w:t xml:space="preserve"> pes</w:t>
      </w:r>
      <w:r w:rsidR="0031215F">
        <w:rPr>
          <w:rFonts w:ascii="Arial" w:hAnsi="Arial" w:cs="Arial"/>
          <w:sz w:val="24"/>
          <w:szCs w:val="24"/>
        </w:rPr>
        <w:t>os</w:t>
      </w:r>
      <w:r w:rsidRPr="002E4E9B">
        <w:rPr>
          <w:rFonts w:ascii="Arial" w:hAnsi="Arial" w:cs="Arial"/>
          <w:sz w:val="24"/>
          <w:szCs w:val="24"/>
        </w:rPr>
        <w:t xml:space="preserve">, quedando un total de </w:t>
      </w:r>
      <w:r w:rsidR="0031215F">
        <w:rPr>
          <w:rFonts w:ascii="Arial" w:hAnsi="Arial" w:cs="Arial"/>
          <w:sz w:val="24"/>
          <w:szCs w:val="24"/>
        </w:rPr>
        <w:t>$</w:t>
      </w:r>
      <w:r w:rsidRPr="002E4E9B">
        <w:rPr>
          <w:rFonts w:ascii="Arial" w:hAnsi="Arial" w:cs="Arial"/>
          <w:sz w:val="24"/>
          <w:szCs w:val="24"/>
        </w:rPr>
        <w:t>575,000.</w:t>
      </w:r>
      <w:r w:rsidR="0031215F">
        <w:rPr>
          <w:rFonts w:ascii="Arial" w:hAnsi="Arial" w:cs="Arial"/>
          <w:sz w:val="24"/>
          <w:szCs w:val="24"/>
        </w:rPr>
        <w:t xml:space="preserve">00 pesos </w:t>
      </w:r>
      <w:r w:rsidRPr="002E4E9B">
        <w:rPr>
          <w:rFonts w:ascii="Arial" w:hAnsi="Arial" w:cs="Arial"/>
          <w:sz w:val="24"/>
          <w:szCs w:val="24"/>
        </w:rPr>
        <w:t xml:space="preserve">Gastos de representación, un aumento de </w:t>
      </w:r>
      <w:r w:rsidR="0031215F">
        <w:rPr>
          <w:rFonts w:ascii="Arial" w:hAnsi="Arial" w:cs="Arial"/>
          <w:sz w:val="24"/>
          <w:szCs w:val="24"/>
        </w:rPr>
        <w:t>$</w:t>
      </w:r>
      <w:r w:rsidRPr="002E4E9B">
        <w:rPr>
          <w:rFonts w:ascii="Arial" w:hAnsi="Arial" w:cs="Arial"/>
          <w:sz w:val="24"/>
          <w:szCs w:val="24"/>
        </w:rPr>
        <w:t>212,000</w:t>
      </w:r>
      <w:r w:rsidR="0031215F">
        <w:rPr>
          <w:rFonts w:ascii="Arial" w:hAnsi="Arial" w:cs="Arial"/>
          <w:sz w:val="24"/>
          <w:szCs w:val="24"/>
        </w:rPr>
        <w:t>.00</w:t>
      </w:r>
      <w:r w:rsidRPr="002E4E9B">
        <w:rPr>
          <w:rFonts w:ascii="Arial" w:hAnsi="Arial" w:cs="Arial"/>
          <w:sz w:val="24"/>
          <w:szCs w:val="24"/>
        </w:rPr>
        <w:t xml:space="preserve"> pes</w:t>
      </w:r>
      <w:r w:rsidR="0031215F">
        <w:rPr>
          <w:rFonts w:ascii="Arial" w:hAnsi="Arial" w:cs="Arial"/>
          <w:sz w:val="24"/>
          <w:szCs w:val="24"/>
        </w:rPr>
        <w:t>os</w:t>
      </w:r>
      <w:r w:rsidRPr="002E4E9B">
        <w:rPr>
          <w:rFonts w:ascii="Arial" w:hAnsi="Arial" w:cs="Arial"/>
          <w:sz w:val="24"/>
          <w:szCs w:val="24"/>
        </w:rPr>
        <w:t xml:space="preserve">, quedando en </w:t>
      </w:r>
      <w:r w:rsidR="0031215F">
        <w:rPr>
          <w:rFonts w:ascii="Arial" w:hAnsi="Arial" w:cs="Arial"/>
          <w:sz w:val="24"/>
          <w:szCs w:val="24"/>
        </w:rPr>
        <w:t>$</w:t>
      </w:r>
      <w:r w:rsidRPr="002E4E9B">
        <w:rPr>
          <w:rFonts w:ascii="Arial" w:hAnsi="Arial" w:cs="Arial"/>
          <w:sz w:val="24"/>
          <w:szCs w:val="24"/>
        </w:rPr>
        <w:t>668,000.</w:t>
      </w:r>
      <w:r w:rsidR="0031215F">
        <w:rPr>
          <w:rFonts w:ascii="Arial" w:hAnsi="Arial" w:cs="Arial"/>
          <w:sz w:val="24"/>
          <w:szCs w:val="24"/>
        </w:rPr>
        <w:t xml:space="preserve">00 </w:t>
      </w:r>
      <w:r w:rsidRPr="002E4E9B">
        <w:rPr>
          <w:rFonts w:ascii="Arial" w:hAnsi="Arial" w:cs="Arial"/>
          <w:sz w:val="24"/>
          <w:szCs w:val="24"/>
        </w:rPr>
        <w:t xml:space="preserve">Impuestos y derechos, un aumento de </w:t>
      </w:r>
      <w:r w:rsidR="009F7475">
        <w:rPr>
          <w:rFonts w:ascii="Arial" w:hAnsi="Arial" w:cs="Arial"/>
          <w:sz w:val="24"/>
          <w:szCs w:val="24"/>
        </w:rPr>
        <w:t>$</w:t>
      </w:r>
      <w:r w:rsidRPr="002E4E9B">
        <w:rPr>
          <w:rFonts w:ascii="Arial" w:hAnsi="Arial" w:cs="Arial"/>
          <w:sz w:val="24"/>
          <w:szCs w:val="24"/>
        </w:rPr>
        <w:t>560</w:t>
      </w:r>
      <w:r w:rsidR="009F7475">
        <w:rPr>
          <w:rFonts w:ascii="Arial" w:hAnsi="Arial" w:cs="Arial"/>
          <w:sz w:val="24"/>
          <w:szCs w:val="24"/>
        </w:rPr>
        <w:t>.00</w:t>
      </w:r>
      <w:r w:rsidRPr="002E4E9B">
        <w:rPr>
          <w:rFonts w:ascii="Arial" w:hAnsi="Arial" w:cs="Arial"/>
          <w:sz w:val="24"/>
          <w:szCs w:val="24"/>
        </w:rPr>
        <w:t xml:space="preserve">, quedando un total de </w:t>
      </w:r>
      <w:r w:rsidR="007E79E6">
        <w:rPr>
          <w:rFonts w:ascii="Arial" w:hAnsi="Arial" w:cs="Arial"/>
          <w:sz w:val="24"/>
          <w:szCs w:val="24"/>
        </w:rPr>
        <w:t>$</w:t>
      </w:r>
      <w:r w:rsidRPr="002E4E9B">
        <w:rPr>
          <w:rFonts w:ascii="Arial" w:hAnsi="Arial" w:cs="Arial"/>
          <w:sz w:val="24"/>
          <w:szCs w:val="24"/>
        </w:rPr>
        <w:t>322,560.</w:t>
      </w:r>
      <w:r w:rsidR="007E79E6">
        <w:rPr>
          <w:rFonts w:ascii="Arial" w:hAnsi="Arial" w:cs="Arial"/>
          <w:sz w:val="24"/>
          <w:szCs w:val="24"/>
        </w:rPr>
        <w:t xml:space="preserve">00 </w:t>
      </w:r>
      <w:r w:rsidRPr="002E4E9B">
        <w:rPr>
          <w:rFonts w:ascii="Arial" w:hAnsi="Arial" w:cs="Arial"/>
          <w:sz w:val="24"/>
          <w:szCs w:val="24"/>
        </w:rPr>
        <w:t xml:space="preserve">Sentencias y resoluciones por autoridad competente, un aumento de </w:t>
      </w:r>
      <w:r w:rsidR="007E79E6">
        <w:rPr>
          <w:rFonts w:ascii="Arial" w:hAnsi="Arial" w:cs="Arial"/>
          <w:sz w:val="24"/>
          <w:szCs w:val="24"/>
        </w:rPr>
        <w:t>$</w:t>
      </w:r>
      <w:r w:rsidRPr="002E4E9B">
        <w:rPr>
          <w:rFonts w:ascii="Arial" w:hAnsi="Arial" w:cs="Arial"/>
          <w:sz w:val="24"/>
          <w:szCs w:val="24"/>
        </w:rPr>
        <w:t>1</w:t>
      </w:r>
      <w:r w:rsidR="007E79E6">
        <w:rPr>
          <w:rFonts w:ascii="Arial" w:hAnsi="Arial" w:cs="Arial"/>
          <w:sz w:val="24"/>
          <w:szCs w:val="24"/>
        </w:rPr>
        <w:t>,000,000.00</w:t>
      </w:r>
      <w:r w:rsidRPr="002E4E9B">
        <w:rPr>
          <w:rFonts w:ascii="Arial" w:hAnsi="Arial" w:cs="Arial"/>
          <w:sz w:val="24"/>
          <w:szCs w:val="24"/>
        </w:rPr>
        <w:t xml:space="preserve"> millón, quedando un total de </w:t>
      </w:r>
      <w:r w:rsidR="007E79E6">
        <w:rPr>
          <w:rFonts w:ascii="Arial" w:hAnsi="Arial" w:cs="Arial"/>
          <w:sz w:val="24"/>
          <w:szCs w:val="24"/>
        </w:rPr>
        <w:t>$</w:t>
      </w:r>
      <w:r w:rsidRPr="002E4E9B">
        <w:rPr>
          <w:rFonts w:ascii="Arial" w:hAnsi="Arial" w:cs="Arial"/>
          <w:sz w:val="24"/>
          <w:szCs w:val="24"/>
        </w:rPr>
        <w:t>3,000.</w:t>
      </w:r>
      <w:r w:rsidR="007E79E6">
        <w:rPr>
          <w:rFonts w:ascii="Arial" w:hAnsi="Arial" w:cs="Arial"/>
          <w:sz w:val="24"/>
          <w:szCs w:val="24"/>
        </w:rPr>
        <w:t xml:space="preserve">00 </w:t>
      </w:r>
      <w:r w:rsidRPr="002E4E9B">
        <w:rPr>
          <w:rFonts w:ascii="Arial" w:hAnsi="Arial" w:cs="Arial"/>
          <w:sz w:val="24"/>
          <w:szCs w:val="24"/>
        </w:rPr>
        <w:t xml:space="preserve">Otros gastos por responsabilidades, un aumento de </w:t>
      </w:r>
      <w:r w:rsidR="007E79E6">
        <w:rPr>
          <w:rFonts w:ascii="Arial" w:hAnsi="Arial" w:cs="Arial"/>
          <w:sz w:val="24"/>
          <w:szCs w:val="24"/>
        </w:rPr>
        <w:t>$</w:t>
      </w:r>
      <w:r w:rsidRPr="002E4E9B">
        <w:rPr>
          <w:rFonts w:ascii="Arial" w:hAnsi="Arial" w:cs="Arial"/>
          <w:sz w:val="24"/>
          <w:szCs w:val="24"/>
        </w:rPr>
        <w:t>352,000</w:t>
      </w:r>
      <w:r w:rsidR="007E79E6">
        <w:rPr>
          <w:rFonts w:ascii="Arial" w:hAnsi="Arial" w:cs="Arial"/>
          <w:sz w:val="24"/>
          <w:szCs w:val="24"/>
        </w:rPr>
        <w:t>.00 pesos</w:t>
      </w:r>
      <w:r w:rsidRPr="002E4E9B">
        <w:rPr>
          <w:rFonts w:ascii="Arial" w:hAnsi="Arial" w:cs="Arial"/>
          <w:sz w:val="24"/>
          <w:szCs w:val="24"/>
        </w:rPr>
        <w:t xml:space="preserve">, quedando un total de </w:t>
      </w:r>
      <w:r w:rsidR="009F7475">
        <w:rPr>
          <w:rFonts w:ascii="Arial" w:hAnsi="Arial" w:cs="Arial"/>
          <w:sz w:val="24"/>
          <w:szCs w:val="24"/>
        </w:rPr>
        <w:t>$</w:t>
      </w:r>
      <w:r w:rsidRPr="002E4E9B">
        <w:rPr>
          <w:rFonts w:ascii="Arial" w:hAnsi="Arial" w:cs="Arial"/>
          <w:sz w:val="24"/>
          <w:szCs w:val="24"/>
        </w:rPr>
        <w:t>452</w:t>
      </w:r>
      <w:r w:rsidR="009F7475">
        <w:rPr>
          <w:rFonts w:ascii="Arial" w:hAnsi="Arial" w:cs="Arial"/>
          <w:sz w:val="24"/>
          <w:szCs w:val="24"/>
        </w:rPr>
        <w:t>,</w:t>
      </w:r>
      <w:r w:rsidRPr="002E4E9B">
        <w:rPr>
          <w:rFonts w:ascii="Arial" w:hAnsi="Arial" w:cs="Arial"/>
          <w:sz w:val="24"/>
          <w:szCs w:val="24"/>
        </w:rPr>
        <w:t>000</w:t>
      </w:r>
      <w:r w:rsidR="009F7475">
        <w:rPr>
          <w:rFonts w:ascii="Arial" w:hAnsi="Arial" w:cs="Arial"/>
          <w:sz w:val="24"/>
          <w:szCs w:val="24"/>
        </w:rPr>
        <w:t>.00</w:t>
      </w:r>
      <w:r w:rsidRPr="002E4E9B">
        <w:rPr>
          <w:rFonts w:ascii="Arial" w:hAnsi="Arial" w:cs="Arial"/>
          <w:sz w:val="24"/>
          <w:szCs w:val="24"/>
        </w:rPr>
        <w:t>.</w:t>
      </w:r>
      <w:r w:rsidR="009F7475">
        <w:rPr>
          <w:rFonts w:ascii="Arial" w:hAnsi="Arial" w:cs="Arial"/>
          <w:sz w:val="24"/>
          <w:szCs w:val="24"/>
        </w:rPr>
        <w:t xml:space="preserve"> </w:t>
      </w:r>
      <w:r w:rsidRPr="002E4E9B">
        <w:rPr>
          <w:rFonts w:ascii="Arial" w:hAnsi="Arial" w:cs="Arial"/>
          <w:sz w:val="24"/>
          <w:szCs w:val="24"/>
        </w:rPr>
        <w:t xml:space="preserve">Otros servicios generales, un aumento de </w:t>
      </w:r>
      <w:r w:rsidR="009F7475">
        <w:rPr>
          <w:rFonts w:ascii="Arial" w:hAnsi="Arial" w:cs="Arial"/>
          <w:sz w:val="24"/>
          <w:szCs w:val="24"/>
        </w:rPr>
        <w:t>$</w:t>
      </w:r>
      <w:r w:rsidRPr="002E4E9B">
        <w:rPr>
          <w:rFonts w:ascii="Arial" w:hAnsi="Arial" w:cs="Arial"/>
          <w:sz w:val="24"/>
          <w:szCs w:val="24"/>
        </w:rPr>
        <w:t>55,500</w:t>
      </w:r>
      <w:r w:rsidR="009F7475">
        <w:rPr>
          <w:rFonts w:ascii="Arial" w:hAnsi="Arial" w:cs="Arial"/>
          <w:sz w:val="24"/>
          <w:szCs w:val="24"/>
        </w:rPr>
        <w:t xml:space="preserve">.00 </w:t>
      </w:r>
      <w:r w:rsidR="009F7475">
        <w:rPr>
          <w:rFonts w:ascii="Arial" w:hAnsi="Arial" w:cs="Arial"/>
          <w:sz w:val="24"/>
          <w:szCs w:val="24"/>
        </w:rPr>
        <w:lastRenderedPageBreak/>
        <w:t>pesos</w:t>
      </w:r>
      <w:r w:rsidRPr="002E4E9B">
        <w:rPr>
          <w:rFonts w:ascii="Arial" w:hAnsi="Arial" w:cs="Arial"/>
          <w:sz w:val="24"/>
          <w:szCs w:val="24"/>
        </w:rPr>
        <w:t xml:space="preserve">, quedando un total de </w:t>
      </w:r>
      <w:r w:rsidR="009F7475">
        <w:rPr>
          <w:rFonts w:ascii="Arial" w:hAnsi="Arial" w:cs="Arial"/>
          <w:sz w:val="24"/>
          <w:szCs w:val="24"/>
        </w:rPr>
        <w:t>$</w:t>
      </w:r>
      <w:r w:rsidRPr="002E4E9B">
        <w:rPr>
          <w:rFonts w:ascii="Arial" w:hAnsi="Arial" w:cs="Arial"/>
          <w:sz w:val="24"/>
          <w:szCs w:val="24"/>
        </w:rPr>
        <w:t>739,500</w:t>
      </w:r>
      <w:r w:rsidR="009F7475">
        <w:rPr>
          <w:rFonts w:ascii="Arial" w:hAnsi="Arial" w:cs="Arial"/>
          <w:sz w:val="24"/>
          <w:szCs w:val="24"/>
        </w:rPr>
        <w:t>.00 pesos</w:t>
      </w:r>
      <w:r w:rsidRPr="002E4E9B">
        <w:rPr>
          <w:rFonts w:ascii="Arial" w:hAnsi="Arial" w:cs="Arial"/>
          <w:sz w:val="24"/>
          <w:szCs w:val="24"/>
        </w:rPr>
        <w:t>.</w:t>
      </w:r>
      <w:r w:rsidR="009F7475">
        <w:rPr>
          <w:rFonts w:ascii="Arial" w:hAnsi="Arial" w:cs="Arial"/>
          <w:sz w:val="24"/>
          <w:szCs w:val="24"/>
        </w:rPr>
        <w:t xml:space="preserve"> </w:t>
      </w:r>
      <w:r w:rsidRPr="002E4E9B">
        <w:rPr>
          <w:rFonts w:ascii="Arial" w:hAnsi="Arial" w:cs="Arial"/>
          <w:sz w:val="24"/>
          <w:szCs w:val="24"/>
        </w:rPr>
        <w:t>Hasta aquí abarcaríamos el capítulo 3000. No sé si hubiera alguna duda respecto a las partidas del capítulo 3000. De no ser así, continuaremos con el 4000.</w:t>
      </w:r>
      <w:r w:rsidR="009F7475">
        <w:rPr>
          <w:rFonts w:ascii="Arial" w:hAnsi="Arial" w:cs="Arial"/>
          <w:sz w:val="24"/>
          <w:szCs w:val="24"/>
        </w:rPr>
        <w:t xml:space="preserve"> </w:t>
      </w:r>
      <w:r w:rsidRPr="002E4E9B">
        <w:rPr>
          <w:rFonts w:ascii="Arial" w:hAnsi="Arial" w:cs="Arial"/>
          <w:sz w:val="24"/>
          <w:szCs w:val="24"/>
        </w:rPr>
        <w:t>Adelante, tesorera.</w:t>
      </w:r>
    </w:p>
    <w:p w14:paraId="2C8C086D" w14:textId="5F595943" w:rsidR="00EC03D4" w:rsidRPr="002E4E9B" w:rsidRDefault="009F7475" w:rsidP="00DC6CFE">
      <w:pPr>
        <w:jc w:val="both"/>
        <w:rPr>
          <w:rFonts w:ascii="Arial" w:hAnsi="Arial" w:cs="Arial"/>
          <w:sz w:val="24"/>
          <w:szCs w:val="24"/>
        </w:rPr>
      </w:pPr>
      <w:r>
        <w:rPr>
          <w:rFonts w:ascii="Arial" w:hAnsi="Arial" w:cs="Arial"/>
          <w:b/>
          <w:bCs/>
          <w:sz w:val="24"/>
          <w:szCs w:val="24"/>
        </w:rPr>
        <w:t xml:space="preserve">C. VICTORIA GARCÍA CONTRERAS. - </w:t>
      </w:r>
      <w:r w:rsidRPr="002E4E9B">
        <w:rPr>
          <w:rFonts w:ascii="Arial" w:hAnsi="Arial" w:cs="Arial"/>
          <w:sz w:val="24"/>
          <w:szCs w:val="24"/>
        </w:rPr>
        <w:t>Gracias. Bueno, solo comentarles que algunas de las partidas que ustedes ven que de origen vienen en cero, este, que tiene que ver con seguridad pública, y que son de cuantía considerable, es por el ajuste que se hizo en el reacomodo de sus partidas, porque de origen este el presupuesto ellos l</w:t>
      </w:r>
      <w:r>
        <w:rPr>
          <w:rFonts w:ascii="Arial" w:hAnsi="Arial" w:cs="Arial"/>
          <w:sz w:val="24"/>
          <w:szCs w:val="24"/>
        </w:rPr>
        <w:t xml:space="preserve">o </w:t>
      </w:r>
      <w:r w:rsidRPr="002E4E9B">
        <w:rPr>
          <w:rFonts w:ascii="Arial" w:hAnsi="Arial" w:cs="Arial"/>
          <w:sz w:val="24"/>
          <w:szCs w:val="24"/>
        </w:rPr>
        <w:t>presentaron en razón del catálogo que tenían autorizado para el ejercicio 2025</w:t>
      </w:r>
      <w:r>
        <w:rPr>
          <w:rFonts w:ascii="Arial" w:hAnsi="Arial" w:cs="Arial"/>
          <w:sz w:val="24"/>
          <w:szCs w:val="24"/>
        </w:rPr>
        <w:t xml:space="preserve"> dos mil veinticinco</w:t>
      </w:r>
      <w:r w:rsidRPr="002E4E9B">
        <w:rPr>
          <w:rFonts w:ascii="Arial" w:hAnsi="Arial" w:cs="Arial"/>
          <w:sz w:val="24"/>
          <w:szCs w:val="24"/>
        </w:rPr>
        <w:t xml:space="preserve"> que viene establecido dentro de los criterios y en el mes de febrero que</w:t>
      </w:r>
      <w:r>
        <w:rPr>
          <w:rFonts w:ascii="Arial" w:hAnsi="Arial" w:cs="Arial"/>
          <w:sz w:val="24"/>
          <w:szCs w:val="24"/>
        </w:rPr>
        <w:t xml:space="preserve"> </w:t>
      </w:r>
      <w:r w:rsidRPr="002E4E9B">
        <w:rPr>
          <w:rFonts w:ascii="Arial" w:hAnsi="Arial" w:cs="Arial"/>
          <w:sz w:val="24"/>
          <w:szCs w:val="24"/>
        </w:rPr>
        <w:t>sacaron los nuevos criterios ya varios de los conceptos que les habían autorizado en el 2025</w:t>
      </w:r>
      <w:r>
        <w:rPr>
          <w:rFonts w:ascii="Arial" w:hAnsi="Arial" w:cs="Arial"/>
          <w:sz w:val="24"/>
          <w:szCs w:val="24"/>
        </w:rPr>
        <w:t xml:space="preserve"> dos mil veinticinco</w:t>
      </w:r>
      <w:r w:rsidRPr="002E4E9B">
        <w:rPr>
          <w:rFonts w:ascii="Arial" w:hAnsi="Arial" w:cs="Arial"/>
          <w:sz w:val="24"/>
          <w:szCs w:val="24"/>
        </w:rPr>
        <w:t xml:space="preserve"> ya no estaban para</w:t>
      </w:r>
      <w:r>
        <w:rPr>
          <w:rFonts w:ascii="Arial" w:hAnsi="Arial" w:cs="Arial"/>
          <w:sz w:val="24"/>
          <w:szCs w:val="24"/>
        </w:rPr>
        <w:t xml:space="preserve"> </w:t>
      </w:r>
      <w:r w:rsidRPr="002E4E9B">
        <w:rPr>
          <w:rFonts w:ascii="Arial" w:hAnsi="Arial" w:cs="Arial"/>
          <w:sz w:val="24"/>
          <w:szCs w:val="24"/>
        </w:rPr>
        <w:t>el 2026</w:t>
      </w:r>
      <w:r>
        <w:rPr>
          <w:rFonts w:ascii="Arial" w:hAnsi="Arial" w:cs="Arial"/>
          <w:sz w:val="24"/>
          <w:szCs w:val="24"/>
        </w:rPr>
        <w:t xml:space="preserve"> dos mil veintiséis</w:t>
      </w:r>
      <w:r w:rsidRPr="002E4E9B">
        <w:rPr>
          <w:rFonts w:ascii="Arial" w:hAnsi="Arial" w:cs="Arial"/>
          <w:sz w:val="24"/>
          <w:szCs w:val="24"/>
        </w:rPr>
        <w:t>. Entonces, en ese sentido, pues se tuvieron que hacer algunos cambios y</w:t>
      </w:r>
      <w:r>
        <w:rPr>
          <w:rFonts w:ascii="Arial" w:hAnsi="Arial" w:cs="Arial"/>
          <w:sz w:val="24"/>
          <w:szCs w:val="24"/>
        </w:rPr>
        <w:t xml:space="preserve"> </w:t>
      </w:r>
      <w:r w:rsidRPr="002E4E9B">
        <w:rPr>
          <w:rFonts w:ascii="Arial" w:hAnsi="Arial" w:cs="Arial"/>
          <w:sz w:val="24"/>
          <w:szCs w:val="24"/>
        </w:rPr>
        <w:t>es por ello de que aparecen en cero y posteriormente pues aparecen ya sea con un incremento o les aparece la cantidad este como modificación.</w:t>
      </w:r>
      <w:r>
        <w:rPr>
          <w:rFonts w:ascii="Arial" w:hAnsi="Arial" w:cs="Arial"/>
          <w:sz w:val="24"/>
          <w:szCs w:val="24"/>
        </w:rPr>
        <w:t xml:space="preserve"> </w:t>
      </w:r>
      <w:r w:rsidRPr="002E4E9B">
        <w:rPr>
          <w:rFonts w:ascii="Arial" w:hAnsi="Arial" w:cs="Arial"/>
          <w:sz w:val="24"/>
          <w:szCs w:val="24"/>
        </w:rPr>
        <w:t>Insisto, la las modificaciones que se hacen con ellos es en razón de los conceptos que a ellos les aprueban.</w:t>
      </w:r>
      <w:r>
        <w:rPr>
          <w:rFonts w:ascii="Arial" w:hAnsi="Arial" w:cs="Arial"/>
          <w:sz w:val="24"/>
          <w:szCs w:val="24"/>
        </w:rPr>
        <w:t xml:space="preserve"> </w:t>
      </w:r>
      <w:r w:rsidRPr="002E4E9B">
        <w:rPr>
          <w:rFonts w:ascii="Arial" w:hAnsi="Arial" w:cs="Arial"/>
          <w:sz w:val="24"/>
          <w:szCs w:val="24"/>
        </w:rPr>
        <w:t>Entonces, si algún concepto, por ejemplo, en el 2025</w:t>
      </w:r>
      <w:r>
        <w:rPr>
          <w:rFonts w:ascii="Arial" w:hAnsi="Arial" w:cs="Arial"/>
          <w:sz w:val="24"/>
          <w:szCs w:val="24"/>
        </w:rPr>
        <w:t xml:space="preserve"> dos mil veinticinco</w:t>
      </w:r>
      <w:r w:rsidRPr="002E4E9B">
        <w:rPr>
          <w:rFonts w:ascii="Arial" w:hAnsi="Arial" w:cs="Arial"/>
          <w:sz w:val="24"/>
          <w:szCs w:val="24"/>
        </w:rPr>
        <w:t xml:space="preserve"> quedó aprobado pagar todo el combustible de la flotilla de</w:t>
      </w:r>
      <w:r>
        <w:rPr>
          <w:rFonts w:ascii="Arial" w:hAnsi="Arial" w:cs="Arial"/>
          <w:sz w:val="24"/>
          <w:szCs w:val="24"/>
        </w:rPr>
        <w:t xml:space="preserve"> </w:t>
      </w:r>
      <w:r w:rsidRPr="002E4E9B">
        <w:rPr>
          <w:rFonts w:ascii="Arial" w:hAnsi="Arial" w:cs="Arial"/>
          <w:sz w:val="24"/>
          <w:szCs w:val="24"/>
        </w:rPr>
        <w:t>seguridad pública, pero en y se presupuestó de igual forma para el 2026</w:t>
      </w:r>
      <w:r>
        <w:rPr>
          <w:rFonts w:ascii="Arial" w:hAnsi="Arial" w:cs="Arial"/>
          <w:sz w:val="24"/>
          <w:szCs w:val="24"/>
        </w:rPr>
        <w:t xml:space="preserve"> dos mil veintiséis</w:t>
      </w:r>
      <w:r w:rsidRPr="002E4E9B">
        <w:rPr>
          <w:rFonts w:ascii="Arial" w:hAnsi="Arial" w:cs="Arial"/>
          <w:sz w:val="24"/>
          <w:szCs w:val="24"/>
        </w:rPr>
        <w:t xml:space="preserve"> y cuando llegaron la publicación de los</w:t>
      </w:r>
      <w:r>
        <w:rPr>
          <w:rFonts w:ascii="Arial" w:hAnsi="Arial" w:cs="Arial"/>
          <w:sz w:val="24"/>
          <w:szCs w:val="24"/>
        </w:rPr>
        <w:t xml:space="preserve"> </w:t>
      </w:r>
      <w:r w:rsidRPr="002E4E9B">
        <w:rPr>
          <w:rFonts w:ascii="Arial" w:hAnsi="Arial" w:cs="Arial"/>
          <w:sz w:val="24"/>
          <w:szCs w:val="24"/>
        </w:rPr>
        <w:t>criterios para el 2026</w:t>
      </w:r>
      <w:r>
        <w:rPr>
          <w:rFonts w:ascii="Arial" w:hAnsi="Arial" w:cs="Arial"/>
          <w:sz w:val="24"/>
          <w:szCs w:val="24"/>
        </w:rPr>
        <w:t xml:space="preserve"> dos mil veintiséis</w:t>
      </w:r>
      <w:r w:rsidRPr="002E4E9B">
        <w:rPr>
          <w:rFonts w:ascii="Arial" w:hAnsi="Arial" w:cs="Arial"/>
          <w:sz w:val="24"/>
          <w:szCs w:val="24"/>
        </w:rPr>
        <w:t xml:space="preserve"> no nos autorizaron el combustible, entonces tuvimos una afectación de 6 millones de que se tuvo que acomodar para</w:t>
      </w:r>
      <w:r>
        <w:rPr>
          <w:rFonts w:ascii="Arial" w:hAnsi="Arial" w:cs="Arial"/>
          <w:sz w:val="24"/>
          <w:szCs w:val="24"/>
        </w:rPr>
        <w:t xml:space="preserve"> </w:t>
      </w:r>
      <w:r w:rsidRPr="002E4E9B">
        <w:rPr>
          <w:rFonts w:ascii="Arial" w:hAnsi="Arial" w:cs="Arial"/>
          <w:sz w:val="24"/>
          <w:szCs w:val="24"/>
        </w:rPr>
        <w:t>asumirla  nosotros con el presupuesto fuera del 20% por de la asignación a seguridad pública y a ellos esos</w:t>
      </w:r>
      <w:r>
        <w:rPr>
          <w:rFonts w:ascii="Arial" w:hAnsi="Arial" w:cs="Arial"/>
          <w:sz w:val="24"/>
          <w:szCs w:val="24"/>
        </w:rPr>
        <w:t xml:space="preserve"> $</w:t>
      </w:r>
      <w:r w:rsidRPr="002E4E9B">
        <w:rPr>
          <w:rFonts w:ascii="Arial" w:hAnsi="Arial" w:cs="Arial"/>
          <w:sz w:val="24"/>
          <w:szCs w:val="24"/>
        </w:rPr>
        <w:t>6,000</w:t>
      </w:r>
      <w:r>
        <w:rPr>
          <w:rFonts w:ascii="Arial" w:hAnsi="Arial" w:cs="Arial"/>
          <w:sz w:val="24"/>
          <w:szCs w:val="24"/>
        </w:rPr>
        <w:t>,000.00</w:t>
      </w:r>
      <w:r w:rsidR="007037F9">
        <w:rPr>
          <w:rFonts w:ascii="Arial" w:hAnsi="Arial" w:cs="Arial"/>
          <w:sz w:val="24"/>
          <w:szCs w:val="24"/>
        </w:rPr>
        <w:t xml:space="preserve"> millones</w:t>
      </w:r>
      <w:r w:rsidRPr="002E4E9B">
        <w:rPr>
          <w:rFonts w:ascii="Arial" w:hAnsi="Arial" w:cs="Arial"/>
          <w:sz w:val="24"/>
          <w:szCs w:val="24"/>
        </w:rPr>
        <w:t xml:space="preserve"> les quedaron libres para reasignarlos en otros conceptos de los cuales pues pudieran requerir ellos este</w:t>
      </w:r>
      <w:r>
        <w:rPr>
          <w:rFonts w:ascii="Arial" w:hAnsi="Arial" w:cs="Arial"/>
          <w:sz w:val="24"/>
          <w:szCs w:val="24"/>
        </w:rPr>
        <w:t xml:space="preserve"> </w:t>
      </w:r>
      <w:r w:rsidRPr="002E4E9B">
        <w:rPr>
          <w:rFonts w:ascii="Arial" w:hAnsi="Arial" w:cs="Arial"/>
          <w:sz w:val="24"/>
          <w:szCs w:val="24"/>
        </w:rPr>
        <w:t>equipamiento, por eso es de que hay algunas modificaciones en ese sentido, pero este todo está relacionado</w:t>
      </w:r>
      <w:r>
        <w:rPr>
          <w:rFonts w:ascii="Arial" w:hAnsi="Arial" w:cs="Arial"/>
          <w:sz w:val="24"/>
          <w:szCs w:val="24"/>
        </w:rPr>
        <w:t xml:space="preserve"> </w:t>
      </w:r>
      <w:r w:rsidRPr="002E4E9B">
        <w:rPr>
          <w:rFonts w:ascii="Arial" w:hAnsi="Arial" w:cs="Arial"/>
          <w:sz w:val="24"/>
          <w:szCs w:val="24"/>
        </w:rPr>
        <w:t>justamente pues con lo que sí nos permiten gastar de lo que se autorizó este en este nuevo catálogo. Gracias.</w:t>
      </w:r>
    </w:p>
    <w:p w14:paraId="0D938D2B" w14:textId="77777777" w:rsidR="007037F9" w:rsidRDefault="009F7475"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Gracias, tesorera. Si no hubiera más comentarios respecto al capítulo 3000, continuaremos con el 4000, que viene siendo en forma general este los programas sociales, ¿no?</w:t>
      </w:r>
      <w:r>
        <w:rPr>
          <w:rFonts w:ascii="Arial" w:hAnsi="Arial" w:cs="Arial"/>
          <w:sz w:val="24"/>
          <w:szCs w:val="24"/>
        </w:rPr>
        <w:t xml:space="preserve"> </w:t>
      </w:r>
      <w:r w:rsidRPr="002E4E9B">
        <w:rPr>
          <w:rFonts w:ascii="Arial" w:hAnsi="Arial" w:cs="Arial"/>
          <w:sz w:val="24"/>
          <w:szCs w:val="24"/>
        </w:rPr>
        <w:t xml:space="preserve">Subsidios a entidades federativas y municipios, una disminución de </w:t>
      </w:r>
      <w:r>
        <w:rPr>
          <w:rFonts w:ascii="Arial" w:hAnsi="Arial" w:cs="Arial"/>
          <w:sz w:val="24"/>
          <w:szCs w:val="24"/>
        </w:rPr>
        <w:t>$</w:t>
      </w:r>
      <w:r w:rsidRPr="002E4E9B">
        <w:rPr>
          <w:rFonts w:ascii="Arial" w:hAnsi="Arial" w:cs="Arial"/>
          <w:sz w:val="24"/>
          <w:szCs w:val="24"/>
        </w:rPr>
        <w:t>65,000</w:t>
      </w:r>
      <w:r>
        <w:rPr>
          <w:rFonts w:ascii="Arial" w:hAnsi="Arial" w:cs="Arial"/>
          <w:sz w:val="24"/>
          <w:szCs w:val="24"/>
        </w:rPr>
        <w:t>.00 pesos</w:t>
      </w:r>
      <w:r w:rsidRPr="002E4E9B">
        <w:rPr>
          <w:rFonts w:ascii="Arial" w:hAnsi="Arial" w:cs="Arial"/>
          <w:sz w:val="24"/>
          <w:szCs w:val="24"/>
        </w:rPr>
        <w:t xml:space="preserve"> quedando un total de </w:t>
      </w:r>
      <w:r>
        <w:rPr>
          <w:rFonts w:ascii="Arial" w:hAnsi="Arial" w:cs="Arial"/>
          <w:sz w:val="24"/>
          <w:szCs w:val="24"/>
        </w:rPr>
        <w:t>$</w:t>
      </w:r>
      <w:r w:rsidRPr="002E4E9B">
        <w:rPr>
          <w:rFonts w:ascii="Arial" w:hAnsi="Arial" w:cs="Arial"/>
          <w:sz w:val="24"/>
          <w:szCs w:val="24"/>
        </w:rPr>
        <w:t>335,000.</w:t>
      </w:r>
      <w:r>
        <w:rPr>
          <w:rFonts w:ascii="Arial" w:hAnsi="Arial" w:cs="Arial"/>
          <w:sz w:val="24"/>
          <w:szCs w:val="24"/>
        </w:rPr>
        <w:t xml:space="preserve">00 pesos </w:t>
      </w:r>
      <w:r w:rsidRPr="002E4E9B">
        <w:rPr>
          <w:rFonts w:ascii="Arial" w:hAnsi="Arial" w:cs="Arial"/>
          <w:sz w:val="24"/>
          <w:szCs w:val="24"/>
        </w:rPr>
        <w:t xml:space="preserve">Ayudas sociales a personas, un aumento de </w:t>
      </w:r>
      <w:r>
        <w:rPr>
          <w:rFonts w:ascii="Arial" w:hAnsi="Arial" w:cs="Arial"/>
          <w:sz w:val="24"/>
          <w:szCs w:val="24"/>
        </w:rPr>
        <w:t>$</w:t>
      </w:r>
      <w:r w:rsidRPr="002E4E9B">
        <w:rPr>
          <w:rFonts w:ascii="Arial" w:hAnsi="Arial" w:cs="Arial"/>
          <w:sz w:val="24"/>
          <w:szCs w:val="24"/>
        </w:rPr>
        <w:t>247,000</w:t>
      </w:r>
      <w:r>
        <w:rPr>
          <w:rFonts w:ascii="Arial" w:hAnsi="Arial" w:cs="Arial"/>
          <w:sz w:val="24"/>
          <w:szCs w:val="24"/>
        </w:rPr>
        <w:t>.00</w:t>
      </w:r>
      <w:r w:rsidRPr="002E4E9B">
        <w:rPr>
          <w:rFonts w:ascii="Arial" w:hAnsi="Arial" w:cs="Arial"/>
          <w:sz w:val="24"/>
          <w:szCs w:val="24"/>
        </w:rPr>
        <w:t xml:space="preserve"> pes</w:t>
      </w:r>
      <w:r>
        <w:rPr>
          <w:rFonts w:ascii="Arial" w:hAnsi="Arial" w:cs="Arial"/>
          <w:sz w:val="24"/>
          <w:szCs w:val="24"/>
        </w:rPr>
        <w:t>os</w:t>
      </w:r>
      <w:r w:rsidRPr="002E4E9B">
        <w:rPr>
          <w:rFonts w:ascii="Arial" w:hAnsi="Arial" w:cs="Arial"/>
          <w:sz w:val="24"/>
          <w:szCs w:val="24"/>
        </w:rPr>
        <w:t xml:space="preserve"> quedando un quedando un total de </w:t>
      </w:r>
      <w:r>
        <w:rPr>
          <w:rFonts w:ascii="Arial" w:hAnsi="Arial" w:cs="Arial"/>
          <w:sz w:val="24"/>
          <w:szCs w:val="24"/>
        </w:rPr>
        <w:t>$</w:t>
      </w:r>
      <w:r w:rsidRPr="002E4E9B">
        <w:rPr>
          <w:rFonts w:ascii="Arial" w:hAnsi="Arial" w:cs="Arial"/>
          <w:sz w:val="24"/>
          <w:szCs w:val="24"/>
        </w:rPr>
        <w:t>3</w:t>
      </w:r>
      <w:r>
        <w:rPr>
          <w:rFonts w:ascii="Arial" w:hAnsi="Arial" w:cs="Arial"/>
          <w:sz w:val="24"/>
          <w:szCs w:val="24"/>
        </w:rPr>
        <w:t>,</w:t>
      </w:r>
      <w:r w:rsidRPr="002E4E9B">
        <w:rPr>
          <w:rFonts w:ascii="Arial" w:hAnsi="Arial" w:cs="Arial"/>
          <w:sz w:val="24"/>
          <w:szCs w:val="24"/>
        </w:rPr>
        <w:t>7</w:t>
      </w:r>
      <w:r>
        <w:rPr>
          <w:rFonts w:ascii="Arial" w:hAnsi="Arial" w:cs="Arial"/>
          <w:sz w:val="24"/>
          <w:szCs w:val="24"/>
        </w:rPr>
        <w:t>00,000 millones</w:t>
      </w:r>
      <w:r w:rsidRPr="002E4E9B">
        <w:rPr>
          <w:rFonts w:ascii="Arial" w:hAnsi="Arial" w:cs="Arial"/>
          <w:sz w:val="24"/>
          <w:szCs w:val="24"/>
        </w:rPr>
        <w:t>. Becas y</w:t>
      </w:r>
      <w:r>
        <w:rPr>
          <w:rFonts w:ascii="Arial" w:hAnsi="Arial" w:cs="Arial"/>
          <w:sz w:val="24"/>
          <w:szCs w:val="24"/>
        </w:rPr>
        <w:t xml:space="preserve"> </w:t>
      </w:r>
      <w:r w:rsidRPr="002E4E9B">
        <w:rPr>
          <w:rFonts w:ascii="Arial" w:hAnsi="Arial" w:cs="Arial"/>
          <w:sz w:val="24"/>
          <w:szCs w:val="24"/>
        </w:rPr>
        <w:t xml:space="preserve">otras ayudas para programas de capacitación. un aumento de </w:t>
      </w:r>
      <w:r>
        <w:rPr>
          <w:rFonts w:ascii="Arial" w:hAnsi="Arial" w:cs="Arial"/>
          <w:sz w:val="24"/>
          <w:szCs w:val="24"/>
        </w:rPr>
        <w:t>$</w:t>
      </w:r>
      <w:r w:rsidRPr="002E4E9B">
        <w:rPr>
          <w:rFonts w:ascii="Arial" w:hAnsi="Arial" w:cs="Arial"/>
          <w:sz w:val="24"/>
          <w:szCs w:val="24"/>
        </w:rPr>
        <w:t>11,000</w:t>
      </w:r>
      <w:r>
        <w:rPr>
          <w:rFonts w:ascii="Arial" w:hAnsi="Arial" w:cs="Arial"/>
          <w:sz w:val="24"/>
          <w:szCs w:val="24"/>
        </w:rPr>
        <w:t>.00</w:t>
      </w:r>
      <w:r w:rsidRPr="002E4E9B">
        <w:rPr>
          <w:rFonts w:ascii="Arial" w:hAnsi="Arial" w:cs="Arial"/>
          <w:sz w:val="24"/>
          <w:szCs w:val="24"/>
        </w:rPr>
        <w:t xml:space="preserve"> pes</w:t>
      </w:r>
      <w:r>
        <w:rPr>
          <w:rFonts w:ascii="Arial" w:hAnsi="Arial" w:cs="Arial"/>
          <w:sz w:val="24"/>
          <w:szCs w:val="24"/>
        </w:rPr>
        <w:t>os</w:t>
      </w:r>
      <w:r w:rsidRPr="002E4E9B">
        <w:rPr>
          <w:rFonts w:ascii="Arial" w:hAnsi="Arial" w:cs="Arial"/>
          <w:sz w:val="24"/>
          <w:szCs w:val="24"/>
        </w:rPr>
        <w:t xml:space="preserve">, quedando un total de </w:t>
      </w:r>
      <w:r>
        <w:rPr>
          <w:rFonts w:ascii="Arial" w:hAnsi="Arial" w:cs="Arial"/>
          <w:sz w:val="24"/>
          <w:szCs w:val="24"/>
        </w:rPr>
        <w:t>$</w:t>
      </w:r>
      <w:r w:rsidRPr="002E4E9B">
        <w:rPr>
          <w:rFonts w:ascii="Arial" w:hAnsi="Arial" w:cs="Arial"/>
          <w:sz w:val="24"/>
          <w:szCs w:val="24"/>
        </w:rPr>
        <w:t>172,000.</w:t>
      </w:r>
      <w:r>
        <w:rPr>
          <w:rFonts w:ascii="Arial" w:hAnsi="Arial" w:cs="Arial"/>
          <w:sz w:val="24"/>
          <w:szCs w:val="24"/>
        </w:rPr>
        <w:t>00</w:t>
      </w:r>
      <w:r w:rsidRPr="002E4E9B">
        <w:rPr>
          <w:rFonts w:ascii="Arial" w:hAnsi="Arial" w:cs="Arial"/>
          <w:sz w:val="24"/>
          <w:szCs w:val="24"/>
        </w:rPr>
        <w:t xml:space="preserve">, ayudas sociales a instituciones de enseñanza, un aumento de </w:t>
      </w:r>
      <w:r w:rsidR="007037F9">
        <w:rPr>
          <w:rFonts w:ascii="Arial" w:hAnsi="Arial" w:cs="Arial"/>
          <w:sz w:val="24"/>
          <w:szCs w:val="24"/>
        </w:rPr>
        <w:t>$</w:t>
      </w:r>
      <w:r w:rsidRPr="002E4E9B">
        <w:rPr>
          <w:rFonts w:ascii="Arial" w:hAnsi="Arial" w:cs="Arial"/>
          <w:sz w:val="24"/>
          <w:szCs w:val="24"/>
        </w:rPr>
        <w:t>7</w:t>
      </w:r>
      <w:r w:rsidR="007037F9">
        <w:rPr>
          <w:rFonts w:ascii="Arial" w:hAnsi="Arial" w:cs="Arial"/>
          <w:sz w:val="24"/>
          <w:szCs w:val="24"/>
        </w:rPr>
        <w:t>,</w:t>
      </w:r>
      <w:r w:rsidRPr="002E4E9B">
        <w:rPr>
          <w:rFonts w:ascii="Arial" w:hAnsi="Arial" w:cs="Arial"/>
          <w:sz w:val="24"/>
          <w:szCs w:val="24"/>
        </w:rPr>
        <w:t>4</w:t>
      </w:r>
      <w:r w:rsidR="007037F9">
        <w:rPr>
          <w:rFonts w:ascii="Arial" w:hAnsi="Arial" w:cs="Arial"/>
          <w:sz w:val="24"/>
          <w:szCs w:val="24"/>
        </w:rPr>
        <w:t>00,000.00</w:t>
      </w:r>
      <w:r w:rsidRPr="002E4E9B">
        <w:rPr>
          <w:rFonts w:ascii="Arial" w:hAnsi="Arial" w:cs="Arial"/>
          <w:sz w:val="24"/>
          <w:szCs w:val="24"/>
        </w:rPr>
        <w:t xml:space="preserve"> millones de, quedando un total de </w:t>
      </w:r>
      <w:r>
        <w:rPr>
          <w:rFonts w:ascii="Arial" w:hAnsi="Arial" w:cs="Arial"/>
          <w:sz w:val="24"/>
          <w:szCs w:val="24"/>
        </w:rPr>
        <w:t>$</w:t>
      </w:r>
      <w:r w:rsidRPr="002E4E9B">
        <w:rPr>
          <w:rFonts w:ascii="Arial" w:hAnsi="Arial" w:cs="Arial"/>
          <w:sz w:val="24"/>
          <w:szCs w:val="24"/>
        </w:rPr>
        <w:t>14</w:t>
      </w:r>
      <w:r>
        <w:rPr>
          <w:rFonts w:ascii="Arial" w:hAnsi="Arial" w:cs="Arial"/>
          <w:sz w:val="24"/>
          <w:szCs w:val="24"/>
        </w:rPr>
        <w:t>,400,000.00</w:t>
      </w:r>
      <w:r w:rsidRPr="002E4E9B">
        <w:rPr>
          <w:rFonts w:ascii="Arial" w:hAnsi="Arial" w:cs="Arial"/>
          <w:sz w:val="24"/>
          <w:szCs w:val="24"/>
        </w:rPr>
        <w:t xml:space="preserve"> millones de que atiende al programa de ¿cómo se llama? V</w:t>
      </w:r>
      <w:r>
        <w:rPr>
          <w:rFonts w:ascii="Arial" w:hAnsi="Arial" w:cs="Arial"/>
          <w:sz w:val="24"/>
          <w:szCs w:val="24"/>
        </w:rPr>
        <w:t xml:space="preserve">ales </w:t>
      </w:r>
      <w:r w:rsidRPr="002E4E9B">
        <w:rPr>
          <w:rFonts w:ascii="Arial" w:hAnsi="Arial" w:cs="Arial"/>
          <w:sz w:val="24"/>
          <w:szCs w:val="24"/>
        </w:rPr>
        <w:t>del bienestar educativo.</w:t>
      </w:r>
      <w:r>
        <w:rPr>
          <w:rFonts w:ascii="Arial" w:hAnsi="Arial" w:cs="Arial"/>
          <w:sz w:val="24"/>
          <w:szCs w:val="24"/>
        </w:rPr>
        <w:t xml:space="preserve">  </w:t>
      </w:r>
      <w:r w:rsidRPr="002E4E9B">
        <w:rPr>
          <w:rFonts w:ascii="Arial" w:hAnsi="Arial" w:cs="Arial"/>
          <w:sz w:val="24"/>
          <w:szCs w:val="24"/>
        </w:rPr>
        <w:t>Vales del bienestar lo que fue en su momento nuestra versión de</w:t>
      </w:r>
      <w:r>
        <w:rPr>
          <w:rFonts w:ascii="Arial" w:hAnsi="Arial" w:cs="Arial"/>
          <w:sz w:val="24"/>
          <w:szCs w:val="24"/>
        </w:rPr>
        <w:t xml:space="preserve"> “Listo Jalisco”</w:t>
      </w:r>
      <w:r w:rsidRPr="002E4E9B">
        <w:rPr>
          <w:rFonts w:ascii="Arial" w:hAnsi="Arial" w:cs="Arial"/>
          <w:sz w:val="24"/>
          <w:szCs w:val="24"/>
        </w:rPr>
        <w:t xml:space="preserve"> ¿no</w:t>
      </w:r>
      <w:r w:rsidR="007037F9" w:rsidRPr="002E4E9B">
        <w:rPr>
          <w:rFonts w:ascii="Arial" w:hAnsi="Arial" w:cs="Arial"/>
          <w:sz w:val="24"/>
          <w:szCs w:val="24"/>
        </w:rPr>
        <w:t>?</w:t>
      </w:r>
      <w:r w:rsidR="007037F9">
        <w:rPr>
          <w:rFonts w:ascii="Arial" w:hAnsi="Arial" w:cs="Arial"/>
          <w:sz w:val="24"/>
          <w:szCs w:val="24"/>
        </w:rPr>
        <w:t>,</w:t>
      </w:r>
      <w:r w:rsidRPr="002E4E9B">
        <w:rPr>
          <w:rFonts w:ascii="Arial" w:hAnsi="Arial" w:cs="Arial"/>
          <w:sz w:val="24"/>
          <w:szCs w:val="24"/>
        </w:rPr>
        <w:t xml:space="preserve"> ayudas sociales instituciones sin fines de lucro. Un aumento de </w:t>
      </w:r>
      <w:r>
        <w:rPr>
          <w:rFonts w:ascii="Arial" w:hAnsi="Arial" w:cs="Arial"/>
          <w:sz w:val="24"/>
          <w:szCs w:val="24"/>
        </w:rPr>
        <w:t>$</w:t>
      </w:r>
      <w:r w:rsidRPr="002E4E9B">
        <w:rPr>
          <w:rFonts w:ascii="Arial" w:hAnsi="Arial" w:cs="Arial"/>
          <w:sz w:val="24"/>
          <w:szCs w:val="24"/>
        </w:rPr>
        <w:t>7</w:t>
      </w:r>
      <w:r w:rsidR="007037F9">
        <w:rPr>
          <w:rFonts w:ascii="Arial" w:hAnsi="Arial" w:cs="Arial"/>
          <w:sz w:val="24"/>
          <w:szCs w:val="24"/>
        </w:rPr>
        <w:t>6</w:t>
      </w:r>
      <w:r>
        <w:rPr>
          <w:rFonts w:ascii="Arial" w:hAnsi="Arial" w:cs="Arial"/>
          <w:sz w:val="24"/>
          <w:szCs w:val="24"/>
        </w:rPr>
        <w:t>,</w:t>
      </w:r>
      <w:r w:rsidRPr="002E4E9B">
        <w:rPr>
          <w:rFonts w:ascii="Arial" w:hAnsi="Arial" w:cs="Arial"/>
          <w:sz w:val="24"/>
          <w:szCs w:val="24"/>
        </w:rPr>
        <w:t>600</w:t>
      </w:r>
      <w:r>
        <w:rPr>
          <w:rFonts w:ascii="Arial" w:hAnsi="Arial" w:cs="Arial"/>
          <w:sz w:val="24"/>
          <w:szCs w:val="24"/>
        </w:rPr>
        <w:t>.00 pesos</w:t>
      </w:r>
      <w:r w:rsidRPr="002E4E9B">
        <w:rPr>
          <w:rFonts w:ascii="Arial" w:hAnsi="Arial" w:cs="Arial"/>
          <w:sz w:val="24"/>
          <w:szCs w:val="24"/>
        </w:rPr>
        <w:t xml:space="preserve">, quedando un total de </w:t>
      </w:r>
      <w:r w:rsidR="007037F9">
        <w:rPr>
          <w:rFonts w:ascii="Arial" w:hAnsi="Arial" w:cs="Arial"/>
          <w:sz w:val="24"/>
          <w:szCs w:val="24"/>
        </w:rPr>
        <w:t>$</w:t>
      </w:r>
      <w:r w:rsidRPr="002E4E9B">
        <w:rPr>
          <w:rFonts w:ascii="Arial" w:hAnsi="Arial" w:cs="Arial"/>
          <w:sz w:val="24"/>
          <w:szCs w:val="24"/>
        </w:rPr>
        <w:t>38</w:t>
      </w:r>
      <w:r w:rsidR="007037F9">
        <w:rPr>
          <w:rFonts w:ascii="Arial" w:hAnsi="Arial" w:cs="Arial"/>
          <w:sz w:val="24"/>
          <w:szCs w:val="24"/>
        </w:rPr>
        <w:t>,</w:t>
      </w:r>
      <w:r w:rsidRPr="002E4E9B">
        <w:rPr>
          <w:rFonts w:ascii="Arial" w:hAnsi="Arial" w:cs="Arial"/>
          <w:sz w:val="24"/>
          <w:szCs w:val="24"/>
        </w:rPr>
        <w:t>4</w:t>
      </w:r>
      <w:r w:rsidR="007037F9">
        <w:rPr>
          <w:rFonts w:ascii="Arial" w:hAnsi="Arial" w:cs="Arial"/>
          <w:sz w:val="24"/>
          <w:szCs w:val="24"/>
        </w:rPr>
        <w:t>00,00.00</w:t>
      </w:r>
      <w:r w:rsidRPr="002E4E9B">
        <w:rPr>
          <w:rFonts w:ascii="Arial" w:hAnsi="Arial" w:cs="Arial"/>
          <w:sz w:val="24"/>
          <w:szCs w:val="24"/>
        </w:rPr>
        <w:t xml:space="preserve"> millones</w:t>
      </w:r>
      <w:r w:rsidR="007037F9" w:rsidRPr="002E4E9B">
        <w:rPr>
          <w:rFonts w:ascii="Arial" w:hAnsi="Arial" w:cs="Arial"/>
          <w:sz w:val="24"/>
          <w:szCs w:val="24"/>
        </w:rPr>
        <w:t>.</w:t>
      </w:r>
      <w:r w:rsidR="007037F9">
        <w:rPr>
          <w:rFonts w:ascii="Arial" w:hAnsi="Arial" w:cs="Arial"/>
          <w:sz w:val="24"/>
          <w:szCs w:val="24"/>
        </w:rPr>
        <w:t xml:space="preserve"> </w:t>
      </w:r>
      <w:r w:rsidRPr="002E4E9B">
        <w:rPr>
          <w:rFonts w:ascii="Arial" w:hAnsi="Arial" w:cs="Arial"/>
          <w:sz w:val="24"/>
          <w:szCs w:val="24"/>
        </w:rPr>
        <w:t xml:space="preserve">Pensiones, una disminución de </w:t>
      </w:r>
      <w:r w:rsidR="007037F9">
        <w:rPr>
          <w:rFonts w:ascii="Arial" w:hAnsi="Arial" w:cs="Arial"/>
          <w:sz w:val="24"/>
          <w:szCs w:val="24"/>
        </w:rPr>
        <w:t>$</w:t>
      </w:r>
      <w:r w:rsidRPr="002E4E9B">
        <w:rPr>
          <w:rFonts w:ascii="Arial" w:hAnsi="Arial" w:cs="Arial"/>
          <w:sz w:val="24"/>
          <w:szCs w:val="24"/>
        </w:rPr>
        <w:t>396,000</w:t>
      </w:r>
      <w:r w:rsidR="007037F9">
        <w:rPr>
          <w:rFonts w:ascii="Arial" w:hAnsi="Arial" w:cs="Arial"/>
          <w:sz w:val="24"/>
          <w:szCs w:val="24"/>
        </w:rPr>
        <w:t>.00</w:t>
      </w:r>
      <w:r w:rsidRPr="002E4E9B">
        <w:rPr>
          <w:rFonts w:ascii="Arial" w:hAnsi="Arial" w:cs="Arial"/>
          <w:sz w:val="24"/>
          <w:szCs w:val="24"/>
        </w:rPr>
        <w:t xml:space="preserve">, quedando un total de </w:t>
      </w:r>
      <w:r w:rsidR="007037F9">
        <w:rPr>
          <w:rFonts w:ascii="Arial" w:hAnsi="Arial" w:cs="Arial"/>
          <w:sz w:val="24"/>
          <w:szCs w:val="24"/>
        </w:rPr>
        <w:lastRenderedPageBreak/>
        <w:t>$</w:t>
      </w:r>
      <w:r w:rsidRPr="002E4E9B">
        <w:rPr>
          <w:rFonts w:ascii="Arial" w:hAnsi="Arial" w:cs="Arial"/>
          <w:sz w:val="24"/>
          <w:szCs w:val="24"/>
        </w:rPr>
        <w:t>4</w:t>
      </w:r>
      <w:r w:rsidR="007037F9">
        <w:rPr>
          <w:rFonts w:ascii="Arial" w:hAnsi="Arial" w:cs="Arial"/>
          <w:sz w:val="24"/>
          <w:szCs w:val="24"/>
        </w:rPr>
        <w:t>,</w:t>
      </w:r>
      <w:r w:rsidRPr="002E4E9B">
        <w:rPr>
          <w:rFonts w:ascii="Arial" w:hAnsi="Arial" w:cs="Arial"/>
          <w:sz w:val="24"/>
          <w:szCs w:val="24"/>
        </w:rPr>
        <w:t>3</w:t>
      </w:r>
      <w:r w:rsidR="007037F9">
        <w:rPr>
          <w:rFonts w:ascii="Arial" w:hAnsi="Arial" w:cs="Arial"/>
          <w:sz w:val="24"/>
          <w:szCs w:val="24"/>
        </w:rPr>
        <w:t xml:space="preserve">00,000.00 </w:t>
      </w:r>
      <w:r w:rsidRPr="002E4E9B">
        <w:rPr>
          <w:rFonts w:ascii="Arial" w:hAnsi="Arial" w:cs="Arial"/>
          <w:sz w:val="24"/>
          <w:szCs w:val="24"/>
        </w:rPr>
        <w:t>millones.</w:t>
      </w:r>
      <w:r w:rsidR="007037F9">
        <w:rPr>
          <w:rFonts w:ascii="Arial" w:hAnsi="Arial" w:cs="Arial"/>
          <w:sz w:val="24"/>
          <w:szCs w:val="24"/>
        </w:rPr>
        <w:t xml:space="preserve"> </w:t>
      </w:r>
      <w:r w:rsidRPr="002E4E9B">
        <w:rPr>
          <w:rFonts w:ascii="Arial" w:hAnsi="Arial" w:cs="Arial"/>
          <w:sz w:val="24"/>
          <w:szCs w:val="24"/>
        </w:rPr>
        <w:t xml:space="preserve">y jubilaciones, una disminución de </w:t>
      </w:r>
      <w:r w:rsidR="007037F9">
        <w:rPr>
          <w:rFonts w:ascii="Arial" w:hAnsi="Arial" w:cs="Arial"/>
          <w:sz w:val="24"/>
          <w:szCs w:val="24"/>
        </w:rPr>
        <w:t>$</w:t>
      </w:r>
      <w:r w:rsidRPr="002E4E9B">
        <w:rPr>
          <w:rFonts w:ascii="Arial" w:hAnsi="Arial" w:cs="Arial"/>
          <w:sz w:val="24"/>
          <w:szCs w:val="24"/>
        </w:rPr>
        <w:t>400,000</w:t>
      </w:r>
      <w:r w:rsidR="007037F9">
        <w:rPr>
          <w:rFonts w:ascii="Arial" w:hAnsi="Arial" w:cs="Arial"/>
          <w:sz w:val="24"/>
          <w:szCs w:val="24"/>
        </w:rPr>
        <w:t>.00 pesos</w:t>
      </w:r>
      <w:r w:rsidRPr="002E4E9B">
        <w:rPr>
          <w:rFonts w:ascii="Arial" w:hAnsi="Arial" w:cs="Arial"/>
          <w:sz w:val="24"/>
          <w:szCs w:val="24"/>
        </w:rPr>
        <w:t xml:space="preserve">, quedando un total de </w:t>
      </w:r>
      <w:r w:rsidR="007037F9">
        <w:rPr>
          <w:rFonts w:ascii="Arial" w:hAnsi="Arial" w:cs="Arial"/>
          <w:sz w:val="24"/>
          <w:szCs w:val="24"/>
        </w:rPr>
        <w:t>$</w:t>
      </w:r>
      <w:r w:rsidRPr="002E4E9B">
        <w:rPr>
          <w:rFonts w:ascii="Arial" w:hAnsi="Arial" w:cs="Arial"/>
          <w:sz w:val="24"/>
          <w:szCs w:val="24"/>
        </w:rPr>
        <w:t>2</w:t>
      </w:r>
      <w:r w:rsidR="007037F9">
        <w:rPr>
          <w:rFonts w:ascii="Arial" w:hAnsi="Arial" w:cs="Arial"/>
          <w:sz w:val="24"/>
          <w:szCs w:val="24"/>
        </w:rPr>
        <w:t>,</w:t>
      </w:r>
      <w:r w:rsidRPr="002E4E9B">
        <w:rPr>
          <w:rFonts w:ascii="Arial" w:hAnsi="Arial" w:cs="Arial"/>
          <w:sz w:val="24"/>
          <w:szCs w:val="24"/>
        </w:rPr>
        <w:t>2</w:t>
      </w:r>
      <w:r w:rsidR="007037F9">
        <w:rPr>
          <w:rFonts w:ascii="Arial" w:hAnsi="Arial" w:cs="Arial"/>
          <w:sz w:val="24"/>
          <w:szCs w:val="24"/>
        </w:rPr>
        <w:t>00,000.00</w:t>
      </w:r>
      <w:r w:rsidRPr="002E4E9B">
        <w:rPr>
          <w:rFonts w:ascii="Arial" w:hAnsi="Arial" w:cs="Arial"/>
          <w:sz w:val="24"/>
          <w:szCs w:val="24"/>
        </w:rPr>
        <w:t xml:space="preserve"> millones. Transferencias a</w:t>
      </w:r>
      <w:r w:rsidR="007037F9">
        <w:rPr>
          <w:rFonts w:ascii="Arial" w:hAnsi="Arial" w:cs="Arial"/>
          <w:sz w:val="24"/>
          <w:szCs w:val="24"/>
        </w:rPr>
        <w:t xml:space="preserve"> </w:t>
      </w:r>
      <w:r w:rsidR="007037F9" w:rsidRPr="002E4E9B">
        <w:rPr>
          <w:rFonts w:ascii="Arial" w:hAnsi="Arial" w:cs="Arial"/>
          <w:sz w:val="24"/>
          <w:szCs w:val="24"/>
        </w:rPr>
        <w:t>f</w:t>
      </w:r>
      <w:r w:rsidR="007037F9">
        <w:rPr>
          <w:rFonts w:ascii="Arial" w:hAnsi="Arial" w:cs="Arial"/>
          <w:sz w:val="24"/>
          <w:szCs w:val="24"/>
        </w:rPr>
        <w:t>id</w:t>
      </w:r>
      <w:r w:rsidR="007037F9" w:rsidRPr="002E4E9B">
        <w:rPr>
          <w:rFonts w:ascii="Arial" w:hAnsi="Arial" w:cs="Arial"/>
          <w:sz w:val="24"/>
          <w:szCs w:val="24"/>
        </w:rPr>
        <w:t>eicomisos</w:t>
      </w:r>
      <w:r w:rsidRPr="002E4E9B">
        <w:rPr>
          <w:rFonts w:ascii="Arial" w:hAnsi="Arial" w:cs="Arial"/>
          <w:sz w:val="24"/>
          <w:szCs w:val="24"/>
        </w:rPr>
        <w:t xml:space="preserve"> públicos de entidades para estatales no empresariales, sino financieras, no se está modificando en absoluto.</w:t>
      </w:r>
      <w:r w:rsidR="007037F9">
        <w:rPr>
          <w:rFonts w:ascii="Arial" w:hAnsi="Arial" w:cs="Arial"/>
          <w:sz w:val="24"/>
          <w:szCs w:val="24"/>
        </w:rPr>
        <w:t xml:space="preserve"> </w:t>
      </w:r>
      <w:r w:rsidRPr="002E4E9B">
        <w:rPr>
          <w:rFonts w:ascii="Arial" w:hAnsi="Arial" w:cs="Arial"/>
          <w:sz w:val="24"/>
          <w:szCs w:val="24"/>
        </w:rPr>
        <w:t>Adelante, tesorera.</w:t>
      </w:r>
    </w:p>
    <w:p w14:paraId="72184F61" w14:textId="6022FBEE" w:rsidR="00EC03D4" w:rsidRPr="002E4E9B" w:rsidRDefault="007037F9" w:rsidP="00DC6CFE">
      <w:pPr>
        <w:jc w:val="both"/>
        <w:rPr>
          <w:rFonts w:ascii="Arial" w:hAnsi="Arial" w:cs="Arial"/>
          <w:sz w:val="24"/>
          <w:szCs w:val="24"/>
        </w:rPr>
      </w:pPr>
      <w:r>
        <w:rPr>
          <w:rFonts w:ascii="Arial" w:hAnsi="Arial" w:cs="Arial"/>
          <w:b/>
          <w:bCs/>
          <w:sz w:val="24"/>
          <w:szCs w:val="24"/>
        </w:rPr>
        <w:t xml:space="preserve">C. VICTORIA GARCÍA CONTRERAS. - </w:t>
      </w:r>
      <w:r w:rsidRPr="002E4E9B">
        <w:rPr>
          <w:rFonts w:ascii="Arial" w:hAnsi="Arial" w:cs="Arial"/>
          <w:sz w:val="24"/>
          <w:szCs w:val="24"/>
        </w:rPr>
        <w:t>Gracias. Con relación al capítulo 4,000, el incremento que es bastante notable en cuanto a la partida 443 de ayudas</w:t>
      </w:r>
      <w:r>
        <w:rPr>
          <w:rFonts w:ascii="Arial" w:hAnsi="Arial" w:cs="Arial"/>
          <w:sz w:val="24"/>
          <w:szCs w:val="24"/>
        </w:rPr>
        <w:t xml:space="preserve"> </w:t>
      </w:r>
      <w:r w:rsidRPr="002E4E9B">
        <w:rPr>
          <w:rFonts w:ascii="Arial" w:hAnsi="Arial" w:cs="Arial"/>
          <w:sz w:val="24"/>
          <w:szCs w:val="24"/>
        </w:rPr>
        <w:t xml:space="preserve">sociales a instituciones de enseñanza por </w:t>
      </w:r>
      <w:r>
        <w:rPr>
          <w:rFonts w:ascii="Arial" w:hAnsi="Arial" w:cs="Arial"/>
          <w:sz w:val="24"/>
          <w:szCs w:val="24"/>
        </w:rPr>
        <w:t>$</w:t>
      </w:r>
      <w:r w:rsidRPr="002E4E9B">
        <w:rPr>
          <w:rFonts w:ascii="Arial" w:hAnsi="Arial" w:cs="Arial"/>
          <w:sz w:val="24"/>
          <w:szCs w:val="24"/>
        </w:rPr>
        <w:t>7,433,972.55</w:t>
      </w:r>
      <w:r>
        <w:rPr>
          <w:rFonts w:ascii="Arial" w:hAnsi="Arial" w:cs="Arial"/>
          <w:sz w:val="24"/>
          <w:szCs w:val="24"/>
        </w:rPr>
        <w:t xml:space="preserve"> </w:t>
      </w:r>
      <w:r w:rsidRPr="002E4E9B">
        <w:rPr>
          <w:rFonts w:ascii="Arial" w:hAnsi="Arial" w:cs="Arial"/>
          <w:sz w:val="24"/>
          <w:szCs w:val="24"/>
        </w:rPr>
        <w:t>atiende a el programa de vales que se están dando este para las instituciones este de preescolar y secundaria.</w:t>
      </w:r>
      <w:r>
        <w:rPr>
          <w:rFonts w:ascii="Arial" w:hAnsi="Arial" w:cs="Arial"/>
          <w:sz w:val="24"/>
          <w:szCs w:val="24"/>
        </w:rPr>
        <w:t xml:space="preserve"> </w:t>
      </w:r>
      <w:r w:rsidRPr="002E4E9B">
        <w:rPr>
          <w:rFonts w:ascii="Arial" w:hAnsi="Arial" w:cs="Arial"/>
          <w:sz w:val="24"/>
          <w:szCs w:val="24"/>
        </w:rPr>
        <w:t>De origen, no sé si ustedes lo recuerdan, cuando se hizo la modificación del proyecto de estimación de ley de ingresos, se hizo un</w:t>
      </w:r>
      <w:r>
        <w:rPr>
          <w:rFonts w:ascii="Arial" w:hAnsi="Arial" w:cs="Arial"/>
          <w:sz w:val="24"/>
          <w:szCs w:val="24"/>
        </w:rPr>
        <w:t xml:space="preserve"> </w:t>
      </w:r>
      <w:r w:rsidRPr="002E4E9B">
        <w:rPr>
          <w:rFonts w:ascii="Arial" w:hAnsi="Arial" w:cs="Arial"/>
          <w:sz w:val="24"/>
          <w:szCs w:val="24"/>
        </w:rPr>
        <w:t xml:space="preserve">decremento de </w:t>
      </w:r>
      <w:r>
        <w:rPr>
          <w:rFonts w:ascii="Arial" w:hAnsi="Arial" w:cs="Arial"/>
          <w:sz w:val="24"/>
          <w:szCs w:val="24"/>
        </w:rPr>
        <w:t>$</w:t>
      </w:r>
      <w:r w:rsidRPr="002E4E9B">
        <w:rPr>
          <w:rFonts w:ascii="Arial" w:hAnsi="Arial" w:cs="Arial"/>
          <w:sz w:val="24"/>
          <w:szCs w:val="24"/>
        </w:rPr>
        <w:t>7</w:t>
      </w:r>
      <w:r>
        <w:rPr>
          <w:rFonts w:ascii="Arial" w:hAnsi="Arial" w:cs="Arial"/>
          <w:sz w:val="24"/>
          <w:szCs w:val="24"/>
        </w:rPr>
        <w:t>,000,000.00</w:t>
      </w:r>
      <w:r w:rsidRPr="002E4E9B">
        <w:rPr>
          <w:rFonts w:ascii="Arial" w:hAnsi="Arial" w:cs="Arial"/>
          <w:sz w:val="24"/>
          <w:szCs w:val="24"/>
        </w:rPr>
        <w:t xml:space="preserve">. Entonces, esos </w:t>
      </w:r>
      <w:r>
        <w:rPr>
          <w:rFonts w:ascii="Arial" w:hAnsi="Arial" w:cs="Arial"/>
          <w:sz w:val="24"/>
          <w:szCs w:val="24"/>
        </w:rPr>
        <w:t>$</w:t>
      </w:r>
      <w:r w:rsidRPr="002E4E9B">
        <w:rPr>
          <w:rFonts w:ascii="Arial" w:hAnsi="Arial" w:cs="Arial"/>
          <w:sz w:val="24"/>
          <w:szCs w:val="24"/>
        </w:rPr>
        <w:t>7,000,000</w:t>
      </w:r>
      <w:r>
        <w:rPr>
          <w:rFonts w:ascii="Arial" w:hAnsi="Arial" w:cs="Arial"/>
          <w:sz w:val="24"/>
          <w:szCs w:val="24"/>
        </w:rPr>
        <w:t xml:space="preserve">.00 millones </w:t>
      </w:r>
      <w:r w:rsidRPr="002E4E9B">
        <w:rPr>
          <w:rFonts w:ascii="Arial" w:hAnsi="Arial" w:cs="Arial"/>
          <w:sz w:val="24"/>
          <w:szCs w:val="24"/>
        </w:rPr>
        <w:t>se ajustaron en la partida, que de origen en el primer</w:t>
      </w:r>
      <w:r>
        <w:rPr>
          <w:rFonts w:ascii="Arial" w:hAnsi="Arial" w:cs="Arial"/>
          <w:sz w:val="24"/>
          <w:szCs w:val="24"/>
        </w:rPr>
        <w:t xml:space="preserve"> </w:t>
      </w:r>
      <w:r w:rsidRPr="002E4E9B">
        <w:rPr>
          <w:rFonts w:ascii="Arial" w:hAnsi="Arial" w:cs="Arial"/>
          <w:sz w:val="24"/>
          <w:szCs w:val="24"/>
        </w:rPr>
        <w:t xml:space="preserve">proyecto nosotros teníamos un presupuesto de </w:t>
      </w:r>
      <w:r>
        <w:rPr>
          <w:rFonts w:ascii="Arial" w:hAnsi="Arial" w:cs="Arial"/>
          <w:sz w:val="24"/>
          <w:szCs w:val="24"/>
        </w:rPr>
        <w:t>$</w:t>
      </w:r>
      <w:r w:rsidRPr="002E4E9B">
        <w:rPr>
          <w:rFonts w:ascii="Arial" w:hAnsi="Arial" w:cs="Arial"/>
          <w:sz w:val="24"/>
          <w:szCs w:val="24"/>
        </w:rPr>
        <w:t>12,000</w:t>
      </w:r>
      <w:r>
        <w:rPr>
          <w:rFonts w:ascii="Arial" w:hAnsi="Arial" w:cs="Arial"/>
          <w:sz w:val="24"/>
          <w:szCs w:val="24"/>
        </w:rPr>
        <w:t>,</w:t>
      </w:r>
      <w:r w:rsidRPr="002E4E9B">
        <w:rPr>
          <w:rFonts w:ascii="Arial" w:hAnsi="Arial" w:cs="Arial"/>
          <w:sz w:val="24"/>
          <w:szCs w:val="24"/>
        </w:rPr>
        <w:t>000</w:t>
      </w:r>
      <w:r>
        <w:rPr>
          <w:rFonts w:ascii="Arial" w:hAnsi="Arial" w:cs="Arial"/>
          <w:sz w:val="24"/>
          <w:szCs w:val="24"/>
        </w:rPr>
        <w:t>.</w:t>
      </w:r>
      <w:r w:rsidRPr="002E4E9B">
        <w:rPr>
          <w:rFonts w:ascii="Arial" w:hAnsi="Arial" w:cs="Arial"/>
          <w:sz w:val="24"/>
          <w:szCs w:val="24"/>
        </w:rPr>
        <w:t>0</w:t>
      </w:r>
      <w:r>
        <w:rPr>
          <w:rFonts w:ascii="Arial" w:hAnsi="Arial" w:cs="Arial"/>
          <w:sz w:val="24"/>
          <w:szCs w:val="24"/>
        </w:rPr>
        <w:t xml:space="preserve">0 millones </w:t>
      </w:r>
      <w:r w:rsidRPr="002E4E9B">
        <w:rPr>
          <w:rFonts w:ascii="Arial" w:hAnsi="Arial" w:cs="Arial"/>
          <w:sz w:val="24"/>
          <w:szCs w:val="24"/>
        </w:rPr>
        <w:t>para este programa, pero pues bueno, ahí fue donde se hizo el ajuste para poder este pues</w:t>
      </w:r>
      <w:r>
        <w:rPr>
          <w:rFonts w:ascii="Arial" w:hAnsi="Arial" w:cs="Arial"/>
          <w:sz w:val="24"/>
          <w:szCs w:val="24"/>
        </w:rPr>
        <w:t xml:space="preserve"> </w:t>
      </w:r>
      <w:r w:rsidRPr="002E4E9B">
        <w:rPr>
          <w:rFonts w:ascii="Arial" w:hAnsi="Arial" w:cs="Arial"/>
          <w:sz w:val="24"/>
          <w:szCs w:val="24"/>
        </w:rPr>
        <w:t>regirnos a la nueva esta estimación que se estaba haciendo del proyecto de ley de ingresos.</w:t>
      </w:r>
      <w:r>
        <w:rPr>
          <w:rFonts w:ascii="Arial" w:hAnsi="Arial" w:cs="Arial"/>
          <w:sz w:val="24"/>
          <w:szCs w:val="24"/>
        </w:rPr>
        <w:t xml:space="preserve"> </w:t>
      </w:r>
      <w:r w:rsidRPr="002E4E9B">
        <w:rPr>
          <w:rFonts w:ascii="Arial" w:hAnsi="Arial" w:cs="Arial"/>
          <w:sz w:val="24"/>
          <w:szCs w:val="24"/>
        </w:rPr>
        <w:t xml:space="preserve">Ahora que se aprobó el proyecto de los vales, como ustedes ya lo conocen, dado que se aprobó por el Ayuntamiento, se aprobó por </w:t>
      </w:r>
      <w:r>
        <w:rPr>
          <w:rFonts w:ascii="Arial" w:hAnsi="Arial" w:cs="Arial"/>
          <w:sz w:val="24"/>
          <w:szCs w:val="24"/>
        </w:rPr>
        <w:t>$</w:t>
      </w:r>
      <w:r w:rsidRPr="002E4E9B">
        <w:rPr>
          <w:rFonts w:ascii="Arial" w:hAnsi="Arial" w:cs="Arial"/>
          <w:sz w:val="24"/>
          <w:szCs w:val="24"/>
        </w:rPr>
        <w:t>12,998,</w:t>
      </w:r>
      <w:r>
        <w:rPr>
          <w:rFonts w:ascii="Arial" w:hAnsi="Arial" w:cs="Arial"/>
          <w:sz w:val="24"/>
          <w:szCs w:val="24"/>
        </w:rPr>
        <w:t>000.00 si</w:t>
      </w:r>
      <w:r w:rsidRPr="002E4E9B">
        <w:rPr>
          <w:rFonts w:ascii="Arial" w:hAnsi="Arial" w:cs="Arial"/>
          <w:sz w:val="24"/>
          <w:szCs w:val="24"/>
        </w:rPr>
        <w:t xml:space="preserve"> mal no recuerdo. Entonces este estamos haciendo el incremento de partidas que se hicieron reducciones, o</w:t>
      </w:r>
      <w:r>
        <w:rPr>
          <w:rFonts w:ascii="Arial" w:hAnsi="Arial" w:cs="Arial"/>
          <w:sz w:val="24"/>
          <w:szCs w:val="24"/>
        </w:rPr>
        <w:t xml:space="preserve"> </w:t>
      </w:r>
      <w:r w:rsidRPr="002E4E9B">
        <w:rPr>
          <w:rFonts w:ascii="Arial" w:hAnsi="Arial" w:cs="Arial"/>
          <w:sz w:val="24"/>
          <w:szCs w:val="24"/>
        </w:rPr>
        <w:t>sea, de gasto corriente o de algunos estos gastos específicos. hicimos el análisis de qué partidas tenían recurso</w:t>
      </w:r>
      <w:r>
        <w:rPr>
          <w:rFonts w:ascii="Arial" w:hAnsi="Arial" w:cs="Arial"/>
          <w:sz w:val="24"/>
          <w:szCs w:val="24"/>
        </w:rPr>
        <w:t xml:space="preserve"> </w:t>
      </w:r>
      <w:r w:rsidRPr="002E4E9B">
        <w:rPr>
          <w:rFonts w:ascii="Arial" w:hAnsi="Arial" w:cs="Arial"/>
          <w:sz w:val="24"/>
          <w:szCs w:val="24"/>
        </w:rPr>
        <w:t xml:space="preserve">sobrado en razón de lo que son los meses que habían transcurrido o en su defecto </w:t>
      </w:r>
      <w:proofErr w:type="gramStart"/>
      <w:r w:rsidRPr="002E4E9B">
        <w:rPr>
          <w:rFonts w:ascii="Arial" w:hAnsi="Arial" w:cs="Arial"/>
          <w:sz w:val="24"/>
          <w:szCs w:val="24"/>
        </w:rPr>
        <w:t>este algunos programas</w:t>
      </w:r>
      <w:proofErr w:type="gramEnd"/>
      <w:r w:rsidRPr="002E4E9B">
        <w:rPr>
          <w:rFonts w:ascii="Arial" w:hAnsi="Arial" w:cs="Arial"/>
          <w:sz w:val="24"/>
          <w:szCs w:val="24"/>
        </w:rPr>
        <w:t xml:space="preserve"> se les redujo el presupuesto a manera de poder completar pues esta cantidad que nos faltaba y este pues es por ello de que</w:t>
      </w:r>
      <w:r>
        <w:rPr>
          <w:rFonts w:ascii="Arial" w:hAnsi="Arial" w:cs="Arial"/>
          <w:sz w:val="24"/>
          <w:szCs w:val="24"/>
        </w:rPr>
        <w:t xml:space="preserve"> </w:t>
      </w:r>
      <w:r w:rsidRPr="002E4E9B">
        <w:rPr>
          <w:rFonts w:ascii="Arial" w:hAnsi="Arial" w:cs="Arial"/>
          <w:sz w:val="24"/>
          <w:szCs w:val="24"/>
        </w:rPr>
        <w:t>ustedes lo ven reflejado en esta partida. Esta partida no solamente tiene lo de los vales, también está lo que se les da a las escuelas con el estímulo</w:t>
      </w:r>
      <w:r>
        <w:rPr>
          <w:rFonts w:ascii="Arial" w:hAnsi="Arial" w:cs="Arial"/>
          <w:sz w:val="24"/>
          <w:szCs w:val="24"/>
        </w:rPr>
        <w:t xml:space="preserve"> </w:t>
      </w:r>
      <w:r w:rsidRPr="002E4E9B">
        <w:rPr>
          <w:rFonts w:ascii="Arial" w:hAnsi="Arial" w:cs="Arial"/>
          <w:sz w:val="24"/>
          <w:szCs w:val="24"/>
        </w:rPr>
        <w:t xml:space="preserve">para impermeabilizante o para pintura, que es de </w:t>
      </w:r>
      <w:r>
        <w:rPr>
          <w:rFonts w:ascii="Arial" w:hAnsi="Arial" w:cs="Arial"/>
          <w:sz w:val="24"/>
          <w:szCs w:val="24"/>
        </w:rPr>
        <w:t>$</w:t>
      </w:r>
      <w:r w:rsidRPr="002E4E9B">
        <w:rPr>
          <w:rFonts w:ascii="Arial" w:hAnsi="Arial" w:cs="Arial"/>
          <w:sz w:val="24"/>
          <w:szCs w:val="24"/>
        </w:rPr>
        <w:t>15,000</w:t>
      </w:r>
      <w:r>
        <w:rPr>
          <w:rFonts w:ascii="Arial" w:hAnsi="Arial" w:cs="Arial"/>
          <w:sz w:val="24"/>
          <w:szCs w:val="24"/>
        </w:rPr>
        <w:t>.00 pesos</w:t>
      </w:r>
      <w:r w:rsidRPr="002E4E9B">
        <w:rPr>
          <w:rFonts w:ascii="Arial" w:hAnsi="Arial" w:cs="Arial"/>
          <w:sz w:val="24"/>
          <w:szCs w:val="24"/>
        </w:rPr>
        <w:t xml:space="preserve"> cada una de ellas, que ustedes también aprueban las reglas de operación que se llama escuelas de</w:t>
      </w:r>
      <w:r>
        <w:rPr>
          <w:rFonts w:ascii="Arial" w:hAnsi="Arial" w:cs="Arial"/>
          <w:sz w:val="24"/>
          <w:szCs w:val="24"/>
        </w:rPr>
        <w:t xml:space="preserve"> </w:t>
      </w:r>
      <w:r w:rsidRPr="002E4E9B">
        <w:rPr>
          <w:rFonts w:ascii="Arial" w:hAnsi="Arial" w:cs="Arial"/>
          <w:sz w:val="24"/>
          <w:szCs w:val="24"/>
        </w:rPr>
        <w:t xml:space="preserve">calidad. Entonces, esos dos programas son los que están en esta partida. Una es de </w:t>
      </w:r>
      <w:r>
        <w:rPr>
          <w:rFonts w:ascii="Arial" w:hAnsi="Arial" w:cs="Arial"/>
          <w:sz w:val="24"/>
          <w:szCs w:val="24"/>
        </w:rPr>
        <w:t>$</w:t>
      </w:r>
      <w:r w:rsidRPr="002E4E9B">
        <w:rPr>
          <w:rFonts w:ascii="Arial" w:hAnsi="Arial" w:cs="Arial"/>
          <w:sz w:val="24"/>
          <w:szCs w:val="24"/>
        </w:rPr>
        <w:t>1,</w:t>
      </w:r>
      <w:r>
        <w:rPr>
          <w:rFonts w:ascii="Arial" w:hAnsi="Arial" w:cs="Arial"/>
          <w:sz w:val="24"/>
          <w:szCs w:val="24"/>
        </w:rPr>
        <w:t>000,</w:t>
      </w:r>
      <w:r w:rsidRPr="002E4E9B">
        <w:rPr>
          <w:rFonts w:ascii="Arial" w:hAnsi="Arial" w:cs="Arial"/>
          <w:sz w:val="24"/>
          <w:szCs w:val="24"/>
        </w:rPr>
        <w:t>425</w:t>
      </w:r>
      <w:r>
        <w:rPr>
          <w:rFonts w:ascii="Arial" w:hAnsi="Arial" w:cs="Arial"/>
          <w:sz w:val="24"/>
          <w:szCs w:val="24"/>
        </w:rPr>
        <w:t xml:space="preserve">.00 </w:t>
      </w:r>
      <w:r w:rsidRPr="002E4E9B">
        <w:rPr>
          <w:rFonts w:ascii="Arial" w:hAnsi="Arial" w:cs="Arial"/>
          <w:sz w:val="24"/>
          <w:szCs w:val="24"/>
        </w:rPr>
        <w:t xml:space="preserve">si mal no recuerdo, la de las escuelas y el resto pues es para el programa de los vales. Es lo que hace los </w:t>
      </w:r>
      <w:r>
        <w:rPr>
          <w:rFonts w:ascii="Arial" w:hAnsi="Arial" w:cs="Arial"/>
          <w:sz w:val="24"/>
          <w:szCs w:val="24"/>
        </w:rPr>
        <w:t>$</w:t>
      </w:r>
      <w:r w:rsidRPr="002E4E9B">
        <w:rPr>
          <w:rFonts w:ascii="Arial" w:hAnsi="Arial" w:cs="Arial"/>
          <w:sz w:val="24"/>
          <w:szCs w:val="24"/>
        </w:rPr>
        <w:t>14</w:t>
      </w:r>
      <w:r>
        <w:rPr>
          <w:rFonts w:ascii="Arial" w:hAnsi="Arial" w:cs="Arial"/>
          <w:sz w:val="24"/>
          <w:szCs w:val="24"/>
        </w:rPr>
        <w:t>,000,000.00</w:t>
      </w:r>
      <w:r w:rsidRPr="002E4E9B">
        <w:rPr>
          <w:rFonts w:ascii="Arial" w:hAnsi="Arial" w:cs="Arial"/>
          <w:sz w:val="24"/>
          <w:szCs w:val="24"/>
        </w:rPr>
        <w:t xml:space="preserve"> millones.</w:t>
      </w:r>
    </w:p>
    <w:p w14:paraId="1E943F95" w14:textId="1917E7D9" w:rsidR="00EC03D4" w:rsidRPr="002E4E9B" w:rsidRDefault="007037F9"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Gracias, tesorera. No sé si hubiera alguna otra duda, comentario respecto a las partidas del capítulo 4000.</w:t>
      </w:r>
      <w:r>
        <w:rPr>
          <w:rFonts w:ascii="Arial" w:hAnsi="Arial" w:cs="Arial"/>
          <w:sz w:val="24"/>
          <w:szCs w:val="24"/>
        </w:rPr>
        <w:t xml:space="preserve"> </w:t>
      </w:r>
      <w:r w:rsidRPr="002E4E9B">
        <w:rPr>
          <w:rFonts w:ascii="Arial" w:hAnsi="Arial" w:cs="Arial"/>
          <w:sz w:val="24"/>
          <w:szCs w:val="24"/>
        </w:rPr>
        <w:t xml:space="preserve">Adelante, </w:t>
      </w:r>
      <w:r>
        <w:rPr>
          <w:rFonts w:ascii="Arial" w:hAnsi="Arial" w:cs="Arial"/>
          <w:sz w:val="24"/>
          <w:szCs w:val="24"/>
        </w:rPr>
        <w:t>R</w:t>
      </w:r>
      <w:r w:rsidRPr="002E4E9B">
        <w:rPr>
          <w:rFonts w:ascii="Arial" w:hAnsi="Arial" w:cs="Arial"/>
          <w:sz w:val="24"/>
          <w:szCs w:val="24"/>
        </w:rPr>
        <w:t xml:space="preserve">egidor </w:t>
      </w:r>
      <w:r>
        <w:rPr>
          <w:rFonts w:ascii="Arial" w:hAnsi="Arial" w:cs="Arial"/>
          <w:sz w:val="24"/>
          <w:szCs w:val="24"/>
        </w:rPr>
        <w:t>Higinio</w:t>
      </w:r>
      <w:r w:rsidRPr="002E4E9B">
        <w:rPr>
          <w:rFonts w:ascii="Arial" w:hAnsi="Arial" w:cs="Arial"/>
          <w:sz w:val="24"/>
          <w:szCs w:val="24"/>
        </w:rPr>
        <w:t>.</w:t>
      </w:r>
    </w:p>
    <w:p w14:paraId="6CF3E230" w14:textId="77777777" w:rsidR="007037F9" w:rsidRDefault="007037F9" w:rsidP="00DC6CFE">
      <w:pPr>
        <w:jc w:val="both"/>
        <w:rPr>
          <w:rFonts w:ascii="Arial" w:hAnsi="Arial" w:cs="Arial"/>
          <w:sz w:val="24"/>
          <w:szCs w:val="24"/>
        </w:rPr>
      </w:pPr>
      <w:r>
        <w:rPr>
          <w:rFonts w:ascii="Arial" w:hAnsi="Arial" w:cs="Arial"/>
          <w:b/>
          <w:bCs/>
          <w:sz w:val="24"/>
          <w:szCs w:val="24"/>
        </w:rPr>
        <w:t xml:space="preserve">C. HIGINIO DEL TORO PEREZ. - </w:t>
      </w:r>
      <w:r w:rsidRPr="002E4E9B">
        <w:rPr>
          <w:rFonts w:ascii="Arial" w:hAnsi="Arial" w:cs="Arial"/>
          <w:sz w:val="24"/>
          <w:szCs w:val="24"/>
        </w:rPr>
        <w:t xml:space="preserve">No, en ese sentido, buenos días o tardes que nos ven y nos escuchan. Lo de instituciones de enseñanza intuía </w:t>
      </w:r>
      <w:proofErr w:type="gramStart"/>
      <w:r w:rsidRPr="002E4E9B">
        <w:rPr>
          <w:rFonts w:ascii="Arial" w:hAnsi="Arial" w:cs="Arial"/>
          <w:sz w:val="24"/>
          <w:szCs w:val="24"/>
        </w:rPr>
        <w:t>que</w:t>
      </w:r>
      <w:proofErr w:type="gramEnd"/>
      <w:r w:rsidRPr="002E4E9B">
        <w:rPr>
          <w:rFonts w:ascii="Arial" w:hAnsi="Arial" w:cs="Arial"/>
          <w:sz w:val="24"/>
          <w:szCs w:val="24"/>
        </w:rPr>
        <w:t xml:space="preserve"> pues pudiera ser lo de vales y lo de</w:t>
      </w:r>
      <w:r>
        <w:rPr>
          <w:rFonts w:ascii="Arial" w:hAnsi="Arial" w:cs="Arial"/>
          <w:sz w:val="24"/>
          <w:szCs w:val="24"/>
        </w:rPr>
        <w:t xml:space="preserve"> </w:t>
      </w:r>
      <w:r w:rsidRPr="002E4E9B">
        <w:rPr>
          <w:rFonts w:ascii="Arial" w:hAnsi="Arial" w:cs="Arial"/>
          <w:sz w:val="24"/>
          <w:szCs w:val="24"/>
        </w:rPr>
        <w:t xml:space="preserve">escuelas de calidad, pero la que sí no tengo ni idea que es lo de ayuda sociales, instituciones sin fines de lucro que son casi </w:t>
      </w:r>
      <w:r>
        <w:rPr>
          <w:rFonts w:ascii="Arial" w:hAnsi="Arial" w:cs="Arial"/>
          <w:sz w:val="24"/>
          <w:szCs w:val="24"/>
        </w:rPr>
        <w:t>$</w:t>
      </w:r>
      <w:r w:rsidRPr="002E4E9B">
        <w:rPr>
          <w:rFonts w:ascii="Arial" w:hAnsi="Arial" w:cs="Arial"/>
          <w:sz w:val="24"/>
          <w:szCs w:val="24"/>
        </w:rPr>
        <w:t>38</w:t>
      </w:r>
      <w:r>
        <w:rPr>
          <w:rFonts w:ascii="Arial" w:hAnsi="Arial" w:cs="Arial"/>
          <w:sz w:val="24"/>
          <w:szCs w:val="24"/>
        </w:rPr>
        <w:t>,000,000.00</w:t>
      </w:r>
      <w:r w:rsidRPr="002E4E9B">
        <w:rPr>
          <w:rFonts w:ascii="Arial" w:hAnsi="Arial" w:cs="Arial"/>
          <w:sz w:val="24"/>
          <w:szCs w:val="24"/>
        </w:rPr>
        <w:t xml:space="preserve"> millones, ¿no?</w:t>
      </w:r>
      <w:r>
        <w:rPr>
          <w:rFonts w:ascii="Arial" w:hAnsi="Arial" w:cs="Arial"/>
          <w:sz w:val="24"/>
          <w:szCs w:val="24"/>
        </w:rPr>
        <w:t xml:space="preserve"> </w:t>
      </w:r>
    </w:p>
    <w:p w14:paraId="78EC62E5" w14:textId="5FB32F18" w:rsidR="00EC03D4" w:rsidRPr="002E4E9B" w:rsidRDefault="007037F9"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Es el subsidio que se da DIF Municipal.</w:t>
      </w:r>
    </w:p>
    <w:p w14:paraId="16A403AA" w14:textId="163D5120" w:rsidR="00EC03D4" w:rsidRPr="002E4E9B" w:rsidRDefault="007037F9" w:rsidP="00DC6CFE">
      <w:pPr>
        <w:ind w:left="720" w:hanging="720"/>
        <w:jc w:val="both"/>
        <w:rPr>
          <w:rFonts w:ascii="Arial" w:hAnsi="Arial" w:cs="Arial"/>
          <w:sz w:val="24"/>
          <w:szCs w:val="24"/>
        </w:rPr>
      </w:pPr>
      <w:r>
        <w:rPr>
          <w:rFonts w:ascii="Arial" w:hAnsi="Arial" w:cs="Arial"/>
          <w:b/>
          <w:bCs/>
          <w:sz w:val="24"/>
          <w:szCs w:val="24"/>
        </w:rPr>
        <w:lastRenderedPageBreak/>
        <w:t xml:space="preserve">C. HIGINIO DEL TORO PEREZ. - </w:t>
      </w:r>
      <w:r w:rsidRPr="002E4E9B">
        <w:rPr>
          <w:rFonts w:ascii="Arial" w:hAnsi="Arial" w:cs="Arial"/>
          <w:sz w:val="24"/>
          <w:szCs w:val="24"/>
        </w:rPr>
        <w:t>El DIF. Ah, bueno, es que normalmente a veces las</w:t>
      </w:r>
      <w:r w:rsidR="00DC6CFE">
        <w:rPr>
          <w:rFonts w:ascii="Arial" w:hAnsi="Arial" w:cs="Arial"/>
          <w:sz w:val="24"/>
          <w:szCs w:val="24"/>
        </w:rPr>
        <w:t xml:space="preserve"> </w:t>
      </w:r>
      <w:r w:rsidRPr="002E4E9B">
        <w:rPr>
          <w:rFonts w:ascii="Arial" w:hAnsi="Arial" w:cs="Arial"/>
          <w:sz w:val="24"/>
          <w:szCs w:val="24"/>
        </w:rPr>
        <w:t>partidas</w:t>
      </w:r>
      <w:r>
        <w:rPr>
          <w:rFonts w:ascii="Arial" w:hAnsi="Arial" w:cs="Arial"/>
          <w:sz w:val="24"/>
          <w:szCs w:val="24"/>
        </w:rPr>
        <w:t xml:space="preserve"> </w:t>
      </w:r>
      <w:r w:rsidRPr="002E4E9B">
        <w:rPr>
          <w:rFonts w:ascii="Arial" w:hAnsi="Arial" w:cs="Arial"/>
          <w:sz w:val="24"/>
          <w:szCs w:val="24"/>
        </w:rPr>
        <w:t>tienen nombres distintos.</w:t>
      </w:r>
    </w:p>
    <w:p w14:paraId="0FA8C777" w14:textId="5321CACE" w:rsidR="00EC03D4" w:rsidRPr="002E4E9B" w:rsidRDefault="007037F9"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Sí, sí. Es porque si viene la clasificación de los de las partidas y bueno, ahí es donde se encuadra el subsidio DIF.</w:t>
      </w:r>
      <w:r>
        <w:rPr>
          <w:rFonts w:ascii="Arial" w:hAnsi="Arial" w:cs="Arial"/>
          <w:sz w:val="24"/>
          <w:szCs w:val="24"/>
        </w:rPr>
        <w:t xml:space="preserve"> </w:t>
      </w:r>
      <w:r w:rsidRPr="002E4E9B">
        <w:rPr>
          <w:rFonts w:ascii="Arial" w:hAnsi="Arial" w:cs="Arial"/>
          <w:sz w:val="24"/>
          <w:szCs w:val="24"/>
        </w:rPr>
        <w:t>De acuerdo. Gracias. Adelante, tesorera.</w:t>
      </w:r>
    </w:p>
    <w:p w14:paraId="34A8819C" w14:textId="26FC22FF" w:rsidR="00EC03D4" w:rsidRPr="002E4E9B" w:rsidRDefault="007037F9" w:rsidP="00DC6CFE">
      <w:pPr>
        <w:jc w:val="both"/>
        <w:rPr>
          <w:rFonts w:ascii="Arial" w:hAnsi="Arial" w:cs="Arial"/>
          <w:sz w:val="24"/>
          <w:szCs w:val="24"/>
        </w:rPr>
      </w:pPr>
      <w:r>
        <w:rPr>
          <w:rFonts w:ascii="Arial" w:hAnsi="Arial" w:cs="Arial"/>
          <w:b/>
          <w:bCs/>
          <w:sz w:val="24"/>
          <w:szCs w:val="24"/>
        </w:rPr>
        <w:t>C. VICTORIA GARCÍA CONT</w:t>
      </w:r>
      <w:r w:rsidR="00F479CF">
        <w:rPr>
          <w:rFonts w:ascii="Arial" w:hAnsi="Arial" w:cs="Arial"/>
          <w:b/>
          <w:bCs/>
          <w:sz w:val="24"/>
          <w:szCs w:val="24"/>
        </w:rPr>
        <w:t xml:space="preserve">RERAS. - </w:t>
      </w:r>
      <w:r w:rsidRPr="002E4E9B">
        <w:rPr>
          <w:rFonts w:ascii="Arial" w:hAnsi="Arial" w:cs="Arial"/>
          <w:sz w:val="24"/>
          <w:szCs w:val="24"/>
        </w:rPr>
        <w:t xml:space="preserve">Son dos </w:t>
      </w:r>
      <w:proofErr w:type="gramStart"/>
      <w:r w:rsidRPr="002E4E9B">
        <w:rPr>
          <w:rFonts w:ascii="Arial" w:hAnsi="Arial" w:cs="Arial"/>
          <w:sz w:val="24"/>
          <w:szCs w:val="24"/>
        </w:rPr>
        <w:t>este conceptos</w:t>
      </w:r>
      <w:proofErr w:type="gramEnd"/>
      <w:r w:rsidRPr="002E4E9B">
        <w:rPr>
          <w:rFonts w:ascii="Arial" w:hAnsi="Arial" w:cs="Arial"/>
          <w:sz w:val="24"/>
          <w:szCs w:val="24"/>
        </w:rPr>
        <w:t xml:space="preserve"> que dentro del objeto de gastos se incluyen lo que es el presupuesto que se autoriza para el</w:t>
      </w:r>
      <w:r w:rsidR="00F479CF">
        <w:rPr>
          <w:rFonts w:ascii="Arial" w:hAnsi="Arial" w:cs="Arial"/>
          <w:sz w:val="24"/>
          <w:szCs w:val="24"/>
        </w:rPr>
        <w:t xml:space="preserve"> </w:t>
      </w:r>
      <w:r w:rsidRPr="002E4E9B">
        <w:rPr>
          <w:rFonts w:ascii="Arial" w:hAnsi="Arial" w:cs="Arial"/>
          <w:sz w:val="24"/>
          <w:szCs w:val="24"/>
        </w:rPr>
        <w:t>subsidio del DIF y también viene el subsidio anual que se le da la Cruz Roja.</w:t>
      </w:r>
      <w:r w:rsidR="00F479CF">
        <w:rPr>
          <w:rFonts w:ascii="Arial" w:hAnsi="Arial" w:cs="Arial"/>
          <w:sz w:val="24"/>
          <w:szCs w:val="24"/>
        </w:rPr>
        <w:t xml:space="preserve"> </w:t>
      </w:r>
      <w:r w:rsidRPr="002E4E9B">
        <w:rPr>
          <w:rFonts w:ascii="Arial" w:hAnsi="Arial" w:cs="Arial"/>
          <w:sz w:val="24"/>
          <w:szCs w:val="24"/>
        </w:rPr>
        <w:t>Gracias tesorera.</w:t>
      </w:r>
    </w:p>
    <w:p w14:paraId="2367F938" w14:textId="63F66F54" w:rsidR="00EC03D4" w:rsidRPr="002E4E9B" w:rsidRDefault="00F479CF"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Si no hubiera más comentarios, nos iríamos al capítulo 5000.</w:t>
      </w:r>
      <w:r>
        <w:rPr>
          <w:rFonts w:ascii="Arial" w:hAnsi="Arial" w:cs="Arial"/>
          <w:sz w:val="24"/>
          <w:szCs w:val="24"/>
        </w:rPr>
        <w:t xml:space="preserve"> </w:t>
      </w:r>
      <w:r w:rsidRPr="002E4E9B">
        <w:rPr>
          <w:rFonts w:ascii="Arial" w:hAnsi="Arial" w:cs="Arial"/>
          <w:sz w:val="24"/>
          <w:szCs w:val="24"/>
        </w:rPr>
        <w:t xml:space="preserve">muebles de oficina y estantería un aumento de </w:t>
      </w:r>
      <w:r>
        <w:rPr>
          <w:rFonts w:ascii="Arial" w:hAnsi="Arial" w:cs="Arial"/>
          <w:sz w:val="24"/>
          <w:szCs w:val="24"/>
        </w:rPr>
        <w:t>$</w:t>
      </w:r>
      <w:r w:rsidRPr="002E4E9B">
        <w:rPr>
          <w:rFonts w:ascii="Arial" w:hAnsi="Arial" w:cs="Arial"/>
          <w:sz w:val="24"/>
          <w:szCs w:val="24"/>
        </w:rPr>
        <w:t>1</w:t>
      </w:r>
      <w:r>
        <w:rPr>
          <w:rFonts w:ascii="Arial" w:hAnsi="Arial" w:cs="Arial"/>
          <w:sz w:val="24"/>
          <w:szCs w:val="24"/>
        </w:rPr>
        <w:t>,</w:t>
      </w:r>
      <w:r w:rsidRPr="002E4E9B">
        <w:rPr>
          <w:rFonts w:ascii="Arial" w:hAnsi="Arial" w:cs="Arial"/>
          <w:sz w:val="24"/>
          <w:szCs w:val="24"/>
        </w:rPr>
        <w:t>1</w:t>
      </w:r>
      <w:r>
        <w:rPr>
          <w:rFonts w:ascii="Arial" w:hAnsi="Arial" w:cs="Arial"/>
          <w:sz w:val="24"/>
          <w:szCs w:val="24"/>
        </w:rPr>
        <w:t>00,000.00</w:t>
      </w:r>
      <w:r w:rsidRPr="002E4E9B">
        <w:rPr>
          <w:rFonts w:ascii="Arial" w:hAnsi="Arial" w:cs="Arial"/>
          <w:sz w:val="24"/>
          <w:szCs w:val="24"/>
        </w:rPr>
        <w:t xml:space="preserve"> millones </w:t>
      </w:r>
      <w:proofErr w:type="gramStart"/>
      <w:r w:rsidRPr="002E4E9B">
        <w:rPr>
          <w:rFonts w:ascii="Arial" w:hAnsi="Arial" w:cs="Arial"/>
          <w:sz w:val="24"/>
          <w:szCs w:val="24"/>
        </w:rPr>
        <w:t>de  que</w:t>
      </w:r>
      <w:proofErr w:type="gramEnd"/>
      <w:r w:rsidRPr="002E4E9B">
        <w:rPr>
          <w:rFonts w:ascii="Arial" w:hAnsi="Arial" w:cs="Arial"/>
          <w:sz w:val="24"/>
          <w:szCs w:val="24"/>
        </w:rPr>
        <w:t xml:space="preserve"> dan un total de </w:t>
      </w:r>
      <w:r>
        <w:rPr>
          <w:rFonts w:ascii="Arial" w:hAnsi="Arial" w:cs="Arial"/>
          <w:sz w:val="24"/>
          <w:szCs w:val="24"/>
        </w:rPr>
        <w:t>$</w:t>
      </w:r>
      <w:r w:rsidRPr="002E4E9B">
        <w:rPr>
          <w:rFonts w:ascii="Arial" w:hAnsi="Arial" w:cs="Arial"/>
          <w:sz w:val="24"/>
          <w:szCs w:val="24"/>
        </w:rPr>
        <w:t>1</w:t>
      </w:r>
      <w:r>
        <w:rPr>
          <w:rFonts w:ascii="Arial" w:hAnsi="Arial" w:cs="Arial"/>
          <w:sz w:val="24"/>
          <w:szCs w:val="24"/>
        </w:rPr>
        <w:t>,</w:t>
      </w:r>
      <w:r w:rsidRPr="002E4E9B">
        <w:rPr>
          <w:rFonts w:ascii="Arial" w:hAnsi="Arial" w:cs="Arial"/>
          <w:sz w:val="24"/>
          <w:szCs w:val="24"/>
        </w:rPr>
        <w:t>8</w:t>
      </w:r>
      <w:r>
        <w:rPr>
          <w:rFonts w:ascii="Arial" w:hAnsi="Arial" w:cs="Arial"/>
          <w:sz w:val="24"/>
          <w:szCs w:val="24"/>
        </w:rPr>
        <w:t>00,000.00</w:t>
      </w:r>
      <w:r w:rsidRPr="002E4E9B">
        <w:rPr>
          <w:rFonts w:ascii="Arial" w:hAnsi="Arial" w:cs="Arial"/>
          <w:sz w:val="24"/>
          <w:szCs w:val="24"/>
        </w:rPr>
        <w:t xml:space="preserve"> millones muebles,</w:t>
      </w:r>
      <w:r>
        <w:rPr>
          <w:rFonts w:ascii="Arial" w:hAnsi="Arial" w:cs="Arial"/>
          <w:sz w:val="24"/>
          <w:szCs w:val="24"/>
        </w:rPr>
        <w:t xml:space="preserve"> </w:t>
      </w:r>
      <w:r w:rsidRPr="002E4E9B">
        <w:rPr>
          <w:rFonts w:ascii="Arial" w:hAnsi="Arial" w:cs="Arial"/>
          <w:sz w:val="24"/>
          <w:szCs w:val="24"/>
        </w:rPr>
        <w:t xml:space="preserve">excepto de oficina y estantería, un aumento de </w:t>
      </w:r>
      <w:r>
        <w:rPr>
          <w:rFonts w:ascii="Arial" w:hAnsi="Arial" w:cs="Arial"/>
          <w:sz w:val="24"/>
          <w:szCs w:val="24"/>
        </w:rPr>
        <w:t>$</w:t>
      </w:r>
      <w:proofErr w:type="gramStart"/>
      <w:r w:rsidRPr="002E4E9B">
        <w:rPr>
          <w:rFonts w:ascii="Arial" w:hAnsi="Arial" w:cs="Arial"/>
          <w:sz w:val="24"/>
          <w:szCs w:val="24"/>
        </w:rPr>
        <w:t>7</w:t>
      </w:r>
      <w:r>
        <w:rPr>
          <w:rFonts w:ascii="Arial" w:hAnsi="Arial" w:cs="Arial"/>
          <w:sz w:val="24"/>
          <w:szCs w:val="24"/>
        </w:rPr>
        <w:t>,</w:t>
      </w:r>
      <w:r w:rsidRPr="002E4E9B">
        <w:rPr>
          <w:rFonts w:ascii="Arial" w:hAnsi="Arial" w:cs="Arial"/>
          <w:sz w:val="24"/>
          <w:szCs w:val="24"/>
        </w:rPr>
        <w:t>700  no</w:t>
      </w:r>
      <w:proofErr w:type="gramEnd"/>
      <w:r w:rsidRPr="002E4E9B">
        <w:rPr>
          <w:rFonts w:ascii="Arial" w:hAnsi="Arial" w:cs="Arial"/>
          <w:sz w:val="24"/>
          <w:szCs w:val="24"/>
        </w:rPr>
        <w:t xml:space="preserve"> se tenía contemplado por la partida queda con ese mismo monto. Equipo de cómputo y</w:t>
      </w:r>
      <w:r w:rsidR="00275645">
        <w:rPr>
          <w:rFonts w:ascii="Arial" w:hAnsi="Arial" w:cs="Arial"/>
          <w:sz w:val="24"/>
          <w:szCs w:val="24"/>
        </w:rPr>
        <w:t xml:space="preserve"> </w:t>
      </w:r>
      <w:r w:rsidRPr="002E4E9B">
        <w:rPr>
          <w:rFonts w:ascii="Arial" w:hAnsi="Arial" w:cs="Arial"/>
          <w:sz w:val="24"/>
          <w:szCs w:val="24"/>
        </w:rPr>
        <w:t xml:space="preserve">tecnologías de la información, una disminución de </w:t>
      </w:r>
      <w:r w:rsidR="00275645">
        <w:rPr>
          <w:rFonts w:ascii="Arial" w:hAnsi="Arial" w:cs="Arial"/>
          <w:sz w:val="24"/>
          <w:szCs w:val="24"/>
        </w:rPr>
        <w:t>$</w:t>
      </w:r>
      <w:r w:rsidRPr="002E4E9B">
        <w:rPr>
          <w:rFonts w:ascii="Arial" w:hAnsi="Arial" w:cs="Arial"/>
          <w:sz w:val="24"/>
          <w:szCs w:val="24"/>
        </w:rPr>
        <w:t>300,000</w:t>
      </w:r>
      <w:r w:rsidR="00275645">
        <w:rPr>
          <w:rFonts w:ascii="Arial" w:hAnsi="Arial" w:cs="Arial"/>
          <w:sz w:val="24"/>
          <w:szCs w:val="24"/>
        </w:rPr>
        <w:t>.00 pesos</w:t>
      </w:r>
      <w:r w:rsidRPr="002E4E9B">
        <w:rPr>
          <w:rFonts w:ascii="Arial" w:hAnsi="Arial" w:cs="Arial"/>
          <w:sz w:val="24"/>
          <w:szCs w:val="24"/>
        </w:rPr>
        <w:t xml:space="preserve">, quedando un total de tres de </w:t>
      </w:r>
      <w:r w:rsidR="00275645">
        <w:rPr>
          <w:rFonts w:ascii="Arial" w:hAnsi="Arial" w:cs="Arial"/>
          <w:sz w:val="24"/>
          <w:szCs w:val="24"/>
        </w:rPr>
        <w:t>$2,</w:t>
      </w:r>
      <w:r w:rsidRPr="002E4E9B">
        <w:rPr>
          <w:rFonts w:ascii="Arial" w:hAnsi="Arial" w:cs="Arial"/>
          <w:sz w:val="24"/>
          <w:szCs w:val="24"/>
        </w:rPr>
        <w:t>5</w:t>
      </w:r>
      <w:r w:rsidR="00275645">
        <w:rPr>
          <w:rFonts w:ascii="Arial" w:hAnsi="Arial" w:cs="Arial"/>
          <w:sz w:val="24"/>
          <w:szCs w:val="24"/>
        </w:rPr>
        <w:t>00,000.00</w:t>
      </w:r>
      <w:r w:rsidRPr="002E4E9B">
        <w:rPr>
          <w:rFonts w:ascii="Arial" w:hAnsi="Arial" w:cs="Arial"/>
          <w:sz w:val="24"/>
          <w:szCs w:val="24"/>
        </w:rPr>
        <w:t xml:space="preserve"> millones</w:t>
      </w:r>
      <w:r w:rsidR="00275645">
        <w:rPr>
          <w:rFonts w:ascii="Arial" w:hAnsi="Arial" w:cs="Arial"/>
          <w:sz w:val="24"/>
          <w:szCs w:val="24"/>
        </w:rPr>
        <w:t xml:space="preserve">. </w:t>
      </w:r>
      <w:r w:rsidRPr="002E4E9B">
        <w:rPr>
          <w:rFonts w:ascii="Arial" w:hAnsi="Arial" w:cs="Arial"/>
          <w:sz w:val="24"/>
          <w:szCs w:val="24"/>
        </w:rPr>
        <w:t>En las siguientes partidas no se tenían contemplado el gasto y bueno, el monto que mencioné es el final que quedaría.</w:t>
      </w:r>
      <w:r w:rsidR="00275645">
        <w:rPr>
          <w:rFonts w:ascii="Arial" w:hAnsi="Arial" w:cs="Arial"/>
          <w:sz w:val="24"/>
          <w:szCs w:val="24"/>
        </w:rPr>
        <w:t xml:space="preserve"> </w:t>
      </w:r>
      <w:r w:rsidRPr="002E4E9B">
        <w:rPr>
          <w:rFonts w:ascii="Arial" w:hAnsi="Arial" w:cs="Arial"/>
          <w:sz w:val="24"/>
          <w:szCs w:val="24"/>
        </w:rPr>
        <w:t xml:space="preserve">Otros mobiliarios, equipos de administración </w:t>
      </w:r>
      <w:r w:rsidR="00275645">
        <w:rPr>
          <w:rFonts w:ascii="Arial" w:hAnsi="Arial" w:cs="Arial"/>
          <w:sz w:val="24"/>
          <w:szCs w:val="24"/>
        </w:rPr>
        <w:t>$</w:t>
      </w:r>
      <w:r w:rsidRPr="002E4E9B">
        <w:rPr>
          <w:rFonts w:ascii="Arial" w:hAnsi="Arial" w:cs="Arial"/>
          <w:sz w:val="24"/>
          <w:szCs w:val="24"/>
        </w:rPr>
        <w:t>89,800</w:t>
      </w:r>
      <w:r w:rsidR="00275645">
        <w:rPr>
          <w:rFonts w:ascii="Arial" w:hAnsi="Arial" w:cs="Arial"/>
          <w:sz w:val="24"/>
          <w:szCs w:val="24"/>
        </w:rPr>
        <w:t>.00 pesos</w:t>
      </w:r>
      <w:r w:rsidRPr="002E4E9B">
        <w:rPr>
          <w:rFonts w:ascii="Arial" w:hAnsi="Arial" w:cs="Arial"/>
          <w:sz w:val="24"/>
          <w:szCs w:val="24"/>
        </w:rPr>
        <w:t>.</w:t>
      </w:r>
      <w:r w:rsidR="00275645">
        <w:rPr>
          <w:rFonts w:ascii="Arial" w:hAnsi="Arial" w:cs="Arial"/>
          <w:sz w:val="24"/>
          <w:szCs w:val="24"/>
        </w:rPr>
        <w:t xml:space="preserve"> </w:t>
      </w:r>
      <w:r w:rsidRPr="002E4E9B">
        <w:rPr>
          <w:rFonts w:ascii="Arial" w:hAnsi="Arial" w:cs="Arial"/>
          <w:sz w:val="24"/>
          <w:szCs w:val="24"/>
        </w:rPr>
        <w:t xml:space="preserve">Equipos y aparatos audiovisuales, </w:t>
      </w:r>
      <w:r w:rsidR="00275645">
        <w:rPr>
          <w:rFonts w:ascii="Arial" w:hAnsi="Arial" w:cs="Arial"/>
          <w:sz w:val="24"/>
          <w:szCs w:val="24"/>
        </w:rPr>
        <w:t>$</w:t>
      </w:r>
      <w:r w:rsidRPr="002E4E9B">
        <w:rPr>
          <w:rFonts w:ascii="Arial" w:hAnsi="Arial" w:cs="Arial"/>
          <w:sz w:val="24"/>
          <w:szCs w:val="24"/>
        </w:rPr>
        <w:t>98,500.</w:t>
      </w:r>
      <w:r w:rsidR="00275645">
        <w:rPr>
          <w:rFonts w:ascii="Arial" w:hAnsi="Arial" w:cs="Arial"/>
          <w:sz w:val="24"/>
          <w:szCs w:val="24"/>
        </w:rPr>
        <w:t xml:space="preserve">00 pesos </w:t>
      </w:r>
      <w:r w:rsidRPr="002E4E9B">
        <w:rPr>
          <w:rFonts w:ascii="Arial" w:hAnsi="Arial" w:cs="Arial"/>
          <w:sz w:val="24"/>
          <w:szCs w:val="24"/>
        </w:rPr>
        <w:t xml:space="preserve">Cámaras fotográficas y de video </w:t>
      </w:r>
      <w:r w:rsidR="00275645">
        <w:rPr>
          <w:rFonts w:ascii="Arial" w:hAnsi="Arial" w:cs="Arial"/>
          <w:sz w:val="24"/>
          <w:szCs w:val="24"/>
        </w:rPr>
        <w:t>$</w:t>
      </w:r>
      <w:r w:rsidRPr="002E4E9B">
        <w:rPr>
          <w:rFonts w:ascii="Arial" w:hAnsi="Arial" w:cs="Arial"/>
          <w:sz w:val="24"/>
          <w:szCs w:val="24"/>
        </w:rPr>
        <w:t>181,000</w:t>
      </w:r>
      <w:r w:rsidR="00275645">
        <w:rPr>
          <w:rFonts w:ascii="Arial" w:hAnsi="Arial" w:cs="Arial"/>
          <w:sz w:val="24"/>
          <w:szCs w:val="24"/>
        </w:rPr>
        <w:t>.00 pesos</w:t>
      </w:r>
      <w:r w:rsidRPr="002E4E9B">
        <w:rPr>
          <w:rFonts w:ascii="Arial" w:hAnsi="Arial" w:cs="Arial"/>
          <w:sz w:val="24"/>
          <w:szCs w:val="24"/>
        </w:rPr>
        <w:t xml:space="preserve">. Equipo médico y de laboratorio </w:t>
      </w:r>
      <w:r w:rsidR="00275645">
        <w:rPr>
          <w:rFonts w:ascii="Arial" w:hAnsi="Arial" w:cs="Arial"/>
          <w:sz w:val="24"/>
          <w:szCs w:val="24"/>
        </w:rPr>
        <w:t>$</w:t>
      </w:r>
      <w:r w:rsidRPr="002E4E9B">
        <w:rPr>
          <w:rFonts w:ascii="Arial" w:hAnsi="Arial" w:cs="Arial"/>
          <w:sz w:val="24"/>
          <w:szCs w:val="24"/>
        </w:rPr>
        <w:t>122,900</w:t>
      </w:r>
      <w:r w:rsidR="00275645">
        <w:rPr>
          <w:rFonts w:ascii="Arial" w:hAnsi="Arial" w:cs="Arial"/>
          <w:sz w:val="24"/>
          <w:szCs w:val="24"/>
        </w:rPr>
        <w:t xml:space="preserve">.00 pesos. </w:t>
      </w:r>
      <w:r w:rsidRPr="002E4E9B">
        <w:rPr>
          <w:rFonts w:ascii="Arial" w:hAnsi="Arial" w:cs="Arial"/>
          <w:sz w:val="24"/>
          <w:szCs w:val="24"/>
        </w:rPr>
        <w:t xml:space="preserve">Instrumental médico y de laboratorios </w:t>
      </w:r>
      <w:r w:rsidR="00275645">
        <w:rPr>
          <w:rFonts w:ascii="Arial" w:hAnsi="Arial" w:cs="Arial"/>
          <w:sz w:val="24"/>
          <w:szCs w:val="24"/>
        </w:rPr>
        <w:t>$</w:t>
      </w:r>
      <w:r w:rsidRPr="002E4E9B">
        <w:rPr>
          <w:rFonts w:ascii="Arial" w:hAnsi="Arial" w:cs="Arial"/>
          <w:sz w:val="24"/>
          <w:szCs w:val="24"/>
        </w:rPr>
        <w:t>60,500</w:t>
      </w:r>
      <w:r w:rsidR="00275645">
        <w:rPr>
          <w:rFonts w:ascii="Arial" w:hAnsi="Arial" w:cs="Arial"/>
          <w:sz w:val="24"/>
          <w:szCs w:val="24"/>
        </w:rPr>
        <w:t>.00 pesos</w:t>
      </w:r>
      <w:r w:rsidRPr="002E4E9B">
        <w:rPr>
          <w:rFonts w:ascii="Arial" w:hAnsi="Arial" w:cs="Arial"/>
          <w:sz w:val="24"/>
          <w:szCs w:val="24"/>
        </w:rPr>
        <w:t>. Y en bueno, eso ya son las que no se tienen contemplado el gasto y</w:t>
      </w:r>
      <w:r w:rsidR="00275645">
        <w:rPr>
          <w:rFonts w:ascii="Arial" w:hAnsi="Arial" w:cs="Arial"/>
          <w:sz w:val="24"/>
          <w:szCs w:val="24"/>
        </w:rPr>
        <w:t xml:space="preserve"> </w:t>
      </w:r>
      <w:r w:rsidRPr="002E4E9B">
        <w:rPr>
          <w:rFonts w:ascii="Arial" w:hAnsi="Arial" w:cs="Arial"/>
          <w:sz w:val="24"/>
          <w:szCs w:val="24"/>
        </w:rPr>
        <w:t>ya se les suministró recurso en esas partidas</w:t>
      </w:r>
      <w:r w:rsidR="00275645">
        <w:rPr>
          <w:rFonts w:ascii="Arial" w:hAnsi="Arial" w:cs="Arial"/>
          <w:sz w:val="24"/>
          <w:szCs w:val="24"/>
        </w:rPr>
        <w:t xml:space="preserve">, </w:t>
      </w:r>
      <w:r w:rsidRPr="002E4E9B">
        <w:rPr>
          <w:rFonts w:ascii="Arial" w:hAnsi="Arial" w:cs="Arial"/>
          <w:sz w:val="24"/>
          <w:szCs w:val="24"/>
        </w:rPr>
        <w:t>v</w:t>
      </w:r>
      <w:r w:rsidR="00275645">
        <w:rPr>
          <w:rFonts w:ascii="Arial" w:hAnsi="Arial" w:cs="Arial"/>
          <w:sz w:val="24"/>
          <w:szCs w:val="24"/>
        </w:rPr>
        <w:t>eh</w:t>
      </w:r>
      <w:r w:rsidRPr="002E4E9B">
        <w:rPr>
          <w:rFonts w:ascii="Arial" w:hAnsi="Arial" w:cs="Arial"/>
          <w:sz w:val="24"/>
          <w:szCs w:val="24"/>
        </w:rPr>
        <w:t xml:space="preserve">ículos y equipo terrestre, una disminución de </w:t>
      </w:r>
      <w:r w:rsidR="00275645">
        <w:rPr>
          <w:rFonts w:ascii="Arial" w:hAnsi="Arial" w:cs="Arial"/>
          <w:sz w:val="24"/>
          <w:szCs w:val="24"/>
        </w:rPr>
        <w:t>$</w:t>
      </w:r>
      <w:r w:rsidRPr="002E4E9B">
        <w:rPr>
          <w:rFonts w:ascii="Arial" w:hAnsi="Arial" w:cs="Arial"/>
          <w:sz w:val="24"/>
          <w:szCs w:val="24"/>
        </w:rPr>
        <w:t>510,000</w:t>
      </w:r>
      <w:r w:rsidR="00275645">
        <w:rPr>
          <w:rFonts w:ascii="Arial" w:hAnsi="Arial" w:cs="Arial"/>
          <w:sz w:val="24"/>
          <w:szCs w:val="24"/>
        </w:rPr>
        <w:t>.00</w:t>
      </w:r>
      <w:r w:rsidRPr="002E4E9B">
        <w:rPr>
          <w:rFonts w:ascii="Arial" w:hAnsi="Arial" w:cs="Arial"/>
          <w:sz w:val="24"/>
          <w:szCs w:val="24"/>
        </w:rPr>
        <w:t xml:space="preserve"> pes</w:t>
      </w:r>
      <w:r w:rsidR="00275645">
        <w:rPr>
          <w:rFonts w:ascii="Arial" w:hAnsi="Arial" w:cs="Arial"/>
          <w:sz w:val="24"/>
          <w:szCs w:val="24"/>
        </w:rPr>
        <w:t>os</w:t>
      </w:r>
      <w:r w:rsidRPr="002E4E9B">
        <w:rPr>
          <w:rFonts w:ascii="Arial" w:hAnsi="Arial" w:cs="Arial"/>
          <w:sz w:val="24"/>
          <w:szCs w:val="24"/>
        </w:rPr>
        <w:t xml:space="preserve"> que</w:t>
      </w:r>
      <w:r w:rsidR="00275645">
        <w:rPr>
          <w:rFonts w:ascii="Arial" w:hAnsi="Arial" w:cs="Arial"/>
          <w:sz w:val="24"/>
          <w:szCs w:val="24"/>
        </w:rPr>
        <w:t>d</w:t>
      </w:r>
      <w:r w:rsidRPr="002E4E9B">
        <w:rPr>
          <w:rFonts w:ascii="Arial" w:hAnsi="Arial" w:cs="Arial"/>
          <w:sz w:val="24"/>
          <w:szCs w:val="24"/>
        </w:rPr>
        <w:t xml:space="preserve">ando un total de </w:t>
      </w:r>
      <w:r w:rsidR="00275645">
        <w:rPr>
          <w:rFonts w:ascii="Arial" w:hAnsi="Arial" w:cs="Arial"/>
          <w:sz w:val="24"/>
          <w:szCs w:val="24"/>
        </w:rPr>
        <w:t>$</w:t>
      </w:r>
      <w:r w:rsidRPr="002E4E9B">
        <w:rPr>
          <w:rFonts w:ascii="Arial" w:hAnsi="Arial" w:cs="Arial"/>
          <w:sz w:val="24"/>
          <w:szCs w:val="24"/>
        </w:rPr>
        <w:t>1,490,000.</w:t>
      </w:r>
      <w:r w:rsidR="00275645">
        <w:rPr>
          <w:rFonts w:ascii="Arial" w:hAnsi="Arial" w:cs="Arial"/>
          <w:sz w:val="24"/>
          <w:szCs w:val="24"/>
        </w:rPr>
        <w:t>00</w:t>
      </w:r>
      <w:r w:rsidRPr="002E4E9B">
        <w:rPr>
          <w:rFonts w:ascii="Arial" w:hAnsi="Arial" w:cs="Arial"/>
          <w:sz w:val="24"/>
          <w:szCs w:val="24"/>
        </w:rPr>
        <w:t xml:space="preserve"> equipo de</w:t>
      </w:r>
      <w:r w:rsidR="00275645">
        <w:rPr>
          <w:rFonts w:ascii="Arial" w:hAnsi="Arial" w:cs="Arial"/>
          <w:sz w:val="24"/>
          <w:szCs w:val="24"/>
        </w:rPr>
        <w:t xml:space="preserve"> </w:t>
      </w:r>
      <w:r w:rsidRPr="002E4E9B">
        <w:rPr>
          <w:rFonts w:ascii="Arial" w:hAnsi="Arial" w:cs="Arial"/>
          <w:sz w:val="24"/>
          <w:szCs w:val="24"/>
        </w:rPr>
        <w:t xml:space="preserve">defensa y seguridad. No se tenía contemplado el gasto, pero se está suministrando </w:t>
      </w:r>
      <w:r w:rsidR="00275645">
        <w:rPr>
          <w:rFonts w:ascii="Arial" w:hAnsi="Arial" w:cs="Arial"/>
          <w:sz w:val="24"/>
          <w:szCs w:val="24"/>
        </w:rPr>
        <w:t>$</w:t>
      </w:r>
      <w:r w:rsidRPr="002E4E9B">
        <w:rPr>
          <w:rFonts w:ascii="Arial" w:hAnsi="Arial" w:cs="Arial"/>
          <w:sz w:val="24"/>
          <w:szCs w:val="24"/>
        </w:rPr>
        <w:t>1</w:t>
      </w:r>
      <w:r w:rsidR="00275645">
        <w:rPr>
          <w:rFonts w:ascii="Arial" w:hAnsi="Arial" w:cs="Arial"/>
          <w:sz w:val="24"/>
          <w:szCs w:val="24"/>
        </w:rPr>
        <w:t>,</w:t>
      </w:r>
      <w:r w:rsidRPr="002E4E9B">
        <w:rPr>
          <w:rFonts w:ascii="Arial" w:hAnsi="Arial" w:cs="Arial"/>
          <w:sz w:val="24"/>
          <w:szCs w:val="24"/>
        </w:rPr>
        <w:t>8</w:t>
      </w:r>
      <w:r w:rsidR="00275645">
        <w:rPr>
          <w:rFonts w:ascii="Arial" w:hAnsi="Arial" w:cs="Arial"/>
          <w:sz w:val="24"/>
          <w:szCs w:val="24"/>
        </w:rPr>
        <w:t xml:space="preserve">00,000.00 </w:t>
      </w:r>
      <w:r w:rsidRPr="002E4E9B">
        <w:rPr>
          <w:rFonts w:ascii="Arial" w:hAnsi="Arial" w:cs="Arial"/>
          <w:sz w:val="24"/>
          <w:szCs w:val="24"/>
        </w:rPr>
        <w:t>millones</w:t>
      </w:r>
      <w:r w:rsidR="00275645" w:rsidRPr="002E4E9B">
        <w:rPr>
          <w:rFonts w:ascii="Arial" w:hAnsi="Arial" w:cs="Arial"/>
          <w:sz w:val="24"/>
          <w:szCs w:val="24"/>
        </w:rPr>
        <w:t xml:space="preserve"> que</w:t>
      </w:r>
      <w:r w:rsidRPr="002E4E9B">
        <w:rPr>
          <w:rFonts w:ascii="Arial" w:hAnsi="Arial" w:cs="Arial"/>
          <w:sz w:val="24"/>
          <w:szCs w:val="24"/>
        </w:rPr>
        <w:t xml:space="preserve"> atiende para </w:t>
      </w:r>
      <w:r w:rsidR="00275645" w:rsidRPr="002E4E9B">
        <w:rPr>
          <w:rFonts w:ascii="Arial" w:hAnsi="Arial" w:cs="Arial"/>
          <w:sz w:val="24"/>
          <w:szCs w:val="24"/>
        </w:rPr>
        <w:t>él</w:t>
      </w:r>
      <w:r w:rsidRPr="002E4E9B">
        <w:rPr>
          <w:rFonts w:ascii="Arial" w:hAnsi="Arial" w:cs="Arial"/>
          <w:sz w:val="24"/>
          <w:szCs w:val="24"/>
        </w:rPr>
        <w:t xml:space="preserve"> la compra de chalecos</w:t>
      </w:r>
      <w:r w:rsidR="00275645">
        <w:rPr>
          <w:rFonts w:ascii="Arial" w:hAnsi="Arial" w:cs="Arial"/>
          <w:sz w:val="24"/>
          <w:szCs w:val="24"/>
        </w:rPr>
        <w:t xml:space="preserve"> </w:t>
      </w:r>
      <w:r w:rsidRPr="002E4E9B">
        <w:rPr>
          <w:rFonts w:ascii="Arial" w:hAnsi="Arial" w:cs="Arial"/>
          <w:sz w:val="24"/>
          <w:szCs w:val="24"/>
        </w:rPr>
        <w:t xml:space="preserve">balísticos y </w:t>
      </w:r>
      <w:r w:rsidR="00275645" w:rsidRPr="002E4E9B">
        <w:rPr>
          <w:rFonts w:ascii="Arial" w:hAnsi="Arial" w:cs="Arial"/>
          <w:sz w:val="24"/>
          <w:szCs w:val="24"/>
        </w:rPr>
        <w:t>demás herramienta</w:t>
      </w:r>
      <w:r w:rsidRPr="002E4E9B">
        <w:rPr>
          <w:rFonts w:ascii="Arial" w:hAnsi="Arial" w:cs="Arial"/>
          <w:sz w:val="24"/>
          <w:szCs w:val="24"/>
        </w:rPr>
        <w:t xml:space="preserve"> de trabajo para la corporación de seguridad pública.</w:t>
      </w:r>
      <w:r w:rsidR="00275645">
        <w:rPr>
          <w:rFonts w:ascii="Arial" w:hAnsi="Arial" w:cs="Arial"/>
          <w:sz w:val="24"/>
          <w:szCs w:val="24"/>
        </w:rPr>
        <w:t xml:space="preserve"> </w:t>
      </w:r>
      <w:r w:rsidRPr="002E4E9B">
        <w:rPr>
          <w:rFonts w:ascii="Arial" w:hAnsi="Arial" w:cs="Arial"/>
          <w:sz w:val="24"/>
          <w:szCs w:val="24"/>
        </w:rPr>
        <w:t xml:space="preserve">Sistemas de aire acondicionado, calefacción y de refrigeración industrial y comercial. Un aumento de </w:t>
      </w:r>
      <w:r w:rsidR="00275645">
        <w:rPr>
          <w:rFonts w:ascii="Arial" w:hAnsi="Arial" w:cs="Arial"/>
          <w:sz w:val="24"/>
          <w:szCs w:val="24"/>
        </w:rPr>
        <w:t>$</w:t>
      </w:r>
      <w:r w:rsidRPr="002E4E9B">
        <w:rPr>
          <w:rFonts w:ascii="Arial" w:hAnsi="Arial" w:cs="Arial"/>
          <w:sz w:val="24"/>
          <w:szCs w:val="24"/>
        </w:rPr>
        <w:t>86,300</w:t>
      </w:r>
      <w:r w:rsidR="00275645">
        <w:rPr>
          <w:rFonts w:ascii="Arial" w:hAnsi="Arial" w:cs="Arial"/>
          <w:sz w:val="24"/>
          <w:szCs w:val="24"/>
        </w:rPr>
        <w:t>.00 pesos</w:t>
      </w:r>
      <w:r w:rsidRPr="002E4E9B">
        <w:rPr>
          <w:rFonts w:ascii="Arial" w:hAnsi="Arial" w:cs="Arial"/>
          <w:sz w:val="24"/>
          <w:szCs w:val="24"/>
        </w:rPr>
        <w:t>. Igual no se tenía</w:t>
      </w:r>
      <w:r w:rsidR="00275645">
        <w:rPr>
          <w:rFonts w:ascii="Arial" w:hAnsi="Arial" w:cs="Arial"/>
          <w:sz w:val="24"/>
          <w:szCs w:val="24"/>
        </w:rPr>
        <w:t xml:space="preserve"> </w:t>
      </w:r>
      <w:r w:rsidRPr="002E4E9B">
        <w:rPr>
          <w:rFonts w:ascii="Arial" w:hAnsi="Arial" w:cs="Arial"/>
          <w:sz w:val="24"/>
          <w:szCs w:val="24"/>
        </w:rPr>
        <w:t xml:space="preserve">contemplado el gasto, pero ese será el monto final. equipos de comunicación y telecomunicación o un aumento de </w:t>
      </w:r>
      <w:r w:rsidR="00275645">
        <w:rPr>
          <w:rFonts w:ascii="Arial" w:hAnsi="Arial" w:cs="Arial"/>
          <w:sz w:val="24"/>
          <w:szCs w:val="24"/>
        </w:rPr>
        <w:t>$</w:t>
      </w:r>
      <w:r w:rsidRPr="002E4E9B">
        <w:rPr>
          <w:rFonts w:ascii="Arial" w:hAnsi="Arial" w:cs="Arial"/>
          <w:sz w:val="24"/>
          <w:szCs w:val="24"/>
        </w:rPr>
        <w:t>3</w:t>
      </w:r>
      <w:r w:rsidR="00275645">
        <w:rPr>
          <w:rFonts w:ascii="Arial" w:hAnsi="Arial" w:cs="Arial"/>
          <w:sz w:val="24"/>
          <w:szCs w:val="24"/>
        </w:rPr>
        <w:t>,</w:t>
      </w:r>
      <w:r w:rsidRPr="002E4E9B">
        <w:rPr>
          <w:rFonts w:ascii="Arial" w:hAnsi="Arial" w:cs="Arial"/>
          <w:sz w:val="24"/>
          <w:szCs w:val="24"/>
        </w:rPr>
        <w:t>8</w:t>
      </w:r>
      <w:r w:rsidR="00275645">
        <w:rPr>
          <w:rFonts w:ascii="Arial" w:hAnsi="Arial" w:cs="Arial"/>
          <w:sz w:val="24"/>
          <w:szCs w:val="24"/>
        </w:rPr>
        <w:t>00,000.00</w:t>
      </w:r>
      <w:r w:rsidRPr="002E4E9B">
        <w:rPr>
          <w:rFonts w:ascii="Arial" w:hAnsi="Arial" w:cs="Arial"/>
          <w:sz w:val="24"/>
          <w:szCs w:val="24"/>
        </w:rPr>
        <w:t xml:space="preserve"> millones, quedando un total un</w:t>
      </w:r>
      <w:r w:rsidR="00275645">
        <w:rPr>
          <w:rFonts w:ascii="Arial" w:hAnsi="Arial" w:cs="Arial"/>
          <w:sz w:val="24"/>
          <w:szCs w:val="24"/>
        </w:rPr>
        <w:t xml:space="preserve"> </w:t>
      </w:r>
      <w:r w:rsidRPr="002E4E9B">
        <w:rPr>
          <w:rFonts w:ascii="Arial" w:hAnsi="Arial" w:cs="Arial"/>
          <w:sz w:val="24"/>
          <w:szCs w:val="24"/>
        </w:rPr>
        <w:t xml:space="preserve">total de </w:t>
      </w:r>
      <w:r w:rsidR="00275645">
        <w:rPr>
          <w:rFonts w:ascii="Arial" w:hAnsi="Arial" w:cs="Arial"/>
          <w:sz w:val="24"/>
          <w:szCs w:val="24"/>
        </w:rPr>
        <w:t>$</w:t>
      </w:r>
      <w:r w:rsidRPr="002E4E9B">
        <w:rPr>
          <w:rFonts w:ascii="Arial" w:hAnsi="Arial" w:cs="Arial"/>
          <w:sz w:val="24"/>
          <w:szCs w:val="24"/>
        </w:rPr>
        <w:t>5</w:t>
      </w:r>
      <w:r w:rsidR="00275645">
        <w:rPr>
          <w:rFonts w:ascii="Arial" w:hAnsi="Arial" w:cs="Arial"/>
          <w:sz w:val="24"/>
          <w:szCs w:val="24"/>
        </w:rPr>
        <w:t>,</w:t>
      </w:r>
      <w:r w:rsidRPr="002E4E9B">
        <w:rPr>
          <w:rFonts w:ascii="Arial" w:hAnsi="Arial" w:cs="Arial"/>
          <w:sz w:val="24"/>
          <w:szCs w:val="24"/>
        </w:rPr>
        <w:t>2</w:t>
      </w:r>
      <w:r w:rsidR="00275645">
        <w:rPr>
          <w:rFonts w:ascii="Arial" w:hAnsi="Arial" w:cs="Arial"/>
          <w:sz w:val="24"/>
          <w:szCs w:val="24"/>
        </w:rPr>
        <w:t>00,</w:t>
      </w:r>
      <w:r w:rsidRPr="002E4E9B">
        <w:rPr>
          <w:rFonts w:ascii="Arial" w:hAnsi="Arial" w:cs="Arial"/>
          <w:sz w:val="24"/>
          <w:szCs w:val="24"/>
        </w:rPr>
        <w:t>000</w:t>
      </w:r>
      <w:r w:rsidR="00275645">
        <w:rPr>
          <w:rFonts w:ascii="Arial" w:hAnsi="Arial" w:cs="Arial"/>
          <w:sz w:val="24"/>
          <w:szCs w:val="24"/>
        </w:rPr>
        <w:t>.00 millones</w:t>
      </w:r>
      <w:r w:rsidRPr="002E4E9B">
        <w:rPr>
          <w:rFonts w:ascii="Arial" w:hAnsi="Arial" w:cs="Arial"/>
          <w:sz w:val="24"/>
          <w:szCs w:val="24"/>
        </w:rPr>
        <w:t xml:space="preserve"> equipos de generación eléctrica para tus accesorios eléctricos un en usted tiene que contemplado el gasto se está</w:t>
      </w:r>
      <w:r w:rsidR="00275645">
        <w:rPr>
          <w:rFonts w:ascii="Arial" w:hAnsi="Arial" w:cs="Arial"/>
          <w:sz w:val="24"/>
          <w:szCs w:val="24"/>
        </w:rPr>
        <w:t xml:space="preserve"> </w:t>
      </w:r>
      <w:r w:rsidRPr="002E4E9B">
        <w:rPr>
          <w:rFonts w:ascii="Arial" w:hAnsi="Arial" w:cs="Arial"/>
          <w:sz w:val="24"/>
          <w:szCs w:val="24"/>
        </w:rPr>
        <w:t xml:space="preserve">suministrando </w:t>
      </w:r>
      <w:r w:rsidR="00275645">
        <w:rPr>
          <w:rFonts w:ascii="Arial" w:hAnsi="Arial" w:cs="Arial"/>
          <w:sz w:val="24"/>
          <w:szCs w:val="24"/>
        </w:rPr>
        <w:t>$</w:t>
      </w:r>
      <w:r w:rsidRPr="002E4E9B">
        <w:rPr>
          <w:rFonts w:ascii="Arial" w:hAnsi="Arial" w:cs="Arial"/>
          <w:sz w:val="24"/>
          <w:szCs w:val="24"/>
        </w:rPr>
        <w:t>128,000 pes</w:t>
      </w:r>
      <w:r w:rsidR="00275645">
        <w:rPr>
          <w:rFonts w:ascii="Arial" w:hAnsi="Arial" w:cs="Arial"/>
          <w:sz w:val="24"/>
          <w:szCs w:val="24"/>
        </w:rPr>
        <w:t>os</w:t>
      </w:r>
      <w:r w:rsidRPr="002E4E9B">
        <w:rPr>
          <w:rFonts w:ascii="Arial" w:hAnsi="Arial" w:cs="Arial"/>
          <w:sz w:val="24"/>
          <w:szCs w:val="24"/>
        </w:rPr>
        <w:t>, que sería el monto final. Herramientas y máquina máquinas herramienta, una disminución de</w:t>
      </w:r>
      <w:r w:rsidR="00275645">
        <w:rPr>
          <w:rFonts w:ascii="Arial" w:hAnsi="Arial" w:cs="Arial"/>
          <w:sz w:val="24"/>
          <w:szCs w:val="24"/>
        </w:rPr>
        <w:t xml:space="preserve"> $</w:t>
      </w:r>
      <w:r w:rsidRPr="002E4E9B">
        <w:rPr>
          <w:rFonts w:ascii="Arial" w:hAnsi="Arial" w:cs="Arial"/>
          <w:sz w:val="24"/>
          <w:szCs w:val="24"/>
        </w:rPr>
        <w:t>14,000</w:t>
      </w:r>
      <w:r w:rsidR="00275645">
        <w:rPr>
          <w:rFonts w:ascii="Arial" w:hAnsi="Arial" w:cs="Arial"/>
          <w:sz w:val="24"/>
          <w:szCs w:val="24"/>
        </w:rPr>
        <w:t>.00</w:t>
      </w:r>
      <w:r w:rsidRPr="002E4E9B">
        <w:rPr>
          <w:rFonts w:ascii="Arial" w:hAnsi="Arial" w:cs="Arial"/>
          <w:sz w:val="24"/>
          <w:szCs w:val="24"/>
        </w:rPr>
        <w:t xml:space="preserve"> pes</w:t>
      </w:r>
      <w:r w:rsidR="00275645">
        <w:rPr>
          <w:rFonts w:ascii="Arial" w:hAnsi="Arial" w:cs="Arial"/>
          <w:sz w:val="24"/>
          <w:szCs w:val="24"/>
        </w:rPr>
        <w:t>os</w:t>
      </w:r>
      <w:r w:rsidRPr="002E4E9B">
        <w:rPr>
          <w:rFonts w:ascii="Arial" w:hAnsi="Arial" w:cs="Arial"/>
          <w:sz w:val="24"/>
          <w:szCs w:val="24"/>
        </w:rPr>
        <w:t xml:space="preserve"> que dando un total de </w:t>
      </w:r>
      <w:r w:rsidR="00275645">
        <w:rPr>
          <w:rFonts w:ascii="Arial" w:hAnsi="Arial" w:cs="Arial"/>
          <w:sz w:val="24"/>
          <w:szCs w:val="24"/>
        </w:rPr>
        <w:t>$</w:t>
      </w:r>
      <w:r w:rsidRPr="002E4E9B">
        <w:rPr>
          <w:rFonts w:ascii="Arial" w:hAnsi="Arial" w:cs="Arial"/>
          <w:sz w:val="24"/>
          <w:szCs w:val="24"/>
        </w:rPr>
        <w:t>765,000</w:t>
      </w:r>
      <w:r w:rsidR="00275645">
        <w:rPr>
          <w:rFonts w:ascii="Arial" w:hAnsi="Arial" w:cs="Arial"/>
          <w:sz w:val="24"/>
          <w:szCs w:val="24"/>
        </w:rPr>
        <w:t xml:space="preserve">.00 pesos, </w:t>
      </w:r>
      <w:r w:rsidRPr="002E4E9B">
        <w:rPr>
          <w:rFonts w:ascii="Arial" w:hAnsi="Arial" w:cs="Arial"/>
          <w:sz w:val="24"/>
          <w:szCs w:val="24"/>
        </w:rPr>
        <w:t xml:space="preserve">otros equipos no se tenía contemplado el gasto, se </w:t>
      </w:r>
      <w:r w:rsidR="00275645" w:rsidRPr="002E4E9B">
        <w:rPr>
          <w:rFonts w:ascii="Arial" w:hAnsi="Arial" w:cs="Arial"/>
          <w:sz w:val="24"/>
          <w:szCs w:val="24"/>
        </w:rPr>
        <w:t>est</w:t>
      </w:r>
      <w:r w:rsidR="00275645">
        <w:rPr>
          <w:rFonts w:ascii="Arial" w:hAnsi="Arial" w:cs="Arial"/>
          <w:sz w:val="24"/>
          <w:szCs w:val="24"/>
        </w:rPr>
        <w:t xml:space="preserve">á </w:t>
      </w:r>
      <w:r w:rsidRPr="002E4E9B">
        <w:rPr>
          <w:rFonts w:ascii="Arial" w:hAnsi="Arial" w:cs="Arial"/>
          <w:sz w:val="24"/>
          <w:szCs w:val="24"/>
        </w:rPr>
        <w:t xml:space="preserve">suministrando con </w:t>
      </w:r>
      <w:r w:rsidR="00275645">
        <w:rPr>
          <w:rFonts w:ascii="Arial" w:hAnsi="Arial" w:cs="Arial"/>
          <w:sz w:val="24"/>
          <w:szCs w:val="24"/>
        </w:rPr>
        <w:t>$</w:t>
      </w:r>
      <w:r w:rsidRPr="002E4E9B">
        <w:rPr>
          <w:rFonts w:ascii="Arial" w:hAnsi="Arial" w:cs="Arial"/>
          <w:sz w:val="24"/>
          <w:szCs w:val="24"/>
        </w:rPr>
        <w:t>2</w:t>
      </w:r>
      <w:r w:rsidR="00275645">
        <w:rPr>
          <w:rFonts w:ascii="Arial" w:hAnsi="Arial" w:cs="Arial"/>
          <w:sz w:val="24"/>
          <w:szCs w:val="24"/>
        </w:rPr>
        <w:t>8</w:t>
      </w:r>
      <w:r w:rsidRPr="002E4E9B">
        <w:rPr>
          <w:rFonts w:ascii="Arial" w:hAnsi="Arial" w:cs="Arial"/>
          <w:sz w:val="24"/>
          <w:szCs w:val="24"/>
        </w:rPr>
        <w:t>8,000</w:t>
      </w:r>
      <w:r w:rsidR="00275645">
        <w:rPr>
          <w:rFonts w:ascii="Arial" w:hAnsi="Arial" w:cs="Arial"/>
          <w:sz w:val="24"/>
          <w:szCs w:val="24"/>
        </w:rPr>
        <w:t>.00 pesos</w:t>
      </w:r>
      <w:r w:rsidRPr="002E4E9B">
        <w:rPr>
          <w:rFonts w:ascii="Arial" w:hAnsi="Arial" w:cs="Arial"/>
          <w:sz w:val="24"/>
          <w:szCs w:val="24"/>
        </w:rPr>
        <w:t xml:space="preserve">. Software tampoco se tenía contemplado el gasto y se está </w:t>
      </w:r>
      <w:r w:rsidR="00275645" w:rsidRPr="002E4E9B">
        <w:rPr>
          <w:rFonts w:ascii="Arial" w:hAnsi="Arial" w:cs="Arial"/>
          <w:sz w:val="24"/>
          <w:szCs w:val="24"/>
        </w:rPr>
        <w:t xml:space="preserve">contemplando </w:t>
      </w:r>
      <w:r w:rsidR="00275645">
        <w:rPr>
          <w:rFonts w:ascii="Arial" w:hAnsi="Arial" w:cs="Arial"/>
          <w:sz w:val="24"/>
          <w:szCs w:val="24"/>
        </w:rPr>
        <w:t>$</w:t>
      </w:r>
      <w:r w:rsidR="00275645" w:rsidRPr="002E4E9B">
        <w:rPr>
          <w:rFonts w:ascii="Arial" w:hAnsi="Arial" w:cs="Arial"/>
          <w:sz w:val="24"/>
          <w:szCs w:val="24"/>
        </w:rPr>
        <w:t>2</w:t>
      </w:r>
      <w:r w:rsidR="00275645">
        <w:rPr>
          <w:rFonts w:ascii="Arial" w:hAnsi="Arial" w:cs="Arial"/>
          <w:sz w:val="24"/>
          <w:szCs w:val="24"/>
        </w:rPr>
        <w:t>,</w:t>
      </w:r>
      <w:r w:rsidR="00275645" w:rsidRPr="002E4E9B">
        <w:rPr>
          <w:rFonts w:ascii="Arial" w:hAnsi="Arial" w:cs="Arial"/>
          <w:sz w:val="24"/>
          <w:szCs w:val="24"/>
        </w:rPr>
        <w:t>7</w:t>
      </w:r>
      <w:r w:rsidR="00275645">
        <w:rPr>
          <w:rFonts w:ascii="Arial" w:hAnsi="Arial" w:cs="Arial"/>
          <w:sz w:val="24"/>
          <w:szCs w:val="24"/>
        </w:rPr>
        <w:t>00,00</w:t>
      </w:r>
      <w:r w:rsidRPr="002E4E9B">
        <w:rPr>
          <w:rFonts w:ascii="Arial" w:hAnsi="Arial" w:cs="Arial"/>
          <w:sz w:val="24"/>
          <w:szCs w:val="24"/>
        </w:rPr>
        <w:t xml:space="preserve"> millones</w:t>
      </w:r>
      <w:r w:rsidR="00275645">
        <w:rPr>
          <w:rFonts w:ascii="Arial" w:hAnsi="Arial" w:cs="Arial"/>
          <w:sz w:val="24"/>
          <w:szCs w:val="24"/>
        </w:rPr>
        <w:t xml:space="preserve">. </w:t>
      </w:r>
      <w:r w:rsidRPr="002E4E9B">
        <w:rPr>
          <w:rFonts w:ascii="Arial" w:hAnsi="Arial" w:cs="Arial"/>
          <w:sz w:val="24"/>
          <w:szCs w:val="24"/>
        </w:rPr>
        <w:t xml:space="preserve">Licencias informáticas e intelectuales, una disminución de </w:t>
      </w:r>
      <w:r w:rsidR="00275645">
        <w:rPr>
          <w:rFonts w:ascii="Arial" w:hAnsi="Arial" w:cs="Arial"/>
          <w:sz w:val="24"/>
          <w:szCs w:val="24"/>
        </w:rPr>
        <w:t>$</w:t>
      </w:r>
      <w:r w:rsidRPr="002E4E9B">
        <w:rPr>
          <w:rFonts w:ascii="Arial" w:hAnsi="Arial" w:cs="Arial"/>
          <w:sz w:val="24"/>
          <w:szCs w:val="24"/>
        </w:rPr>
        <w:t>1</w:t>
      </w:r>
      <w:r w:rsidR="00275645">
        <w:rPr>
          <w:rFonts w:ascii="Arial" w:hAnsi="Arial" w:cs="Arial"/>
          <w:sz w:val="24"/>
          <w:szCs w:val="24"/>
        </w:rPr>
        <w:t>,</w:t>
      </w:r>
      <w:r w:rsidRPr="002E4E9B">
        <w:rPr>
          <w:rFonts w:ascii="Arial" w:hAnsi="Arial" w:cs="Arial"/>
          <w:sz w:val="24"/>
          <w:szCs w:val="24"/>
        </w:rPr>
        <w:t>5</w:t>
      </w:r>
      <w:r w:rsidR="00275645">
        <w:rPr>
          <w:rFonts w:ascii="Arial" w:hAnsi="Arial" w:cs="Arial"/>
          <w:sz w:val="24"/>
          <w:szCs w:val="24"/>
        </w:rPr>
        <w:t>00.000.00</w:t>
      </w:r>
      <w:r w:rsidRPr="002E4E9B">
        <w:rPr>
          <w:rFonts w:ascii="Arial" w:hAnsi="Arial" w:cs="Arial"/>
          <w:sz w:val="24"/>
          <w:szCs w:val="24"/>
        </w:rPr>
        <w:t xml:space="preserve"> millones quedando un total de </w:t>
      </w:r>
      <w:r w:rsidR="00275645">
        <w:rPr>
          <w:rFonts w:ascii="Arial" w:hAnsi="Arial" w:cs="Arial"/>
          <w:sz w:val="24"/>
          <w:szCs w:val="24"/>
        </w:rPr>
        <w:t>$</w:t>
      </w:r>
      <w:r w:rsidRPr="002E4E9B">
        <w:rPr>
          <w:rFonts w:ascii="Arial" w:hAnsi="Arial" w:cs="Arial"/>
          <w:sz w:val="24"/>
          <w:szCs w:val="24"/>
        </w:rPr>
        <w:t>3</w:t>
      </w:r>
      <w:r w:rsidR="00275645">
        <w:rPr>
          <w:rFonts w:ascii="Arial" w:hAnsi="Arial" w:cs="Arial"/>
          <w:sz w:val="24"/>
          <w:szCs w:val="24"/>
        </w:rPr>
        <w:t>,</w:t>
      </w:r>
      <w:r w:rsidRPr="002E4E9B">
        <w:rPr>
          <w:rFonts w:ascii="Arial" w:hAnsi="Arial" w:cs="Arial"/>
          <w:sz w:val="24"/>
          <w:szCs w:val="24"/>
        </w:rPr>
        <w:t>5</w:t>
      </w:r>
      <w:r w:rsidR="00275645">
        <w:rPr>
          <w:rFonts w:ascii="Arial" w:hAnsi="Arial" w:cs="Arial"/>
          <w:sz w:val="24"/>
          <w:szCs w:val="24"/>
        </w:rPr>
        <w:t>00,000</w:t>
      </w:r>
      <w:r w:rsidRPr="002E4E9B">
        <w:rPr>
          <w:rFonts w:ascii="Arial" w:hAnsi="Arial" w:cs="Arial"/>
          <w:sz w:val="24"/>
          <w:szCs w:val="24"/>
        </w:rPr>
        <w:t>.</w:t>
      </w:r>
      <w:r w:rsidR="00275645">
        <w:rPr>
          <w:rFonts w:ascii="Arial" w:hAnsi="Arial" w:cs="Arial"/>
          <w:sz w:val="24"/>
          <w:szCs w:val="24"/>
        </w:rPr>
        <w:t xml:space="preserve">00 </w:t>
      </w:r>
      <w:r w:rsidRPr="002E4E9B">
        <w:rPr>
          <w:rFonts w:ascii="Arial" w:hAnsi="Arial" w:cs="Arial"/>
          <w:sz w:val="24"/>
          <w:szCs w:val="24"/>
        </w:rPr>
        <w:t>División de terrenos, perdón, eso ya es el 6,000, ¿verdad</w:t>
      </w:r>
      <w:r w:rsidR="00275645" w:rsidRPr="002E4E9B">
        <w:rPr>
          <w:rFonts w:ascii="Arial" w:hAnsi="Arial" w:cs="Arial"/>
          <w:sz w:val="24"/>
          <w:szCs w:val="24"/>
        </w:rPr>
        <w:t>?,</w:t>
      </w:r>
      <w:r w:rsidRPr="002E4E9B">
        <w:rPr>
          <w:rFonts w:ascii="Arial" w:hAnsi="Arial" w:cs="Arial"/>
          <w:sz w:val="24"/>
          <w:szCs w:val="24"/>
        </w:rPr>
        <w:t xml:space="preserve"> esto sería lo que corresponde a la partida 5000. </w:t>
      </w:r>
      <w:r w:rsidR="00275645" w:rsidRPr="002E4E9B">
        <w:rPr>
          <w:rFonts w:ascii="Arial" w:hAnsi="Arial" w:cs="Arial"/>
          <w:sz w:val="24"/>
          <w:szCs w:val="24"/>
        </w:rPr>
        <w:t>¿No si hubiera algún otro comentario?</w:t>
      </w:r>
      <w:r w:rsidRPr="002E4E9B">
        <w:rPr>
          <w:rFonts w:ascii="Arial" w:hAnsi="Arial" w:cs="Arial"/>
          <w:sz w:val="24"/>
          <w:szCs w:val="24"/>
        </w:rPr>
        <w:t xml:space="preserve"> Adelante, tesorera.</w:t>
      </w:r>
    </w:p>
    <w:p w14:paraId="18E129B3" w14:textId="605E906A" w:rsidR="00EC03D4" w:rsidRPr="002E4E9B" w:rsidRDefault="00275645" w:rsidP="00DC6CFE">
      <w:pPr>
        <w:jc w:val="both"/>
        <w:rPr>
          <w:rFonts w:ascii="Arial" w:hAnsi="Arial" w:cs="Arial"/>
          <w:sz w:val="24"/>
          <w:szCs w:val="24"/>
        </w:rPr>
      </w:pPr>
      <w:r>
        <w:rPr>
          <w:rFonts w:ascii="Arial" w:hAnsi="Arial" w:cs="Arial"/>
          <w:b/>
          <w:bCs/>
          <w:sz w:val="24"/>
          <w:szCs w:val="24"/>
        </w:rPr>
        <w:lastRenderedPageBreak/>
        <w:t xml:space="preserve">C. VICTORIA GARCÍA CONTRERAS. - </w:t>
      </w:r>
      <w:r w:rsidRPr="002E4E9B">
        <w:rPr>
          <w:rFonts w:ascii="Arial" w:hAnsi="Arial" w:cs="Arial"/>
          <w:sz w:val="24"/>
          <w:szCs w:val="24"/>
        </w:rPr>
        <w:t>Gracias. Con relación</w:t>
      </w:r>
      <w:r>
        <w:rPr>
          <w:rFonts w:ascii="Arial" w:hAnsi="Arial" w:cs="Arial"/>
          <w:sz w:val="24"/>
          <w:szCs w:val="24"/>
        </w:rPr>
        <w:t xml:space="preserve"> </w:t>
      </w:r>
      <w:r w:rsidRPr="002E4E9B">
        <w:rPr>
          <w:rFonts w:ascii="Arial" w:hAnsi="Arial" w:cs="Arial"/>
          <w:sz w:val="24"/>
          <w:szCs w:val="24"/>
        </w:rPr>
        <w:t>al capítulo 5000 en sus diferentes partidas, no todos son incrementos, si ustedes</w:t>
      </w:r>
      <w:r>
        <w:rPr>
          <w:rFonts w:ascii="Arial" w:hAnsi="Arial" w:cs="Arial"/>
          <w:sz w:val="24"/>
          <w:szCs w:val="24"/>
        </w:rPr>
        <w:t xml:space="preserve"> </w:t>
      </w:r>
      <w:r w:rsidRPr="002E4E9B">
        <w:rPr>
          <w:rFonts w:ascii="Arial" w:hAnsi="Arial" w:cs="Arial"/>
          <w:sz w:val="24"/>
          <w:szCs w:val="24"/>
        </w:rPr>
        <w:t xml:space="preserve">ven en la primera columna tenemos este lo que es en la partida </w:t>
      </w:r>
      <w:r>
        <w:rPr>
          <w:rFonts w:ascii="Arial" w:hAnsi="Arial" w:cs="Arial"/>
          <w:sz w:val="24"/>
          <w:szCs w:val="24"/>
        </w:rPr>
        <w:t>d</w:t>
      </w:r>
      <w:r w:rsidRPr="002E4E9B">
        <w:rPr>
          <w:rFonts w:ascii="Arial" w:hAnsi="Arial" w:cs="Arial"/>
          <w:sz w:val="24"/>
          <w:szCs w:val="24"/>
        </w:rPr>
        <w:t>e mobiliario, la 511, muebles de oficina y estantería,</w:t>
      </w:r>
      <w:r>
        <w:rPr>
          <w:rFonts w:ascii="Arial" w:hAnsi="Arial" w:cs="Arial"/>
          <w:sz w:val="24"/>
          <w:szCs w:val="24"/>
        </w:rPr>
        <w:t xml:space="preserve"> $</w:t>
      </w:r>
      <w:r w:rsidRPr="002E4E9B">
        <w:rPr>
          <w:rFonts w:ascii="Arial" w:hAnsi="Arial" w:cs="Arial"/>
          <w:sz w:val="24"/>
          <w:szCs w:val="24"/>
        </w:rPr>
        <w:t>780,000</w:t>
      </w:r>
      <w:r>
        <w:rPr>
          <w:rFonts w:ascii="Arial" w:hAnsi="Arial" w:cs="Arial"/>
          <w:sz w:val="24"/>
          <w:szCs w:val="24"/>
        </w:rPr>
        <w:t>.00 pesos</w:t>
      </w:r>
      <w:r w:rsidRPr="002E4E9B">
        <w:rPr>
          <w:rFonts w:ascii="Arial" w:hAnsi="Arial" w:cs="Arial"/>
          <w:sz w:val="24"/>
          <w:szCs w:val="24"/>
        </w:rPr>
        <w:t xml:space="preserve">, la de equipo de cómputo </w:t>
      </w:r>
      <w:r>
        <w:rPr>
          <w:rFonts w:ascii="Arial" w:hAnsi="Arial" w:cs="Arial"/>
          <w:sz w:val="24"/>
          <w:szCs w:val="24"/>
        </w:rPr>
        <w:t>$</w:t>
      </w:r>
      <w:r w:rsidRPr="002E4E9B">
        <w:rPr>
          <w:rFonts w:ascii="Arial" w:hAnsi="Arial" w:cs="Arial"/>
          <w:sz w:val="24"/>
          <w:szCs w:val="24"/>
        </w:rPr>
        <w:t>2,910</w:t>
      </w:r>
      <w:r>
        <w:rPr>
          <w:rFonts w:ascii="Arial" w:hAnsi="Arial" w:cs="Arial"/>
          <w:sz w:val="24"/>
          <w:szCs w:val="24"/>
        </w:rPr>
        <w:t>.00 pesos</w:t>
      </w:r>
      <w:r w:rsidRPr="002E4E9B">
        <w:rPr>
          <w:rFonts w:ascii="Arial" w:hAnsi="Arial" w:cs="Arial"/>
          <w:sz w:val="24"/>
          <w:szCs w:val="24"/>
        </w:rPr>
        <w:t xml:space="preserve"> y la de v</w:t>
      </w:r>
      <w:r>
        <w:rPr>
          <w:rFonts w:ascii="Arial" w:hAnsi="Arial" w:cs="Arial"/>
          <w:sz w:val="24"/>
          <w:szCs w:val="24"/>
        </w:rPr>
        <w:t>eh</w:t>
      </w:r>
      <w:r w:rsidRPr="002E4E9B">
        <w:rPr>
          <w:rFonts w:ascii="Arial" w:hAnsi="Arial" w:cs="Arial"/>
          <w:sz w:val="24"/>
          <w:szCs w:val="24"/>
        </w:rPr>
        <w:t xml:space="preserve">ículos teníamos </w:t>
      </w:r>
      <w:r>
        <w:rPr>
          <w:rFonts w:ascii="Arial" w:hAnsi="Arial" w:cs="Arial"/>
          <w:sz w:val="24"/>
          <w:szCs w:val="24"/>
        </w:rPr>
        <w:t>$</w:t>
      </w:r>
      <w:r w:rsidRPr="002E4E9B">
        <w:rPr>
          <w:rFonts w:ascii="Arial" w:hAnsi="Arial" w:cs="Arial"/>
          <w:sz w:val="24"/>
          <w:szCs w:val="24"/>
        </w:rPr>
        <w:t>2</w:t>
      </w:r>
      <w:r>
        <w:rPr>
          <w:rFonts w:ascii="Arial" w:hAnsi="Arial" w:cs="Arial"/>
          <w:sz w:val="24"/>
          <w:szCs w:val="24"/>
        </w:rPr>
        <w:t>,000,000.00</w:t>
      </w:r>
      <w:r w:rsidRPr="002E4E9B">
        <w:rPr>
          <w:rFonts w:ascii="Arial" w:hAnsi="Arial" w:cs="Arial"/>
          <w:sz w:val="24"/>
          <w:szCs w:val="24"/>
        </w:rPr>
        <w:t xml:space="preserve"> millones. En la 565 </w:t>
      </w:r>
      <w:r>
        <w:rPr>
          <w:rFonts w:ascii="Arial" w:hAnsi="Arial" w:cs="Arial"/>
          <w:sz w:val="24"/>
          <w:szCs w:val="24"/>
        </w:rPr>
        <w:t>$</w:t>
      </w:r>
      <w:r w:rsidRPr="002E4E9B">
        <w:rPr>
          <w:rFonts w:ascii="Arial" w:hAnsi="Arial" w:cs="Arial"/>
          <w:sz w:val="24"/>
          <w:szCs w:val="24"/>
        </w:rPr>
        <w:t>1,516.</w:t>
      </w:r>
      <w:r>
        <w:rPr>
          <w:rFonts w:ascii="Arial" w:hAnsi="Arial" w:cs="Arial"/>
          <w:sz w:val="24"/>
          <w:szCs w:val="24"/>
        </w:rPr>
        <w:t xml:space="preserve">00 pesos </w:t>
      </w:r>
      <w:r w:rsidRPr="002E4E9B">
        <w:rPr>
          <w:rFonts w:ascii="Arial" w:hAnsi="Arial" w:cs="Arial"/>
          <w:sz w:val="24"/>
          <w:szCs w:val="24"/>
        </w:rPr>
        <w:t>Si ustedes recuerdan se ha comentado que dentro de la administración de presupuestos se deja</w:t>
      </w:r>
      <w:r>
        <w:rPr>
          <w:rFonts w:ascii="Arial" w:hAnsi="Arial" w:cs="Arial"/>
          <w:sz w:val="24"/>
          <w:szCs w:val="24"/>
        </w:rPr>
        <w:t xml:space="preserve"> </w:t>
      </w:r>
      <w:r w:rsidRPr="002E4E9B">
        <w:rPr>
          <w:rFonts w:ascii="Arial" w:hAnsi="Arial" w:cs="Arial"/>
          <w:sz w:val="24"/>
          <w:szCs w:val="24"/>
        </w:rPr>
        <w:t>una bolsa para equipamiento en razón de toda la demanda que nos hacen llegar las diferentes dependencias cuando estamos</w:t>
      </w:r>
      <w:r>
        <w:rPr>
          <w:rFonts w:ascii="Arial" w:hAnsi="Arial" w:cs="Arial"/>
          <w:sz w:val="24"/>
          <w:szCs w:val="24"/>
        </w:rPr>
        <w:t xml:space="preserve"> </w:t>
      </w:r>
      <w:r w:rsidRPr="002E4E9B">
        <w:rPr>
          <w:rFonts w:ascii="Arial" w:hAnsi="Arial" w:cs="Arial"/>
          <w:sz w:val="24"/>
          <w:szCs w:val="24"/>
        </w:rPr>
        <w:t xml:space="preserve">haciendo el proyecto de presupuesto de que quieren equipamiento. Este año acumulamos un total de </w:t>
      </w:r>
      <w:r>
        <w:rPr>
          <w:rFonts w:ascii="Arial" w:hAnsi="Arial" w:cs="Arial"/>
          <w:sz w:val="24"/>
          <w:szCs w:val="24"/>
        </w:rPr>
        <w:t>$</w:t>
      </w:r>
      <w:r w:rsidRPr="002E4E9B">
        <w:rPr>
          <w:rFonts w:ascii="Arial" w:hAnsi="Arial" w:cs="Arial"/>
          <w:sz w:val="24"/>
          <w:szCs w:val="24"/>
        </w:rPr>
        <w:t>24</w:t>
      </w:r>
      <w:r>
        <w:rPr>
          <w:rFonts w:ascii="Arial" w:hAnsi="Arial" w:cs="Arial"/>
          <w:sz w:val="24"/>
          <w:szCs w:val="24"/>
        </w:rPr>
        <w:t>,000,000.00</w:t>
      </w:r>
      <w:r w:rsidRPr="002E4E9B">
        <w:rPr>
          <w:rFonts w:ascii="Arial" w:hAnsi="Arial" w:cs="Arial"/>
          <w:sz w:val="24"/>
          <w:szCs w:val="24"/>
        </w:rPr>
        <w:t xml:space="preserve"> millones.</w:t>
      </w:r>
      <w:r>
        <w:rPr>
          <w:rFonts w:ascii="Arial" w:hAnsi="Arial" w:cs="Arial"/>
          <w:sz w:val="24"/>
          <w:szCs w:val="24"/>
        </w:rPr>
        <w:t xml:space="preserve"> </w:t>
      </w:r>
      <w:r w:rsidRPr="002E4E9B">
        <w:rPr>
          <w:rFonts w:ascii="Arial" w:hAnsi="Arial" w:cs="Arial"/>
          <w:sz w:val="24"/>
          <w:szCs w:val="24"/>
        </w:rPr>
        <w:t>Entonces, en razón de los millones, ¿puede sumarle, Guille? en razón de los millones de los cuales nosotros este</w:t>
      </w:r>
      <w:r>
        <w:rPr>
          <w:rFonts w:ascii="Arial" w:hAnsi="Arial" w:cs="Arial"/>
          <w:sz w:val="24"/>
          <w:szCs w:val="24"/>
        </w:rPr>
        <w:t xml:space="preserve"> </w:t>
      </w:r>
      <w:r w:rsidRPr="002E4E9B">
        <w:rPr>
          <w:rFonts w:ascii="Arial" w:hAnsi="Arial" w:cs="Arial"/>
          <w:sz w:val="24"/>
          <w:szCs w:val="24"/>
        </w:rPr>
        <w:t>disponíamos en la bolsa, pues es insuficiente. Entonces, este todos esos proyectos se reciben y quedan</w:t>
      </w:r>
      <w:r>
        <w:rPr>
          <w:rFonts w:ascii="Arial" w:hAnsi="Arial" w:cs="Arial"/>
          <w:sz w:val="24"/>
          <w:szCs w:val="24"/>
        </w:rPr>
        <w:t xml:space="preserve"> </w:t>
      </w:r>
      <w:r w:rsidRPr="002E4E9B">
        <w:rPr>
          <w:rFonts w:ascii="Arial" w:hAnsi="Arial" w:cs="Arial"/>
          <w:sz w:val="24"/>
          <w:szCs w:val="24"/>
        </w:rPr>
        <w:t>condicionados en espera de una autorización posterior para darle la suficiencia presupuestal. Por ello es de</w:t>
      </w:r>
      <w:r>
        <w:rPr>
          <w:rFonts w:ascii="Arial" w:hAnsi="Arial" w:cs="Arial"/>
          <w:sz w:val="24"/>
          <w:szCs w:val="24"/>
        </w:rPr>
        <w:t xml:space="preserve"> </w:t>
      </w:r>
      <w:r w:rsidRPr="002E4E9B">
        <w:rPr>
          <w:rFonts w:ascii="Arial" w:hAnsi="Arial" w:cs="Arial"/>
          <w:sz w:val="24"/>
          <w:szCs w:val="24"/>
        </w:rPr>
        <w:t>que este pues se hace en el transcurso del año en razón de la necesidad, en</w:t>
      </w:r>
      <w:r>
        <w:rPr>
          <w:rFonts w:ascii="Arial" w:hAnsi="Arial" w:cs="Arial"/>
          <w:sz w:val="24"/>
          <w:szCs w:val="24"/>
        </w:rPr>
        <w:t xml:space="preserve"> razón</w:t>
      </w:r>
      <w:r w:rsidRPr="002E4E9B">
        <w:rPr>
          <w:rFonts w:ascii="Arial" w:hAnsi="Arial" w:cs="Arial"/>
          <w:sz w:val="24"/>
          <w:szCs w:val="24"/>
        </w:rPr>
        <w:t xml:space="preserve"> de hasta de la urgencia o en su momento de la importancia del proyecto que en su momento este pueda tener para</w:t>
      </w:r>
      <w:r>
        <w:rPr>
          <w:rFonts w:ascii="Arial" w:hAnsi="Arial" w:cs="Arial"/>
          <w:sz w:val="24"/>
          <w:szCs w:val="24"/>
        </w:rPr>
        <w:t xml:space="preserve"> </w:t>
      </w:r>
      <w:r w:rsidRPr="002E4E9B">
        <w:rPr>
          <w:rFonts w:ascii="Arial" w:hAnsi="Arial" w:cs="Arial"/>
          <w:sz w:val="24"/>
          <w:szCs w:val="24"/>
        </w:rPr>
        <w:t>la administración. Entonces este pues eran pasaditos de 5 m000ones para 24 que fue la demanda que recibimos. es por eso</w:t>
      </w:r>
      <w:r>
        <w:rPr>
          <w:rFonts w:ascii="Arial" w:hAnsi="Arial" w:cs="Arial"/>
          <w:sz w:val="24"/>
          <w:szCs w:val="24"/>
        </w:rPr>
        <w:t xml:space="preserve"> </w:t>
      </w:r>
      <w:r w:rsidRPr="002E4E9B">
        <w:rPr>
          <w:rFonts w:ascii="Arial" w:hAnsi="Arial" w:cs="Arial"/>
          <w:sz w:val="24"/>
          <w:szCs w:val="24"/>
        </w:rPr>
        <w:t>de que pues se reparten así posteriormente. Y la otra parte sí ya es relacionado al presupuesto que se</w:t>
      </w:r>
      <w:r>
        <w:rPr>
          <w:rFonts w:ascii="Arial" w:hAnsi="Arial" w:cs="Arial"/>
          <w:sz w:val="24"/>
          <w:szCs w:val="24"/>
        </w:rPr>
        <w:t xml:space="preserve"> </w:t>
      </w:r>
      <w:r w:rsidRPr="002E4E9B">
        <w:rPr>
          <w:rFonts w:ascii="Arial" w:hAnsi="Arial" w:cs="Arial"/>
          <w:sz w:val="24"/>
          <w:szCs w:val="24"/>
        </w:rPr>
        <w:t xml:space="preserve">decidió asignar para equipamiento del incremento de los </w:t>
      </w:r>
      <w:r>
        <w:rPr>
          <w:rFonts w:ascii="Arial" w:hAnsi="Arial" w:cs="Arial"/>
          <w:sz w:val="24"/>
          <w:szCs w:val="24"/>
        </w:rPr>
        <w:t>$</w:t>
      </w:r>
      <w:r w:rsidRPr="002E4E9B">
        <w:rPr>
          <w:rFonts w:ascii="Arial" w:hAnsi="Arial" w:cs="Arial"/>
          <w:sz w:val="24"/>
          <w:szCs w:val="24"/>
        </w:rPr>
        <w:t>9,000</w:t>
      </w:r>
      <w:r>
        <w:rPr>
          <w:rFonts w:ascii="Arial" w:hAnsi="Arial" w:cs="Arial"/>
          <w:sz w:val="24"/>
          <w:szCs w:val="24"/>
        </w:rPr>
        <w:t>,000.00 millones</w:t>
      </w:r>
      <w:r w:rsidRPr="002E4E9B">
        <w:rPr>
          <w:rFonts w:ascii="Arial" w:hAnsi="Arial" w:cs="Arial"/>
          <w:sz w:val="24"/>
          <w:szCs w:val="24"/>
        </w:rPr>
        <w:t xml:space="preserve"> que hemos tenido de excedente de impuestos o del</w:t>
      </w:r>
      <w:r>
        <w:rPr>
          <w:rFonts w:ascii="Arial" w:hAnsi="Arial" w:cs="Arial"/>
          <w:sz w:val="24"/>
          <w:szCs w:val="24"/>
        </w:rPr>
        <w:t xml:space="preserve"> </w:t>
      </w:r>
      <w:r w:rsidRPr="002E4E9B">
        <w:rPr>
          <w:rFonts w:ascii="Arial" w:hAnsi="Arial" w:cs="Arial"/>
          <w:sz w:val="24"/>
          <w:szCs w:val="24"/>
        </w:rPr>
        <w:t>remanente. También se pasaron más o menos 2 millones para equipamiento y el resto quedó para lo que fue obra</w:t>
      </w:r>
      <w:r>
        <w:rPr>
          <w:rFonts w:ascii="Arial" w:hAnsi="Arial" w:cs="Arial"/>
          <w:sz w:val="24"/>
          <w:szCs w:val="24"/>
        </w:rPr>
        <w:t xml:space="preserve"> </w:t>
      </w:r>
      <w:r w:rsidRPr="002E4E9B">
        <w:rPr>
          <w:rFonts w:ascii="Arial" w:hAnsi="Arial" w:cs="Arial"/>
          <w:sz w:val="24"/>
          <w:szCs w:val="24"/>
        </w:rPr>
        <w:t>pública. Entonces, de eses de esas partidas es de donde sale el presupuesto para dar estos incrementos.</w:t>
      </w:r>
      <w:r>
        <w:rPr>
          <w:rFonts w:ascii="Arial" w:hAnsi="Arial" w:cs="Arial"/>
          <w:sz w:val="24"/>
          <w:szCs w:val="24"/>
        </w:rPr>
        <w:t xml:space="preserve"> </w:t>
      </w:r>
      <w:r w:rsidRPr="002E4E9B">
        <w:rPr>
          <w:rFonts w:ascii="Arial" w:hAnsi="Arial" w:cs="Arial"/>
          <w:sz w:val="24"/>
          <w:szCs w:val="24"/>
        </w:rPr>
        <w:t>Gracias.</w:t>
      </w:r>
    </w:p>
    <w:p w14:paraId="1B573B26" w14:textId="443802F8" w:rsidR="00EC03D4" w:rsidRPr="002E4E9B" w:rsidRDefault="00275645"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Gracias, tesorera. Eso sería. Adelante, regidor Óscar.</w:t>
      </w:r>
      <w:r w:rsidR="00771DEC">
        <w:rPr>
          <w:rFonts w:ascii="Arial" w:hAnsi="Arial" w:cs="Arial"/>
          <w:sz w:val="24"/>
          <w:szCs w:val="24"/>
        </w:rPr>
        <w:t xml:space="preserve"> </w:t>
      </w:r>
      <w:r w:rsidRPr="002E4E9B">
        <w:rPr>
          <w:rFonts w:ascii="Arial" w:hAnsi="Arial" w:cs="Arial"/>
          <w:sz w:val="24"/>
          <w:szCs w:val="24"/>
        </w:rPr>
        <w:t>Licenciada, si nos apoya los conceptos que entran en la partida 569, por favor.</w:t>
      </w:r>
    </w:p>
    <w:p w14:paraId="63903C7B" w14:textId="0618227E" w:rsidR="00771DEC" w:rsidRDefault="00771DEC" w:rsidP="00DC6CFE">
      <w:pPr>
        <w:jc w:val="both"/>
        <w:rPr>
          <w:rFonts w:ascii="Arial" w:hAnsi="Arial" w:cs="Arial"/>
          <w:sz w:val="24"/>
          <w:szCs w:val="24"/>
        </w:rPr>
      </w:pPr>
      <w:r>
        <w:rPr>
          <w:rFonts w:ascii="Arial" w:hAnsi="Arial" w:cs="Arial"/>
          <w:b/>
          <w:bCs/>
          <w:sz w:val="24"/>
          <w:szCs w:val="24"/>
        </w:rPr>
        <w:t xml:space="preserve">C. VICTORIA GRACÍA CONTRERAS. - </w:t>
      </w:r>
      <w:r w:rsidRPr="002E4E9B">
        <w:rPr>
          <w:rFonts w:ascii="Arial" w:hAnsi="Arial" w:cs="Arial"/>
          <w:sz w:val="24"/>
          <w:szCs w:val="24"/>
        </w:rPr>
        <w:t>Sí, en lo que lo abre queremos mostrarle  cuál es la definición que tiene este la CONAC para son entran todos los equipos en realidad que no tengan una</w:t>
      </w:r>
      <w:r>
        <w:rPr>
          <w:rFonts w:ascii="Arial" w:hAnsi="Arial" w:cs="Arial"/>
          <w:sz w:val="24"/>
          <w:szCs w:val="24"/>
        </w:rPr>
        <w:t xml:space="preserve"> </w:t>
      </w:r>
      <w:r w:rsidRPr="002E4E9B">
        <w:rPr>
          <w:rFonts w:ascii="Arial" w:hAnsi="Arial" w:cs="Arial"/>
          <w:sz w:val="24"/>
          <w:szCs w:val="24"/>
        </w:rPr>
        <w:t>clasificación anterior, pero para que ustedes vean cómo este viene la definición y ahorita les este informamos</w:t>
      </w:r>
      <w:r>
        <w:rPr>
          <w:rFonts w:ascii="Arial" w:hAnsi="Arial" w:cs="Arial"/>
          <w:sz w:val="24"/>
          <w:szCs w:val="24"/>
        </w:rPr>
        <w:t xml:space="preserve"> </w:t>
      </w:r>
      <w:r w:rsidRPr="002E4E9B">
        <w:rPr>
          <w:rFonts w:ascii="Arial" w:hAnsi="Arial" w:cs="Arial"/>
          <w:sz w:val="24"/>
          <w:szCs w:val="24"/>
        </w:rPr>
        <w:t>esos 200 este 230 y tantos 1000 a qué fue el gasto.</w:t>
      </w:r>
      <w:r>
        <w:rPr>
          <w:rFonts w:ascii="Arial" w:hAnsi="Arial" w:cs="Arial"/>
          <w:sz w:val="24"/>
          <w:szCs w:val="24"/>
        </w:rPr>
        <w:t xml:space="preserve"> </w:t>
      </w:r>
    </w:p>
    <w:p w14:paraId="686D239C" w14:textId="05C61C42" w:rsidR="00771DEC" w:rsidRDefault="00771DEC" w:rsidP="00DC6CFE">
      <w:pPr>
        <w:jc w:val="both"/>
        <w:rPr>
          <w:rFonts w:ascii="Arial" w:hAnsi="Arial" w:cs="Arial"/>
          <w:sz w:val="24"/>
          <w:szCs w:val="24"/>
        </w:rPr>
      </w:pPr>
      <w:r>
        <w:rPr>
          <w:rFonts w:ascii="Arial" w:hAnsi="Arial" w:cs="Arial"/>
          <w:b/>
          <w:bCs/>
          <w:sz w:val="24"/>
          <w:szCs w:val="24"/>
        </w:rPr>
        <w:t>C. MIGUEL MARENTES. -</w:t>
      </w:r>
      <w:r>
        <w:rPr>
          <w:rFonts w:ascii="Arial" w:hAnsi="Arial" w:cs="Arial"/>
          <w:sz w:val="24"/>
          <w:szCs w:val="24"/>
        </w:rPr>
        <w:t>R</w:t>
      </w:r>
      <w:r w:rsidRPr="002E4E9B">
        <w:rPr>
          <w:rFonts w:ascii="Arial" w:hAnsi="Arial" w:cs="Arial"/>
          <w:sz w:val="24"/>
          <w:szCs w:val="24"/>
        </w:rPr>
        <w:t>ecordemos que formamos parte este atendemos lo que nos dice la CONA</w:t>
      </w:r>
      <w:r>
        <w:rPr>
          <w:rFonts w:ascii="Arial" w:hAnsi="Arial" w:cs="Arial"/>
          <w:sz w:val="24"/>
          <w:szCs w:val="24"/>
        </w:rPr>
        <w:t>C</w:t>
      </w:r>
      <w:r w:rsidRPr="002E4E9B">
        <w:rPr>
          <w:rFonts w:ascii="Arial" w:hAnsi="Arial" w:cs="Arial"/>
          <w:sz w:val="24"/>
          <w:szCs w:val="24"/>
        </w:rPr>
        <w:t>, que es la Comisión Nacional de Armonización Contable y ellos son los que nos dan el</w:t>
      </w:r>
      <w:r>
        <w:rPr>
          <w:rFonts w:ascii="Arial" w:hAnsi="Arial" w:cs="Arial"/>
          <w:sz w:val="24"/>
          <w:szCs w:val="24"/>
        </w:rPr>
        <w:t xml:space="preserve"> </w:t>
      </w:r>
      <w:r w:rsidRPr="002E4E9B">
        <w:rPr>
          <w:rFonts w:ascii="Arial" w:hAnsi="Arial" w:cs="Arial"/>
          <w:sz w:val="24"/>
          <w:szCs w:val="24"/>
        </w:rPr>
        <w:t>catálogo de los nombres de las partidas que vienen ahí y los y por partida viene qué conceptos entran dentro de esas partidas, ¿no?</w:t>
      </w:r>
      <w:r>
        <w:rPr>
          <w:rFonts w:ascii="Arial" w:hAnsi="Arial" w:cs="Arial"/>
          <w:sz w:val="24"/>
          <w:szCs w:val="24"/>
        </w:rPr>
        <w:t xml:space="preserve"> </w:t>
      </w:r>
      <w:r w:rsidRPr="002E4E9B">
        <w:rPr>
          <w:rFonts w:ascii="Arial" w:hAnsi="Arial" w:cs="Arial"/>
          <w:sz w:val="24"/>
          <w:szCs w:val="24"/>
        </w:rPr>
        <w:t xml:space="preserve">Bien, en lo que traen el catálogo, continuaríamos si les parece bien y en un momento más le respondemos. Regidor, adelante, </w:t>
      </w:r>
      <w:r>
        <w:rPr>
          <w:rFonts w:ascii="Arial" w:hAnsi="Arial" w:cs="Arial"/>
          <w:sz w:val="24"/>
          <w:szCs w:val="24"/>
        </w:rPr>
        <w:t>R</w:t>
      </w:r>
      <w:r w:rsidRPr="002E4E9B">
        <w:rPr>
          <w:rFonts w:ascii="Arial" w:hAnsi="Arial" w:cs="Arial"/>
          <w:sz w:val="24"/>
          <w:szCs w:val="24"/>
        </w:rPr>
        <w:t>egidora Olga.</w:t>
      </w:r>
      <w:r>
        <w:rPr>
          <w:rFonts w:ascii="Arial" w:hAnsi="Arial" w:cs="Arial"/>
          <w:sz w:val="24"/>
          <w:szCs w:val="24"/>
        </w:rPr>
        <w:t xml:space="preserve"> </w:t>
      </w:r>
    </w:p>
    <w:p w14:paraId="5CF3024D" w14:textId="77777777" w:rsidR="00771DEC" w:rsidRDefault="00771DEC" w:rsidP="00DC6CFE">
      <w:pPr>
        <w:jc w:val="both"/>
        <w:rPr>
          <w:rFonts w:ascii="Arial" w:hAnsi="Arial" w:cs="Arial"/>
          <w:sz w:val="24"/>
          <w:szCs w:val="24"/>
        </w:rPr>
      </w:pPr>
      <w:r>
        <w:rPr>
          <w:rFonts w:ascii="Arial" w:hAnsi="Arial" w:cs="Arial"/>
          <w:b/>
          <w:bCs/>
          <w:sz w:val="24"/>
          <w:szCs w:val="24"/>
        </w:rPr>
        <w:lastRenderedPageBreak/>
        <w:t xml:space="preserve">C. MARÍA OLGA GARCÍA AYALA. - </w:t>
      </w:r>
      <w:r w:rsidRPr="002E4E9B">
        <w:rPr>
          <w:rFonts w:ascii="Arial" w:hAnsi="Arial" w:cs="Arial"/>
          <w:sz w:val="24"/>
          <w:szCs w:val="24"/>
        </w:rPr>
        <w:t>Justo ahí donde tiene el cursor en división de terrenos y construcción de obras de urbanización, no tenemos ya arriba el presupuesto autorizado para para obra.</w:t>
      </w:r>
      <w:r>
        <w:rPr>
          <w:rFonts w:ascii="Arial" w:hAnsi="Arial" w:cs="Arial"/>
          <w:sz w:val="24"/>
          <w:szCs w:val="24"/>
        </w:rPr>
        <w:t xml:space="preserve"> </w:t>
      </w:r>
    </w:p>
    <w:p w14:paraId="37DB535A" w14:textId="1016C719" w:rsidR="000E3BBD" w:rsidRDefault="00771DEC" w:rsidP="00DC6CFE">
      <w:pPr>
        <w:jc w:val="both"/>
        <w:rPr>
          <w:rFonts w:ascii="Arial" w:hAnsi="Arial" w:cs="Arial"/>
          <w:sz w:val="24"/>
          <w:szCs w:val="24"/>
        </w:rPr>
      </w:pPr>
      <w:r>
        <w:rPr>
          <w:rFonts w:ascii="Arial" w:hAnsi="Arial" w:cs="Arial"/>
          <w:b/>
          <w:bCs/>
          <w:sz w:val="24"/>
          <w:szCs w:val="24"/>
        </w:rPr>
        <w:t xml:space="preserve">C. MIGUEL MARENTES. - </w:t>
      </w:r>
      <w:r w:rsidRPr="002E4E9B">
        <w:rPr>
          <w:rFonts w:ascii="Arial" w:hAnsi="Arial" w:cs="Arial"/>
          <w:sz w:val="24"/>
          <w:szCs w:val="24"/>
        </w:rPr>
        <w:t>Sí, apenas</w:t>
      </w:r>
      <w:r>
        <w:rPr>
          <w:rFonts w:ascii="Arial" w:hAnsi="Arial" w:cs="Arial"/>
          <w:sz w:val="24"/>
          <w:szCs w:val="24"/>
        </w:rPr>
        <w:t xml:space="preserve"> </w:t>
      </w:r>
      <w:r w:rsidRPr="002E4E9B">
        <w:rPr>
          <w:rFonts w:ascii="Arial" w:hAnsi="Arial" w:cs="Arial"/>
          <w:sz w:val="24"/>
          <w:szCs w:val="24"/>
        </w:rPr>
        <w:t xml:space="preserve">íbamos a entrar al capítulo 6000, que es ese ese ese concepto que usted refiere, justamente es todo lo que tiene que ver con obra pública, como se mencionó al inicio, el aumento de los </w:t>
      </w:r>
      <w:r>
        <w:rPr>
          <w:rFonts w:ascii="Arial" w:hAnsi="Arial" w:cs="Arial"/>
          <w:sz w:val="24"/>
          <w:szCs w:val="24"/>
        </w:rPr>
        <w:t>$</w:t>
      </w:r>
      <w:r w:rsidRPr="002E4E9B">
        <w:rPr>
          <w:rFonts w:ascii="Arial" w:hAnsi="Arial" w:cs="Arial"/>
          <w:sz w:val="24"/>
          <w:szCs w:val="24"/>
        </w:rPr>
        <w:t>48</w:t>
      </w:r>
      <w:r>
        <w:rPr>
          <w:rFonts w:ascii="Arial" w:hAnsi="Arial" w:cs="Arial"/>
          <w:sz w:val="24"/>
          <w:szCs w:val="24"/>
        </w:rPr>
        <w:t>,000,000.00</w:t>
      </w:r>
      <w:r w:rsidRPr="002E4E9B">
        <w:rPr>
          <w:rFonts w:ascii="Arial" w:hAnsi="Arial" w:cs="Arial"/>
          <w:sz w:val="24"/>
          <w:szCs w:val="24"/>
        </w:rPr>
        <w:t xml:space="preserve"> millones</w:t>
      </w:r>
      <w:r>
        <w:rPr>
          <w:rFonts w:ascii="Arial" w:hAnsi="Arial" w:cs="Arial"/>
          <w:sz w:val="24"/>
          <w:szCs w:val="24"/>
        </w:rPr>
        <w:t xml:space="preserve"> </w:t>
      </w:r>
      <w:r w:rsidRPr="002E4E9B">
        <w:rPr>
          <w:rFonts w:ascii="Arial" w:hAnsi="Arial" w:cs="Arial"/>
          <w:sz w:val="24"/>
          <w:szCs w:val="24"/>
        </w:rPr>
        <w:t xml:space="preserve">que quedan </w:t>
      </w:r>
      <w:r w:rsidR="00E540A5">
        <w:rPr>
          <w:rFonts w:ascii="Arial" w:hAnsi="Arial" w:cs="Arial"/>
          <w:sz w:val="24"/>
          <w:szCs w:val="24"/>
        </w:rPr>
        <w:t>$</w:t>
      </w:r>
      <w:r w:rsidRPr="002E4E9B">
        <w:rPr>
          <w:rFonts w:ascii="Arial" w:hAnsi="Arial" w:cs="Arial"/>
          <w:sz w:val="24"/>
          <w:szCs w:val="24"/>
        </w:rPr>
        <w:t>99,500,000</w:t>
      </w:r>
      <w:r w:rsidR="00E540A5">
        <w:rPr>
          <w:rFonts w:ascii="Arial" w:hAnsi="Arial" w:cs="Arial"/>
          <w:sz w:val="24"/>
          <w:szCs w:val="24"/>
        </w:rPr>
        <w:t>.00</w:t>
      </w:r>
      <w:r w:rsidRPr="002E4E9B">
        <w:rPr>
          <w:rFonts w:ascii="Arial" w:hAnsi="Arial" w:cs="Arial"/>
          <w:sz w:val="24"/>
          <w:szCs w:val="24"/>
        </w:rPr>
        <w:t xml:space="preserve"> es de obra pública, pues prácticamente es todo el dinero en obra pública.</w:t>
      </w:r>
      <w:r>
        <w:rPr>
          <w:rFonts w:ascii="Arial" w:hAnsi="Arial" w:cs="Arial"/>
          <w:sz w:val="24"/>
          <w:szCs w:val="24"/>
        </w:rPr>
        <w:t xml:space="preserve"> </w:t>
      </w:r>
      <w:r w:rsidRPr="002E4E9B">
        <w:rPr>
          <w:rFonts w:ascii="Arial" w:hAnsi="Arial" w:cs="Arial"/>
          <w:sz w:val="24"/>
          <w:szCs w:val="24"/>
        </w:rPr>
        <w:t xml:space="preserve">Sí, el tema </w:t>
      </w:r>
      <w:r w:rsidR="00E540A5">
        <w:rPr>
          <w:rFonts w:ascii="Arial" w:hAnsi="Arial" w:cs="Arial"/>
          <w:sz w:val="24"/>
          <w:szCs w:val="24"/>
        </w:rPr>
        <w:t xml:space="preserve">veíamos </w:t>
      </w:r>
      <w:r w:rsidR="00E540A5" w:rsidRPr="002E4E9B">
        <w:rPr>
          <w:rFonts w:ascii="Arial" w:hAnsi="Arial" w:cs="Arial"/>
          <w:sz w:val="24"/>
          <w:szCs w:val="24"/>
        </w:rPr>
        <w:t>anteriormente</w:t>
      </w:r>
      <w:r w:rsidRPr="002E4E9B">
        <w:rPr>
          <w:rFonts w:ascii="Arial" w:hAnsi="Arial" w:cs="Arial"/>
          <w:sz w:val="24"/>
          <w:szCs w:val="24"/>
        </w:rPr>
        <w:t xml:space="preserve"> era el tema global. Aquí es por partidas y esta partida es del capítulo 6,000 que</w:t>
      </w:r>
      <w:r>
        <w:rPr>
          <w:rFonts w:ascii="Arial" w:hAnsi="Arial" w:cs="Arial"/>
          <w:sz w:val="24"/>
          <w:szCs w:val="24"/>
        </w:rPr>
        <w:t xml:space="preserve"> </w:t>
      </w:r>
      <w:r w:rsidRPr="002E4E9B">
        <w:rPr>
          <w:rFonts w:ascii="Arial" w:hAnsi="Arial" w:cs="Arial"/>
          <w:sz w:val="24"/>
          <w:szCs w:val="24"/>
        </w:rPr>
        <w:t xml:space="preserve">se pretende cerrar el año con una inversión de </w:t>
      </w:r>
      <w:r w:rsidR="00E540A5">
        <w:rPr>
          <w:rFonts w:ascii="Arial" w:hAnsi="Arial" w:cs="Arial"/>
          <w:sz w:val="24"/>
          <w:szCs w:val="24"/>
        </w:rPr>
        <w:t>$</w:t>
      </w:r>
      <w:r w:rsidRPr="002E4E9B">
        <w:rPr>
          <w:rFonts w:ascii="Arial" w:hAnsi="Arial" w:cs="Arial"/>
          <w:sz w:val="24"/>
          <w:szCs w:val="24"/>
        </w:rPr>
        <w:t>99</w:t>
      </w:r>
      <w:r w:rsidR="00E540A5">
        <w:rPr>
          <w:rFonts w:ascii="Arial" w:hAnsi="Arial" w:cs="Arial"/>
          <w:sz w:val="24"/>
          <w:szCs w:val="24"/>
        </w:rPr>
        <w:t>,</w:t>
      </w:r>
      <w:r w:rsidRPr="002E4E9B">
        <w:rPr>
          <w:rFonts w:ascii="Arial" w:hAnsi="Arial" w:cs="Arial"/>
          <w:sz w:val="24"/>
          <w:szCs w:val="24"/>
        </w:rPr>
        <w:t>5</w:t>
      </w:r>
      <w:r w:rsidR="00E540A5">
        <w:rPr>
          <w:rFonts w:ascii="Arial" w:hAnsi="Arial" w:cs="Arial"/>
          <w:sz w:val="24"/>
          <w:szCs w:val="24"/>
        </w:rPr>
        <w:t>00,000.00</w:t>
      </w:r>
      <w:r w:rsidRPr="002E4E9B">
        <w:rPr>
          <w:rFonts w:ascii="Arial" w:hAnsi="Arial" w:cs="Arial"/>
          <w:sz w:val="24"/>
          <w:szCs w:val="24"/>
        </w:rPr>
        <w:t xml:space="preserve"> millones </w:t>
      </w:r>
      <w:r w:rsidR="00E540A5" w:rsidRPr="002E4E9B">
        <w:rPr>
          <w:rFonts w:ascii="Arial" w:hAnsi="Arial" w:cs="Arial"/>
          <w:sz w:val="24"/>
          <w:szCs w:val="24"/>
        </w:rPr>
        <w:t>de en</w:t>
      </w:r>
      <w:r w:rsidRPr="002E4E9B">
        <w:rPr>
          <w:rFonts w:ascii="Arial" w:hAnsi="Arial" w:cs="Arial"/>
          <w:sz w:val="24"/>
          <w:szCs w:val="24"/>
        </w:rPr>
        <w:t xml:space="preserve"> obra pública y prácticamente del capítulo 6000 es todo lo que lo que hay.</w:t>
      </w:r>
      <w:r>
        <w:rPr>
          <w:rFonts w:ascii="Arial" w:hAnsi="Arial" w:cs="Arial"/>
          <w:sz w:val="24"/>
          <w:szCs w:val="24"/>
        </w:rPr>
        <w:t xml:space="preserve"> </w:t>
      </w:r>
      <w:r w:rsidRPr="002E4E9B">
        <w:rPr>
          <w:rFonts w:ascii="Arial" w:hAnsi="Arial" w:cs="Arial"/>
          <w:sz w:val="24"/>
          <w:szCs w:val="24"/>
        </w:rPr>
        <w:t xml:space="preserve">No sé si viera más dudas respecto a la obra </w:t>
      </w:r>
      <w:r w:rsidR="00E540A5" w:rsidRPr="002E4E9B">
        <w:rPr>
          <w:rFonts w:ascii="Arial" w:hAnsi="Arial" w:cs="Arial"/>
          <w:sz w:val="24"/>
          <w:szCs w:val="24"/>
        </w:rPr>
        <w:t>el capítulo</w:t>
      </w:r>
      <w:r w:rsidRPr="002E4E9B">
        <w:rPr>
          <w:rFonts w:ascii="Arial" w:hAnsi="Arial" w:cs="Arial"/>
          <w:sz w:val="24"/>
          <w:szCs w:val="24"/>
        </w:rPr>
        <w:t xml:space="preserve"> 6000 que es el único que hay de obra pública. Sí, no sé si</w:t>
      </w:r>
      <w:r>
        <w:rPr>
          <w:rFonts w:ascii="Arial" w:hAnsi="Arial" w:cs="Arial"/>
          <w:sz w:val="24"/>
          <w:szCs w:val="24"/>
        </w:rPr>
        <w:t xml:space="preserve"> </w:t>
      </w:r>
      <w:r w:rsidRPr="002E4E9B">
        <w:rPr>
          <w:rFonts w:ascii="Arial" w:hAnsi="Arial" w:cs="Arial"/>
          <w:sz w:val="24"/>
          <w:szCs w:val="24"/>
        </w:rPr>
        <w:t>hubiera más comentarios. Si no continuaremos con el 7,000 que son otras erogaciones especiales.</w:t>
      </w:r>
      <w:r>
        <w:rPr>
          <w:rFonts w:ascii="Arial" w:hAnsi="Arial" w:cs="Arial"/>
          <w:sz w:val="24"/>
          <w:szCs w:val="24"/>
        </w:rPr>
        <w:t xml:space="preserve"> </w:t>
      </w:r>
      <w:r w:rsidRPr="002E4E9B">
        <w:rPr>
          <w:rFonts w:ascii="Arial" w:hAnsi="Arial" w:cs="Arial"/>
          <w:sz w:val="24"/>
          <w:szCs w:val="24"/>
        </w:rPr>
        <w:t xml:space="preserve">Tenemos </w:t>
      </w:r>
      <w:r w:rsidR="00E540A5">
        <w:rPr>
          <w:rFonts w:ascii="Arial" w:hAnsi="Arial" w:cs="Arial"/>
          <w:sz w:val="24"/>
          <w:szCs w:val="24"/>
        </w:rPr>
        <w:t>$</w:t>
      </w:r>
      <w:r w:rsidRPr="002E4E9B">
        <w:rPr>
          <w:rFonts w:ascii="Arial" w:hAnsi="Arial" w:cs="Arial"/>
          <w:sz w:val="24"/>
          <w:szCs w:val="24"/>
        </w:rPr>
        <w:t>1</w:t>
      </w:r>
      <w:r w:rsidR="00E540A5">
        <w:rPr>
          <w:rFonts w:ascii="Arial" w:hAnsi="Arial" w:cs="Arial"/>
          <w:sz w:val="24"/>
          <w:szCs w:val="24"/>
        </w:rPr>
        <w:t>,000,000.00</w:t>
      </w:r>
      <w:r w:rsidRPr="002E4E9B">
        <w:rPr>
          <w:rFonts w:ascii="Arial" w:hAnsi="Arial" w:cs="Arial"/>
          <w:sz w:val="24"/>
          <w:szCs w:val="24"/>
        </w:rPr>
        <w:t xml:space="preserve"> millón de</w:t>
      </w:r>
      <w:r w:rsidR="00E540A5">
        <w:rPr>
          <w:rFonts w:ascii="Arial" w:hAnsi="Arial" w:cs="Arial"/>
          <w:sz w:val="24"/>
          <w:szCs w:val="24"/>
        </w:rPr>
        <w:t xml:space="preserve"> pesos</w:t>
      </w:r>
      <w:r w:rsidR="00E540A5" w:rsidRPr="002E4E9B">
        <w:rPr>
          <w:rFonts w:ascii="Arial" w:hAnsi="Arial" w:cs="Arial"/>
          <w:sz w:val="24"/>
          <w:szCs w:val="24"/>
        </w:rPr>
        <w:t>,</w:t>
      </w:r>
      <w:r w:rsidRPr="002E4E9B">
        <w:rPr>
          <w:rFonts w:ascii="Arial" w:hAnsi="Arial" w:cs="Arial"/>
          <w:sz w:val="24"/>
          <w:szCs w:val="24"/>
        </w:rPr>
        <w:t xml:space="preserve"> se le está disminuyendo </w:t>
      </w:r>
      <w:r w:rsidR="00E540A5">
        <w:rPr>
          <w:rFonts w:ascii="Arial" w:hAnsi="Arial" w:cs="Arial"/>
          <w:sz w:val="24"/>
          <w:szCs w:val="24"/>
        </w:rPr>
        <w:t>$</w:t>
      </w:r>
      <w:r w:rsidRPr="002E4E9B">
        <w:rPr>
          <w:rFonts w:ascii="Arial" w:hAnsi="Arial" w:cs="Arial"/>
          <w:sz w:val="24"/>
          <w:szCs w:val="24"/>
        </w:rPr>
        <w:t>10,599</w:t>
      </w:r>
      <w:r w:rsidR="00E540A5">
        <w:rPr>
          <w:rFonts w:ascii="Arial" w:hAnsi="Arial" w:cs="Arial"/>
          <w:sz w:val="24"/>
          <w:szCs w:val="24"/>
        </w:rPr>
        <w:t>.00 pesos</w:t>
      </w:r>
      <w:r w:rsidRPr="002E4E9B">
        <w:rPr>
          <w:rFonts w:ascii="Arial" w:hAnsi="Arial" w:cs="Arial"/>
          <w:sz w:val="24"/>
          <w:szCs w:val="24"/>
        </w:rPr>
        <w:t xml:space="preserve"> </w:t>
      </w:r>
      <w:r w:rsidR="00E540A5">
        <w:rPr>
          <w:rFonts w:ascii="Arial" w:hAnsi="Arial" w:cs="Arial"/>
          <w:sz w:val="24"/>
          <w:szCs w:val="24"/>
        </w:rPr>
        <w:t>queda</w:t>
      </w:r>
      <w:r w:rsidRPr="002E4E9B">
        <w:rPr>
          <w:rFonts w:ascii="Arial" w:hAnsi="Arial" w:cs="Arial"/>
          <w:sz w:val="24"/>
          <w:szCs w:val="24"/>
        </w:rPr>
        <w:t xml:space="preserve">r en </w:t>
      </w:r>
      <w:r w:rsidR="00E540A5">
        <w:rPr>
          <w:rFonts w:ascii="Arial" w:hAnsi="Arial" w:cs="Arial"/>
          <w:sz w:val="24"/>
          <w:szCs w:val="24"/>
        </w:rPr>
        <w:t>$</w:t>
      </w:r>
      <w:r w:rsidRPr="002E4E9B">
        <w:rPr>
          <w:rFonts w:ascii="Arial" w:hAnsi="Arial" w:cs="Arial"/>
          <w:sz w:val="24"/>
          <w:szCs w:val="24"/>
        </w:rPr>
        <w:t>989,401</w:t>
      </w:r>
      <w:r w:rsidR="00E540A5">
        <w:rPr>
          <w:rFonts w:ascii="Arial" w:hAnsi="Arial" w:cs="Arial"/>
          <w:sz w:val="24"/>
          <w:szCs w:val="24"/>
        </w:rPr>
        <w:t>.00</w:t>
      </w:r>
      <w:r w:rsidRPr="002E4E9B">
        <w:rPr>
          <w:rFonts w:ascii="Arial" w:hAnsi="Arial" w:cs="Arial"/>
          <w:sz w:val="24"/>
          <w:szCs w:val="24"/>
        </w:rPr>
        <w:t xml:space="preserve"> si no hubiera comentario respecto al 7000, cerraríamos con el 9000, que es amortización con de la deuda</w:t>
      </w:r>
      <w:r>
        <w:rPr>
          <w:rFonts w:ascii="Arial" w:hAnsi="Arial" w:cs="Arial"/>
          <w:sz w:val="24"/>
          <w:szCs w:val="24"/>
        </w:rPr>
        <w:t xml:space="preserve"> </w:t>
      </w:r>
      <w:r w:rsidRPr="002E4E9B">
        <w:rPr>
          <w:rFonts w:ascii="Arial" w:hAnsi="Arial" w:cs="Arial"/>
          <w:sz w:val="24"/>
          <w:szCs w:val="24"/>
        </w:rPr>
        <w:t xml:space="preserve">interna con instituciones de crédito. No hay ningún ajuste. Cerramos con </w:t>
      </w:r>
      <w:r w:rsidR="00E540A5">
        <w:rPr>
          <w:rFonts w:ascii="Arial" w:hAnsi="Arial" w:cs="Arial"/>
          <w:sz w:val="24"/>
          <w:szCs w:val="24"/>
        </w:rPr>
        <w:t>$</w:t>
      </w:r>
      <w:r w:rsidRPr="002E4E9B">
        <w:rPr>
          <w:rFonts w:ascii="Arial" w:hAnsi="Arial" w:cs="Arial"/>
          <w:sz w:val="24"/>
          <w:szCs w:val="24"/>
        </w:rPr>
        <w:t>5</w:t>
      </w:r>
      <w:r w:rsidR="00E540A5">
        <w:rPr>
          <w:rFonts w:ascii="Arial" w:hAnsi="Arial" w:cs="Arial"/>
          <w:sz w:val="24"/>
          <w:szCs w:val="24"/>
        </w:rPr>
        <w:t>,</w:t>
      </w:r>
      <w:r w:rsidRPr="002E4E9B">
        <w:rPr>
          <w:rFonts w:ascii="Arial" w:hAnsi="Arial" w:cs="Arial"/>
          <w:sz w:val="24"/>
          <w:szCs w:val="24"/>
        </w:rPr>
        <w:t>9</w:t>
      </w:r>
      <w:r w:rsidR="00E540A5">
        <w:rPr>
          <w:rFonts w:ascii="Arial" w:hAnsi="Arial" w:cs="Arial"/>
          <w:sz w:val="24"/>
          <w:szCs w:val="24"/>
        </w:rPr>
        <w:t>00,000.00</w:t>
      </w:r>
      <w:r>
        <w:rPr>
          <w:rFonts w:ascii="Arial" w:hAnsi="Arial" w:cs="Arial"/>
          <w:sz w:val="24"/>
          <w:szCs w:val="24"/>
        </w:rPr>
        <w:t xml:space="preserve"> </w:t>
      </w:r>
      <w:r w:rsidRPr="002E4E9B">
        <w:rPr>
          <w:rFonts w:ascii="Arial" w:hAnsi="Arial" w:cs="Arial"/>
          <w:sz w:val="24"/>
          <w:szCs w:val="24"/>
        </w:rPr>
        <w:t xml:space="preserve">millones. intereses de la deuda interna con instituciones de crédito. Es una disminución de </w:t>
      </w:r>
      <w:r w:rsidR="00E540A5">
        <w:rPr>
          <w:rFonts w:ascii="Arial" w:hAnsi="Arial" w:cs="Arial"/>
          <w:sz w:val="24"/>
          <w:szCs w:val="24"/>
        </w:rPr>
        <w:t>u</w:t>
      </w:r>
      <w:r w:rsidRPr="002E4E9B">
        <w:rPr>
          <w:rFonts w:ascii="Arial" w:hAnsi="Arial" w:cs="Arial"/>
          <w:sz w:val="24"/>
          <w:szCs w:val="24"/>
        </w:rPr>
        <w:t xml:space="preserve">na disminución de </w:t>
      </w:r>
      <w:r w:rsidR="00E540A5">
        <w:rPr>
          <w:rFonts w:ascii="Arial" w:hAnsi="Arial" w:cs="Arial"/>
          <w:sz w:val="24"/>
          <w:szCs w:val="24"/>
        </w:rPr>
        <w:t>$</w:t>
      </w:r>
      <w:r w:rsidRPr="002E4E9B">
        <w:rPr>
          <w:rFonts w:ascii="Arial" w:hAnsi="Arial" w:cs="Arial"/>
          <w:sz w:val="24"/>
          <w:szCs w:val="24"/>
        </w:rPr>
        <w:t>1</w:t>
      </w:r>
      <w:r w:rsidR="00E540A5">
        <w:rPr>
          <w:rFonts w:ascii="Arial" w:hAnsi="Arial" w:cs="Arial"/>
          <w:sz w:val="24"/>
          <w:szCs w:val="24"/>
        </w:rPr>
        <w:t>,</w:t>
      </w:r>
      <w:r w:rsidRPr="002E4E9B">
        <w:rPr>
          <w:rFonts w:ascii="Arial" w:hAnsi="Arial" w:cs="Arial"/>
          <w:sz w:val="24"/>
          <w:szCs w:val="24"/>
        </w:rPr>
        <w:t>8</w:t>
      </w:r>
      <w:r w:rsidR="00E540A5">
        <w:rPr>
          <w:rFonts w:ascii="Arial" w:hAnsi="Arial" w:cs="Arial"/>
          <w:sz w:val="24"/>
          <w:szCs w:val="24"/>
        </w:rPr>
        <w:t>00,000.00</w:t>
      </w:r>
      <w:r w:rsidRPr="002E4E9B">
        <w:rPr>
          <w:rFonts w:ascii="Arial" w:hAnsi="Arial" w:cs="Arial"/>
          <w:sz w:val="24"/>
          <w:szCs w:val="24"/>
        </w:rPr>
        <w:t xml:space="preserve"> millones de </w:t>
      </w:r>
      <w:r w:rsidR="000E3BBD">
        <w:rPr>
          <w:rFonts w:ascii="Arial" w:hAnsi="Arial" w:cs="Arial"/>
          <w:sz w:val="24"/>
          <w:szCs w:val="24"/>
        </w:rPr>
        <w:t>pesos</w:t>
      </w:r>
      <w:r w:rsidRPr="002E4E9B">
        <w:rPr>
          <w:rFonts w:ascii="Arial" w:hAnsi="Arial" w:cs="Arial"/>
          <w:sz w:val="24"/>
          <w:szCs w:val="24"/>
        </w:rPr>
        <w:t xml:space="preserve"> para cerrar con </w:t>
      </w:r>
      <w:r w:rsidR="00E540A5">
        <w:rPr>
          <w:rFonts w:ascii="Arial" w:hAnsi="Arial" w:cs="Arial"/>
          <w:sz w:val="24"/>
          <w:szCs w:val="24"/>
        </w:rPr>
        <w:t>$</w:t>
      </w:r>
      <w:r w:rsidRPr="002E4E9B">
        <w:rPr>
          <w:rFonts w:ascii="Arial" w:hAnsi="Arial" w:cs="Arial"/>
          <w:sz w:val="24"/>
          <w:szCs w:val="24"/>
        </w:rPr>
        <w:t>13</w:t>
      </w:r>
      <w:r w:rsidR="00E540A5">
        <w:rPr>
          <w:rFonts w:ascii="Arial" w:hAnsi="Arial" w:cs="Arial"/>
          <w:sz w:val="24"/>
          <w:szCs w:val="24"/>
        </w:rPr>
        <w:t>,</w:t>
      </w:r>
      <w:r w:rsidRPr="002E4E9B">
        <w:rPr>
          <w:rFonts w:ascii="Arial" w:hAnsi="Arial" w:cs="Arial"/>
          <w:sz w:val="24"/>
          <w:szCs w:val="24"/>
        </w:rPr>
        <w:t>6</w:t>
      </w:r>
      <w:r w:rsidR="00E540A5">
        <w:rPr>
          <w:rFonts w:ascii="Arial" w:hAnsi="Arial" w:cs="Arial"/>
          <w:sz w:val="24"/>
          <w:szCs w:val="24"/>
        </w:rPr>
        <w:t>00,000.00</w:t>
      </w:r>
      <w:r w:rsidRPr="002E4E9B">
        <w:rPr>
          <w:rFonts w:ascii="Arial" w:hAnsi="Arial" w:cs="Arial"/>
          <w:sz w:val="24"/>
          <w:szCs w:val="24"/>
        </w:rPr>
        <w:t xml:space="preserve"> millones de </w:t>
      </w:r>
      <w:r w:rsidR="00E540A5">
        <w:rPr>
          <w:rFonts w:ascii="Arial" w:hAnsi="Arial" w:cs="Arial"/>
          <w:sz w:val="24"/>
          <w:szCs w:val="24"/>
        </w:rPr>
        <w:t>pesos.</w:t>
      </w:r>
      <w:r>
        <w:rPr>
          <w:rFonts w:ascii="Arial" w:hAnsi="Arial" w:cs="Arial"/>
          <w:sz w:val="24"/>
          <w:szCs w:val="24"/>
        </w:rPr>
        <w:t xml:space="preserve"> </w:t>
      </w:r>
      <w:r w:rsidRPr="002E4E9B">
        <w:rPr>
          <w:rFonts w:ascii="Arial" w:hAnsi="Arial" w:cs="Arial"/>
          <w:sz w:val="24"/>
          <w:szCs w:val="24"/>
        </w:rPr>
        <w:t>Y</w:t>
      </w:r>
      <w:r w:rsidR="000E3BBD">
        <w:rPr>
          <w:rFonts w:ascii="Arial" w:hAnsi="Arial" w:cs="Arial"/>
          <w:sz w:val="24"/>
          <w:szCs w:val="24"/>
        </w:rPr>
        <w:t xml:space="preserve"> adefas</w:t>
      </w:r>
      <w:r w:rsidRPr="002E4E9B">
        <w:rPr>
          <w:rFonts w:ascii="Arial" w:hAnsi="Arial" w:cs="Arial"/>
          <w:sz w:val="24"/>
          <w:szCs w:val="24"/>
        </w:rPr>
        <w:t xml:space="preserve"> tenemos </w:t>
      </w:r>
      <w:r w:rsidR="000E3BBD">
        <w:rPr>
          <w:rFonts w:ascii="Arial" w:hAnsi="Arial" w:cs="Arial"/>
          <w:sz w:val="24"/>
          <w:szCs w:val="24"/>
        </w:rPr>
        <w:t>$</w:t>
      </w:r>
      <w:r w:rsidRPr="002E4E9B">
        <w:rPr>
          <w:rFonts w:ascii="Arial" w:hAnsi="Arial" w:cs="Arial"/>
          <w:sz w:val="24"/>
          <w:szCs w:val="24"/>
        </w:rPr>
        <w:t>3</w:t>
      </w:r>
      <w:r w:rsidR="000E3BBD">
        <w:rPr>
          <w:rFonts w:ascii="Arial" w:hAnsi="Arial" w:cs="Arial"/>
          <w:sz w:val="24"/>
          <w:szCs w:val="24"/>
        </w:rPr>
        <w:t>,</w:t>
      </w:r>
      <w:r w:rsidRPr="002E4E9B">
        <w:rPr>
          <w:rFonts w:ascii="Arial" w:hAnsi="Arial" w:cs="Arial"/>
          <w:sz w:val="24"/>
          <w:szCs w:val="24"/>
        </w:rPr>
        <w:t>2</w:t>
      </w:r>
      <w:r w:rsidR="000E3BBD">
        <w:rPr>
          <w:rFonts w:ascii="Arial" w:hAnsi="Arial" w:cs="Arial"/>
          <w:sz w:val="24"/>
          <w:szCs w:val="24"/>
        </w:rPr>
        <w:t>00,000.00</w:t>
      </w:r>
      <w:r w:rsidRPr="002E4E9B">
        <w:rPr>
          <w:rFonts w:ascii="Arial" w:hAnsi="Arial" w:cs="Arial"/>
          <w:sz w:val="24"/>
          <w:szCs w:val="24"/>
        </w:rPr>
        <w:t xml:space="preserve"> millones.</w:t>
      </w:r>
      <w:r>
        <w:rPr>
          <w:rFonts w:ascii="Arial" w:hAnsi="Arial" w:cs="Arial"/>
          <w:sz w:val="24"/>
          <w:szCs w:val="24"/>
        </w:rPr>
        <w:t xml:space="preserve"> </w:t>
      </w:r>
      <w:r w:rsidR="000E3BBD">
        <w:rPr>
          <w:rFonts w:ascii="Arial" w:hAnsi="Arial" w:cs="Arial"/>
          <w:sz w:val="24"/>
          <w:szCs w:val="24"/>
        </w:rPr>
        <w:t>U</w:t>
      </w:r>
      <w:r w:rsidRPr="002E4E9B">
        <w:rPr>
          <w:rFonts w:ascii="Arial" w:hAnsi="Arial" w:cs="Arial"/>
          <w:sz w:val="24"/>
          <w:szCs w:val="24"/>
        </w:rPr>
        <w:t xml:space="preserve">na disminución de </w:t>
      </w:r>
      <w:r w:rsidR="000E3BBD">
        <w:rPr>
          <w:rFonts w:ascii="Arial" w:hAnsi="Arial" w:cs="Arial"/>
          <w:sz w:val="24"/>
          <w:szCs w:val="24"/>
        </w:rPr>
        <w:t>$</w:t>
      </w:r>
      <w:r w:rsidRPr="002E4E9B">
        <w:rPr>
          <w:rFonts w:ascii="Arial" w:hAnsi="Arial" w:cs="Arial"/>
          <w:sz w:val="24"/>
          <w:szCs w:val="24"/>
        </w:rPr>
        <w:t>2,000</w:t>
      </w:r>
      <w:r w:rsidR="000E3BBD">
        <w:rPr>
          <w:rFonts w:ascii="Arial" w:hAnsi="Arial" w:cs="Arial"/>
          <w:sz w:val="24"/>
          <w:szCs w:val="24"/>
        </w:rPr>
        <w:t>,000.00</w:t>
      </w:r>
      <w:r w:rsidRPr="002E4E9B">
        <w:rPr>
          <w:rFonts w:ascii="Arial" w:hAnsi="Arial" w:cs="Arial"/>
          <w:sz w:val="24"/>
          <w:szCs w:val="24"/>
        </w:rPr>
        <w:t xml:space="preserve"> y quedamos con </w:t>
      </w:r>
      <w:r w:rsidR="000E3BBD">
        <w:rPr>
          <w:rFonts w:ascii="Arial" w:hAnsi="Arial" w:cs="Arial"/>
          <w:sz w:val="24"/>
          <w:szCs w:val="24"/>
        </w:rPr>
        <w:t>$</w:t>
      </w:r>
      <w:r w:rsidRPr="002E4E9B">
        <w:rPr>
          <w:rFonts w:ascii="Arial" w:hAnsi="Arial" w:cs="Arial"/>
          <w:sz w:val="24"/>
          <w:szCs w:val="24"/>
        </w:rPr>
        <w:t>1</w:t>
      </w:r>
      <w:r w:rsidR="000E3BBD">
        <w:rPr>
          <w:rFonts w:ascii="Arial" w:hAnsi="Arial" w:cs="Arial"/>
          <w:sz w:val="24"/>
          <w:szCs w:val="24"/>
        </w:rPr>
        <w:t>,</w:t>
      </w:r>
      <w:r w:rsidRPr="002E4E9B">
        <w:rPr>
          <w:rFonts w:ascii="Arial" w:hAnsi="Arial" w:cs="Arial"/>
          <w:sz w:val="24"/>
          <w:szCs w:val="24"/>
        </w:rPr>
        <w:t>2</w:t>
      </w:r>
      <w:r w:rsidR="000E3BBD">
        <w:rPr>
          <w:rFonts w:ascii="Arial" w:hAnsi="Arial" w:cs="Arial"/>
          <w:sz w:val="24"/>
          <w:szCs w:val="24"/>
        </w:rPr>
        <w:t>00,000.00</w:t>
      </w:r>
      <w:r w:rsidRPr="002E4E9B">
        <w:rPr>
          <w:rFonts w:ascii="Arial" w:hAnsi="Arial" w:cs="Arial"/>
          <w:sz w:val="24"/>
          <w:szCs w:val="24"/>
        </w:rPr>
        <w:t xml:space="preserve"> millones de</w:t>
      </w:r>
      <w:r w:rsidR="000E3BBD">
        <w:rPr>
          <w:rFonts w:ascii="Arial" w:hAnsi="Arial" w:cs="Arial"/>
          <w:sz w:val="24"/>
          <w:szCs w:val="24"/>
        </w:rPr>
        <w:t xml:space="preserve"> pesos</w:t>
      </w:r>
      <w:r w:rsidR="000E3BBD" w:rsidRPr="002E4E9B">
        <w:rPr>
          <w:rFonts w:ascii="Arial" w:hAnsi="Arial" w:cs="Arial"/>
          <w:sz w:val="24"/>
          <w:szCs w:val="24"/>
        </w:rPr>
        <w:t>.</w:t>
      </w:r>
      <w:r w:rsidRPr="002E4E9B">
        <w:rPr>
          <w:rFonts w:ascii="Arial" w:hAnsi="Arial" w:cs="Arial"/>
          <w:sz w:val="24"/>
          <w:szCs w:val="24"/>
        </w:rPr>
        <w:t xml:space="preserve"> Adelante, tesorera.</w:t>
      </w:r>
      <w:r>
        <w:rPr>
          <w:rFonts w:ascii="Arial" w:hAnsi="Arial" w:cs="Arial"/>
          <w:sz w:val="24"/>
          <w:szCs w:val="24"/>
        </w:rPr>
        <w:t xml:space="preserve"> </w:t>
      </w:r>
    </w:p>
    <w:p w14:paraId="118112C0" w14:textId="6A855B59" w:rsidR="00EC03D4" w:rsidRPr="002E4E9B" w:rsidRDefault="000E3BBD" w:rsidP="00DC6CFE">
      <w:pPr>
        <w:jc w:val="both"/>
        <w:rPr>
          <w:rFonts w:ascii="Arial" w:hAnsi="Arial" w:cs="Arial"/>
          <w:sz w:val="24"/>
          <w:szCs w:val="24"/>
        </w:rPr>
      </w:pPr>
      <w:r>
        <w:rPr>
          <w:rFonts w:ascii="Arial" w:hAnsi="Arial" w:cs="Arial"/>
          <w:b/>
          <w:bCs/>
          <w:sz w:val="24"/>
          <w:szCs w:val="24"/>
        </w:rPr>
        <w:t xml:space="preserve">C. VICTORIA GARCÍA CONTRERAS. - </w:t>
      </w:r>
      <w:r w:rsidRPr="002E4E9B">
        <w:rPr>
          <w:rFonts w:ascii="Arial" w:hAnsi="Arial" w:cs="Arial"/>
          <w:sz w:val="24"/>
          <w:szCs w:val="24"/>
        </w:rPr>
        <w:t>Gracias. Con relación a la al capítulo 9,000 de deuda pública, como lo habíamos comentado anteriormente, una de la</w:t>
      </w:r>
      <w:r w:rsidR="00771DEC">
        <w:rPr>
          <w:rFonts w:ascii="Arial" w:hAnsi="Arial" w:cs="Arial"/>
          <w:sz w:val="24"/>
          <w:szCs w:val="24"/>
        </w:rPr>
        <w:t xml:space="preserve"> </w:t>
      </w:r>
      <w:r w:rsidRPr="002E4E9B">
        <w:rPr>
          <w:rFonts w:ascii="Arial" w:hAnsi="Arial" w:cs="Arial"/>
          <w:sz w:val="24"/>
          <w:szCs w:val="24"/>
        </w:rPr>
        <w:t>reducción atiende justamente al interés de la deuda pública en razón de que la TIE, pues está por debajo de lo que es</w:t>
      </w:r>
      <w:r w:rsidR="00771DEC">
        <w:rPr>
          <w:rFonts w:ascii="Arial" w:hAnsi="Arial" w:cs="Arial"/>
          <w:sz w:val="24"/>
          <w:szCs w:val="24"/>
        </w:rPr>
        <w:t xml:space="preserve"> </w:t>
      </w:r>
      <w:r w:rsidRPr="002E4E9B">
        <w:rPr>
          <w:rFonts w:ascii="Arial" w:hAnsi="Arial" w:cs="Arial"/>
          <w:sz w:val="24"/>
          <w:szCs w:val="24"/>
        </w:rPr>
        <w:t>el límite máximo que manejó el Banco de México para este ejercicio 2026</w:t>
      </w:r>
      <w:r>
        <w:rPr>
          <w:rFonts w:ascii="Arial" w:hAnsi="Arial" w:cs="Arial"/>
          <w:sz w:val="24"/>
          <w:szCs w:val="24"/>
        </w:rPr>
        <w:t xml:space="preserve"> dos mil veintiséis</w:t>
      </w:r>
      <w:r w:rsidRPr="002E4E9B">
        <w:rPr>
          <w:rFonts w:ascii="Arial" w:hAnsi="Arial" w:cs="Arial"/>
          <w:sz w:val="24"/>
          <w:szCs w:val="24"/>
        </w:rPr>
        <w:t>. Por eso se está haciendo la reducción. Y en la</w:t>
      </w:r>
      <w:r w:rsidR="00771DEC">
        <w:rPr>
          <w:rFonts w:ascii="Arial" w:hAnsi="Arial" w:cs="Arial"/>
          <w:sz w:val="24"/>
          <w:szCs w:val="24"/>
        </w:rPr>
        <w:t xml:space="preserve"> </w:t>
      </w:r>
      <w:r w:rsidRPr="002E4E9B">
        <w:rPr>
          <w:rFonts w:ascii="Arial" w:hAnsi="Arial" w:cs="Arial"/>
          <w:sz w:val="24"/>
          <w:szCs w:val="24"/>
        </w:rPr>
        <w:t xml:space="preserve">otra reducción correspondiente a las </w:t>
      </w:r>
      <w:proofErr w:type="gramStart"/>
      <w:r>
        <w:rPr>
          <w:rFonts w:ascii="Arial" w:hAnsi="Arial" w:cs="Arial"/>
          <w:sz w:val="24"/>
          <w:szCs w:val="24"/>
        </w:rPr>
        <w:t>adefas</w:t>
      </w:r>
      <w:r w:rsidRPr="002E4E9B">
        <w:rPr>
          <w:rFonts w:ascii="Arial" w:hAnsi="Arial" w:cs="Arial"/>
          <w:sz w:val="24"/>
          <w:szCs w:val="24"/>
        </w:rPr>
        <w:t>,  cuando</w:t>
      </w:r>
      <w:proofErr w:type="gramEnd"/>
      <w:r w:rsidRPr="002E4E9B">
        <w:rPr>
          <w:rFonts w:ascii="Arial" w:hAnsi="Arial" w:cs="Arial"/>
          <w:sz w:val="24"/>
          <w:szCs w:val="24"/>
        </w:rPr>
        <w:t xml:space="preserve"> hacemos la proyección del presupuesto de egresos, la Ley de</w:t>
      </w:r>
      <w:r>
        <w:rPr>
          <w:rFonts w:ascii="Arial" w:hAnsi="Arial" w:cs="Arial"/>
          <w:sz w:val="24"/>
          <w:szCs w:val="24"/>
        </w:rPr>
        <w:t xml:space="preserve"> </w:t>
      </w:r>
      <w:r w:rsidRPr="002E4E9B">
        <w:rPr>
          <w:rFonts w:ascii="Arial" w:hAnsi="Arial" w:cs="Arial"/>
          <w:sz w:val="24"/>
          <w:szCs w:val="24"/>
        </w:rPr>
        <w:t>Disciplina Financiera nos establece que podemos nosotros del total del presupuesto dejar un 2.5 para el pago de</w:t>
      </w:r>
      <w:r>
        <w:rPr>
          <w:rFonts w:ascii="Arial" w:hAnsi="Arial" w:cs="Arial"/>
          <w:sz w:val="24"/>
          <w:szCs w:val="24"/>
        </w:rPr>
        <w:t xml:space="preserve"> adefas</w:t>
      </w:r>
      <w:r w:rsidRPr="002E4E9B">
        <w:rPr>
          <w:rFonts w:ascii="Arial" w:hAnsi="Arial" w:cs="Arial"/>
          <w:sz w:val="24"/>
          <w:szCs w:val="24"/>
        </w:rPr>
        <w:t>. En ese sentido, nosotros pues ahorita no ocupamos la cantidad este total que nos permite la ley. Entonces,</w:t>
      </w:r>
      <w:r>
        <w:rPr>
          <w:rFonts w:ascii="Arial" w:hAnsi="Arial" w:cs="Arial"/>
          <w:sz w:val="24"/>
          <w:szCs w:val="24"/>
        </w:rPr>
        <w:t xml:space="preserve"> </w:t>
      </w:r>
      <w:r w:rsidRPr="002E4E9B">
        <w:rPr>
          <w:rFonts w:ascii="Arial" w:hAnsi="Arial" w:cs="Arial"/>
          <w:sz w:val="24"/>
          <w:szCs w:val="24"/>
        </w:rPr>
        <w:t xml:space="preserve">dejamos una previsión de </w:t>
      </w:r>
      <w:r>
        <w:rPr>
          <w:rFonts w:ascii="Arial" w:hAnsi="Arial" w:cs="Arial"/>
          <w:sz w:val="24"/>
          <w:szCs w:val="24"/>
        </w:rPr>
        <w:t>$</w:t>
      </w:r>
      <w:r w:rsidRPr="002E4E9B">
        <w:rPr>
          <w:rFonts w:ascii="Arial" w:hAnsi="Arial" w:cs="Arial"/>
          <w:sz w:val="24"/>
          <w:szCs w:val="24"/>
        </w:rPr>
        <w:t>3,250,000</w:t>
      </w:r>
      <w:r>
        <w:rPr>
          <w:rFonts w:ascii="Arial" w:hAnsi="Arial" w:cs="Arial"/>
          <w:sz w:val="24"/>
          <w:szCs w:val="24"/>
        </w:rPr>
        <w:t>.00</w:t>
      </w:r>
      <w:r w:rsidRPr="002E4E9B">
        <w:rPr>
          <w:rFonts w:ascii="Arial" w:hAnsi="Arial" w:cs="Arial"/>
          <w:sz w:val="24"/>
          <w:szCs w:val="24"/>
        </w:rPr>
        <w:t>, dado que el presupuesto este pues</w:t>
      </w:r>
      <w:r>
        <w:rPr>
          <w:rFonts w:ascii="Arial" w:hAnsi="Arial" w:cs="Arial"/>
          <w:sz w:val="24"/>
          <w:szCs w:val="24"/>
        </w:rPr>
        <w:t xml:space="preserve"> </w:t>
      </w:r>
      <w:r w:rsidRPr="002E4E9B">
        <w:rPr>
          <w:rFonts w:ascii="Arial" w:hAnsi="Arial" w:cs="Arial"/>
          <w:sz w:val="24"/>
          <w:szCs w:val="24"/>
        </w:rPr>
        <w:t>se hace la aprobación antes de que se haga el cierre del ejercicio fiscal y por tanto este todavía no tenemos el</w:t>
      </w:r>
      <w:r>
        <w:rPr>
          <w:rFonts w:ascii="Arial" w:hAnsi="Arial" w:cs="Arial"/>
          <w:sz w:val="24"/>
          <w:szCs w:val="24"/>
        </w:rPr>
        <w:t xml:space="preserve"> </w:t>
      </w:r>
      <w:r w:rsidRPr="002E4E9B">
        <w:rPr>
          <w:rFonts w:ascii="Arial" w:hAnsi="Arial" w:cs="Arial"/>
          <w:sz w:val="24"/>
          <w:szCs w:val="24"/>
        </w:rPr>
        <w:t>dato preciso de cuáles son los compromisos que van a quedar pendientes de pago para trasladar al siguiente</w:t>
      </w:r>
      <w:r>
        <w:rPr>
          <w:rFonts w:ascii="Arial" w:hAnsi="Arial" w:cs="Arial"/>
          <w:sz w:val="24"/>
          <w:szCs w:val="24"/>
        </w:rPr>
        <w:t xml:space="preserve"> </w:t>
      </w:r>
      <w:r w:rsidRPr="002E4E9B">
        <w:rPr>
          <w:rFonts w:ascii="Arial" w:hAnsi="Arial" w:cs="Arial"/>
          <w:sz w:val="24"/>
          <w:szCs w:val="24"/>
        </w:rPr>
        <w:t xml:space="preserve">ejercicio. En razón de ello es de que solamente se ocuparon </w:t>
      </w:r>
      <w:r>
        <w:rPr>
          <w:rFonts w:ascii="Arial" w:hAnsi="Arial" w:cs="Arial"/>
          <w:sz w:val="24"/>
          <w:szCs w:val="24"/>
        </w:rPr>
        <w:t>$</w:t>
      </w:r>
      <w:proofErr w:type="gramStart"/>
      <w:r w:rsidRPr="002E4E9B">
        <w:rPr>
          <w:rFonts w:ascii="Arial" w:hAnsi="Arial" w:cs="Arial"/>
          <w:sz w:val="24"/>
          <w:szCs w:val="24"/>
        </w:rPr>
        <w:t>1,216,805.7</w:t>
      </w:r>
      <w:r>
        <w:rPr>
          <w:rFonts w:ascii="Arial" w:hAnsi="Arial" w:cs="Arial"/>
          <w:sz w:val="24"/>
          <w:szCs w:val="24"/>
        </w:rPr>
        <w:t xml:space="preserve">0 </w:t>
      </w:r>
      <w:r w:rsidRPr="002E4E9B">
        <w:rPr>
          <w:rFonts w:ascii="Arial" w:hAnsi="Arial" w:cs="Arial"/>
          <w:sz w:val="24"/>
          <w:szCs w:val="24"/>
        </w:rPr>
        <w:t xml:space="preserve"> Por</w:t>
      </w:r>
      <w:proofErr w:type="gramEnd"/>
      <w:r w:rsidRPr="002E4E9B">
        <w:rPr>
          <w:rFonts w:ascii="Arial" w:hAnsi="Arial" w:cs="Arial"/>
          <w:sz w:val="24"/>
          <w:szCs w:val="24"/>
        </w:rPr>
        <w:t xml:space="preserve"> ello es de que la diferencia pues bueno, se hace la disminución para reasignarla a otra partida este de la</w:t>
      </w:r>
      <w:r>
        <w:rPr>
          <w:rFonts w:ascii="Arial" w:hAnsi="Arial" w:cs="Arial"/>
          <w:sz w:val="24"/>
          <w:szCs w:val="24"/>
        </w:rPr>
        <w:t xml:space="preserve"> </w:t>
      </w:r>
      <w:r w:rsidRPr="002E4E9B">
        <w:rPr>
          <w:rFonts w:ascii="Arial" w:hAnsi="Arial" w:cs="Arial"/>
          <w:sz w:val="24"/>
          <w:szCs w:val="24"/>
        </w:rPr>
        <w:t>cual pues nos hayan requerido suficiencia presupuestal. Gracias.</w:t>
      </w:r>
    </w:p>
    <w:p w14:paraId="1D3E49B1" w14:textId="77777777" w:rsidR="00C5286F" w:rsidRDefault="000E3BBD" w:rsidP="00DC6CFE">
      <w:pPr>
        <w:jc w:val="both"/>
        <w:rPr>
          <w:rFonts w:ascii="Arial" w:hAnsi="Arial" w:cs="Arial"/>
          <w:sz w:val="24"/>
          <w:szCs w:val="24"/>
        </w:rPr>
      </w:pPr>
      <w:r>
        <w:rPr>
          <w:rFonts w:ascii="Arial" w:hAnsi="Arial" w:cs="Arial"/>
          <w:b/>
          <w:bCs/>
          <w:sz w:val="24"/>
          <w:szCs w:val="24"/>
        </w:rPr>
        <w:lastRenderedPageBreak/>
        <w:t xml:space="preserve">C. MIGUEL MARENTES. - </w:t>
      </w:r>
      <w:r w:rsidRPr="002E4E9B">
        <w:rPr>
          <w:rFonts w:ascii="Arial" w:hAnsi="Arial" w:cs="Arial"/>
          <w:sz w:val="24"/>
          <w:szCs w:val="24"/>
        </w:rPr>
        <w:t>Gracias. Tesorer</w:t>
      </w:r>
      <w:r>
        <w:rPr>
          <w:rFonts w:ascii="Arial" w:hAnsi="Arial" w:cs="Arial"/>
          <w:sz w:val="24"/>
          <w:szCs w:val="24"/>
        </w:rPr>
        <w:t>a</w:t>
      </w:r>
      <w:r w:rsidRPr="002E4E9B">
        <w:rPr>
          <w:rFonts w:ascii="Arial" w:hAnsi="Arial" w:cs="Arial"/>
          <w:sz w:val="24"/>
          <w:szCs w:val="24"/>
        </w:rPr>
        <w:t>. ¿Nos hubiera algún otro comentario de la partida 7000 y 9000?</w:t>
      </w:r>
      <w:r>
        <w:rPr>
          <w:rFonts w:ascii="Arial" w:hAnsi="Arial" w:cs="Arial"/>
          <w:sz w:val="24"/>
          <w:szCs w:val="24"/>
        </w:rPr>
        <w:t xml:space="preserve"> </w:t>
      </w:r>
    </w:p>
    <w:p w14:paraId="5567ECCE" w14:textId="77777777" w:rsidR="00C5286F" w:rsidRDefault="00C5286F" w:rsidP="00DC6CFE">
      <w:pPr>
        <w:jc w:val="both"/>
        <w:rPr>
          <w:rFonts w:ascii="Arial" w:hAnsi="Arial" w:cs="Arial"/>
          <w:sz w:val="24"/>
          <w:szCs w:val="24"/>
        </w:rPr>
      </w:pPr>
      <w:r>
        <w:rPr>
          <w:rFonts w:ascii="Arial" w:hAnsi="Arial" w:cs="Arial"/>
          <w:b/>
          <w:bCs/>
          <w:sz w:val="24"/>
          <w:szCs w:val="24"/>
        </w:rPr>
        <w:t xml:space="preserve">C. GUILLERMINA AGUILAR OCHOA. - </w:t>
      </w:r>
      <w:r w:rsidRPr="002E4E9B">
        <w:rPr>
          <w:rFonts w:ascii="Arial" w:hAnsi="Arial" w:cs="Arial"/>
          <w:sz w:val="24"/>
          <w:szCs w:val="24"/>
        </w:rPr>
        <w:t>Retomando lo de la partida 59 c 569 de otros equipos, el clasificador</w:t>
      </w:r>
      <w:r w:rsidR="000E3BBD">
        <w:rPr>
          <w:rFonts w:ascii="Arial" w:hAnsi="Arial" w:cs="Arial"/>
          <w:sz w:val="24"/>
          <w:szCs w:val="24"/>
        </w:rPr>
        <w:t xml:space="preserve"> </w:t>
      </w:r>
      <w:r w:rsidRPr="002E4E9B">
        <w:rPr>
          <w:rFonts w:ascii="Arial" w:hAnsi="Arial" w:cs="Arial"/>
          <w:sz w:val="24"/>
          <w:szCs w:val="24"/>
        </w:rPr>
        <w:t xml:space="preserve">de la CONAC nos dice que corresponde a otros activos </w:t>
      </w:r>
      <w:r>
        <w:rPr>
          <w:rFonts w:ascii="Arial" w:hAnsi="Arial" w:cs="Arial"/>
          <w:sz w:val="24"/>
          <w:szCs w:val="24"/>
        </w:rPr>
        <w:t>a</w:t>
      </w:r>
      <w:r w:rsidRPr="002E4E9B">
        <w:rPr>
          <w:rFonts w:ascii="Arial" w:hAnsi="Arial" w:cs="Arial"/>
          <w:sz w:val="24"/>
          <w:szCs w:val="24"/>
        </w:rPr>
        <w:t>grupa las asignaciones destinadas a cubrir gastos generados por concepto de bienes que no se encuentran contemplados en las partidas específicas previas.</w:t>
      </w:r>
      <w:r w:rsidR="000E3BBD">
        <w:rPr>
          <w:rFonts w:ascii="Arial" w:hAnsi="Arial" w:cs="Arial"/>
          <w:sz w:val="24"/>
          <w:szCs w:val="24"/>
        </w:rPr>
        <w:t xml:space="preserve"> </w:t>
      </w:r>
      <w:r w:rsidRPr="002E4E9B">
        <w:rPr>
          <w:rFonts w:ascii="Arial" w:hAnsi="Arial" w:cs="Arial"/>
          <w:sz w:val="24"/>
          <w:szCs w:val="24"/>
        </w:rPr>
        <w:t>En este caso, estos 200 en la 569, estos 238 corresponden</w:t>
      </w:r>
      <w:r w:rsidR="000E3BBD">
        <w:rPr>
          <w:rFonts w:ascii="Arial" w:hAnsi="Arial" w:cs="Arial"/>
          <w:sz w:val="24"/>
          <w:szCs w:val="24"/>
        </w:rPr>
        <w:t xml:space="preserve"> </w:t>
      </w:r>
      <w:r w:rsidRPr="002E4E9B">
        <w:rPr>
          <w:rFonts w:ascii="Arial" w:hAnsi="Arial" w:cs="Arial"/>
          <w:sz w:val="24"/>
          <w:szCs w:val="24"/>
        </w:rPr>
        <w:t>a los carritos que nos piden para la sección de aseo barrido. Así la tienen clasificados ellos, que son unos carritos contenedores. No sé si han</w:t>
      </w:r>
      <w:r w:rsidR="000E3BBD">
        <w:rPr>
          <w:rFonts w:ascii="Arial" w:hAnsi="Arial" w:cs="Arial"/>
          <w:sz w:val="24"/>
          <w:szCs w:val="24"/>
        </w:rPr>
        <w:t xml:space="preserve"> </w:t>
      </w:r>
      <w:r w:rsidRPr="002E4E9B">
        <w:rPr>
          <w:rFonts w:ascii="Arial" w:hAnsi="Arial" w:cs="Arial"/>
          <w:sz w:val="24"/>
          <w:szCs w:val="24"/>
        </w:rPr>
        <w:t>visto que traen ellos barren y ahí echan la basura, la llevan. no lo no lo podríamos clasificar en ninguna de las</w:t>
      </w:r>
      <w:r w:rsidR="000E3BBD">
        <w:rPr>
          <w:rFonts w:ascii="Arial" w:hAnsi="Arial" w:cs="Arial"/>
          <w:sz w:val="24"/>
          <w:szCs w:val="24"/>
        </w:rPr>
        <w:t xml:space="preserve"> </w:t>
      </w:r>
      <w:r w:rsidRPr="002E4E9B">
        <w:rPr>
          <w:rFonts w:ascii="Arial" w:hAnsi="Arial" w:cs="Arial"/>
          <w:sz w:val="24"/>
          <w:szCs w:val="24"/>
        </w:rPr>
        <w:t>anteriores, por eso se dejaron contemplados ahí y se tiene un proyecto de una de la compra de unos tanques</w:t>
      </w:r>
      <w:r w:rsidR="000E3BBD">
        <w:rPr>
          <w:rFonts w:ascii="Arial" w:hAnsi="Arial" w:cs="Arial"/>
          <w:sz w:val="24"/>
          <w:szCs w:val="24"/>
        </w:rPr>
        <w:t xml:space="preserve"> </w:t>
      </w:r>
      <w:r w:rsidRPr="002E4E9B">
        <w:rPr>
          <w:rFonts w:ascii="Arial" w:hAnsi="Arial" w:cs="Arial"/>
          <w:sz w:val="24"/>
          <w:szCs w:val="24"/>
        </w:rPr>
        <w:t xml:space="preserve">estacionarios para el </w:t>
      </w:r>
      <w:r>
        <w:rPr>
          <w:rFonts w:ascii="Arial" w:hAnsi="Arial" w:cs="Arial"/>
          <w:sz w:val="24"/>
          <w:szCs w:val="24"/>
        </w:rPr>
        <w:t>M</w:t>
      </w:r>
      <w:r w:rsidRPr="002E4E9B">
        <w:rPr>
          <w:rFonts w:ascii="Arial" w:hAnsi="Arial" w:cs="Arial"/>
          <w:sz w:val="24"/>
          <w:szCs w:val="24"/>
        </w:rPr>
        <w:t xml:space="preserve">ercado </w:t>
      </w:r>
      <w:r>
        <w:rPr>
          <w:rFonts w:ascii="Arial" w:hAnsi="Arial" w:cs="Arial"/>
          <w:sz w:val="24"/>
          <w:szCs w:val="24"/>
        </w:rPr>
        <w:t>P</w:t>
      </w:r>
      <w:r w:rsidRPr="002E4E9B">
        <w:rPr>
          <w:rFonts w:ascii="Arial" w:hAnsi="Arial" w:cs="Arial"/>
          <w:sz w:val="24"/>
          <w:szCs w:val="24"/>
        </w:rPr>
        <w:t>aulino Navarro. Entonces, también están clasificados como otros equipos.</w:t>
      </w:r>
      <w:r w:rsidR="000E3BBD">
        <w:rPr>
          <w:rFonts w:ascii="Arial" w:hAnsi="Arial" w:cs="Arial"/>
          <w:sz w:val="24"/>
          <w:szCs w:val="24"/>
        </w:rPr>
        <w:t xml:space="preserve"> </w:t>
      </w:r>
    </w:p>
    <w:p w14:paraId="0CCC69B1" w14:textId="4B548EE2" w:rsidR="00C5286F" w:rsidRDefault="00C5286F" w:rsidP="00DC6CFE">
      <w:pPr>
        <w:jc w:val="both"/>
        <w:rPr>
          <w:rFonts w:ascii="Arial" w:hAnsi="Arial" w:cs="Arial"/>
          <w:sz w:val="24"/>
          <w:szCs w:val="24"/>
        </w:rPr>
      </w:pPr>
      <w:r>
        <w:rPr>
          <w:rFonts w:ascii="Arial" w:hAnsi="Arial" w:cs="Arial"/>
          <w:b/>
          <w:bCs/>
          <w:sz w:val="24"/>
          <w:szCs w:val="24"/>
        </w:rPr>
        <w:t xml:space="preserve">C. VICTORIA GARCÍA CONTRERAS. - </w:t>
      </w:r>
      <w:r w:rsidR="000E3BBD">
        <w:rPr>
          <w:rFonts w:ascii="Arial" w:hAnsi="Arial" w:cs="Arial"/>
          <w:sz w:val="24"/>
          <w:szCs w:val="24"/>
        </w:rPr>
        <w:t xml:space="preserve"> </w:t>
      </w:r>
      <w:r w:rsidR="00557BE8">
        <w:rPr>
          <w:rFonts w:ascii="Arial" w:hAnsi="Arial" w:cs="Arial"/>
          <w:sz w:val="24"/>
          <w:szCs w:val="24"/>
        </w:rPr>
        <w:t>J</w:t>
      </w:r>
      <w:r w:rsidR="00557BE8" w:rsidRPr="002E4E9B">
        <w:rPr>
          <w:rFonts w:ascii="Arial" w:hAnsi="Arial" w:cs="Arial"/>
          <w:sz w:val="24"/>
          <w:szCs w:val="24"/>
        </w:rPr>
        <w:t>ustamente sube</w:t>
      </w:r>
      <w:r w:rsidRPr="002E4E9B">
        <w:rPr>
          <w:rFonts w:ascii="Arial" w:hAnsi="Arial" w:cs="Arial"/>
          <w:sz w:val="24"/>
          <w:szCs w:val="24"/>
        </w:rPr>
        <w:t xml:space="preserve"> por favor Guille lo que nos comenta es de que esos conceptos no los podemos este contemplar en la 511</w:t>
      </w:r>
      <w:r w:rsidR="000E3BBD">
        <w:rPr>
          <w:rFonts w:ascii="Arial" w:hAnsi="Arial" w:cs="Arial"/>
          <w:sz w:val="24"/>
          <w:szCs w:val="24"/>
        </w:rPr>
        <w:t xml:space="preserve"> </w:t>
      </w:r>
      <w:r w:rsidRPr="002E4E9B">
        <w:rPr>
          <w:rFonts w:ascii="Arial" w:hAnsi="Arial" w:cs="Arial"/>
          <w:sz w:val="24"/>
          <w:szCs w:val="24"/>
        </w:rPr>
        <w:t xml:space="preserve">les subes la 511 que ahí solamente podemos poner que sea bienes muebles de oficina </w:t>
      </w:r>
      <w:r w:rsidR="00557BE8" w:rsidRPr="002E4E9B">
        <w:rPr>
          <w:rFonts w:ascii="Arial" w:hAnsi="Arial" w:cs="Arial"/>
          <w:sz w:val="24"/>
          <w:szCs w:val="24"/>
        </w:rPr>
        <w:t>o</w:t>
      </w:r>
      <w:r w:rsidR="00557BE8">
        <w:rPr>
          <w:rFonts w:ascii="Arial" w:hAnsi="Arial" w:cs="Arial"/>
          <w:sz w:val="24"/>
          <w:szCs w:val="24"/>
        </w:rPr>
        <w:t xml:space="preserve"> estantería</w:t>
      </w:r>
      <w:r w:rsidRPr="002E4E9B">
        <w:rPr>
          <w:rFonts w:ascii="Arial" w:hAnsi="Arial" w:cs="Arial"/>
          <w:sz w:val="24"/>
          <w:szCs w:val="24"/>
        </w:rPr>
        <w:t>, no quedan dentro de esa clasificación tampoco son muebles</w:t>
      </w:r>
      <w:r w:rsidR="000E3BBD">
        <w:rPr>
          <w:rFonts w:ascii="Arial" w:hAnsi="Arial" w:cs="Arial"/>
          <w:sz w:val="24"/>
          <w:szCs w:val="24"/>
        </w:rPr>
        <w:t xml:space="preserve"> </w:t>
      </w:r>
      <w:r w:rsidRPr="002E4E9B">
        <w:rPr>
          <w:rFonts w:ascii="Arial" w:hAnsi="Arial" w:cs="Arial"/>
          <w:sz w:val="24"/>
          <w:szCs w:val="24"/>
        </w:rPr>
        <w:t>de oficina excepto otro tipo de muebles que no sean de oficina o estantería tampoco, no son equipos de cómputo, no son mobiliarios y equipos de</w:t>
      </w:r>
      <w:r w:rsidR="000E3BBD">
        <w:rPr>
          <w:rFonts w:ascii="Arial" w:hAnsi="Arial" w:cs="Arial"/>
          <w:sz w:val="24"/>
          <w:szCs w:val="24"/>
        </w:rPr>
        <w:t xml:space="preserve"> </w:t>
      </w:r>
      <w:r w:rsidRPr="002E4E9B">
        <w:rPr>
          <w:rFonts w:ascii="Arial" w:hAnsi="Arial" w:cs="Arial"/>
          <w:sz w:val="24"/>
          <w:szCs w:val="24"/>
        </w:rPr>
        <w:t>administración, no son equipos y aparatos audiovisuales, no son cámaras.</w:t>
      </w:r>
      <w:r w:rsidR="000E3BBD">
        <w:rPr>
          <w:rFonts w:ascii="Arial" w:hAnsi="Arial" w:cs="Arial"/>
          <w:sz w:val="24"/>
          <w:szCs w:val="24"/>
        </w:rPr>
        <w:t xml:space="preserve"> </w:t>
      </w:r>
      <w:r w:rsidRPr="002E4E9B">
        <w:rPr>
          <w:rFonts w:ascii="Arial" w:hAnsi="Arial" w:cs="Arial"/>
          <w:sz w:val="24"/>
          <w:szCs w:val="24"/>
        </w:rPr>
        <w:t xml:space="preserve">Entonces, como no quedan dentro de estos clasificadores, se ponen otros y este los </w:t>
      </w:r>
      <w:r>
        <w:rPr>
          <w:rFonts w:ascii="Arial" w:hAnsi="Arial" w:cs="Arial"/>
          <w:sz w:val="24"/>
          <w:szCs w:val="24"/>
        </w:rPr>
        <w:t>$</w:t>
      </w:r>
      <w:r w:rsidRPr="002E4E9B">
        <w:rPr>
          <w:rFonts w:ascii="Arial" w:hAnsi="Arial" w:cs="Arial"/>
          <w:sz w:val="24"/>
          <w:szCs w:val="24"/>
        </w:rPr>
        <w:t>238,</w:t>
      </w:r>
      <w:r>
        <w:rPr>
          <w:rFonts w:ascii="Arial" w:hAnsi="Arial" w:cs="Arial"/>
          <w:sz w:val="24"/>
          <w:szCs w:val="24"/>
        </w:rPr>
        <w:t>3</w:t>
      </w:r>
      <w:r w:rsidRPr="002E4E9B">
        <w:rPr>
          <w:rFonts w:ascii="Arial" w:hAnsi="Arial" w:cs="Arial"/>
          <w:sz w:val="24"/>
          <w:szCs w:val="24"/>
        </w:rPr>
        <w:t>33.88 son para la adquisición de los carritos, este, para la recolección de</w:t>
      </w:r>
      <w:r w:rsidR="000E3BBD">
        <w:rPr>
          <w:rFonts w:ascii="Arial" w:hAnsi="Arial" w:cs="Arial"/>
          <w:sz w:val="24"/>
          <w:szCs w:val="24"/>
        </w:rPr>
        <w:t xml:space="preserve"> </w:t>
      </w:r>
      <w:r w:rsidRPr="002E4E9B">
        <w:rPr>
          <w:rFonts w:ascii="Arial" w:hAnsi="Arial" w:cs="Arial"/>
          <w:sz w:val="24"/>
          <w:szCs w:val="24"/>
        </w:rPr>
        <w:t>la basura que traen aquí en el centro histórico, en el área de barridos y para el proyecto que se tiene para tanque estacionario que se va a poner en el</w:t>
      </w:r>
      <w:r w:rsidR="000E3BBD">
        <w:rPr>
          <w:rFonts w:ascii="Arial" w:hAnsi="Arial" w:cs="Arial"/>
          <w:sz w:val="24"/>
          <w:szCs w:val="24"/>
        </w:rPr>
        <w:t xml:space="preserve"> </w:t>
      </w:r>
      <w:r>
        <w:rPr>
          <w:rFonts w:ascii="Arial" w:hAnsi="Arial" w:cs="Arial"/>
          <w:sz w:val="24"/>
          <w:szCs w:val="24"/>
        </w:rPr>
        <w:t>M</w:t>
      </w:r>
      <w:r w:rsidRPr="002E4E9B">
        <w:rPr>
          <w:rFonts w:ascii="Arial" w:hAnsi="Arial" w:cs="Arial"/>
          <w:sz w:val="24"/>
          <w:szCs w:val="24"/>
        </w:rPr>
        <w:t>ercado Paulino Navarro para este pues ahí atención de todos los locatarios que tienen el servicio de</w:t>
      </w:r>
      <w:r w:rsidR="000E3BBD">
        <w:rPr>
          <w:rFonts w:ascii="Arial" w:hAnsi="Arial" w:cs="Arial"/>
          <w:sz w:val="24"/>
          <w:szCs w:val="24"/>
        </w:rPr>
        <w:t xml:space="preserve"> </w:t>
      </w:r>
      <w:r w:rsidRPr="002E4E9B">
        <w:rPr>
          <w:rFonts w:ascii="Arial" w:hAnsi="Arial" w:cs="Arial"/>
          <w:sz w:val="24"/>
          <w:szCs w:val="24"/>
        </w:rPr>
        <w:t xml:space="preserve">comida. Entonces para estos dos conceptos es que tenemos esos </w:t>
      </w:r>
      <w:r>
        <w:rPr>
          <w:rFonts w:ascii="Arial" w:hAnsi="Arial" w:cs="Arial"/>
          <w:sz w:val="24"/>
          <w:szCs w:val="24"/>
        </w:rPr>
        <w:t>$</w:t>
      </w:r>
      <w:r w:rsidRPr="002E4E9B">
        <w:rPr>
          <w:rFonts w:ascii="Arial" w:hAnsi="Arial" w:cs="Arial"/>
          <w:sz w:val="24"/>
          <w:szCs w:val="24"/>
        </w:rPr>
        <w:t>238,000.</w:t>
      </w:r>
      <w:r>
        <w:rPr>
          <w:rFonts w:ascii="Arial" w:hAnsi="Arial" w:cs="Arial"/>
          <w:sz w:val="24"/>
          <w:szCs w:val="24"/>
        </w:rPr>
        <w:t>00</w:t>
      </w:r>
      <w:r w:rsidR="000E3BBD">
        <w:rPr>
          <w:rFonts w:ascii="Arial" w:hAnsi="Arial" w:cs="Arial"/>
          <w:sz w:val="24"/>
          <w:szCs w:val="24"/>
        </w:rPr>
        <w:t xml:space="preserve"> </w:t>
      </w:r>
      <w:r w:rsidRPr="002E4E9B">
        <w:rPr>
          <w:rFonts w:ascii="Arial" w:hAnsi="Arial" w:cs="Arial"/>
          <w:sz w:val="24"/>
          <w:szCs w:val="24"/>
        </w:rPr>
        <w:t>Ambos conceptos fueron proyectos que se aprobaron en este ejercicio fiscal. Por ello es de que de origen no estaban presupuestados.</w:t>
      </w:r>
      <w:r w:rsidR="000E3BBD">
        <w:rPr>
          <w:rFonts w:ascii="Arial" w:hAnsi="Arial" w:cs="Arial"/>
          <w:sz w:val="24"/>
          <w:szCs w:val="24"/>
        </w:rPr>
        <w:t xml:space="preserve"> </w:t>
      </w:r>
    </w:p>
    <w:p w14:paraId="7FCEA633" w14:textId="77777777" w:rsidR="00557BE8" w:rsidRDefault="00C5286F" w:rsidP="00DC6CFE">
      <w:pPr>
        <w:jc w:val="both"/>
        <w:rPr>
          <w:rFonts w:ascii="Arial" w:hAnsi="Arial" w:cs="Arial"/>
          <w:sz w:val="24"/>
          <w:szCs w:val="24"/>
        </w:rPr>
      </w:pPr>
      <w:r>
        <w:rPr>
          <w:rFonts w:ascii="Arial" w:hAnsi="Arial" w:cs="Arial"/>
          <w:b/>
          <w:bCs/>
          <w:sz w:val="24"/>
          <w:szCs w:val="24"/>
        </w:rPr>
        <w:t xml:space="preserve">C. MIGUEL MARENTES. </w:t>
      </w:r>
      <w:r w:rsidR="00557BE8">
        <w:rPr>
          <w:rFonts w:ascii="Arial" w:hAnsi="Arial" w:cs="Arial"/>
          <w:b/>
          <w:bCs/>
          <w:sz w:val="24"/>
          <w:szCs w:val="24"/>
        </w:rPr>
        <w:t xml:space="preserve">– </w:t>
      </w:r>
      <w:r w:rsidR="00557BE8">
        <w:rPr>
          <w:rFonts w:ascii="Arial" w:hAnsi="Arial" w:cs="Arial"/>
          <w:sz w:val="24"/>
          <w:szCs w:val="24"/>
        </w:rPr>
        <w:t>Gracias t</w:t>
      </w:r>
      <w:r w:rsidRPr="002E4E9B">
        <w:rPr>
          <w:rFonts w:ascii="Arial" w:hAnsi="Arial" w:cs="Arial"/>
          <w:sz w:val="24"/>
          <w:szCs w:val="24"/>
        </w:rPr>
        <w:t>esorera. No si hubiera alguna otra duda. En alguna lo puede manifestar, por favor.</w:t>
      </w:r>
      <w:r w:rsidR="000E3BBD">
        <w:rPr>
          <w:rFonts w:ascii="Arial" w:hAnsi="Arial" w:cs="Arial"/>
          <w:sz w:val="24"/>
          <w:szCs w:val="24"/>
        </w:rPr>
        <w:t xml:space="preserve"> </w:t>
      </w:r>
    </w:p>
    <w:p w14:paraId="07A8105D" w14:textId="28E8DF2F" w:rsidR="00557BE8" w:rsidRDefault="00557BE8" w:rsidP="00DC6CFE">
      <w:pPr>
        <w:jc w:val="both"/>
        <w:rPr>
          <w:rFonts w:ascii="Arial" w:hAnsi="Arial" w:cs="Arial"/>
          <w:sz w:val="24"/>
          <w:szCs w:val="24"/>
        </w:rPr>
      </w:pPr>
      <w:r>
        <w:rPr>
          <w:rFonts w:ascii="Arial" w:hAnsi="Arial" w:cs="Arial"/>
          <w:b/>
          <w:bCs/>
          <w:sz w:val="24"/>
          <w:szCs w:val="24"/>
        </w:rPr>
        <w:t xml:space="preserve">C. VICTORIA GARCÍA CONTRERAS. - </w:t>
      </w:r>
      <w:r>
        <w:rPr>
          <w:rFonts w:ascii="Arial" w:hAnsi="Arial" w:cs="Arial"/>
          <w:sz w:val="24"/>
          <w:szCs w:val="24"/>
        </w:rPr>
        <w:t>D</w:t>
      </w:r>
      <w:r w:rsidRPr="002E4E9B">
        <w:rPr>
          <w:rFonts w:ascii="Arial" w:hAnsi="Arial" w:cs="Arial"/>
          <w:sz w:val="24"/>
          <w:szCs w:val="24"/>
        </w:rPr>
        <w:t>entro del proyecto que se está proponiendo es que el municipio los va a adquirir y se les va a hacer este,</w:t>
      </w:r>
      <w:r w:rsidR="000E3BBD">
        <w:rPr>
          <w:rFonts w:ascii="Arial" w:hAnsi="Arial" w:cs="Arial"/>
          <w:sz w:val="24"/>
          <w:szCs w:val="24"/>
        </w:rPr>
        <w:t xml:space="preserve"> </w:t>
      </w:r>
      <w:r w:rsidRPr="002E4E9B">
        <w:rPr>
          <w:rFonts w:ascii="Arial" w:hAnsi="Arial" w:cs="Arial"/>
          <w:sz w:val="24"/>
          <w:szCs w:val="24"/>
        </w:rPr>
        <w:t>recuérdenme, ya me confundo si es concesión o es o es contrato de comodato, se les va este hacer un</w:t>
      </w:r>
      <w:r w:rsidR="000E3BBD">
        <w:rPr>
          <w:rFonts w:ascii="Arial" w:hAnsi="Arial" w:cs="Arial"/>
          <w:sz w:val="24"/>
          <w:szCs w:val="24"/>
        </w:rPr>
        <w:t xml:space="preserve"> </w:t>
      </w:r>
      <w:r w:rsidRPr="002E4E9B">
        <w:rPr>
          <w:rFonts w:ascii="Arial" w:hAnsi="Arial" w:cs="Arial"/>
          <w:sz w:val="24"/>
          <w:szCs w:val="24"/>
        </w:rPr>
        <w:t>contrato para que este pues ellos hagan uso y nosotros los vamos a tener registrados en nuestro inventario de</w:t>
      </w:r>
      <w:r w:rsidR="000E3BBD">
        <w:rPr>
          <w:rFonts w:ascii="Arial" w:hAnsi="Arial" w:cs="Arial"/>
          <w:sz w:val="24"/>
          <w:szCs w:val="24"/>
        </w:rPr>
        <w:t xml:space="preserve"> </w:t>
      </w:r>
      <w:r w:rsidRPr="002E4E9B">
        <w:rPr>
          <w:rFonts w:ascii="Arial" w:hAnsi="Arial" w:cs="Arial"/>
          <w:sz w:val="24"/>
          <w:szCs w:val="24"/>
        </w:rPr>
        <w:t>origen Este, así aprobaron el proyecto.</w:t>
      </w:r>
      <w:r w:rsidR="000E3BBD">
        <w:rPr>
          <w:rFonts w:ascii="Arial" w:hAnsi="Arial" w:cs="Arial"/>
          <w:sz w:val="24"/>
          <w:szCs w:val="24"/>
        </w:rPr>
        <w:t xml:space="preserve"> </w:t>
      </w:r>
    </w:p>
    <w:p w14:paraId="2BDE3EDC" w14:textId="370B8890" w:rsidR="00557BE8" w:rsidRDefault="00557BE8" w:rsidP="00DC6CFE">
      <w:pPr>
        <w:jc w:val="both"/>
        <w:rPr>
          <w:rFonts w:ascii="Arial" w:hAnsi="Arial" w:cs="Arial"/>
          <w:sz w:val="24"/>
          <w:szCs w:val="24"/>
        </w:rPr>
      </w:pPr>
      <w:r>
        <w:rPr>
          <w:rFonts w:ascii="Arial" w:hAnsi="Arial" w:cs="Arial"/>
          <w:b/>
          <w:bCs/>
          <w:sz w:val="24"/>
          <w:szCs w:val="24"/>
        </w:rPr>
        <w:lastRenderedPageBreak/>
        <w:t xml:space="preserve">C. MIGUEL MARENTES. - </w:t>
      </w:r>
      <w:r w:rsidRPr="002E4E9B">
        <w:rPr>
          <w:rFonts w:ascii="Arial" w:hAnsi="Arial" w:cs="Arial"/>
          <w:sz w:val="24"/>
          <w:szCs w:val="24"/>
        </w:rPr>
        <w:t>Tesorera, bueno, llegamos al final de esta presentación de la modificación del presupuesto 2026</w:t>
      </w:r>
      <w:r>
        <w:rPr>
          <w:rFonts w:ascii="Arial" w:hAnsi="Arial" w:cs="Arial"/>
          <w:sz w:val="24"/>
          <w:szCs w:val="24"/>
        </w:rPr>
        <w:t xml:space="preserve"> dos mil veintiséis,</w:t>
      </w:r>
      <w:r w:rsidRPr="002E4E9B">
        <w:rPr>
          <w:rFonts w:ascii="Arial" w:hAnsi="Arial" w:cs="Arial"/>
          <w:sz w:val="24"/>
          <w:szCs w:val="24"/>
        </w:rPr>
        <w:t xml:space="preserve"> insisto, al corte del</w:t>
      </w:r>
      <w:r w:rsidR="000E3BBD">
        <w:rPr>
          <w:rFonts w:ascii="Arial" w:hAnsi="Arial" w:cs="Arial"/>
          <w:sz w:val="24"/>
          <w:szCs w:val="24"/>
        </w:rPr>
        <w:t xml:space="preserve"> </w:t>
      </w:r>
      <w:r w:rsidRPr="002E4E9B">
        <w:rPr>
          <w:rFonts w:ascii="Arial" w:hAnsi="Arial" w:cs="Arial"/>
          <w:sz w:val="24"/>
          <w:szCs w:val="24"/>
        </w:rPr>
        <w:t>30</w:t>
      </w:r>
      <w:r>
        <w:rPr>
          <w:rFonts w:ascii="Arial" w:hAnsi="Arial" w:cs="Arial"/>
          <w:sz w:val="24"/>
          <w:szCs w:val="24"/>
        </w:rPr>
        <w:t xml:space="preserve"> treinta</w:t>
      </w:r>
      <w:r w:rsidRPr="002E4E9B">
        <w:rPr>
          <w:rFonts w:ascii="Arial" w:hAnsi="Arial" w:cs="Arial"/>
          <w:sz w:val="24"/>
          <w:szCs w:val="24"/>
        </w:rPr>
        <w:t xml:space="preserve"> de junio del presente año. Bueno, si hubiera más dudas, adelante, tesorera.</w:t>
      </w:r>
      <w:r w:rsidR="000E3BBD">
        <w:rPr>
          <w:rFonts w:ascii="Arial" w:hAnsi="Arial" w:cs="Arial"/>
          <w:sz w:val="24"/>
          <w:szCs w:val="24"/>
        </w:rPr>
        <w:t xml:space="preserve"> </w:t>
      </w:r>
    </w:p>
    <w:p w14:paraId="0AC3CA47" w14:textId="77777777" w:rsidR="00557BE8" w:rsidRDefault="00557BE8" w:rsidP="00DC6CFE">
      <w:pPr>
        <w:jc w:val="both"/>
        <w:rPr>
          <w:rFonts w:ascii="Arial" w:hAnsi="Arial" w:cs="Arial"/>
          <w:sz w:val="24"/>
          <w:szCs w:val="24"/>
        </w:rPr>
      </w:pPr>
      <w:r>
        <w:rPr>
          <w:rFonts w:ascii="Arial" w:hAnsi="Arial" w:cs="Arial"/>
          <w:b/>
          <w:bCs/>
          <w:sz w:val="24"/>
          <w:szCs w:val="24"/>
        </w:rPr>
        <w:t xml:space="preserve">C. VICTORIA GARCÍA CONTRERAS. - </w:t>
      </w:r>
      <w:r w:rsidRPr="002E4E9B">
        <w:rPr>
          <w:rFonts w:ascii="Arial" w:hAnsi="Arial" w:cs="Arial"/>
          <w:sz w:val="24"/>
          <w:szCs w:val="24"/>
        </w:rPr>
        <w:t>Bueno, también para comentarles en cuanto a la partida 591 de software, estamos atendiendo lo que pues la</w:t>
      </w:r>
      <w:r w:rsidR="000E3BBD">
        <w:rPr>
          <w:rFonts w:ascii="Arial" w:hAnsi="Arial" w:cs="Arial"/>
          <w:sz w:val="24"/>
          <w:szCs w:val="24"/>
        </w:rPr>
        <w:t xml:space="preserve"> </w:t>
      </w:r>
      <w:r w:rsidRPr="002E4E9B">
        <w:rPr>
          <w:rFonts w:ascii="Arial" w:hAnsi="Arial" w:cs="Arial"/>
          <w:sz w:val="24"/>
          <w:szCs w:val="24"/>
        </w:rPr>
        <w:t>obligación que tenemos para la ley de archivo. Entonces se aprobó el proyecto para la adquisición del</w:t>
      </w:r>
      <w:r w:rsidR="000E3BBD">
        <w:rPr>
          <w:rFonts w:ascii="Arial" w:hAnsi="Arial" w:cs="Arial"/>
          <w:sz w:val="24"/>
          <w:szCs w:val="24"/>
        </w:rPr>
        <w:t xml:space="preserve"> </w:t>
      </w:r>
      <w:r w:rsidRPr="002E4E9B">
        <w:rPr>
          <w:rFonts w:ascii="Arial" w:hAnsi="Arial" w:cs="Arial"/>
          <w:sz w:val="24"/>
          <w:szCs w:val="24"/>
        </w:rPr>
        <w:t>software que en su momento pues bueno, se acaba de hecho de aprobar. se va a ver este pues todo el esquema que</w:t>
      </w:r>
      <w:r w:rsidR="000E3BBD">
        <w:rPr>
          <w:rFonts w:ascii="Arial" w:hAnsi="Arial" w:cs="Arial"/>
          <w:sz w:val="24"/>
          <w:szCs w:val="24"/>
        </w:rPr>
        <w:t xml:space="preserve"> </w:t>
      </w:r>
      <w:r w:rsidRPr="002E4E9B">
        <w:rPr>
          <w:rFonts w:ascii="Arial" w:hAnsi="Arial" w:cs="Arial"/>
          <w:sz w:val="24"/>
          <w:szCs w:val="24"/>
        </w:rPr>
        <w:t>tenemos que cubrir para dar cumplimiento a esos registros. Y es por ello de que ese proyecto también de</w:t>
      </w:r>
      <w:r w:rsidR="000E3BBD">
        <w:rPr>
          <w:rFonts w:ascii="Arial" w:hAnsi="Arial" w:cs="Arial"/>
          <w:sz w:val="24"/>
          <w:szCs w:val="24"/>
        </w:rPr>
        <w:t xml:space="preserve"> </w:t>
      </w:r>
      <w:r>
        <w:rPr>
          <w:rFonts w:ascii="Arial" w:hAnsi="Arial" w:cs="Arial"/>
          <w:sz w:val="24"/>
          <w:szCs w:val="24"/>
        </w:rPr>
        <w:t>$</w:t>
      </w:r>
      <w:r w:rsidRPr="002E4E9B">
        <w:rPr>
          <w:rFonts w:ascii="Arial" w:hAnsi="Arial" w:cs="Arial"/>
          <w:sz w:val="24"/>
          <w:szCs w:val="24"/>
        </w:rPr>
        <w:t>2,700,</w:t>
      </w:r>
      <w:r>
        <w:rPr>
          <w:rFonts w:ascii="Arial" w:hAnsi="Arial" w:cs="Arial"/>
          <w:sz w:val="24"/>
          <w:szCs w:val="24"/>
        </w:rPr>
        <w:t>000.00</w:t>
      </w:r>
      <w:r w:rsidRPr="002E4E9B">
        <w:rPr>
          <w:rFonts w:ascii="Arial" w:hAnsi="Arial" w:cs="Arial"/>
          <w:sz w:val="24"/>
          <w:szCs w:val="24"/>
        </w:rPr>
        <w:t>, incluyendo también viene un proyecto que se está haciendo un</w:t>
      </w:r>
      <w:r w:rsidR="000E3BBD">
        <w:rPr>
          <w:rFonts w:ascii="Arial" w:hAnsi="Arial" w:cs="Arial"/>
          <w:sz w:val="24"/>
          <w:szCs w:val="24"/>
        </w:rPr>
        <w:t xml:space="preserve"> </w:t>
      </w:r>
      <w:r w:rsidRPr="002E4E9B">
        <w:rPr>
          <w:rFonts w:ascii="Arial" w:hAnsi="Arial" w:cs="Arial"/>
          <w:sz w:val="24"/>
          <w:szCs w:val="24"/>
        </w:rPr>
        <w:t>software para lo que es tecnología, que tiene que ver también con paneles solares y también viene este establecido</w:t>
      </w:r>
      <w:r w:rsidR="000E3BBD">
        <w:rPr>
          <w:rFonts w:ascii="Arial" w:hAnsi="Arial" w:cs="Arial"/>
          <w:sz w:val="24"/>
          <w:szCs w:val="24"/>
        </w:rPr>
        <w:t xml:space="preserve"> </w:t>
      </w:r>
      <w:r w:rsidRPr="002E4E9B">
        <w:rPr>
          <w:rFonts w:ascii="Arial" w:hAnsi="Arial" w:cs="Arial"/>
          <w:sz w:val="24"/>
          <w:szCs w:val="24"/>
        </w:rPr>
        <w:t>otro software que necesita seguridad pública relacionado a su proyecto que tiene con lo que es la fibra óptica.</w:t>
      </w:r>
      <w:r w:rsidR="000E3BBD">
        <w:rPr>
          <w:rFonts w:ascii="Arial" w:hAnsi="Arial" w:cs="Arial"/>
          <w:sz w:val="24"/>
          <w:szCs w:val="24"/>
        </w:rPr>
        <w:t xml:space="preserve"> </w:t>
      </w:r>
      <w:r w:rsidRPr="002E4E9B">
        <w:rPr>
          <w:rFonts w:ascii="Arial" w:hAnsi="Arial" w:cs="Arial"/>
          <w:sz w:val="24"/>
          <w:szCs w:val="24"/>
        </w:rPr>
        <w:t>Entonces todos estos proyectos, pues bueno, son de los que actualmente este pues están en curso y por ello es de que apenas se están poniendo esos 2,700,000.</w:t>
      </w:r>
      <w:r>
        <w:rPr>
          <w:rFonts w:ascii="Arial" w:hAnsi="Arial" w:cs="Arial"/>
          <w:sz w:val="24"/>
          <w:szCs w:val="24"/>
        </w:rPr>
        <w:t>00</w:t>
      </w:r>
      <w:r w:rsidRPr="002E4E9B">
        <w:rPr>
          <w:rFonts w:ascii="Arial" w:hAnsi="Arial" w:cs="Arial"/>
          <w:sz w:val="24"/>
          <w:szCs w:val="24"/>
        </w:rPr>
        <w:t xml:space="preserve"> Gracias.</w:t>
      </w:r>
      <w:r w:rsidR="000E3BBD">
        <w:rPr>
          <w:rFonts w:ascii="Arial" w:hAnsi="Arial" w:cs="Arial"/>
          <w:sz w:val="24"/>
          <w:szCs w:val="24"/>
        </w:rPr>
        <w:t xml:space="preserve"> </w:t>
      </w:r>
    </w:p>
    <w:p w14:paraId="765EC03C" w14:textId="392FF21C" w:rsidR="00EC03D4" w:rsidRPr="00557BE8" w:rsidRDefault="00557BE8" w:rsidP="00DC6CFE">
      <w:pPr>
        <w:jc w:val="both"/>
        <w:rPr>
          <w:rFonts w:ascii="Arial" w:hAnsi="Arial" w:cs="Arial"/>
          <w:b/>
          <w:bCs/>
          <w:sz w:val="24"/>
          <w:szCs w:val="24"/>
        </w:rPr>
      </w:pPr>
      <w:r>
        <w:rPr>
          <w:rFonts w:ascii="Arial" w:hAnsi="Arial" w:cs="Arial"/>
          <w:b/>
          <w:bCs/>
          <w:sz w:val="24"/>
          <w:szCs w:val="24"/>
        </w:rPr>
        <w:t xml:space="preserve">C. MIGUEL MARENTES. - </w:t>
      </w:r>
      <w:r w:rsidRPr="002E4E9B">
        <w:rPr>
          <w:rFonts w:ascii="Arial" w:hAnsi="Arial" w:cs="Arial"/>
          <w:sz w:val="24"/>
          <w:szCs w:val="24"/>
        </w:rPr>
        <w:t>Gracias, tesorera. Muy bien, llegamos al final de esta de esta sesión. Si no hubiera más comentarios respecto a las</w:t>
      </w:r>
      <w:r w:rsidR="000E3BBD">
        <w:rPr>
          <w:rFonts w:ascii="Arial" w:hAnsi="Arial" w:cs="Arial"/>
          <w:sz w:val="24"/>
          <w:szCs w:val="24"/>
        </w:rPr>
        <w:t xml:space="preserve"> </w:t>
      </w:r>
      <w:r w:rsidRPr="002E4E9B">
        <w:rPr>
          <w:rFonts w:ascii="Arial" w:hAnsi="Arial" w:cs="Arial"/>
          <w:sz w:val="24"/>
          <w:szCs w:val="24"/>
        </w:rPr>
        <w:t xml:space="preserve">modificaciones de presupuesto </w:t>
      </w:r>
      <w:r>
        <w:rPr>
          <w:rFonts w:ascii="Arial" w:hAnsi="Arial" w:cs="Arial"/>
          <w:sz w:val="24"/>
          <w:szCs w:val="24"/>
        </w:rPr>
        <w:t>egreso</w:t>
      </w:r>
      <w:r w:rsidRPr="002E4E9B">
        <w:rPr>
          <w:rFonts w:ascii="Arial" w:hAnsi="Arial" w:cs="Arial"/>
          <w:sz w:val="24"/>
          <w:szCs w:val="24"/>
        </w:rPr>
        <w:t xml:space="preserve"> 2026</w:t>
      </w:r>
      <w:r>
        <w:rPr>
          <w:rFonts w:ascii="Arial" w:hAnsi="Arial" w:cs="Arial"/>
          <w:sz w:val="24"/>
          <w:szCs w:val="24"/>
        </w:rPr>
        <w:t xml:space="preserve"> dos mil veintiséis</w:t>
      </w:r>
      <w:r w:rsidRPr="002E4E9B">
        <w:rPr>
          <w:rFonts w:ascii="Arial" w:hAnsi="Arial" w:cs="Arial"/>
          <w:sz w:val="24"/>
          <w:szCs w:val="24"/>
        </w:rPr>
        <w:t>, la primera modificación someto a la consideración de esta comisión.</w:t>
      </w:r>
      <w:r w:rsidR="000E3BBD">
        <w:rPr>
          <w:rFonts w:ascii="Arial" w:hAnsi="Arial" w:cs="Arial"/>
          <w:sz w:val="24"/>
          <w:szCs w:val="24"/>
        </w:rPr>
        <w:t xml:space="preserve"> </w:t>
      </w:r>
      <w:r w:rsidRPr="002E4E9B">
        <w:rPr>
          <w:rFonts w:ascii="Arial" w:hAnsi="Arial" w:cs="Arial"/>
          <w:sz w:val="24"/>
          <w:szCs w:val="24"/>
        </w:rPr>
        <w:t>las modificaciones al presupuesto de ingresos y egresos correspondientes al primer semestre del ejercicio fiscal 2026</w:t>
      </w:r>
      <w:r>
        <w:rPr>
          <w:rFonts w:ascii="Arial" w:hAnsi="Arial" w:cs="Arial"/>
          <w:sz w:val="24"/>
          <w:szCs w:val="24"/>
        </w:rPr>
        <w:t xml:space="preserve"> dos mil veintiséis</w:t>
      </w:r>
      <w:r w:rsidRPr="002E4E9B">
        <w:rPr>
          <w:rFonts w:ascii="Arial" w:hAnsi="Arial" w:cs="Arial"/>
          <w:sz w:val="24"/>
          <w:szCs w:val="24"/>
        </w:rPr>
        <w:t xml:space="preserve"> con </w:t>
      </w:r>
      <w:r w:rsidR="00C044B5" w:rsidRPr="002E4E9B">
        <w:rPr>
          <w:rFonts w:ascii="Arial" w:hAnsi="Arial" w:cs="Arial"/>
          <w:sz w:val="24"/>
          <w:szCs w:val="24"/>
        </w:rPr>
        <w:t>la</w:t>
      </w:r>
      <w:r w:rsidR="00C044B5" w:rsidRPr="00C044B5">
        <w:rPr>
          <w:rFonts w:ascii="Arial" w:hAnsi="Arial" w:cs="Arial"/>
          <w:sz w:val="24"/>
          <w:szCs w:val="24"/>
        </w:rPr>
        <w:t xml:space="preserve"> modificación</w:t>
      </w:r>
      <w:r w:rsidRPr="002E4E9B">
        <w:rPr>
          <w:rFonts w:ascii="Arial" w:hAnsi="Arial" w:cs="Arial"/>
          <w:sz w:val="24"/>
          <w:szCs w:val="24"/>
        </w:rPr>
        <w:t xml:space="preserve"> al alza de </w:t>
      </w:r>
      <w:r>
        <w:rPr>
          <w:rFonts w:ascii="Arial" w:hAnsi="Arial" w:cs="Arial"/>
          <w:sz w:val="24"/>
          <w:szCs w:val="24"/>
        </w:rPr>
        <w:t>$</w:t>
      </w:r>
      <w:r w:rsidRPr="002E4E9B">
        <w:rPr>
          <w:rFonts w:ascii="Arial" w:hAnsi="Arial" w:cs="Arial"/>
          <w:sz w:val="24"/>
          <w:szCs w:val="24"/>
        </w:rPr>
        <w:t>64,</w:t>
      </w:r>
      <w:r>
        <w:rPr>
          <w:rFonts w:ascii="Arial" w:hAnsi="Arial" w:cs="Arial"/>
          <w:sz w:val="24"/>
          <w:szCs w:val="24"/>
        </w:rPr>
        <w:t>00</w:t>
      </w:r>
      <w:r w:rsidRPr="002E4E9B">
        <w:rPr>
          <w:rFonts w:ascii="Arial" w:hAnsi="Arial" w:cs="Arial"/>
          <w:sz w:val="24"/>
          <w:szCs w:val="24"/>
        </w:rPr>
        <w:t>4</w:t>
      </w:r>
      <w:r>
        <w:rPr>
          <w:rFonts w:ascii="Arial" w:hAnsi="Arial" w:cs="Arial"/>
          <w:sz w:val="24"/>
          <w:szCs w:val="24"/>
        </w:rPr>
        <w:t>,</w:t>
      </w:r>
      <w:r w:rsidRPr="002E4E9B">
        <w:rPr>
          <w:rFonts w:ascii="Arial" w:hAnsi="Arial" w:cs="Arial"/>
          <w:sz w:val="24"/>
          <w:szCs w:val="24"/>
        </w:rPr>
        <w:t>911</w:t>
      </w:r>
      <w:r>
        <w:rPr>
          <w:rFonts w:ascii="Arial" w:hAnsi="Arial" w:cs="Arial"/>
          <w:sz w:val="24"/>
          <w:szCs w:val="24"/>
        </w:rPr>
        <w:t>.</w:t>
      </w:r>
      <w:r w:rsidRPr="002E4E9B">
        <w:rPr>
          <w:rFonts w:ascii="Arial" w:hAnsi="Arial" w:cs="Arial"/>
          <w:sz w:val="24"/>
          <w:szCs w:val="24"/>
        </w:rPr>
        <w:t xml:space="preserve">31 quedando un total de </w:t>
      </w:r>
      <w:r>
        <w:rPr>
          <w:rFonts w:ascii="Arial" w:hAnsi="Arial" w:cs="Arial"/>
          <w:sz w:val="24"/>
          <w:szCs w:val="24"/>
        </w:rPr>
        <w:t>$</w:t>
      </w:r>
      <w:r w:rsidRPr="002E4E9B">
        <w:rPr>
          <w:rFonts w:ascii="Arial" w:hAnsi="Arial" w:cs="Arial"/>
          <w:sz w:val="24"/>
          <w:szCs w:val="24"/>
        </w:rPr>
        <w:t>726,606,892</w:t>
      </w:r>
      <w:r>
        <w:rPr>
          <w:rFonts w:ascii="Arial" w:hAnsi="Arial" w:cs="Arial"/>
          <w:sz w:val="24"/>
          <w:szCs w:val="24"/>
        </w:rPr>
        <w:t>.</w:t>
      </w:r>
      <w:r w:rsidRPr="002E4E9B">
        <w:rPr>
          <w:rFonts w:ascii="Arial" w:hAnsi="Arial" w:cs="Arial"/>
          <w:sz w:val="24"/>
          <w:szCs w:val="24"/>
        </w:rPr>
        <w:t>74</w:t>
      </w:r>
      <w:r>
        <w:rPr>
          <w:rFonts w:ascii="Arial" w:hAnsi="Arial" w:cs="Arial"/>
          <w:b/>
          <w:bCs/>
          <w:sz w:val="24"/>
          <w:szCs w:val="24"/>
        </w:rPr>
        <w:t xml:space="preserve"> </w:t>
      </w:r>
      <w:r w:rsidRPr="002E4E9B">
        <w:rPr>
          <w:rFonts w:ascii="Arial" w:hAnsi="Arial" w:cs="Arial"/>
          <w:sz w:val="24"/>
          <w:szCs w:val="24"/>
        </w:rPr>
        <w:t xml:space="preserve">Si están por la afirmativa, les pido lo manifieste levantando la mano, por favor. </w:t>
      </w:r>
      <w:r w:rsidRPr="00557BE8">
        <w:rPr>
          <w:rFonts w:ascii="Arial" w:hAnsi="Arial" w:cs="Arial"/>
          <w:b/>
          <w:bCs/>
          <w:sz w:val="24"/>
          <w:szCs w:val="24"/>
        </w:rPr>
        <w:t>Dos votos a favor</w:t>
      </w:r>
      <w:r w:rsidRPr="002E4E9B">
        <w:rPr>
          <w:rFonts w:ascii="Arial" w:hAnsi="Arial" w:cs="Arial"/>
          <w:sz w:val="24"/>
          <w:szCs w:val="24"/>
        </w:rPr>
        <w:t>. ¿Quién en contra?</w:t>
      </w:r>
      <w:r>
        <w:rPr>
          <w:rFonts w:ascii="Arial" w:hAnsi="Arial" w:cs="Arial"/>
          <w:b/>
          <w:bCs/>
          <w:sz w:val="24"/>
          <w:szCs w:val="24"/>
        </w:rPr>
        <w:t xml:space="preserve"> </w:t>
      </w:r>
      <w:r w:rsidRPr="002E4E9B">
        <w:rPr>
          <w:rFonts w:ascii="Arial" w:hAnsi="Arial" w:cs="Arial"/>
          <w:sz w:val="24"/>
          <w:szCs w:val="24"/>
        </w:rPr>
        <w:t xml:space="preserve">¿Quién se abstiene? </w:t>
      </w:r>
      <w:r w:rsidRPr="00557BE8">
        <w:rPr>
          <w:rFonts w:ascii="Arial" w:hAnsi="Arial" w:cs="Arial"/>
          <w:b/>
          <w:bCs/>
          <w:sz w:val="24"/>
          <w:szCs w:val="24"/>
        </w:rPr>
        <w:t>Un voto en abstención del regidor Gustavo López Sandoval</w:t>
      </w:r>
      <w:r w:rsidRPr="002E4E9B">
        <w:rPr>
          <w:rFonts w:ascii="Arial" w:hAnsi="Arial" w:cs="Arial"/>
          <w:sz w:val="24"/>
          <w:szCs w:val="24"/>
        </w:rPr>
        <w:t>, por lo que con dos votos a favor y uno en abstención se aprueba</w:t>
      </w:r>
      <w:r>
        <w:rPr>
          <w:rFonts w:ascii="Arial" w:hAnsi="Arial" w:cs="Arial"/>
          <w:b/>
          <w:bCs/>
          <w:sz w:val="24"/>
          <w:szCs w:val="24"/>
        </w:rPr>
        <w:t xml:space="preserve"> </w:t>
      </w:r>
      <w:r w:rsidRPr="002E4E9B">
        <w:rPr>
          <w:rFonts w:ascii="Arial" w:hAnsi="Arial" w:cs="Arial"/>
          <w:sz w:val="24"/>
          <w:szCs w:val="24"/>
        </w:rPr>
        <w:t xml:space="preserve">esas modificaciones del presupuesto de ingresos y </w:t>
      </w:r>
      <w:r w:rsidR="00C044B5" w:rsidRPr="002E4E9B">
        <w:rPr>
          <w:rFonts w:ascii="Arial" w:hAnsi="Arial" w:cs="Arial"/>
          <w:sz w:val="24"/>
          <w:szCs w:val="24"/>
        </w:rPr>
        <w:t>egresos del</w:t>
      </w:r>
      <w:r w:rsidRPr="002E4E9B">
        <w:rPr>
          <w:rFonts w:ascii="Arial" w:hAnsi="Arial" w:cs="Arial"/>
          <w:sz w:val="24"/>
          <w:szCs w:val="24"/>
        </w:rPr>
        <w:t xml:space="preserve"> primer semestre del ejercicio fiscal 2026</w:t>
      </w:r>
      <w:r>
        <w:rPr>
          <w:rFonts w:ascii="Arial" w:hAnsi="Arial" w:cs="Arial"/>
          <w:sz w:val="24"/>
          <w:szCs w:val="24"/>
        </w:rPr>
        <w:t xml:space="preserve"> dos mil veintiséis</w:t>
      </w:r>
      <w:r w:rsidRPr="002E4E9B">
        <w:rPr>
          <w:rFonts w:ascii="Arial" w:hAnsi="Arial" w:cs="Arial"/>
          <w:sz w:val="24"/>
          <w:szCs w:val="24"/>
        </w:rPr>
        <w:t>.</w:t>
      </w:r>
    </w:p>
    <w:p w14:paraId="32237F89" w14:textId="77777777" w:rsidR="00DC6CFE" w:rsidRDefault="00DC6CFE" w:rsidP="00DC6CFE">
      <w:pPr>
        <w:jc w:val="both"/>
        <w:rPr>
          <w:rFonts w:ascii="Arial" w:hAnsi="Arial" w:cs="Arial"/>
          <w:b/>
          <w:bCs/>
          <w:sz w:val="24"/>
          <w:szCs w:val="24"/>
        </w:rPr>
      </w:pPr>
    </w:p>
    <w:p w14:paraId="594FF8F6" w14:textId="495DE4E8" w:rsidR="00557BE8" w:rsidRDefault="00557BE8" w:rsidP="00DC6CFE">
      <w:pPr>
        <w:jc w:val="both"/>
        <w:rPr>
          <w:rFonts w:ascii="Arial" w:hAnsi="Arial" w:cs="Arial"/>
          <w:sz w:val="24"/>
          <w:szCs w:val="24"/>
        </w:rPr>
      </w:pPr>
      <w:r w:rsidRPr="00557BE8">
        <w:rPr>
          <w:rFonts w:ascii="Arial" w:hAnsi="Arial" w:cs="Arial"/>
          <w:b/>
          <w:bCs/>
          <w:sz w:val="24"/>
          <w:szCs w:val="24"/>
        </w:rPr>
        <w:t>Punto número cuatro. -</w:t>
      </w:r>
      <w:r w:rsidRPr="002E4E9B">
        <w:rPr>
          <w:rFonts w:ascii="Arial" w:hAnsi="Arial" w:cs="Arial"/>
          <w:sz w:val="24"/>
          <w:szCs w:val="24"/>
        </w:rPr>
        <w:t xml:space="preserve"> </w:t>
      </w:r>
      <w:r>
        <w:rPr>
          <w:rFonts w:ascii="Arial" w:hAnsi="Arial" w:cs="Arial"/>
          <w:sz w:val="24"/>
          <w:szCs w:val="24"/>
        </w:rPr>
        <w:t>A</w:t>
      </w:r>
      <w:r w:rsidRPr="002E4E9B">
        <w:rPr>
          <w:rFonts w:ascii="Arial" w:hAnsi="Arial" w:cs="Arial"/>
          <w:sz w:val="24"/>
          <w:szCs w:val="24"/>
        </w:rPr>
        <w:t>suntos varios. No habiendo asuntos varios agendados</w:t>
      </w:r>
      <w:r>
        <w:rPr>
          <w:rFonts w:ascii="Arial" w:hAnsi="Arial" w:cs="Arial"/>
          <w:sz w:val="24"/>
          <w:szCs w:val="24"/>
        </w:rPr>
        <w:t>.</w:t>
      </w:r>
    </w:p>
    <w:p w14:paraId="3A4714A5" w14:textId="77777777" w:rsidR="00DC6CFE" w:rsidRDefault="00DC6CFE" w:rsidP="00DC6CFE">
      <w:pPr>
        <w:jc w:val="both"/>
        <w:rPr>
          <w:rFonts w:ascii="Arial" w:hAnsi="Arial" w:cs="Arial"/>
          <w:b/>
          <w:bCs/>
          <w:sz w:val="24"/>
          <w:szCs w:val="24"/>
        </w:rPr>
      </w:pPr>
    </w:p>
    <w:p w14:paraId="74E02A95" w14:textId="16E069C9" w:rsidR="00B27D56" w:rsidRDefault="00557BE8" w:rsidP="00DC6CFE">
      <w:pPr>
        <w:jc w:val="both"/>
        <w:rPr>
          <w:rFonts w:ascii="Arial" w:hAnsi="Arial" w:cs="Arial"/>
          <w:sz w:val="24"/>
          <w:szCs w:val="24"/>
        </w:rPr>
      </w:pPr>
      <w:r w:rsidRPr="00557BE8">
        <w:rPr>
          <w:rFonts w:ascii="Arial" w:hAnsi="Arial" w:cs="Arial"/>
          <w:b/>
          <w:bCs/>
          <w:sz w:val="24"/>
          <w:szCs w:val="24"/>
        </w:rPr>
        <w:t>Punto número cinco. -</w:t>
      </w:r>
      <w:r>
        <w:rPr>
          <w:rFonts w:ascii="Arial" w:hAnsi="Arial" w:cs="Arial"/>
          <w:sz w:val="24"/>
          <w:szCs w:val="24"/>
        </w:rPr>
        <w:t xml:space="preserve"> </w:t>
      </w:r>
      <w:r w:rsidRPr="002E4E9B">
        <w:rPr>
          <w:rFonts w:ascii="Arial" w:hAnsi="Arial" w:cs="Arial"/>
          <w:sz w:val="24"/>
          <w:szCs w:val="24"/>
        </w:rPr>
        <w:t xml:space="preserve"> </w:t>
      </w:r>
      <w:r>
        <w:rPr>
          <w:rFonts w:ascii="Arial" w:hAnsi="Arial" w:cs="Arial"/>
          <w:sz w:val="24"/>
          <w:szCs w:val="24"/>
        </w:rPr>
        <w:t xml:space="preserve"> </w:t>
      </w:r>
      <w:r w:rsidRPr="002E4E9B">
        <w:rPr>
          <w:rFonts w:ascii="Arial" w:hAnsi="Arial" w:cs="Arial"/>
          <w:sz w:val="24"/>
          <w:szCs w:val="24"/>
        </w:rPr>
        <w:t>S</w:t>
      </w:r>
      <w:r>
        <w:rPr>
          <w:rFonts w:ascii="Arial" w:hAnsi="Arial" w:cs="Arial"/>
          <w:sz w:val="24"/>
          <w:szCs w:val="24"/>
        </w:rPr>
        <w:t xml:space="preserve">iendo </w:t>
      </w:r>
      <w:r w:rsidRPr="002E4E9B">
        <w:rPr>
          <w:rFonts w:ascii="Arial" w:hAnsi="Arial" w:cs="Arial"/>
          <w:sz w:val="24"/>
          <w:szCs w:val="24"/>
        </w:rPr>
        <w:t>las 11</w:t>
      </w:r>
      <w:r>
        <w:rPr>
          <w:rFonts w:ascii="Arial" w:hAnsi="Arial" w:cs="Arial"/>
          <w:sz w:val="24"/>
          <w:szCs w:val="24"/>
        </w:rPr>
        <w:t xml:space="preserve">once </w:t>
      </w:r>
      <w:r w:rsidRPr="002E4E9B">
        <w:rPr>
          <w:rFonts w:ascii="Arial" w:hAnsi="Arial" w:cs="Arial"/>
          <w:sz w:val="24"/>
          <w:szCs w:val="24"/>
        </w:rPr>
        <w:t>horas</w:t>
      </w:r>
      <w:r>
        <w:rPr>
          <w:rFonts w:ascii="Arial" w:hAnsi="Arial" w:cs="Arial"/>
          <w:sz w:val="24"/>
          <w:szCs w:val="24"/>
        </w:rPr>
        <w:t xml:space="preserve"> con </w:t>
      </w:r>
      <w:r w:rsidRPr="002E4E9B">
        <w:rPr>
          <w:rFonts w:ascii="Arial" w:hAnsi="Arial" w:cs="Arial"/>
          <w:sz w:val="24"/>
          <w:szCs w:val="24"/>
        </w:rPr>
        <w:t xml:space="preserve">51 </w:t>
      </w:r>
      <w:r>
        <w:rPr>
          <w:rFonts w:ascii="Arial" w:hAnsi="Arial" w:cs="Arial"/>
          <w:sz w:val="24"/>
          <w:szCs w:val="24"/>
        </w:rPr>
        <w:t xml:space="preserve">cincuenta y un </w:t>
      </w:r>
      <w:r w:rsidRPr="002E4E9B">
        <w:rPr>
          <w:rFonts w:ascii="Arial" w:hAnsi="Arial" w:cs="Arial"/>
          <w:sz w:val="24"/>
          <w:szCs w:val="24"/>
        </w:rPr>
        <w:t>minutos de este lunes 17</w:t>
      </w:r>
      <w:r>
        <w:rPr>
          <w:rFonts w:ascii="Arial" w:hAnsi="Arial" w:cs="Arial"/>
          <w:sz w:val="24"/>
          <w:szCs w:val="24"/>
        </w:rPr>
        <w:t xml:space="preserve"> </w:t>
      </w:r>
      <w:r w:rsidR="00C044B5">
        <w:rPr>
          <w:rFonts w:ascii="Arial" w:hAnsi="Arial" w:cs="Arial"/>
          <w:sz w:val="24"/>
          <w:szCs w:val="24"/>
        </w:rPr>
        <w:t xml:space="preserve">diecisiete </w:t>
      </w:r>
      <w:r w:rsidR="00C044B5" w:rsidRPr="002E4E9B">
        <w:rPr>
          <w:rFonts w:ascii="Arial" w:hAnsi="Arial" w:cs="Arial"/>
          <w:sz w:val="24"/>
          <w:szCs w:val="24"/>
        </w:rPr>
        <w:t>de</w:t>
      </w:r>
      <w:r w:rsidRPr="002E4E9B">
        <w:rPr>
          <w:rFonts w:ascii="Arial" w:hAnsi="Arial" w:cs="Arial"/>
          <w:sz w:val="24"/>
          <w:szCs w:val="24"/>
        </w:rPr>
        <w:t xml:space="preserve"> agosto de 2026</w:t>
      </w:r>
      <w:r>
        <w:rPr>
          <w:rFonts w:ascii="Arial" w:hAnsi="Arial" w:cs="Arial"/>
          <w:sz w:val="24"/>
          <w:szCs w:val="24"/>
        </w:rPr>
        <w:t xml:space="preserve"> dos mil veintiséis</w:t>
      </w:r>
      <w:r w:rsidRPr="002E4E9B">
        <w:rPr>
          <w:rFonts w:ascii="Arial" w:hAnsi="Arial" w:cs="Arial"/>
          <w:sz w:val="24"/>
          <w:szCs w:val="24"/>
        </w:rPr>
        <w:t xml:space="preserve">. Damos por clausurada la </w:t>
      </w:r>
      <w:r w:rsidR="00C044B5">
        <w:rPr>
          <w:rFonts w:ascii="Arial" w:hAnsi="Arial" w:cs="Arial"/>
          <w:sz w:val="24"/>
          <w:szCs w:val="24"/>
        </w:rPr>
        <w:t xml:space="preserve">décima séptima sesión ordinaria </w:t>
      </w:r>
      <w:r w:rsidRPr="002E4E9B">
        <w:rPr>
          <w:rFonts w:ascii="Arial" w:hAnsi="Arial" w:cs="Arial"/>
          <w:sz w:val="24"/>
          <w:szCs w:val="24"/>
        </w:rPr>
        <w:t xml:space="preserve">de la Comisión de Permanente de Hacienda Pública y Patrimonio Municipal y </w:t>
      </w:r>
      <w:r w:rsidR="00C044B5">
        <w:rPr>
          <w:rFonts w:ascii="Arial" w:hAnsi="Arial" w:cs="Arial"/>
          <w:sz w:val="24"/>
          <w:szCs w:val="24"/>
        </w:rPr>
        <w:t>haciendo validos los</w:t>
      </w:r>
      <w:r w:rsidRPr="002E4E9B">
        <w:rPr>
          <w:rFonts w:ascii="Arial" w:hAnsi="Arial" w:cs="Arial"/>
          <w:sz w:val="24"/>
          <w:szCs w:val="24"/>
        </w:rPr>
        <w:t xml:space="preserve"> acuerdos que aquí se tomaron.</w:t>
      </w:r>
    </w:p>
    <w:p w14:paraId="0F96EE9D" w14:textId="77777777" w:rsidR="00CE1A8F" w:rsidRDefault="00CE1A8F" w:rsidP="00DC6CFE">
      <w:pPr>
        <w:jc w:val="both"/>
        <w:rPr>
          <w:rFonts w:ascii="Arial" w:hAnsi="Arial" w:cs="Arial"/>
          <w:sz w:val="24"/>
          <w:szCs w:val="24"/>
        </w:rPr>
      </w:pPr>
    </w:p>
    <w:p w14:paraId="5C2A7909" w14:textId="412596DF" w:rsidR="00CE1A8F" w:rsidRDefault="00CE1A8F" w:rsidP="00DC6CFE">
      <w:pPr>
        <w:jc w:val="both"/>
        <w:rPr>
          <w:rFonts w:ascii="Arial" w:hAnsi="Arial" w:cs="Arial"/>
          <w:sz w:val="24"/>
          <w:szCs w:val="24"/>
        </w:rPr>
      </w:pPr>
      <w:r>
        <w:rPr>
          <w:rFonts w:ascii="Arial" w:hAnsi="Arial" w:cs="Arial"/>
          <w:noProof/>
          <w:sz w:val="24"/>
          <w:szCs w:val="24"/>
        </w:rPr>
        <w:lastRenderedPageBreak/>
        <w:drawing>
          <wp:inline distT="0" distB="0" distL="0" distR="0" wp14:anchorId="5A19B1B1" wp14:editId="70772F7C">
            <wp:extent cx="6045200" cy="3041650"/>
            <wp:effectExtent l="0" t="0" r="0" b="6350"/>
            <wp:docPr id="178934088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40884" name="Imagen 1789340884"/>
                    <pic:cNvPicPr/>
                  </pic:nvPicPr>
                  <pic:blipFill>
                    <a:blip r:embed="rId9"/>
                    <a:stretch>
                      <a:fillRect/>
                    </a:stretch>
                  </pic:blipFill>
                  <pic:spPr>
                    <a:xfrm>
                      <a:off x="0" y="0"/>
                      <a:ext cx="6060533" cy="3049365"/>
                    </a:xfrm>
                    <a:prstGeom prst="rect">
                      <a:avLst/>
                    </a:prstGeom>
                  </pic:spPr>
                </pic:pic>
              </a:graphicData>
            </a:graphic>
          </wp:inline>
        </w:drawing>
      </w:r>
    </w:p>
    <w:p w14:paraId="521BCEB9" w14:textId="77777777" w:rsidR="00DC6CFE" w:rsidRDefault="00DC6CFE" w:rsidP="00DC6CFE">
      <w:pPr>
        <w:jc w:val="both"/>
        <w:rPr>
          <w:rFonts w:ascii="Arial" w:hAnsi="Arial" w:cs="Arial"/>
          <w:sz w:val="24"/>
          <w:szCs w:val="24"/>
        </w:rPr>
      </w:pPr>
    </w:p>
    <w:p w14:paraId="203EF75B" w14:textId="002475CF" w:rsidR="00CE1A8F" w:rsidRDefault="00CE1A8F" w:rsidP="00DC6CFE">
      <w:pPr>
        <w:jc w:val="both"/>
        <w:rPr>
          <w:rFonts w:ascii="Arial" w:hAnsi="Arial" w:cs="Arial"/>
          <w:sz w:val="24"/>
          <w:szCs w:val="24"/>
        </w:rPr>
      </w:pPr>
      <w:r>
        <w:rPr>
          <w:rFonts w:ascii="Arial" w:hAnsi="Arial" w:cs="Arial"/>
          <w:noProof/>
          <w:sz w:val="24"/>
          <w:szCs w:val="24"/>
        </w:rPr>
        <w:drawing>
          <wp:inline distT="0" distB="0" distL="0" distR="0" wp14:anchorId="11C82C7E" wp14:editId="050F68A2">
            <wp:extent cx="6121400" cy="3454400"/>
            <wp:effectExtent l="0" t="0" r="0" b="0"/>
            <wp:docPr id="141191465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914652" name="Imagen 1411914652"/>
                    <pic:cNvPicPr/>
                  </pic:nvPicPr>
                  <pic:blipFill>
                    <a:blip r:embed="rId10"/>
                    <a:stretch>
                      <a:fillRect/>
                    </a:stretch>
                  </pic:blipFill>
                  <pic:spPr>
                    <a:xfrm>
                      <a:off x="0" y="0"/>
                      <a:ext cx="6146267" cy="3468433"/>
                    </a:xfrm>
                    <a:prstGeom prst="rect">
                      <a:avLst/>
                    </a:prstGeom>
                  </pic:spPr>
                </pic:pic>
              </a:graphicData>
            </a:graphic>
          </wp:inline>
        </w:drawing>
      </w:r>
    </w:p>
    <w:p w14:paraId="29DE7356" w14:textId="2BD63903" w:rsidR="00CE1A8F" w:rsidRDefault="00CE1A8F" w:rsidP="00DC6CFE">
      <w:pPr>
        <w:jc w:val="both"/>
        <w:rPr>
          <w:rFonts w:ascii="Arial" w:hAnsi="Arial" w:cs="Arial"/>
          <w:sz w:val="24"/>
          <w:szCs w:val="24"/>
        </w:rPr>
      </w:pPr>
      <w:r>
        <w:rPr>
          <w:rFonts w:ascii="Arial" w:hAnsi="Arial" w:cs="Arial"/>
          <w:noProof/>
          <w:sz w:val="24"/>
          <w:szCs w:val="24"/>
        </w:rPr>
        <w:lastRenderedPageBreak/>
        <w:drawing>
          <wp:inline distT="0" distB="0" distL="0" distR="0" wp14:anchorId="5455E9F3" wp14:editId="16941E7C">
            <wp:extent cx="6121400" cy="3548380"/>
            <wp:effectExtent l="0" t="0" r="0" b="0"/>
            <wp:docPr id="108339632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396321" name="Imagen 1083396321"/>
                    <pic:cNvPicPr/>
                  </pic:nvPicPr>
                  <pic:blipFill>
                    <a:blip r:embed="rId11"/>
                    <a:stretch>
                      <a:fillRect/>
                    </a:stretch>
                  </pic:blipFill>
                  <pic:spPr>
                    <a:xfrm>
                      <a:off x="0" y="0"/>
                      <a:ext cx="6138902" cy="3558525"/>
                    </a:xfrm>
                    <a:prstGeom prst="rect">
                      <a:avLst/>
                    </a:prstGeom>
                  </pic:spPr>
                </pic:pic>
              </a:graphicData>
            </a:graphic>
          </wp:inline>
        </w:drawing>
      </w:r>
    </w:p>
    <w:p w14:paraId="5D9DFAB8" w14:textId="5CA5948A" w:rsidR="00B27D56" w:rsidRDefault="00B27D56" w:rsidP="00DC6CFE">
      <w:pPr>
        <w:jc w:val="both"/>
        <w:rPr>
          <w:rFonts w:ascii="Arial" w:hAnsi="Arial" w:cs="Arial"/>
          <w:sz w:val="24"/>
          <w:szCs w:val="24"/>
        </w:rPr>
      </w:pPr>
    </w:p>
    <w:p w14:paraId="27337D26" w14:textId="77777777" w:rsidR="00B27D56" w:rsidRPr="00B27D56" w:rsidRDefault="00B27D56" w:rsidP="00DC6CFE">
      <w:pPr>
        <w:jc w:val="both"/>
        <w:rPr>
          <w:rFonts w:ascii="Arial" w:hAnsi="Arial" w:cs="Arial"/>
          <w:sz w:val="24"/>
          <w:szCs w:val="24"/>
        </w:rPr>
      </w:pPr>
    </w:p>
    <w:p w14:paraId="423E6ECC" w14:textId="77777777" w:rsidR="00B27D56" w:rsidRDefault="00B27D56" w:rsidP="00DC6CFE">
      <w:pPr>
        <w:jc w:val="center"/>
        <w:rPr>
          <w:rFonts w:ascii="Arial" w:hAnsi="Arial" w:cs="Arial"/>
        </w:rPr>
      </w:pPr>
    </w:p>
    <w:p w14:paraId="56CE944F" w14:textId="012C6C21" w:rsidR="00B27D56" w:rsidRPr="007C576C" w:rsidRDefault="00B27D56" w:rsidP="00DC6CFE">
      <w:pPr>
        <w:spacing w:after="0" w:line="240" w:lineRule="auto"/>
        <w:jc w:val="center"/>
        <w:rPr>
          <w:rFonts w:ascii="Arial" w:hAnsi="Arial" w:cs="Arial"/>
        </w:rPr>
      </w:pPr>
      <w:r w:rsidRPr="007C576C">
        <w:rPr>
          <w:rFonts w:ascii="Arial" w:hAnsi="Arial" w:cs="Arial"/>
        </w:rPr>
        <w:t>A T E N T A M E N T E</w:t>
      </w:r>
    </w:p>
    <w:p w14:paraId="2BEDFD14" w14:textId="77777777" w:rsidR="00DC6CFE" w:rsidRDefault="00B27D56" w:rsidP="00DC6CFE">
      <w:pPr>
        <w:spacing w:after="0" w:line="240" w:lineRule="auto"/>
        <w:jc w:val="center"/>
        <w:rPr>
          <w:rFonts w:ascii="Arial" w:hAnsi="Arial" w:cs="Arial"/>
        </w:rPr>
      </w:pPr>
      <w:r w:rsidRPr="007C576C">
        <w:rPr>
          <w:rFonts w:ascii="Arial" w:hAnsi="Arial" w:cs="Arial"/>
        </w:rPr>
        <w:t>“2026, CENTENARIO DEL NATALICIO DEL COMPOSITOR ZAPOTLENSE</w:t>
      </w:r>
    </w:p>
    <w:p w14:paraId="4E1C700B" w14:textId="5A8B454A" w:rsidR="00B27D56" w:rsidRPr="007C576C" w:rsidRDefault="00B27D56" w:rsidP="00DC6CFE">
      <w:pPr>
        <w:spacing w:after="0" w:line="240" w:lineRule="auto"/>
        <w:jc w:val="center"/>
        <w:rPr>
          <w:rFonts w:ascii="Arial" w:hAnsi="Arial" w:cs="Arial"/>
        </w:rPr>
      </w:pPr>
      <w:r w:rsidRPr="007C576C">
        <w:rPr>
          <w:rFonts w:ascii="Arial" w:hAnsi="Arial" w:cs="Arial"/>
        </w:rPr>
        <w:t xml:space="preserve"> RUBEN FUENTES GASSON”.</w:t>
      </w:r>
    </w:p>
    <w:p w14:paraId="34032B91" w14:textId="77777777" w:rsidR="00B27D56" w:rsidRPr="007C576C" w:rsidRDefault="00B27D56" w:rsidP="00DC6CFE">
      <w:pPr>
        <w:spacing w:after="0" w:line="240" w:lineRule="auto"/>
        <w:jc w:val="center"/>
        <w:rPr>
          <w:rFonts w:ascii="Arial" w:hAnsi="Arial" w:cs="Arial"/>
        </w:rPr>
      </w:pPr>
      <w:r w:rsidRPr="007C576C">
        <w:rPr>
          <w:rFonts w:ascii="Arial" w:hAnsi="Arial" w:cs="Arial"/>
        </w:rPr>
        <w:t>“2026, CENTENARIO DEL ANIVERSARIO DEL NATALICIO DEL LITERATO</w:t>
      </w:r>
    </w:p>
    <w:p w14:paraId="78AB1DC8" w14:textId="77777777" w:rsidR="00B27D56" w:rsidRPr="007C576C" w:rsidRDefault="00B27D56" w:rsidP="00DC6CFE">
      <w:pPr>
        <w:spacing w:after="0" w:line="240" w:lineRule="auto"/>
        <w:jc w:val="center"/>
        <w:rPr>
          <w:rFonts w:ascii="Arial" w:hAnsi="Arial" w:cs="Arial"/>
        </w:rPr>
      </w:pPr>
      <w:r w:rsidRPr="007C576C">
        <w:rPr>
          <w:rFonts w:ascii="Arial" w:hAnsi="Arial" w:cs="Arial"/>
        </w:rPr>
        <w:t>ROBERTO ESPINOZA GUZMAN”.</w:t>
      </w:r>
    </w:p>
    <w:p w14:paraId="57A28621" w14:textId="77777777" w:rsidR="00B27D56" w:rsidRPr="007C576C" w:rsidRDefault="00B27D56" w:rsidP="00DC6CFE">
      <w:pPr>
        <w:spacing w:after="0" w:line="240" w:lineRule="auto"/>
        <w:jc w:val="center"/>
        <w:rPr>
          <w:rFonts w:ascii="Arial" w:hAnsi="Arial" w:cs="Arial"/>
        </w:rPr>
      </w:pPr>
      <w:r w:rsidRPr="007C576C">
        <w:rPr>
          <w:rFonts w:ascii="Arial" w:hAnsi="Arial" w:cs="Arial"/>
        </w:rPr>
        <w:t>“2026, CENTESIMO QUINCUAGESIMO ANIVERSARIO DEL NATALICIO DEL COMPOSITOR Y DIRECTOR DE ORQUESTA JOSÉ PAULINO DE JESÚS ROLÓN ALCARAZ”.</w:t>
      </w:r>
    </w:p>
    <w:p w14:paraId="11007F3A" w14:textId="75F4E98C" w:rsidR="00B27D56" w:rsidRPr="007C576C" w:rsidRDefault="00B27D56" w:rsidP="00DC6CFE">
      <w:pPr>
        <w:spacing w:after="0" w:line="240" w:lineRule="auto"/>
        <w:jc w:val="center"/>
        <w:rPr>
          <w:rFonts w:ascii="Arial" w:hAnsi="Arial" w:cs="Arial"/>
        </w:rPr>
      </w:pPr>
      <w:r w:rsidRPr="007C576C">
        <w:rPr>
          <w:rFonts w:ascii="Arial" w:hAnsi="Arial" w:cs="Arial"/>
        </w:rPr>
        <w:t xml:space="preserve">Cd. Guzmán Municipio de Zapotlán el Grande, Jalisco, a </w:t>
      </w:r>
      <w:r>
        <w:rPr>
          <w:rFonts w:ascii="Arial" w:hAnsi="Arial" w:cs="Arial"/>
        </w:rPr>
        <w:t>17</w:t>
      </w:r>
      <w:r w:rsidRPr="007C576C">
        <w:rPr>
          <w:rFonts w:ascii="Arial" w:hAnsi="Arial" w:cs="Arial"/>
        </w:rPr>
        <w:t xml:space="preserve"> de </w:t>
      </w:r>
      <w:proofErr w:type="gramStart"/>
      <w:r>
        <w:rPr>
          <w:rFonts w:ascii="Arial" w:hAnsi="Arial" w:cs="Arial"/>
        </w:rPr>
        <w:t>Agosto</w:t>
      </w:r>
      <w:proofErr w:type="gramEnd"/>
      <w:r w:rsidRPr="007C576C">
        <w:rPr>
          <w:rFonts w:ascii="Arial" w:hAnsi="Arial" w:cs="Arial"/>
        </w:rPr>
        <w:t xml:space="preserve"> de 2026.</w:t>
      </w:r>
    </w:p>
    <w:p w14:paraId="5B1D8260" w14:textId="77777777" w:rsidR="00B27D56" w:rsidRDefault="00B27D56" w:rsidP="00DC6CFE">
      <w:pPr>
        <w:jc w:val="both"/>
        <w:rPr>
          <w:rFonts w:ascii="Arial" w:hAnsi="Arial" w:cs="Arial"/>
        </w:rPr>
      </w:pPr>
    </w:p>
    <w:p w14:paraId="161F8075" w14:textId="77777777" w:rsidR="00B27D56" w:rsidRDefault="00B27D56" w:rsidP="00DC6CFE">
      <w:pPr>
        <w:jc w:val="both"/>
        <w:rPr>
          <w:rFonts w:ascii="Arial" w:hAnsi="Arial" w:cs="Arial"/>
          <w:b/>
          <w:bCs/>
          <w:u w:val="single"/>
        </w:rPr>
      </w:pPr>
    </w:p>
    <w:p w14:paraId="731F3F88" w14:textId="77777777" w:rsidR="00B27D56" w:rsidRPr="007C576C" w:rsidRDefault="00B27D56" w:rsidP="00DC6CFE">
      <w:pPr>
        <w:spacing w:after="0" w:line="240" w:lineRule="auto"/>
        <w:jc w:val="center"/>
        <w:rPr>
          <w:rFonts w:ascii="Arial" w:hAnsi="Arial" w:cs="Arial"/>
          <w:b/>
        </w:rPr>
      </w:pPr>
      <w:r w:rsidRPr="007C576C">
        <w:rPr>
          <w:rFonts w:ascii="Arial" w:hAnsi="Arial" w:cs="Arial"/>
          <w:b/>
        </w:rPr>
        <w:t>LIC. MIGUEL MARENTES.</w:t>
      </w:r>
    </w:p>
    <w:p w14:paraId="10D53913" w14:textId="38D7B295" w:rsidR="00B27D56" w:rsidRPr="007C576C" w:rsidRDefault="00B27D56" w:rsidP="00DC6CFE">
      <w:pPr>
        <w:spacing w:after="0" w:line="240" w:lineRule="auto"/>
        <w:jc w:val="center"/>
        <w:rPr>
          <w:rFonts w:ascii="Arial" w:hAnsi="Arial" w:cs="Arial"/>
        </w:rPr>
      </w:pPr>
      <w:r w:rsidRPr="007C576C">
        <w:rPr>
          <w:rFonts w:ascii="Arial" w:hAnsi="Arial" w:cs="Arial"/>
        </w:rPr>
        <w:t xml:space="preserve">Regidor </w:t>
      </w:r>
      <w:proofErr w:type="gramStart"/>
      <w:r w:rsidRPr="007C576C">
        <w:rPr>
          <w:rFonts w:ascii="Arial" w:hAnsi="Arial" w:cs="Arial"/>
        </w:rPr>
        <w:t>Presidente</w:t>
      </w:r>
      <w:proofErr w:type="gramEnd"/>
      <w:r w:rsidRPr="007C576C">
        <w:rPr>
          <w:rFonts w:ascii="Arial" w:hAnsi="Arial" w:cs="Arial"/>
        </w:rPr>
        <w:t xml:space="preserve"> de la Comisión </w:t>
      </w:r>
      <w:proofErr w:type="gramStart"/>
      <w:r w:rsidRPr="007C576C">
        <w:rPr>
          <w:rFonts w:ascii="Arial" w:hAnsi="Arial" w:cs="Arial"/>
        </w:rPr>
        <w:t>Edilicia</w:t>
      </w:r>
      <w:proofErr w:type="gramEnd"/>
      <w:r w:rsidRPr="007C576C">
        <w:rPr>
          <w:rFonts w:ascii="Arial" w:hAnsi="Arial" w:cs="Arial"/>
        </w:rPr>
        <w:t xml:space="preserve"> Permanente de</w:t>
      </w:r>
    </w:p>
    <w:p w14:paraId="5EFB3A55" w14:textId="45EAE24F" w:rsidR="00B27D56" w:rsidRPr="007C576C" w:rsidRDefault="00B27D56" w:rsidP="00DC6CFE">
      <w:pPr>
        <w:spacing w:after="0" w:line="240" w:lineRule="auto"/>
        <w:jc w:val="center"/>
        <w:rPr>
          <w:rFonts w:ascii="Arial" w:hAnsi="Arial" w:cs="Arial"/>
        </w:rPr>
      </w:pPr>
      <w:r w:rsidRPr="007C576C">
        <w:rPr>
          <w:rFonts w:ascii="Arial" w:hAnsi="Arial" w:cs="Arial"/>
        </w:rPr>
        <w:t>Hacienda Pública y Patrimonio Municipal.</w:t>
      </w:r>
    </w:p>
    <w:p w14:paraId="66F9C411" w14:textId="77777777" w:rsidR="00B27D56" w:rsidRDefault="00B27D56" w:rsidP="00DC6CFE">
      <w:pPr>
        <w:spacing w:after="0" w:line="240" w:lineRule="auto"/>
        <w:jc w:val="both"/>
        <w:rPr>
          <w:rFonts w:ascii="Arial" w:hAnsi="Arial" w:cs="Arial"/>
        </w:rPr>
      </w:pPr>
    </w:p>
    <w:p w14:paraId="08A74B82" w14:textId="77777777" w:rsidR="00DC6CFE" w:rsidRDefault="00DC6CFE" w:rsidP="00DC6CFE">
      <w:pPr>
        <w:spacing w:after="0" w:line="240" w:lineRule="auto"/>
        <w:jc w:val="both"/>
        <w:rPr>
          <w:rFonts w:ascii="Arial" w:hAnsi="Arial" w:cs="Arial"/>
        </w:rPr>
      </w:pPr>
    </w:p>
    <w:p w14:paraId="7FA78116" w14:textId="77777777" w:rsidR="00DC6CFE" w:rsidRDefault="00DC6CFE" w:rsidP="00DC6CFE">
      <w:pPr>
        <w:spacing w:after="0" w:line="240" w:lineRule="auto"/>
        <w:jc w:val="both"/>
        <w:rPr>
          <w:rFonts w:ascii="Arial" w:hAnsi="Arial" w:cs="Arial"/>
        </w:rPr>
      </w:pPr>
    </w:p>
    <w:p w14:paraId="7C4334C7" w14:textId="77777777" w:rsidR="00DC6CFE" w:rsidRPr="007C576C" w:rsidRDefault="00DC6CFE" w:rsidP="00DC6CFE">
      <w:pPr>
        <w:spacing w:after="0" w:line="240" w:lineRule="auto"/>
        <w:jc w:val="both"/>
        <w:rPr>
          <w:rFonts w:ascii="Arial" w:hAnsi="Arial" w:cs="Arial"/>
        </w:rPr>
      </w:pPr>
    </w:p>
    <w:p w14:paraId="16E39D51" w14:textId="77777777" w:rsidR="00B27D56" w:rsidRPr="007C576C" w:rsidRDefault="00B27D56" w:rsidP="00DC6CFE">
      <w:pPr>
        <w:spacing w:after="0" w:line="240" w:lineRule="auto"/>
        <w:jc w:val="both"/>
        <w:rPr>
          <w:rFonts w:ascii="Arial" w:hAnsi="Arial" w:cs="Arial"/>
        </w:rPr>
      </w:pPr>
    </w:p>
    <w:p w14:paraId="3516D770" w14:textId="77777777" w:rsidR="00B27D56" w:rsidRPr="007C576C" w:rsidRDefault="00B27D56" w:rsidP="00DC6CFE">
      <w:pPr>
        <w:spacing w:after="0" w:line="240" w:lineRule="auto"/>
        <w:jc w:val="right"/>
        <w:rPr>
          <w:rFonts w:ascii="Arial" w:hAnsi="Arial" w:cs="Arial"/>
        </w:rPr>
      </w:pPr>
    </w:p>
    <w:p w14:paraId="4853A134" w14:textId="77777777" w:rsidR="00B27D56" w:rsidRPr="007C576C" w:rsidRDefault="00B27D56" w:rsidP="00DC6CFE">
      <w:pPr>
        <w:spacing w:after="0" w:line="240" w:lineRule="auto"/>
        <w:jc w:val="right"/>
        <w:rPr>
          <w:rFonts w:ascii="Arial" w:hAnsi="Arial" w:cs="Arial"/>
          <w:b/>
          <w:bCs/>
        </w:rPr>
      </w:pPr>
      <w:r w:rsidRPr="007C576C">
        <w:rPr>
          <w:rFonts w:ascii="Arial" w:hAnsi="Arial" w:cs="Arial"/>
          <w:b/>
          <w:bCs/>
        </w:rPr>
        <w:t>C. CLAUDIA MARGARITA ROBLES GÓMEZ</w:t>
      </w:r>
    </w:p>
    <w:p w14:paraId="4B5C269A" w14:textId="77777777" w:rsidR="00B27D56" w:rsidRPr="007C576C" w:rsidRDefault="00B27D56" w:rsidP="00DC6CFE">
      <w:pPr>
        <w:spacing w:after="0" w:line="240" w:lineRule="auto"/>
        <w:jc w:val="right"/>
        <w:rPr>
          <w:rFonts w:ascii="Arial" w:hAnsi="Arial" w:cs="Arial"/>
        </w:rPr>
      </w:pPr>
      <w:r w:rsidRPr="007C576C">
        <w:rPr>
          <w:rFonts w:ascii="Arial" w:hAnsi="Arial" w:cs="Arial"/>
        </w:rPr>
        <w:t>Síndica Municipal y Vocal de la</w:t>
      </w:r>
      <w:r w:rsidRPr="007C576C">
        <w:rPr>
          <w:rFonts w:ascii="Arial" w:hAnsi="Arial" w:cs="Arial"/>
          <w:b/>
          <w:bCs/>
        </w:rPr>
        <w:t xml:space="preserve"> </w:t>
      </w:r>
      <w:r w:rsidRPr="007C576C">
        <w:rPr>
          <w:rFonts w:ascii="Arial" w:hAnsi="Arial" w:cs="Arial"/>
        </w:rPr>
        <w:t xml:space="preserve">Comisión </w:t>
      </w:r>
      <w:proofErr w:type="gramStart"/>
      <w:r w:rsidRPr="007C576C">
        <w:rPr>
          <w:rFonts w:ascii="Arial" w:hAnsi="Arial" w:cs="Arial"/>
        </w:rPr>
        <w:t>Edilicia</w:t>
      </w:r>
      <w:proofErr w:type="gramEnd"/>
      <w:r w:rsidRPr="007C576C">
        <w:rPr>
          <w:rFonts w:ascii="Arial" w:hAnsi="Arial" w:cs="Arial"/>
        </w:rPr>
        <w:t xml:space="preserve"> Permanente de </w:t>
      </w:r>
    </w:p>
    <w:p w14:paraId="2941AC33" w14:textId="77777777" w:rsidR="00B27D56" w:rsidRPr="007C576C" w:rsidRDefault="00B27D56" w:rsidP="00DC6CFE">
      <w:pPr>
        <w:spacing w:after="0" w:line="240" w:lineRule="auto"/>
        <w:jc w:val="right"/>
        <w:rPr>
          <w:rFonts w:ascii="Arial" w:hAnsi="Arial" w:cs="Arial"/>
        </w:rPr>
      </w:pPr>
      <w:r w:rsidRPr="007C576C">
        <w:rPr>
          <w:rFonts w:ascii="Arial" w:hAnsi="Arial" w:cs="Arial"/>
        </w:rPr>
        <w:t xml:space="preserve">Hacienda Pública y Patrimonio Municipal. </w:t>
      </w:r>
    </w:p>
    <w:p w14:paraId="5777FA97" w14:textId="77777777" w:rsidR="00B27D56" w:rsidRPr="007C576C" w:rsidRDefault="00B27D56" w:rsidP="00DC6CFE">
      <w:pPr>
        <w:spacing w:after="0" w:line="240" w:lineRule="auto"/>
        <w:jc w:val="both"/>
        <w:rPr>
          <w:rFonts w:ascii="Arial" w:hAnsi="Arial" w:cs="Arial"/>
          <w:b/>
          <w:bCs/>
        </w:rPr>
      </w:pPr>
    </w:p>
    <w:p w14:paraId="30D5596F" w14:textId="77777777" w:rsidR="00B27D56" w:rsidRPr="007C576C" w:rsidRDefault="00B27D56" w:rsidP="00DC6CFE">
      <w:pPr>
        <w:spacing w:after="0" w:line="240" w:lineRule="auto"/>
        <w:jc w:val="both"/>
        <w:rPr>
          <w:rFonts w:ascii="Arial" w:hAnsi="Arial" w:cs="Arial"/>
          <w:b/>
          <w:bCs/>
        </w:rPr>
      </w:pPr>
    </w:p>
    <w:p w14:paraId="03D4C45B" w14:textId="77777777" w:rsidR="00B27D56" w:rsidRPr="007C576C" w:rsidRDefault="00B27D56" w:rsidP="00DC6CFE">
      <w:pPr>
        <w:spacing w:after="0" w:line="240" w:lineRule="auto"/>
        <w:jc w:val="both"/>
        <w:rPr>
          <w:rFonts w:ascii="Arial" w:hAnsi="Arial" w:cs="Arial"/>
          <w:b/>
          <w:bCs/>
        </w:rPr>
      </w:pPr>
    </w:p>
    <w:p w14:paraId="147D800C" w14:textId="77777777" w:rsidR="00B27D56" w:rsidRPr="007C576C" w:rsidRDefault="00B27D56" w:rsidP="00DC6CFE">
      <w:pPr>
        <w:spacing w:after="0" w:line="240" w:lineRule="auto"/>
        <w:jc w:val="both"/>
        <w:rPr>
          <w:rFonts w:ascii="Arial" w:hAnsi="Arial" w:cs="Arial"/>
          <w:b/>
          <w:bCs/>
        </w:rPr>
      </w:pPr>
      <w:r w:rsidRPr="007C576C">
        <w:rPr>
          <w:rFonts w:ascii="Arial" w:hAnsi="Arial" w:cs="Arial"/>
          <w:b/>
          <w:bCs/>
        </w:rPr>
        <w:t xml:space="preserve">C. MARÍA HIDANIA ROMERO RODRIGUEZ. </w:t>
      </w:r>
    </w:p>
    <w:p w14:paraId="2DA60D8C" w14:textId="77777777" w:rsidR="00B27D56" w:rsidRPr="007C576C" w:rsidRDefault="00B27D56" w:rsidP="00DC6CFE">
      <w:pPr>
        <w:spacing w:after="0" w:line="240" w:lineRule="auto"/>
        <w:jc w:val="both"/>
        <w:rPr>
          <w:rFonts w:ascii="Arial" w:hAnsi="Arial" w:cs="Arial"/>
        </w:rPr>
      </w:pPr>
      <w:r w:rsidRPr="007C576C">
        <w:rPr>
          <w:rFonts w:ascii="Arial" w:hAnsi="Arial" w:cs="Arial"/>
        </w:rPr>
        <w:t>Regidora Vocal de la</w:t>
      </w:r>
      <w:r w:rsidRPr="007C576C">
        <w:rPr>
          <w:rFonts w:ascii="Arial" w:hAnsi="Arial" w:cs="Arial"/>
          <w:b/>
          <w:bCs/>
        </w:rPr>
        <w:t xml:space="preserve"> </w:t>
      </w:r>
      <w:r w:rsidRPr="007C576C">
        <w:rPr>
          <w:rFonts w:ascii="Arial" w:hAnsi="Arial" w:cs="Arial"/>
        </w:rPr>
        <w:t xml:space="preserve">Comisión </w:t>
      </w:r>
      <w:proofErr w:type="gramStart"/>
      <w:r w:rsidRPr="007C576C">
        <w:rPr>
          <w:rFonts w:ascii="Arial" w:hAnsi="Arial" w:cs="Arial"/>
        </w:rPr>
        <w:t>Edilicia</w:t>
      </w:r>
      <w:proofErr w:type="gramEnd"/>
      <w:r w:rsidRPr="007C576C">
        <w:rPr>
          <w:rFonts w:ascii="Arial" w:hAnsi="Arial" w:cs="Arial"/>
        </w:rPr>
        <w:t xml:space="preserve"> Permanente de </w:t>
      </w:r>
    </w:p>
    <w:p w14:paraId="56628EBF" w14:textId="77777777" w:rsidR="00B27D56" w:rsidRPr="007C576C" w:rsidRDefault="00B27D56" w:rsidP="00DC6CFE">
      <w:pPr>
        <w:spacing w:after="0" w:line="240" w:lineRule="auto"/>
        <w:jc w:val="both"/>
        <w:rPr>
          <w:rFonts w:ascii="Arial" w:hAnsi="Arial" w:cs="Arial"/>
        </w:rPr>
      </w:pPr>
      <w:r w:rsidRPr="007C576C">
        <w:rPr>
          <w:rFonts w:ascii="Arial" w:hAnsi="Arial" w:cs="Arial"/>
        </w:rPr>
        <w:t xml:space="preserve">Hacienda Pública y Patrimonio Municipal. </w:t>
      </w:r>
    </w:p>
    <w:p w14:paraId="1E0B1BE4" w14:textId="77777777" w:rsidR="00B27D56" w:rsidRPr="007C576C" w:rsidRDefault="00B27D56" w:rsidP="00DC6CFE">
      <w:pPr>
        <w:spacing w:after="0" w:line="240" w:lineRule="auto"/>
        <w:jc w:val="both"/>
        <w:rPr>
          <w:rFonts w:ascii="Arial" w:hAnsi="Arial" w:cs="Arial"/>
        </w:rPr>
      </w:pPr>
    </w:p>
    <w:p w14:paraId="2B39BFE3" w14:textId="77777777" w:rsidR="00B27D56" w:rsidRPr="007C576C" w:rsidRDefault="00B27D56" w:rsidP="00DC6CFE">
      <w:pPr>
        <w:spacing w:after="0" w:line="240" w:lineRule="auto"/>
        <w:jc w:val="both"/>
        <w:rPr>
          <w:rFonts w:ascii="Arial" w:hAnsi="Arial" w:cs="Arial"/>
          <w:b/>
          <w:bCs/>
        </w:rPr>
      </w:pPr>
    </w:p>
    <w:p w14:paraId="61833AEF" w14:textId="77777777" w:rsidR="00B27D56" w:rsidRPr="007C576C" w:rsidRDefault="00B27D56" w:rsidP="00DC6CFE">
      <w:pPr>
        <w:spacing w:after="0" w:line="240" w:lineRule="auto"/>
        <w:jc w:val="both"/>
        <w:rPr>
          <w:rFonts w:ascii="Arial" w:hAnsi="Arial" w:cs="Arial"/>
          <w:b/>
          <w:bCs/>
        </w:rPr>
      </w:pPr>
    </w:p>
    <w:p w14:paraId="0278CA01" w14:textId="77777777" w:rsidR="00B27D56" w:rsidRPr="007C576C" w:rsidRDefault="00B27D56" w:rsidP="00DC6CFE">
      <w:pPr>
        <w:spacing w:after="0" w:line="240" w:lineRule="auto"/>
        <w:jc w:val="right"/>
        <w:rPr>
          <w:rFonts w:ascii="Arial" w:hAnsi="Arial" w:cs="Arial"/>
          <w:b/>
          <w:bCs/>
        </w:rPr>
      </w:pPr>
      <w:r w:rsidRPr="007C576C">
        <w:rPr>
          <w:rFonts w:ascii="Arial" w:hAnsi="Arial" w:cs="Arial"/>
          <w:b/>
          <w:bCs/>
        </w:rPr>
        <w:t xml:space="preserve">C. JOSÉ BERTÍN CHÁVEZ VARGAS. </w:t>
      </w:r>
    </w:p>
    <w:p w14:paraId="6EEA4068" w14:textId="77777777" w:rsidR="00B27D56" w:rsidRPr="007C576C" w:rsidRDefault="00B27D56" w:rsidP="00DC6CFE">
      <w:pPr>
        <w:spacing w:after="0" w:line="240" w:lineRule="auto"/>
        <w:jc w:val="right"/>
        <w:rPr>
          <w:rFonts w:ascii="Arial" w:hAnsi="Arial" w:cs="Arial"/>
        </w:rPr>
      </w:pPr>
      <w:r w:rsidRPr="007C576C">
        <w:rPr>
          <w:rFonts w:ascii="Arial" w:hAnsi="Arial" w:cs="Arial"/>
        </w:rPr>
        <w:t>Regidor Vocal de la</w:t>
      </w:r>
      <w:r w:rsidRPr="007C576C">
        <w:rPr>
          <w:rFonts w:ascii="Arial" w:hAnsi="Arial" w:cs="Arial"/>
          <w:b/>
          <w:bCs/>
        </w:rPr>
        <w:t xml:space="preserve"> </w:t>
      </w:r>
      <w:r w:rsidRPr="007C576C">
        <w:rPr>
          <w:rFonts w:ascii="Arial" w:hAnsi="Arial" w:cs="Arial"/>
        </w:rPr>
        <w:t xml:space="preserve">Comisión </w:t>
      </w:r>
      <w:proofErr w:type="gramStart"/>
      <w:r w:rsidRPr="007C576C">
        <w:rPr>
          <w:rFonts w:ascii="Arial" w:hAnsi="Arial" w:cs="Arial"/>
        </w:rPr>
        <w:t>Edilicia</w:t>
      </w:r>
      <w:proofErr w:type="gramEnd"/>
      <w:r w:rsidRPr="007C576C">
        <w:rPr>
          <w:rFonts w:ascii="Arial" w:hAnsi="Arial" w:cs="Arial"/>
        </w:rPr>
        <w:t xml:space="preserve"> Permanente de </w:t>
      </w:r>
    </w:p>
    <w:p w14:paraId="2BB5D0E4" w14:textId="77777777" w:rsidR="00B27D56" w:rsidRPr="007C576C" w:rsidRDefault="00B27D56" w:rsidP="00DC6CFE">
      <w:pPr>
        <w:spacing w:after="0" w:line="240" w:lineRule="auto"/>
        <w:jc w:val="right"/>
        <w:rPr>
          <w:rFonts w:ascii="Arial" w:hAnsi="Arial" w:cs="Arial"/>
        </w:rPr>
      </w:pPr>
      <w:r w:rsidRPr="007C576C">
        <w:rPr>
          <w:rFonts w:ascii="Arial" w:hAnsi="Arial" w:cs="Arial"/>
        </w:rPr>
        <w:t xml:space="preserve">Hacienda Pública y Patrimonio Municipal. </w:t>
      </w:r>
    </w:p>
    <w:p w14:paraId="791B9603" w14:textId="77777777" w:rsidR="00B27D56" w:rsidRDefault="00B27D56" w:rsidP="00DC6CFE">
      <w:pPr>
        <w:spacing w:after="0" w:line="240" w:lineRule="auto"/>
        <w:jc w:val="right"/>
        <w:rPr>
          <w:rFonts w:ascii="Arial" w:hAnsi="Arial" w:cs="Arial"/>
        </w:rPr>
      </w:pPr>
    </w:p>
    <w:p w14:paraId="1B203737" w14:textId="77777777" w:rsidR="00485C9A" w:rsidRDefault="00485C9A" w:rsidP="00DC6CFE">
      <w:pPr>
        <w:spacing w:after="0" w:line="240" w:lineRule="auto"/>
        <w:jc w:val="right"/>
        <w:rPr>
          <w:rFonts w:ascii="Arial" w:hAnsi="Arial" w:cs="Arial"/>
        </w:rPr>
      </w:pPr>
    </w:p>
    <w:p w14:paraId="2CA247F4" w14:textId="77777777" w:rsidR="00485C9A" w:rsidRDefault="00485C9A" w:rsidP="00DC6CFE">
      <w:pPr>
        <w:spacing w:after="0" w:line="240" w:lineRule="auto"/>
        <w:jc w:val="right"/>
        <w:rPr>
          <w:rFonts w:ascii="Arial" w:hAnsi="Arial" w:cs="Arial"/>
        </w:rPr>
      </w:pPr>
    </w:p>
    <w:p w14:paraId="1FE0B831" w14:textId="77777777" w:rsidR="00485C9A" w:rsidRDefault="00485C9A" w:rsidP="00DC6CFE">
      <w:pPr>
        <w:spacing w:after="0" w:line="240" w:lineRule="auto"/>
        <w:jc w:val="right"/>
        <w:rPr>
          <w:rFonts w:ascii="Arial" w:hAnsi="Arial" w:cs="Arial"/>
        </w:rPr>
      </w:pPr>
    </w:p>
    <w:p w14:paraId="4CC6F82B" w14:textId="77777777" w:rsidR="00B27D56" w:rsidRPr="007C576C" w:rsidRDefault="00B27D56" w:rsidP="00DC6CFE">
      <w:pPr>
        <w:spacing w:after="0" w:line="240" w:lineRule="auto"/>
        <w:jc w:val="both"/>
        <w:rPr>
          <w:rFonts w:ascii="Arial" w:hAnsi="Arial" w:cs="Arial"/>
        </w:rPr>
      </w:pPr>
    </w:p>
    <w:p w14:paraId="082B5E98" w14:textId="77777777" w:rsidR="00B27D56" w:rsidRPr="007C576C" w:rsidRDefault="00B27D56" w:rsidP="00DC6CFE">
      <w:pPr>
        <w:spacing w:after="0" w:line="240" w:lineRule="auto"/>
        <w:jc w:val="both"/>
        <w:rPr>
          <w:rFonts w:ascii="Arial" w:hAnsi="Arial" w:cs="Arial"/>
          <w:b/>
          <w:bCs/>
        </w:rPr>
      </w:pPr>
      <w:r w:rsidRPr="007C576C">
        <w:rPr>
          <w:rFonts w:ascii="Arial" w:hAnsi="Arial" w:cs="Arial"/>
          <w:b/>
          <w:bCs/>
        </w:rPr>
        <w:t xml:space="preserve">C. GUSTAVO LÓPEZ SANDOVAL. </w:t>
      </w:r>
    </w:p>
    <w:p w14:paraId="02D89FF3" w14:textId="77777777" w:rsidR="00B27D56" w:rsidRPr="007C576C" w:rsidRDefault="00B27D56" w:rsidP="00DC6CFE">
      <w:pPr>
        <w:spacing w:after="0" w:line="240" w:lineRule="auto"/>
        <w:jc w:val="both"/>
        <w:rPr>
          <w:rFonts w:ascii="Arial" w:hAnsi="Arial" w:cs="Arial"/>
        </w:rPr>
      </w:pPr>
      <w:r w:rsidRPr="007C576C">
        <w:rPr>
          <w:rFonts w:ascii="Arial" w:hAnsi="Arial" w:cs="Arial"/>
        </w:rPr>
        <w:t>Regidor Vocal de la</w:t>
      </w:r>
      <w:r w:rsidRPr="007C576C">
        <w:rPr>
          <w:rFonts w:ascii="Arial" w:hAnsi="Arial" w:cs="Arial"/>
          <w:b/>
          <w:bCs/>
        </w:rPr>
        <w:t xml:space="preserve"> </w:t>
      </w:r>
      <w:r w:rsidRPr="007C576C">
        <w:rPr>
          <w:rFonts w:ascii="Arial" w:hAnsi="Arial" w:cs="Arial"/>
        </w:rPr>
        <w:t xml:space="preserve">Comisión </w:t>
      </w:r>
      <w:proofErr w:type="gramStart"/>
      <w:r w:rsidRPr="007C576C">
        <w:rPr>
          <w:rFonts w:ascii="Arial" w:hAnsi="Arial" w:cs="Arial"/>
        </w:rPr>
        <w:t>Edilicia</w:t>
      </w:r>
      <w:proofErr w:type="gramEnd"/>
      <w:r w:rsidRPr="007C576C">
        <w:rPr>
          <w:rFonts w:ascii="Arial" w:hAnsi="Arial" w:cs="Arial"/>
        </w:rPr>
        <w:t xml:space="preserve"> Permanente de </w:t>
      </w:r>
    </w:p>
    <w:p w14:paraId="4B7CDFA1" w14:textId="77777777" w:rsidR="00B27D56" w:rsidRDefault="00B27D56" w:rsidP="00DC6CFE">
      <w:pPr>
        <w:spacing w:after="0" w:line="240" w:lineRule="auto"/>
        <w:jc w:val="both"/>
        <w:rPr>
          <w:rFonts w:ascii="Arial" w:hAnsi="Arial" w:cs="Arial"/>
        </w:rPr>
      </w:pPr>
      <w:r w:rsidRPr="007C576C">
        <w:rPr>
          <w:rFonts w:ascii="Arial" w:hAnsi="Arial" w:cs="Arial"/>
        </w:rPr>
        <w:t xml:space="preserve">Hacienda Pública y Patrimonio Municipal. </w:t>
      </w:r>
    </w:p>
    <w:p w14:paraId="109BFFBB" w14:textId="77777777" w:rsidR="00B27D56" w:rsidRDefault="00B27D56" w:rsidP="00DC6CFE">
      <w:pPr>
        <w:spacing w:after="0" w:line="240" w:lineRule="auto"/>
        <w:jc w:val="both"/>
        <w:rPr>
          <w:rFonts w:ascii="Arial" w:hAnsi="Arial" w:cs="Arial"/>
        </w:rPr>
      </w:pPr>
    </w:p>
    <w:p w14:paraId="45E8FE7C" w14:textId="77777777" w:rsidR="00B27D56" w:rsidRDefault="00B27D56" w:rsidP="00DC6CFE">
      <w:pPr>
        <w:spacing w:after="0" w:line="240" w:lineRule="auto"/>
        <w:jc w:val="both"/>
        <w:rPr>
          <w:rFonts w:ascii="Arial" w:hAnsi="Arial" w:cs="Arial"/>
          <w:b/>
          <w:bCs/>
        </w:rPr>
      </w:pPr>
    </w:p>
    <w:p w14:paraId="1677AC1F" w14:textId="77777777" w:rsidR="00B27D56" w:rsidRPr="001342A6" w:rsidRDefault="00B27D56" w:rsidP="00DC6CFE">
      <w:pPr>
        <w:jc w:val="both"/>
        <w:rPr>
          <w:rFonts w:ascii="Arial" w:hAnsi="Arial" w:cs="Arial"/>
          <w:b/>
          <w:bCs/>
        </w:rPr>
      </w:pPr>
    </w:p>
    <w:p w14:paraId="0812E946" w14:textId="77777777" w:rsidR="00B27D56" w:rsidRPr="007C576C" w:rsidRDefault="00B27D56" w:rsidP="00DC6CFE">
      <w:pPr>
        <w:jc w:val="both"/>
        <w:rPr>
          <w:rFonts w:ascii="Arial" w:hAnsi="Arial" w:cs="Arial"/>
        </w:rPr>
      </w:pPr>
    </w:p>
    <w:p w14:paraId="588BC4E5" w14:textId="72AAD6C4" w:rsidR="00B27D56" w:rsidRPr="00DC6CFE" w:rsidRDefault="00B27D56" w:rsidP="00DC6CFE">
      <w:pPr>
        <w:jc w:val="both"/>
        <w:rPr>
          <w:rFonts w:ascii="Arial" w:hAnsi="Arial" w:cs="Arial"/>
          <w:sz w:val="16"/>
          <w:szCs w:val="16"/>
        </w:rPr>
      </w:pPr>
      <w:r w:rsidRPr="00DC6CFE">
        <w:rPr>
          <w:rFonts w:ascii="Arial" w:hAnsi="Arial" w:cs="Arial"/>
          <w:sz w:val="16"/>
          <w:szCs w:val="16"/>
        </w:rPr>
        <w:t xml:space="preserve">La presente hoja de firmas forma parte integrante del Acta de la Décima Séptima Sesión Ordinaria de la Comisión </w:t>
      </w:r>
      <w:proofErr w:type="gramStart"/>
      <w:r w:rsidRPr="00DC6CFE">
        <w:rPr>
          <w:rFonts w:ascii="Arial" w:hAnsi="Arial" w:cs="Arial"/>
          <w:sz w:val="16"/>
          <w:szCs w:val="16"/>
        </w:rPr>
        <w:t>Edilicia</w:t>
      </w:r>
      <w:proofErr w:type="gramEnd"/>
      <w:r w:rsidRPr="00DC6CFE">
        <w:rPr>
          <w:rFonts w:ascii="Arial" w:hAnsi="Arial" w:cs="Arial"/>
          <w:sz w:val="16"/>
          <w:szCs w:val="16"/>
        </w:rPr>
        <w:t xml:space="preserve"> Permanente de Hacienda Pública y Patrimonio Municipal. -  </w:t>
      </w:r>
      <w:proofErr w:type="gramStart"/>
      <w:r w:rsidRPr="00DC6CFE">
        <w:rPr>
          <w:rFonts w:ascii="Arial" w:hAnsi="Arial" w:cs="Arial"/>
          <w:sz w:val="16"/>
          <w:szCs w:val="16"/>
        </w:rPr>
        <w:t>-  -</w:t>
      </w:r>
      <w:proofErr w:type="gramEnd"/>
      <w:r w:rsidRPr="00DC6CFE">
        <w:rPr>
          <w:rFonts w:ascii="Arial" w:hAnsi="Arial" w:cs="Arial"/>
          <w:sz w:val="16"/>
          <w:szCs w:val="16"/>
        </w:rPr>
        <w:t xml:space="preserve">  </w:t>
      </w:r>
      <w:proofErr w:type="gramStart"/>
      <w:r w:rsidRPr="00DC6CFE">
        <w:rPr>
          <w:rFonts w:ascii="Arial" w:hAnsi="Arial" w:cs="Arial"/>
          <w:sz w:val="16"/>
          <w:szCs w:val="16"/>
        </w:rPr>
        <w:t>-  -</w:t>
      </w:r>
      <w:proofErr w:type="gramEnd"/>
      <w:r w:rsidRPr="00DC6CFE">
        <w:rPr>
          <w:rFonts w:ascii="Arial" w:hAnsi="Arial" w:cs="Arial"/>
          <w:sz w:val="16"/>
          <w:szCs w:val="16"/>
        </w:rPr>
        <w:t xml:space="preserve">  </w:t>
      </w:r>
      <w:proofErr w:type="gramStart"/>
      <w:r w:rsidRPr="00DC6CFE">
        <w:rPr>
          <w:rFonts w:ascii="Arial" w:hAnsi="Arial" w:cs="Arial"/>
          <w:sz w:val="16"/>
          <w:szCs w:val="16"/>
        </w:rPr>
        <w:t>-  -</w:t>
      </w:r>
      <w:proofErr w:type="gramEnd"/>
      <w:r w:rsidRPr="00DC6CFE">
        <w:rPr>
          <w:rFonts w:ascii="Arial" w:hAnsi="Arial" w:cs="Arial"/>
          <w:sz w:val="16"/>
          <w:szCs w:val="16"/>
        </w:rPr>
        <w:t xml:space="preserve">  </w:t>
      </w:r>
      <w:proofErr w:type="gramStart"/>
      <w:r w:rsidRPr="00DC6CFE">
        <w:rPr>
          <w:rFonts w:ascii="Arial" w:hAnsi="Arial" w:cs="Arial"/>
          <w:sz w:val="16"/>
          <w:szCs w:val="16"/>
        </w:rPr>
        <w:t>-  -</w:t>
      </w:r>
      <w:proofErr w:type="gramEnd"/>
      <w:r w:rsidRPr="00DC6CFE">
        <w:rPr>
          <w:rFonts w:ascii="Arial" w:hAnsi="Arial" w:cs="Arial"/>
          <w:sz w:val="16"/>
          <w:szCs w:val="16"/>
        </w:rPr>
        <w:t xml:space="preserve">  </w:t>
      </w:r>
      <w:proofErr w:type="gramStart"/>
      <w:r w:rsidRPr="00DC6CFE">
        <w:rPr>
          <w:rFonts w:ascii="Arial" w:hAnsi="Arial" w:cs="Arial"/>
          <w:sz w:val="16"/>
          <w:szCs w:val="16"/>
        </w:rPr>
        <w:t>-  -</w:t>
      </w:r>
      <w:proofErr w:type="gramEnd"/>
      <w:r w:rsidRPr="00DC6CFE">
        <w:rPr>
          <w:rFonts w:ascii="Arial" w:hAnsi="Arial" w:cs="Arial"/>
          <w:sz w:val="16"/>
          <w:szCs w:val="16"/>
        </w:rPr>
        <w:t xml:space="preserve">  </w:t>
      </w:r>
      <w:proofErr w:type="gramStart"/>
      <w:r w:rsidRPr="00DC6CFE">
        <w:rPr>
          <w:rFonts w:ascii="Arial" w:hAnsi="Arial" w:cs="Arial"/>
          <w:sz w:val="16"/>
          <w:szCs w:val="16"/>
        </w:rPr>
        <w:t>-  -</w:t>
      </w:r>
      <w:proofErr w:type="gramEnd"/>
      <w:r w:rsidRPr="00DC6CFE">
        <w:rPr>
          <w:rFonts w:ascii="Arial" w:hAnsi="Arial" w:cs="Arial"/>
          <w:sz w:val="16"/>
          <w:szCs w:val="16"/>
        </w:rPr>
        <w:t xml:space="preserve">  </w:t>
      </w:r>
      <w:proofErr w:type="gramStart"/>
      <w:r w:rsidRPr="00DC6CFE">
        <w:rPr>
          <w:rFonts w:ascii="Arial" w:hAnsi="Arial" w:cs="Arial"/>
          <w:sz w:val="16"/>
          <w:szCs w:val="16"/>
        </w:rPr>
        <w:t>-  -</w:t>
      </w:r>
      <w:proofErr w:type="gramEnd"/>
      <w:r w:rsidRPr="00DC6CFE">
        <w:rPr>
          <w:rFonts w:ascii="Arial" w:hAnsi="Arial" w:cs="Arial"/>
          <w:sz w:val="16"/>
          <w:szCs w:val="16"/>
        </w:rPr>
        <w:t xml:space="preserve">  </w:t>
      </w:r>
      <w:proofErr w:type="gramStart"/>
      <w:r w:rsidRPr="00DC6CFE">
        <w:rPr>
          <w:rFonts w:ascii="Arial" w:hAnsi="Arial" w:cs="Arial"/>
          <w:sz w:val="16"/>
          <w:szCs w:val="16"/>
        </w:rPr>
        <w:t>-  -</w:t>
      </w:r>
      <w:proofErr w:type="gramEnd"/>
      <w:r w:rsidRPr="00DC6CFE">
        <w:rPr>
          <w:rFonts w:ascii="Arial" w:hAnsi="Arial" w:cs="Arial"/>
          <w:sz w:val="16"/>
          <w:szCs w:val="16"/>
        </w:rPr>
        <w:t xml:space="preserve">  </w:t>
      </w:r>
      <w:proofErr w:type="gramStart"/>
      <w:r w:rsidRPr="00DC6CFE">
        <w:rPr>
          <w:rFonts w:ascii="Arial" w:hAnsi="Arial" w:cs="Arial"/>
          <w:sz w:val="16"/>
          <w:szCs w:val="16"/>
        </w:rPr>
        <w:t>-  -</w:t>
      </w:r>
      <w:proofErr w:type="gramEnd"/>
      <w:r w:rsidRPr="00DC6CFE">
        <w:rPr>
          <w:rFonts w:ascii="Arial" w:hAnsi="Arial" w:cs="Arial"/>
          <w:sz w:val="16"/>
          <w:szCs w:val="16"/>
        </w:rPr>
        <w:t xml:space="preserve">  </w:t>
      </w:r>
      <w:proofErr w:type="gramStart"/>
      <w:r w:rsidRPr="00DC6CFE">
        <w:rPr>
          <w:rFonts w:ascii="Arial" w:hAnsi="Arial" w:cs="Arial"/>
          <w:sz w:val="16"/>
          <w:szCs w:val="16"/>
        </w:rPr>
        <w:t>-  -</w:t>
      </w:r>
      <w:proofErr w:type="gramEnd"/>
      <w:r w:rsidRPr="00DC6CFE">
        <w:rPr>
          <w:rFonts w:ascii="Arial" w:hAnsi="Arial" w:cs="Arial"/>
          <w:sz w:val="16"/>
          <w:szCs w:val="16"/>
        </w:rPr>
        <w:t xml:space="preserve">  </w:t>
      </w:r>
      <w:proofErr w:type="gramStart"/>
      <w:r w:rsidRPr="00DC6CFE">
        <w:rPr>
          <w:rFonts w:ascii="Arial" w:hAnsi="Arial" w:cs="Arial"/>
          <w:sz w:val="16"/>
          <w:szCs w:val="16"/>
        </w:rPr>
        <w:t>-  -</w:t>
      </w:r>
      <w:proofErr w:type="gramEnd"/>
      <w:r w:rsidRPr="00DC6CFE">
        <w:rPr>
          <w:rFonts w:ascii="Arial" w:hAnsi="Arial" w:cs="Arial"/>
          <w:sz w:val="16"/>
          <w:szCs w:val="16"/>
        </w:rPr>
        <w:t xml:space="preserve">  </w:t>
      </w:r>
      <w:proofErr w:type="gramStart"/>
      <w:r w:rsidRPr="00DC6CFE">
        <w:rPr>
          <w:rFonts w:ascii="Arial" w:hAnsi="Arial" w:cs="Arial"/>
          <w:sz w:val="16"/>
          <w:szCs w:val="16"/>
        </w:rPr>
        <w:t>-  -</w:t>
      </w:r>
      <w:proofErr w:type="gramEnd"/>
      <w:r w:rsidRPr="00DC6CFE">
        <w:rPr>
          <w:rFonts w:ascii="Arial" w:hAnsi="Arial" w:cs="Arial"/>
          <w:sz w:val="16"/>
          <w:szCs w:val="16"/>
        </w:rPr>
        <w:t xml:space="preserve">  </w:t>
      </w:r>
      <w:proofErr w:type="gramStart"/>
      <w:r w:rsidRPr="00DC6CFE">
        <w:rPr>
          <w:rFonts w:ascii="Arial" w:hAnsi="Arial" w:cs="Arial"/>
          <w:sz w:val="16"/>
          <w:szCs w:val="16"/>
        </w:rPr>
        <w:t>-  -</w:t>
      </w:r>
      <w:proofErr w:type="gramEnd"/>
      <w:r w:rsidRPr="00DC6CFE">
        <w:rPr>
          <w:rFonts w:ascii="Arial" w:hAnsi="Arial" w:cs="Arial"/>
          <w:sz w:val="16"/>
          <w:szCs w:val="16"/>
        </w:rPr>
        <w:t xml:space="preserve">  </w:t>
      </w:r>
      <w:proofErr w:type="gramStart"/>
      <w:r w:rsidRPr="00DC6CFE">
        <w:rPr>
          <w:rFonts w:ascii="Arial" w:hAnsi="Arial" w:cs="Arial"/>
          <w:sz w:val="16"/>
          <w:szCs w:val="16"/>
        </w:rPr>
        <w:t>-  -</w:t>
      </w:r>
      <w:proofErr w:type="gramEnd"/>
      <w:r w:rsidRPr="00DC6CFE">
        <w:rPr>
          <w:rFonts w:ascii="Arial" w:hAnsi="Arial" w:cs="Arial"/>
          <w:sz w:val="16"/>
          <w:szCs w:val="16"/>
        </w:rPr>
        <w:t xml:space="preserve">  </w:t>
      </w:r>
      <w:proofErr w:type="gramStart"/>
      <w:r w:rsidRPr="00DC6CFE">
        <w:rPr>
          <w:rFonts w:ascii="Arial" w:hAnsi="Arial" w:cs="Arial"/>
          <w:sz w:val="16"/>
          <w:szCs w:val="16"/>
        </w:rPr>
        <w:t>-  -</w:t>
      </w:r>
      <w:proofErr w:type="gramEnd"/>
      <w:r w:rsidRPr="00DC6CFE">
        <w:rPr>
          <w:rFonts w:ascii="Arial" w:hAnsi="Arial" w:cs="Arial"/>
          <w:sz w:val="16"/>
          <w:szCs w:val="16"/>
        </w:rPr>
        <w:t xml:space="preserve">  </w:t>
      </w:r>
      <w:proofErr w:type="gramStart"/>
      <w:r w:rsidRPr="00DC6CFE">
        <w:rPr>
          <w:rFonts w:ascii="Arial" w:hAnsi="Arial" w:cs="Arial"/>
          <w:sz w:val="16"/>
          <w:szCs w:val="16"/>
        </w:rPr>
        <w:t>-  -</w:t>
      </w:r>
      <w:proofErr w:type="gramEnd"/>
      <w:r w:rsidRPr="00DC6CFE">
        <w:rPr>
          <w:rFonts w:ascii="Arial" w:hAnsi="Arial" w:cs="Arial"/>
          <w:sz w:val="16"/>
          <w:szCs w:val="16"/>
        </w:rPr>
        <w:t xml:space="preserve">  </w:t>
      </w:r>
      <w:proofErr w:type="gramStart"/>
      <w:r w:rsidRPr="00DC6CFE">
        <w:rPr>
          <w:rFonts w:ascii="Arial" w:hAnsi="Arial" w:cs="Arial"/>
          <w:sz w:val="16"/>
          <w:szCs w:val="16"/>
        </w:rPr>
        <w:t>-  -</w:t>
      </w:r>
      <w:proofErr w:type="gramEnd"/>
      <w:r w:rsidRPr="00DC6CFE">
        <w:rPr>
          <w:rFonts w:ascii="Arial" w:hAnsi="Arial" w:cs="Arial"/>
          <w:sz w:val="16"/>
          <w:szCs w:val="16"/>
        </w:rPr>
        <w:t xml:space="preserve">  </w:t>
      </w:r>
      <w:proofErr w:type="gramStart"/>
      <w:r w:rsidRPr="00DC6CFE">
        <w:rPr>
          <w:rFonts w:ascii="Arial" w:hAnsi="Arial" w:cs="Arial"/>
          <w:sz w:val="16"/>
          <w:szCs w:val="16"/>
        </w:rPr>
        <w:t>-  -</w:t>
      </w:r>
      <w:proofErr w:type="gramEnd"/>
      <w:r w:rsidRPr="00DC6CFE">
        <w:rPr>
          <w:rFonts w:ascii="Arial" w:hAnsi="Arial" w:cs="Arial"/>
          <w:sz w:val="16"/>
          <w:szCs w:val="16"/>
        </w:rPr>
        <w:t xml:space="preserve">  </w:t>
      </w:r>
      <w:proofErr w:type="gramStart"/>
      <w:r w:rsidRPr="00DC6CFE">
        <w:rPr>
          <w:rFonts w:ascii="Arial" w:hAnsi="Arial" w:cs="Arial"/>
          <w:sz w:val="16"/>
          <w:szCs w:val="16"/>
        </w:rPr>
        <w:t>-  -CONSTE.-</w:t>
      </w:r>
      <w:proofErr w:type="gramEnd"/>
      <w:r w:rsidRPr="00DC6CFE">
        <w:rPr>
          <w:rFonts w:ascii="Arial" w:hAnsi="Arial" w:cs="Arial"/>
          <w:sz w:val="16"/>
          <w:szCs w:val="16"/>
        </w:rPr>
        <w:t xml:space="preserve">  </w:t>
      </w:r>
    </w:p>
    <w:p w14:paraId="050D7450" w14:textId="7EAC87AF" w:rsidR="00B27D56" w:rsidRPr="00DC6CFE" w:rsidRDefault="001758DE" w:rsidP="00DC6CFE">
      <w:pPr>
        <w:jc w:val="both"/>
        <w:rPr>
          <w:rFonts w:ascii="Arial" w:hAnsi="Arial" w:cs="Arial"/>
          <w:sz w:val="16"/>
          <w:szCs w:val="16"/>
        </w:rPr>
      </w:pPr>
      <w:r>
        <w:rPr>
          <w:rFonts w:ascii="Arial" w:hAnsi="Arial" w:cs="Arial"/>
          <w:sz w:val="16"/>
          <w:szCs w:val="16"/>
        </w:rPr>
        <w:t>*</w:t>
      </w:r>
      <w:r w:rsidR="00B27D56" w:rsidRPr="00DC6CFE">
        <w:rPr>
          <w:rFonts w:ascii="Arial" w:hAnsi="Arial" w:cs="Arial"/>
          <w:sz w:val="16"/>
          <w:szCs w:val="16"/>
        </w:rPr>
        <w:t>MM/</w:t>
      </w:r>
      <w:proofErr w:type="spellStart"/>
      <w:r w:rsidR="00B27D56" w:rsidRPr="00DC6CFE">
        <w:rPr>
          <w:rFonts w:ascii="Arial" w:hAnsi="Arial" w:cs="Arial"/>
          <w:sz w:val="16"/>
          <w:szCs w:val="16"/>
        </w:rPr>
        <w:t>mgpa</w:t>
      </w:r>
      <w:proofErr w:type="spellEnd"/>
      <w:r w:rsidR="00B27D56" w:rsidRPr="00DC6CFE">
        <w:rPr>
          <w:rFonts w:ascii="Arial" w:hAnsi="Arial" w:cs="Arial"/>
          <w:sz w:val="16"/>
          <w:szCs w:val="16"/>
        </w:rPr>
        <w:t>.</w:t>
      </w:r>
      <w:r>
        <w:rPr>
          <w:rFonts w:ascii="Arial" w:hAnsi="Arial" w:cs="Arial"/>
          <w:sz w:val="16"/>
          <w:szCs w:val="16"/>
        </w:rPr>
        <w:t xml:space="preserve"> Asesora</w:t>
      </w:r>
      <w:r w:rsidR="00B27D56" w:rsidRPr="00DC6CFE">
        <w:rPr>
          <w:rFonts w:ascii="Arial" w:hAnsi="Arial" w:cs="Arial"/>
          <w:sz w:val="16"/>
          <w:szCs w:val="16"/>
        </w:rPr>
        <w:t>.</w:t>
      </w:r>
    </w:p>
    <w:p w14:paraId="7033E2D9" w14:textId="77777777" w:rsidR="00B27D56" w:rsidRPr="007C576C" w:rsidRDefault="00B27D56" w:rsidP="00DC6CFE">
      <w:pPr>
        <w:jc w:val="both"/>
        <w:rPr>
          <w:rFonts w:ascii="Arial" w:hAnsi="Arial" w:cs="Arial"/>
        </w:rPr>
      </w:pPr>
    </w:p>
    <w:p w14:paraId="11928B1B" w14:textId="77777777" w:rsidR="00B27D56" w:rsidRPr="00A70B7D" w:rsidRDefault="00B27D56" w:rsidP="00DC6CFE">
      <w:pPr>
        <w:jc w:val="both"/>
        <w:rPr>
          <w:rFonts w:ascii="Arial" w:hAnsi="Arial" w:cs="Arial"/>
        </w:rPr>
      </w:pPr>
    </w:p>
    <w:p w14:paraId="3DEF506B" w14:textId="77777777" w:rsidR="00B27D56" w:rsidRPr="00A70B7D" w:rsidRDefault="00B27D56" w:rsidP="00DC6CFE">
      <w:pPr>
        <w:jc w:val="both"/>
        <w:rPr>
          <w:rFonts w:ascii="Arial" w:hAnsi="Arial" w:cs="Arial"/>
        </w:rPr>
      </w:pPr>
    </w:p>
    <w:p w14:paraId="20ECE8E6" w14:textId="77777777" w:rsidR="00B27D56" w:rsidRPr="00041525" w:rsidRDefault="00B27D56" w:rsidP="00DC6CFE">
      <w:pPr>
        <w:rPr>
          <w:rFonts w:ascii="Arial" w:hAnsi="Arial" w:cs="Arial"/>
          <w:sz w:val="28"/>
          <w:szCs w:val="28"/>
        </w:rPr>
      </w:pPr>
    </w:p>
    <w:p w14:paraId="0C3F5658" w14:textId="77777777" w:rsidR="00B27D56" w:rsidRPr="002E4E9B" w:rsidRDefault="00B27D56" w:rsidP="00DC6CFE">
      <w:pPr>
        <w:jc w:val="both"/>
        <w:rPr>
          <w:rFonts w:ascii="Arial" w:hAnsi="Arial" w:cs="Arial"/>
          <w:sz w:val="24"/>
          <w:szCs w:val="24"/>
        </w:rPr>
      </w:pPr>
    </w:p>
    <w:sectPr w:rsidR="00B27D56" w:rsidRPr="002E4E9B" w:rsidSect="00DC6CFE">
      <w:headerReference w:type="default" r:id="rId12"/>
      <w:pgSz w:w="12240" w:h="15840"/>
      <w:pgMar w:top="2376" w:right="900"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C45D5" w14:textId="77777777" w:rsidR="00444BBB" w:rsidRDefault="00444BBB" w:rsidP="00C044B5">
      <w:pPr>
        <w:spacing w:after="0" w:line="240" w:lineRule="auto"/>
      </w:pPr>
      <w:r>
        <w:separator/>
      </w:r>
    </w:p>
  </w:endnote>
  <w:endnote w:type="continuationSeparator" w:id="0">
    <w:p w14:paraId="60973540" w14:textId="77777777" w:rsidR="00444BBB" w:rsidRDefault="00444BBB" w:rsidP="00C04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99818" w14:textId="77777777" w:rsidR="00444BBB" w:rsidRDefault="00444BBB" w:rsidP="00C044B5">
      <w:pPr>
        <w:spacing w:after="0" w:line="240" w:lineRule="auto"/>
      </w:pPr>
      <w:r>
        <w:separator/>
      </w:r>
    </w:p>
  </w:footnote>
  <w:footnote w:type="continuationSeparator" w:id="0">
    <w:p w14:paraId="665FEAB0" w14:textId="77777777" w:rsidR="00444BBB" w:rsidRDefault="00444BBB" w:rsidP="00C044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86373" w14:textId="1A3FFB86" w:rsidR="00C044B5" w:rsidRDefault="00DC6CFE">
    <w:pPr>
      <w:pStyle w:val="Encabezado"/>
    </w:pPr>
    <w:sdt>
      <w:sdtPr>
        <w:id w:val="1195501123"/>
        <w:docPartObj>
          <w:docPartGallery w:val="Page Numbers (Margins)"/>
          <w:docPartUnique/>
        </w:docPartObj>
      </w:sdtPr>
      <w:sdtContent>
        <w:r>
          <w:rPr>
            <w:noProof/>
          </w:rPr>
          <mc:AlternateContent>
            <mc:Choice Requires="wps">
              <w:drawing>
                <wp:anchor distT="0" distB="0" distL="114300" distR="114300" simplePos="0" relativeHeight="251659776" behindDoc="0" locked="0" layoutInCell="0" allowOverlap="1" wp14:anchorId="4C7A56F2" wp14:editId="258EB8AD">
                  <wp:simplePos x="0" y="0"/>
                  <wp:positionH relativeFrom="rightMargin">
                    <wp:align>right</wp:align>
                  </wp:positionH>
                  <wp:positionV relativeFrom="margin">
                    <wp:align>center</wp:align>
                  </wp:positionV>
                  <wp:extent cx="727710" cy="329565"/>
                  <wp:effectExtent l="0" t="0" r="0" b="3810"/>
                  <wp:wrapNone/>
                  <wp:docPr id="1708912342"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66517E" w14:textId="77777777" w:rsidR="00DC6CFE" w:rsidRDefault="00DC6CFE">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C7A56F2" id="Rectángulo 1" o:spid="_x0000_s1026" style="position:absolute;margin-left:6.1pt;margin-top:0;width:57.3pt;height:25.95pt;z-index:25165977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0C66517E" w14:textId="77777777" w:rsidR="00DC6CFE" w:rsidRDefault="00DC6CFE">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000000">
      <w:rPr>
        <w:noProof/>
      </w:rPr>
      <w:pict w14:anchorId="25D7D2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style="position:absolute;margin-left:-71.5pt;margin-top:-104.65pt;width:644.6pt;height:806.6pt;z-index:-251658752;mso-wrap-edited:f;mso-position-horizontal-relative:margin;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939750152">
    <w:abstractNumId w:val="8"/>
  </w:num>
  <w:num w:numId="2" w16cid:durableId="1696035985">
    <w:abstractNumId w:val="6"/>
  </w:num>
  <w:num w:numId="3" w16cid:durableId="699822232">
    <w:abstractNumId w:val="5"/>
  </w:num>
  <w:num w:numId="4" w16cid:durableId="889732637">
    <w:abstractNumId w:val="4"/>
  </w:num>
  <w:num w:numId="5" w16cid:durableId="613630491">
    <w:abstractNumId w:val="7"/>
  </w:num>
  <w:num w:numId="6" w16cid:durableId="384181595">
    <w:abstractNumId w:val="3"/>
  </w:num>
  <w:num w:numId="7" w16cid:durableId="526451108">
    <w:abstractNumId w:val="2"/>
  </w:num>
  <w:num w:numId="8" w16cid:durableId="441416773">
    <w:abstractNumId w:val="1"/>
  </w:num>
  <w:num w:numId="9" w16cid:durableId="458575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5D17"/>
    <w:rsid w:val="000D4590"/>
    <w:rsid w:val="000E3BBD"/>
    <w:rsid w:val="000F073F"/>
    <w:rsid w:val="0015074B"/>
    <w:rsid w:val="00154641"/>
    <w:rsid w:val="00172C17"/>
    <w:rsid w:val="001758DE"/>
    <w:rsid w:val="00240E46"/>
    <w:rsid w:val="0025537A"/>
    <w:rsid w:val="00275645"/>
    <w:rsid w:val="0029639D"/>
    <w:rsid w:val="00296862"/>
    <w:rsid w:val="002C59FD"/>
    <w:rsid w:val="002E4E9B"/>
    <w:rsid w:val="00302119"/>
    <w:rsid w:val="0031215F"/>
    <w:rsid w:val="00326F90"/>
    <w:rsid w:val="00413425"/>
    <w:rsid w:val="00444BBB"/>
    <w:rsid w:val="00485C9A"/>
    <w:rsid w:val="00557BE8"/>
    <w:rsid w:val="005A623A"/>
    <w:rsid w:val="005B11CD"/>
    <w:rsid w:val="007037F9"/>
    <w:rsid w:val="00771DEC"/>
    <w:rsid w:val="007E2E13"/>
    <w:rsid w:val="007E79E6"/>
    <w:rsid w:val="00872729"/>
    <w:rsid w:val="00897BD1"/>
    <w:rsid w:val="009660A6"/>
    <w:rsid w:val="00995422"/>
    <w:rsid w:val="009F18AD"/>
    <w:rsid w:val="009F7475"/>
    <w:rsid w:val="00A67238"/>
    <w:rsid w:val="00AA1D8D"/>
    <w:rsid w:val="00AC5D74"/>
    <w:rsid w:val="00B10E4B"/>
    <w:rsid w:val="00B27D56"/>
    <w:rsid w:val="00B47730"/>
    <w:rsid w:val="00BC2555"/>
    <w:rsid w:val="00C044B5"/>
    <w:rsid w:val="00C24C5A"/>
    <w:rsid w:val="00C3137A"/>
    <w:rsid w:val="00C5286F"/>
    <w:rsid w:val="00CB0664"/>
    <w:rsid w:val="00CE1A8F"/>
    <w:rsid w:val="00D2635C"/>
    <w:rsid w:val="00D961F6"/>
    <w:rsid w:val="00DC6CFE"/>
    <w:rsid w:val="00DD4F03"/>
    <w:rsid w:val="00E4313C"/>
    <w:rsid w:val="00E538AB"/>
    <w:rsid w:val="00E540A5"/>
    <w:rsid w:val="00EA0102"/>
    <w:rsid w:val="00EC03D4"/>
    <w:rsid w:val="00F479CF"/>
    <w:rsid w:val="00F87E56"/>
    <w:rsid w:val="00F96308"/>
    <w:rsid w:val="00FA5EAA"/>
    <w:rsid w:val="00FC693F"/>
    <w:rsid w:val="00FC7A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F3DE13"/>
  <w14:defaultImageDpi w14:val="300"/>
  <w15:docId w15:val="{3F8881E9-7020-4DDF-943E-2078D9329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lang w:val="es-MX"/>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ind w:left="360"/>
      <w:contextualSpacing/>
    </w:pPr>
  </w:style>
  <w:style w:type="paragraph" w:styleId="Continuarlista2">
    <w:name w:val="List Continue 2"/>
    <w:basedOn w:val="Normal"/>
    <w:uiPriority w:val="99"/>
    <w:unhideWhenUsed/>
    <w:rsid w:val="0029639D"/>
    <w:pPr>
      <w:ind w:left="720"/>
      <w:contextualSpacing/>
    </w:pPr>
  </w:style>
  <w:style w:type="paragraph" w:styleId="Continuarlista3">
    <w:name w:val="List Continue 3"/>
    <w:basedOn w:val="Normal"/>
    <w:uiPriority w:val="99"/>
    <w:unhideWhenUsed/>
    <w:rsid w:val="0029639D"/>
    <w:pPr>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28</Pages>
  <Words>11176</Words>
  <Characters>61473</Characters>
  <Application>Microsoft Office Word</Application>
  <DocSecurity>0</DocSecurity>
  <Lines>512</Lines>
  <Paragraphs>145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72504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Maria Gabriela Patiño Arreola</cp:lastModifiedBy>
  <cp:revision>2</cp:revision>
  <cp:lastPrinted>2026-08-20T16:24:00Z</cp:lastPrinted>
  <dcterms:created xsi:type="dcterms:W3CDTF">2026-08-20T16:42:00Z</dcterms:created>
  <dcterms:modified xsi:type="dcterms:W3CDTF">2026-08-20T16:42:00Z</dcterms:modified>
  <cp:category/>
</cp:coreProperties>
</file>