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Y="894"/>
        <w:tblW w:w="0" w:type="auto"/>
        <w:tblLook w:val="04A0" w:firstRow="1" w:lastRow="0" w:firstColumn="1" w:lastColumn="0" w:noHBand="0" w:noVBand="1"/>
      </w:tblPr>
      <w:tblGrid>
        <w:gridCol w:w="9530"/>
      </w:tblGrid>
      <w:tr w:rsidR="006602C6" w:rsidRPr="00B06F85" w14:paraId="630A9088" w14:textId="77777777" w:rsidTr="0035273C">
        <w:tc>
          <w:tcPr>
            <w:tcW w:w="9629" w:type="dxa"/>
          </w:tcPr>
          <w:p w14:paraId="5CC0946A" w14:textId="77777777" w:rsidR="006602C6" w:rsidRPr="00B06F85" w:rsidRDefault="006602C6" w:rsidP="001F3BD1">
            <w:pPr>
              <w:spacing w:after="160" w:line="278" w:lineRule="auto"/>
              <w:jc w:val="center"/>
              <w:rPr>
                <w:rFonts w:ascii="Arial" w:hAnsi="Arial" w:cs="Arial"/>
              </w:rPr>
            </w:pPr>
            <w:r w:rsidRPr="00B06F85">
              <w:rPr>
                <w:rFonts w:ascii="Arial" w:hAnsi="Arial" w:cs="Arial"/>
                <w:b/>
                <w:bCs/>
              </w:rPr>
              <w:t xml:space="preserve">CONTINUACIÓN DE LA </w:t>
            </w:r>
            <w:r>
              <w:rPr>
                <w:rFonts w:ascii="Arial" w:hAnsi="Arial" w:cs="Arial"/>
                <w:b/>
                <w:bCs/>
              </w:rPr>
              <w:t>DÉCIMA QUINTA</w:t>
            </w:r>
            <w:r w:rsidRPr="00B06F85">
              <w:rPr>
                <w:rFonts w:ascii="Arial" w:hAnsi="Arial" w:cs="Arial"/>
                <w:b/>
                <w:bCs/>
              </w:rPr>
              <w:t xml:space="preserve"> SESIÓN ORDINARIA DE LA COMISIÓN EDILICIA PERMANENTE DE HACIENDA PÚBLICA Y PATRIMONIO MUNICIPAL.</w:t>
            </w:r>
          </w:p>
        </w:tc>
      </w:tr>
    </w:tbl>
    <w:p w14:paraId="3CD8BD88" w14:textId="77777777" w:rsidR="006602C6" w:rsidRDefault="006602C6" w:rsidP="001F3BD1">
      <w:pPr>
        <w:jc w:val="center"/>
        <w:rPr>
          <w:rFonts w:ascii="Arial" w:hAnsi="Arial" w:cs="Arial"/>
          <w:sz w:val="24"/>
          <w:szCs w:val="24"/>
        </w:rPr>
      </w:pPr>
    </w:p>
    <w:p w14:paraId="3218D121" w14:textId="77777777" w:rsidR="006602C6" w:rsidRDefault="006602C6" w:rsidP="001F3BD1">
      <w:pPr>
        <w:jc w:val="center"/>
        <w:rPr>
          <w:rFonts w:ascii="Arial" w:hAnsi="Arial" w:cs="Arial"/>
          <w:sz w:val="24"/>
          <w:szCs w:val="24"/>
        </w:rPr>
      </w:pPr>
    </w:p>
    <w:p w14:paraId="288C1159" w14:textId="77777777" w:rsidR="006602C6" w:rsidRDefault="006602C6" w:rsidP="001F3BD1">
      <w:pPr>
        <w:rPr>
          <w:rFonts w:ascii="Arial" w:hAnsi="Arial" w:cs="Arial"/>
          <w:sz w:val="24"/>
          <w:szCs w:val="24"/>
        </w:rPr>
      </w:pPr>
    </w:p>
    <w:p w14:paraId="39A3796B" w14:textId="77777777" w:rsidR="001F3BD1" w:rsidRDefault="006602C6" w:rsidP="001F3BD1">
      <w:pPr>
        <w:rPr>
          <w:rFonts w:ascii="Arial" w:hAnsi="Arial" w:cs="Arial"/>
          <w:b/>
          <w:bCs/>
          <w:u w:val="single"/>
        </w:rPr>
      </w:pPr>
      <w:r w:rsidRPr="00B06F85">
        <w:rPr>
          <w:rFonts w:ascii="Arial" w:hAnsi="Arial" w:cs="Arial"/>
          <w:b/>
          <w:bCs/>
          <w:u w:val="single"/>
        </w:rPr>
        <w:t xml:space="preserve">Lugar, fecha y hora: Sala </w:t>
      </w:r>
      <w:proofErr w:type="spellStart"/>
      <w:r w:rsidR="001F3BD1">
        <w:rPr>
          <w:rFonts w:ascii="Arial" w:hAnsi="Arial" w:cs="Arial"/>
          <w:b/>
          <w:bCs/>
          <w:u w:val="single"/>
        </w:rPr>
        <w:t>Museografica</w:t>
      </w:r>
      <w:proofErr w:type="spellEnd"/>
      <w:r w:rsidR="001F3BD1">
        <w:rPr>
          <w:rFonts w:ascii="Arial" w:hAnsi="Arial" w:cs="Arial"/>
          <w:b/>
          <w:bCs/>
          <w:u w:val="single"/>
        </w:rPr>
        <w:t xml:space="preserve"> José clemente Orozco</w:t>
      </w:r>
      <w:r w:rsidRPr="00B06F85">
        <w:rPr>
          <w:rFonts w:ascii="Arial" w:hAnsi="Arial" w:cs="Arial"/>
          <w:b/>
          <w:bCs/>
          <w:u w:val="single"/>
        </w:rPr>
        <w:t>. 2</w:t>
      </w:r>
      <w:r>
        <w:rPr>
          <w:rFonts w:ascii="Arial" w:hAnsi="Arial" w:cs="Arial"/>
          <w:b/>
          <w:bCs/>
          <w:u w:val="single"/>
        </w:rPr>
        <w:t>8</w:t>
      </w:r>
      <w:r w:rsidRPr="00B06F85">
        <w:rPr>
          <w:rFonts w:ascii="Arial" w:hAnsi="Arial" w:cs="Arial"/>
          <w:b/>
          <w:bCs/>
          <w:u w:val="single"/>
        </w:rPr>
        <w:t xml:space="preserve"> de Ju</w:t>
      </w:r>
      <w:r w:rsidR="00243D24">
        <w:rPr>
          <w:rFonts w:ascii="Arial" w:hAnsi="Arial" w:cs="Arial"/>
          <w:b/>
          <w:bCs/>
          <w:u w:val="single"/>
        </w:rPr>
        <w:t>l</w:t>
      </w:r>
      <w:r w:rsidRPr="00B06F85">
        <w:rPr>
          <w:rFonts w:ascii="Arial" w:hAnsi="Arial" w:cs="Arial"/>
          <w:b/>
          <w:bCs/>
          <w:u w:val="single"/>
        </w:rPr>
        <w:t xml:space="preserve">io de 2026. </w:t>
      </w:r>
    </w:p>
    <w:p w14:paraId="049D572A" w14:textId="19003FFD" w:rsidR="006602C6" w:rsidRPr="00B06F85" w:rsidRDefault="006602C6" w:rsidP="001F3BD1">
      <w:pPr>
        <w:rPr>
          <w:rFonts w:ascii="Arial" w:hAnsi="Arial" w:cs="Arial"/>
          <w:b/>
          <w:bCs/>
          <w:u w:val="single"/>
        </w:rPr>
      </w:pPr>
      <w:r w:rsidRPr="00B06F85">
        <w:rPr>
          <w:rFonts w:ascii="Arial" w:hAnsi="Arial" w:cs="Arial"/>
          <w:b/>
          <w:bCs/>
          <w:u w:val="single"/>
        </w:rPr>
        <w:t>1</w:t>
      </w:r>
      <w:r>
        <w:rPr>
          <w:rFonts w:ascii="Arial" w:hAnsi="Arial" w:cs="Arial"/>
          <w:b/>
          <w:bCs/>
          <w:u w:val="single"/>
        </w:rPr>
        <w:t>0</w:t>
      </w:r>
      <w:r w:rsidRPr="00B06F85">
        <w:rPr>
          <w:rFonts w:ascii="Arial" w:hAnsi="Arial" w:cs="Arial"/>
          <w:b/>
          <w:bCs/>
          <w:u w:val="single"/>
        </w:rPr>
        <w:t xml:space="preserve">: 00hrs. </w:t>
      </w:r>
    </w:p>
    <w:p w14:paraId="232598FD" w14:textId="77777777" w:rsidR="006602C6" w:rsidRPr="00B06F85" w:rsidRDefault="006602C6" w:rsidP="001F3BD1">
      <w:pPr>
        <w:rPr>
          <w:rFonts w:ascii="Arial" w:hAnsi="Arial" w:cs="Arial"/>
          <w:b/>
          <w:bCs/>
          <w:u w:val="single"/>
        </w:rPr>
      </w:pPr>
    </w:p>
    <w:p w14:paraId="08E296D7" w14:textId="54B0E944" w:rsidR="006602C6" w:rsidRPr="006602C6" w:rsidRDefault="006602C6" w:rsidP="00E93608">
      <w:pPr>
        <w:jc w:val="both"/>
        <w:rPr>
          <w:rFonts w:ascii="Arial" w:hAnsi="Arial" w:cs="Arial"/>
          <w:b/>
          <w:bCs/>
        </w:rPr>
      </w:pPr>
      <w:r w:rsidRPr="00B06F85">
        <w:rPr>
          <w:rFonts w:ascii="Arial" w:hAnsi="Arial" w:cs="Arial"/>
          <w:b/>
          <w:bCs/>
        </w:rPr>
        <w:t xml:space="preserve">En uso de la voz: </w:t>
      </w:r>
    </w:p>
    <w:p w14:paraId="51A992A9" w14:textId="2D7ADB8E" w:rsidR="006602C6" w:rsidRPr="001F3BD1" w:rsidRDefault="006602C6" w:rsidP="00E93608">
      <w:pPr>
        <w:jc w:val="both"/>
        <w:rPr>
          <w:rFonts w:ascii="Arial" w:hAnsi="Arial" w:cs="Arial"/>
          <w:sz w:val="16"/>
          <w:szCs w:val="16"/>
        </w:rPr>
      </w:pPr>
      <w:r>
        <w:rPr>
          <w:rFonts w:ascii="Arial" w:hAnsi="Arial" w:cs="Arial"/>
          <w:b/>
          <w:bCs/>
          <w:sz w:val="24"/>
          <w:szCs w:val="24"/>
        </w:rPr>
        <w:t xml:space="preserve">C. MIGUEL MARENTES. - </w:t>
      </w:r>
      <w:r w:rsidRPr="00E93608">
        <w:rPr>
          <w:rFonts w:ascii="Arial" w:hAnsi="Arial" w:cs="Arial"/>
          <w:sz w:val="24"/>
          <w:szCs w:val="24"/>
        </w:rPr>
        <w:t>Buenos días, compañeras, compañeros. Muy buenos días. Gracias por acompañarnos en esta sesión.</w:t>
      </w:r>
      <w:r w:rsidR="00E93608" w:rsidRPr="00E93608">
        <w:rPr>
          <w:rFonts w:ascii="Arial" w:hAnsi="Arial" w:cs="Arial"/>
          <w:sz w:val="24"/>
          <w:szCs w:val="24"/>
        </w:rPr>
        <w:t xml:space="preserve"> S</w:t>
      </w:r>
      <w:r w:rsidRPr="00E93608">
        <w:rPr>
          <w:rFonts w:ascii="Arial" w:hAnsi="Arial" w:cs="Arial"/>
          <w:sz w:val="24"/>
          <w:szCs w:val="24"/>
        </w:rPr>
        <w:t>iendo las 10</w:t>
      </w:r>
      <w:r w:rsidR="00E93608" w:rsidRPr="00E93608">
        <w:rPr>
          <w:rFonts w:ascii="Arial" w:hAnsi="Arial" w:cs="Arial"/>
          <w:sz w:val="24"/>
          <w:szCs w:val="24"/>
        </w:rPr>
        <w:t xml:space="preserve"> diez horas</w:t>
      </w:r>
      <w:r w:rsidRPr="00E93608">
        <w:rPr>
          <w:rFonts w:ascii="Arial" w:hAnsi="Arial" w:cs="Arial"/>
          <w:sz w:val="24"/>
          <w:szCs w:val="24"/>
        </w:rPr>
        <w:t xml:space="preserve"> con </w:t>
      </w:r>
      <w:r w:rsidR="00E93608" w:rsidRPr="00E93608">
        <w:rPr>
          <w:rFonts w:ascii="Arial" w:hAnsi="Arial" w:cs="Arial"/>
          <w:sz w:val="24"/>
          <w:szCs w:val="24"/>
        </w:rPr>
        <w:t xml:space="preserve">28 veintiocho minutos </w:t>
      </w:r>
      <w:r w:rsidRPr="00E93608">
        <w:rPr>
          <w:rFonts w:ascii="Arial" w:hAnsi="Arial" w:cs="Arial"/>
          <w:sz w:val="24"/>
          <w:szCs w:val="24"/>
        </w:rPr>
        <w:t>de este martes 28</w:t>
      </w:r>
      <w:r w:rsidR="00E93608">
        <w:rPr>
          <w:rFonts w:ascii="Arial" w:hAnsi="Arial" w:cs="Arial"/>
          <w:sz w:val="24"/>
          <w:szCs w:val="24"/>
        </w:rPr>
        <w:t xml:space="preserve"> veintiocho</w:t>
      </w:r>
      <w:r w:rsidRPr="00E93608">
        <w:rPr>
          <w:rFonts w:ascii="Arial" w:hAnsi="Arial" w:cs="Arial"/>
          <w:sz w:val="24"/>
          <w:szCs w:val="24"/>
        </w:rPr>
        <w:t xml:space="preserve"> de julio de 2026</w:t>
      </w:r>
      <w:r w:rsidR="00E93608">
        <w:rPr>
          <w:rFonts w:ascii="Arial" w:hAnsi="Arial" w:cs="Arial"/>
          <w:sz w:val="24"/>
          <w:szCs w:val="24"/>
        </w:rPr>
        <w:t xml:space="preserve"> dos mil veintiséis</w:t>
      </w:r>
      <w:r w:rsidRPr="00E93608">
        <w:rPr>
          <w:rFonts w:ascii="Arial" w:hAnsi="Arial" w:cs="Arial"/>
          <w:sz w:val="24"/>
          <w:szCs w:val="24"/>
        </w:rPr>
        <w:t>, damos</w:t>
      </w:r>
      <w:r w:rsidR="00E93608">
        <w:rPr>
          <w:rFonts w:ascii="Arial" w:hAnsi="Arial" w:cs="Arial"/>
          <w:sz w:val="24"/>
          <w:szCs w:val="24"/>
        </w:rPr>
        <w:t xml:space="preserve"> </w:t>
      </w:r>
      <w:r w:rsidRPr="00E93608">
        <w:rPr>
          <w:rFonts w:ascii="Arial" w:hAnsi="Arial" w:cs="Arial"/>
          <w:sz w:val="24"/>
          <w:szCs w:val="24"/>
        </w:rPr>
        <w:t>reanudación, a esta 15</w:t>
      </w:r>
      <w:r w:rsidR="00E93608">
        <w:rPr>
          <w:rFonts w:ascii="Arial" w:hAnsi="Arial" w:cs="Arial"/>
          <w:sz w:val="24"/>
          <w:szCs w:val="24"/>
        </w:rPr>
        <w:t xml:space="preserve"> decima quinta</w:t>
      </w:r>
      <w:r w:rsidRPr="00E93608">
        <w:rPr>
          <w:rFonts w:ascii="Arial" w:hAnsi="Arial" w:cs="Arial"/>
          <w:sz w:val="24"/>
          <w:szCs w:val="24"/>
        </w:rPr>
        <w:t xml:space="preserve"> sesión ordinaria de la Comisión</w:t>
      </w:r>
      <w:r w:rsidR="00E93608">
        <w:rPr>
          <w:rFonts w:ascii="Arial" w:hAnsi="Arial" w:cs="Arial"/>
          <w:sz w:val="24"/>
          <w:szCs w:val="24"/>
        </w:rPr>
        <w:t xml:space="preserve"> </w:t>
      </w:r>
      <w:proofErr w:type="gramStart"/>
      <w:r w:rsidRPr="00E93608">
        <w:rPr>
          <w:rFonts w:ascii="Arial" w:hAnsi="Arial" w:cs="Arial"/>
          <w:sz w:val="24"/>
          <w:szCs w:val="24"/>
        </w:rPr>
        <w:t>Edi</w:t>
      </w:r>
      <w:r w:rsidR="00E93608">
        <w:rPr>
          <w:rFonts w:ascii="Arial" w:hAnsi="Arial" w:cs="Arial"/>
          <w:sz w:val="24"/>
          <w:szCs w:val="24"/>
        </w:rPr>
        <w:t>licia</w:t>
      </w:r>
      <w:proofErr w:type="gramEnd"/>
      <w:r w:rsidR="00E93608">
        <w:rPr>
          <w:rFonts w:ascii="Arial" w:hAnsi="Arial" w:cs="Arial"/>
          <w:sz w:val="24"/>
          <w:szCs w:val="24"/>
        </w:rPr>
        <w:t xml:space="preserve"> </w:t>
      </w:r>
      <w:r w:rsidRPr="00E93608">
        <w:rPr>
          <w:rFonts w:ascii="Arial" w:hAnsi="Arial" w:cs="Arial"/>
          <w:sz w:val="24"/>
          <w:szCs w:val="24"/>
        </w:rPr>
        <w:t>Per</w:t>
      </w:r>
      <w:r w:rsidR="00E93608">
        <w:rPr>
          <w:rFonts w:ascii="Arial" w:hAnsi="Arial" w:cs="Arial"/>
          <w:sz w:val="24"/>
          <w:szCs w:val="24"/>
        </w:rPr>
        <w:t>manente</w:t>
      </w:r>
      <w:r w:rsidRPr="00E93608">
        <w:rPr>
          <w:rFonts w:ascii="Arial" w:hAnsi="Arial" w:cs="Arial"/>
          <w:sz w:val="24"/>
          <w:szCs w:val="24"/>
        </w:rPr>
        <w:t xml:space="preserve"> de Hacienda Pública Patrimonio Municipal, no sin antes verificar el </w:t>
      </w:r>
      <w:r w:rsidR="00E93608">
        <w:rPr>
          <w:rFonts w:ascii="Arial" w:hAnsi="Arial" w:cs="Arial"/>
          <w:sz w:val="24"/>
          <w:szCs w:val="24"/>
        </w:rPr>
        <w:t>qu</w:t>
      </w:r>
      <w:r w:rsidRPr="00E93608">
        <w:rPr>
          <w:rFonts w:ascii="Arial" w:hAnsi="Arial" w:cs="Arial"/>
          <w:sz w:val="24"/>
          <w:szCs w:val="24"/>
        </w:rPr>
        <w:t>órum legal.</w:t>
      </w:r>
      <w:r w:rsidR="00E93608">
        <w:rPr>
          <w:rFonts w:ascii="Arial" w:hAnsi="Arial" w:cs="Arial"/>
          <w:sz w:val="24"/>
          <w:szCs w:val="24"/>
        </w:rPr>
        <w:t xml:space="preserve"> </w:t>
      </w:r>
      <w:r w:rsidRPr="00E93608">
        <w:rPr>
          <w:rFonts w:ascii="Arial" w:hAnsi="Arial" w:cs="Arial"/>
          <w:sz w:val="24"/>
          <w:szCs w:val="24"/>
        </w:rPr>
        <w:t>Ciudadana Claudi</w:t>
      </w:r>
      <w:r w:rsidR="00E93608">
        <w:rPr>
          <w:rFonts w:ascii="Arial" w:hAnsi="Arial" w:cs="Arial"/>
          <w:sz w:val="24"/>
          <w:szCs w:val="24"/>
        </w:rPr>
        <w:t>a</w:t>
      </w:r>
      <w:r w:rsidRPr="00E93608">
        <w:rPr>
          <w:rFonts w:ascii="Arial" w:hAnsi="Arial" w:cs="Arial"/>
          <w:sz w:val="24"/>
          <w:szCs w:val="24"/>
        </w:rPr>
        <w:t xml:space="preserve"> Margarita Robl</w:t>
      </w:r>
      <w:r w:rsidR="00E93608">
        <w:rPr>
          <w:rFonts w:ascii="Arial" w:hAnsi="Arial" w:cs="Arial"/>
          <w:sz w:val="24"/>
          <w:szCs w:val="24"/>
        </w:rPr>
        <w:t>es</w:t>
      </w:r>
      <w:r w:rsidRPr="00E93608">
        <w:rPr>
          <w:rFonts w:ascii="Arial" w:hAnsi="Arial" w:cs="Arial"/>
          <w:sz w:val="24"/>
          <w:szCs w:val="24"/>
        </w:rPr>
        <w:t xml:space="preserve"> Gómez, </w:t>
      </w:r>
      <w:r w:rsidR="00E93608">
        <w:rPr>
          <w:rFonts w:ascii="Arial" w:hAnsi="Arial" w:cs="Arial"/>
          <w:sz w:val="24"/>
          <w:szCs w:val="24"/>
        </w:rPr>
        <w:t>C</w:t>
      </w:r>
      <w:r w:rsidRPr="00E93608">
        <w:rPr>
          <w:rFonts w:ascii="Arial" w:hAnsi="Arial" w:cs="Arial"/>
          <w:sz w:val="24"/>
          <w:szCs w:val="24"/>
        </w:rPr>
        <w:t xml:space="preserve">iudadana María </w:t>
      </w:r>
      <w:r w:rsidR="00E93608">
        <w:rPr>
          <w:rFonts w:ascii="Arial" w:hAnsi="Arial" w:cs="Arial"/>
          <w:sz w:val="24"/>
          <w:szCs w:val="24"/>
        </w:rPr>
        <w:t>Hidani</w:t>
      </w:r>
      <w:r w:rsidRPr="00E93608">
        <w:rPr>
          <w:rFonts w:ascii="Arial" w:hAnsi="Arial" w:cs="Arial"/>
          <w:sz w:val="24"/>
          <w:szCs w:val="24"/>
        </w:rPr>
        <w:t>a Romero Rodríguez, ciudadano José Bertín Chávez Vargas,</w:t>
      </w:r>
      <w:r w:rsidR="00E93608">
        <w:rPr>
          <w:rFonts w:ascii="Arial" w:hAnsi="Arial" w:cs="Arial"/>
          <w:sz w:val="24"/>
          <w:szCs w:val="24"/>
        </w:rPr>
        <w:t xml:space="preserve"> </w:t>
      </w:r>
      <w:r w:rsidRPr="00E93608">
        <w:rPr>
          <w:rFonts w:ascii="Arial" w:hAnsi="Arial" w:cs="Arial"/>
          <w:sz w:val="24"/>
          <w:szCs w:val="24"/>
        </w:rPr>
        <w:t>bueno, ahorita verificamos el quórum legal. Sí,</w:t>
      </w:r>
      <w:r w:rsidR="00E93608">
        <w:rPr>
          <w:rFonts w:ascii="Arial" w:hAnsi="Arial" w:cs="Arial"/>
          <w:sz w:val="24"/>
          <w:szCs w:val="24"/>
        </w:rPr>
        <w:t xml:space="preserve"> </w:t>
      </w:r>
      <w:r w:rsidRPr="00E93608">
        <w:rPr>
          <w:rFonts w:ascii="Arial" w:hAnsi="Arial" w:cs="Arial"/>
          <w:sz w:val="24"/>
          <w:szCs w:val="24"/>
        </w:rPr>
        <w:t>Regidor Bertín Chávez Vargas está presente</w:t>
      </w:r>
      <w:r w:rsidR="00E93608">
        <w:rPr>
          <w:rFonts w:ascii="Arial" w:hAnsi="Arial" w:cs="Arial"/>
          <w:sz w:val="24"/>
          <w:szCs w:val="24"/>
        </w:rPr>
        <w:t xml:space="preserve">. </w:t>
      </w:r>
      <w:r w:rsidRPr="00E93608">
        <w:rPr>
          <w:rFonts w:ascii="Arial" w:hAnsi="Arial" w:cs="Arial"/>
          <w:sz w:val="24"/>
          <w:szCs w:val="24"/>
        </w:rPr>
        <w:t>Ciudadano Gustavo López Sandoval</w:t>
      </w:r>
      <w:r>
        <w:rPr>
          <w:rFonts w:ascii="Arial" w:hAnsi="Arial" w:cs="Arial"/>
          <w:sz w:val="24"/>
          <w:szCs w:val="24"/>
        </w:rPr>
        <w:t xml:space="preserve"> Presente</w:t>
      </w:r>
      <w:r w:rsidRPr="00E93608">
        <w:rPr>
          <w:rFonts w:ascii="Arial" w:hAnsi="Arial" w:cs="Arial"/>
          <w:sz w:val="24"/>
          <w:szCs w:val="24"/>
        </w:rPr>
        <w:t xml:space="preserve">, el de la voz ciudadano Miguel Marentes presente. Por lo que contamos con </w:t>
      </w:r>
      <w:r>
        <w:rPr>
          <w:rFonts w:ascii="Arial" w:hAnsi="Arial" w:cs="Arial"/>
          <w:sz w:val="24"/>
          <w:szCs w:val="24"/>
        </w:rPr>
        <w:t>tres</w:t>
      </w:r>
      <w:r w:rsidRPr="00E93608">
        <w:rPr>
          <w:rFonts w:ascii="Arial" w:hAnsi="Arial" w:cs="Arial"/>
          <w:sz w:val="24"/>
          <w:szCs w:val="24"/>
        </w:rPr>
        <w:t xml:space="preserve"> de cinco integrantes de esta comisión de por lo que contamos con el </w:t>
      </w:r>
      <w:r w:rsidR="00BE33B4">
        <w:rPr>
          <w:rFonts w:ascii="Arial" w:hAnsi="Arial" w:cs="Arial"/>
          <w:sz w:val="24"/>
          <w:szCs w:val="24"/>
        </w:rPr>
        <w:t>q</w:t>
      </w:r>
      <w:r w:rsidRPr="00E93608">
        <w:rPr>
          <w:rFonts w:ascii="Arial" w:hAnsi="Arial" w:cs="Arial"/>
          <w:sz w:val="24"/>
          <w:szCs w:val="24"/>
        </w:rPr>
        <w:t>uórum lega</w:t>
      </w:r>
      <w:r w:rsidR="00BE33B4">
        <w:rPr>
          <w:rFonts w:ascii="Arial" w:hAnsi="Arial" w:cs="Arial"/>
          <w:sz w:val="24"/>
          <w:szCs w:val="24"/>
        </w:rPr>
        <w:t>l</w:t>
      </w:r>
      <w:r w:rsidR="001F3BD1">
        <w:rPr>
          <w:rFonts w:ascii="Arial" w:hAnsi="Arial" w:cs="Arial"/>
          <w:sz w:val="24"/>
          <w:szCs w:val="24"/>
        </w:rPr>
        <w:t xml:space="preserve">, para sesionar. </w:t>
      </w:r>
      <w:r w:rsidR="00BE33B4">
        <w:rPr>
          <w:rFonts w:ascii="Arial" w:hAnsi="Arial" w:cs="Arial"/>
          <w:sz w:val="24"/>
          <w:szCs w:val="24"/>
        </w:rPr>
        <w:t xml:space="preserve"> </w:t>
      </w:r>
    </w:p>
    <w:tbl>
      <w:tblPr>
        <w:tblStyle w:val="Tablaconcuadrcula"/>
        <w:tblW w:w="0" w:type="auto"/>
        <w:tblLook w:val="04A0" w:firstRow="1" w:lastRow="0" w:firstColumn="1" w:lastColumn="0" w:noHBand="0" w:noVBand="1"/>
      </w:tblPr>
      <w:tblGrid>
        <w:gridCol w:w="9530"/>
      </w:tblGrid>
      <w:tr w:rsidR="006602C6" w:rsidRPr="001F3BD1" w14:paraId="1B11DBE2" w14:textId="77777777" w:rsidTr="006602C6">
        <w:tc>
          <w:tcPr>
            <w:tcW w:w="9530" w:type="dxa"/>
          </w:tcPr>
          <w:p w14:paraId="1AE9EC10" w14:textId="025E1C9B" w:rsidR="006602C6" w:rsidRPr="001F3BD1" w:rsidRDefault="006602C6" w:rsidP="006602C6">
            <w:pPr>
              <w:jc w:val="center"/>
              <w:rPr>
                <w:rFonts w:ascii="Arial" w:hAnsi="Arial" w:cs="Arial"/>
                <w:b/>
                <w:bCs/>
                <w:sz w:val="16"/>
                <w:szCs w:val="16"/>
              </w:rPr>
            </w:pPr>
            <w:r w:rsidRPr="001F3BD1">
              <w:rPr>
                <w:rFonts w:ascii="Arial" w:hAnsi="Arial" w:cs="Arial"/>
                <w:b/>
                <w:bCs/>
                <w:sz w:val="16"/>
                <w:szCs w:val="16"/>
              </w:rPr>
              <w:t>LISTA DE ASISTENCIA</w:t>
            </w:r>
          </w:p>
        </w:tc>
      </w:tr>
    </w:tbl>
    <w:p w14:paraId="14E21111" w14:textId="77777777" w:rsidR="006602C6" w:rsidRPr="001F3BD1" w:rsidRDefault="006602C6" w:rsidP="00E93608">
      <w:pPr>
        <w:jc w:val="both"/>
        <w:rPr>
          <w:rFonts w:ascii="Arial" w:hAnsi="Arial" w:cs="Arial"/>
          <w:sz w:val="16"/>
          <w:szCs w:val="16"/>
        </w:rPr>
      </w:pPr>
    </w:p>
    <w:tbl>
      <w:tblPr>
        <w:tblStyle w:val="Tablaconcuadrcula"/>
        <w:tblpPr w:leftFromText="141" w:rightFromText="141" w:vertAnchor="text" w:horzAnchor="margin" w:tblpXSpec="center" w:tblpY="20"/>
        <w:tblW w:w="9493" w:type="dxa"/>
        <w:tblLayout w:type="fixed"/>
        <w:tblLook w:val="04A0" w:firstRow="1" w:lastRow="0" w:firstColumn="1" w:lastColumn="0" w:noHBand="0" w:noVBand="1"/>
      </w:tblPr>
      <w:tblGrid>
        <w:gridCol w:w="5098"/>
        <w:gridCol w:w="1701"/>
        <w:gridCol w:w="993"/>
        <w:gridCol w:w="1701"/>
      </w:tblGrid>
      <w:tr w:rsidR="006602C6" w:rsidRPr="001F3BD1" w14:paraId="60EBAD18" w14:textId="77777777" w:rsidTr="0035273C">
        <w:trPr>
          <w:trHeight w:val="699"/>
        </w:trPr>
        <w:tc>
          <w:tcPr>
            <w:tcW w:w="5098" w:type="dxa"/>
          </w:tcPr>
          <w:p w14:paraId="19F7C28A" w14:textId="77777777" w:rsidR="006602C6" w:rsidRPr="001F3BD1" w:rsidRDefault="006602C6" w:rsidP="0035273C">
            <w:pPr>
              <w:spacing w:line="276" w:lineRule="auto"/>
              <w:jc w:val="both"/>
              <w:rPr>
                <w:rFonts w:ascii="Arial" w:hAnsi="Arial" w:cs="Arial"/>
                <w:b/>
                <w:bCs/>
                <w:sz w:val="16"/>
                <w:szCs w:val="16"/>
              </w:rPr>
            </w:pPr>
            <w:r w:rsidRPr="001F3BD1">
              <w:rPr>
                <w:rFonts w:ascii="Arial" w:hAnsi="Arial" w:cs="Arial"/>
                <w:b/>
                <w:bCs/>
                <w:sz w:val="16"/>
                <w:szCs w:val="16"/>
              </w:rPr>
              <w:t>Nombre</w:t>
            </w:r>
          </w:p>
        </w:tc>
        <w:tc>
          <w:tcPr>
            <w:tcW w:w="1701" w:type="dxa"/>
          </w:tcPr>
          <w:p w14:paraId="50EEF5FC" w14:textId="77777777" w:rsidR="006602C6" w:rsidRPr="001F3BD1" w:rsidRDefault="006602C6" w:rsidP="0035273C">
            <w:pPr>
              <w:spacing w:line="276" w:lineRule="auto"/>
              <w:jc w:val="both"/>
              <w:rPr>
                <w:rFonts w:ascii="Arial" w:hAnsi="Arial" w:cs="Arial"/>
                <w:b/>
                <w:bCs/>
                <w:sz w:val="16"/>
                <w:szCs w:val="16"/>
              </w:rPr>
            </w:pPr>
            <w:r w:rsidRPr="001F3BD1">
              <w:rPr>
                <w:rFonts w:ascii="Arial" w:hAnsi="Arial" w:cs="Arial"/>
                <w:b/>
                <w:bCs/>
                <w:sz w:val="16"/>
                <w:szCs w:val="16"/>
              </w:rPr>
              <w:t>Asistencia</w:t>
            </w:r>
          </w:p>
        </w:tc>
        <w:tc>
          <w:tcPr>
            <w:tcW w:w="993" w:type="dxa"/>
          </w:tcPr>
          <w:p w14:paraId="7A5F93D1" w14:textId="77777777" w:rsidR="006602C6" w:rsidRPr="001F3BD1" w:rsidRDefault="006602C6" w:rsidP="0035273C">
            <w:pPr>
              <w:spacing w:line="276" w:lineRule="auto"/>
              <w:jc w:val="both"/>
              <w:rPr>
                <w:rFonts w:ascii="Arial" w:hAnsi="Arial" w:cs="Arial"/>
                <w:b/>
                <w:bCs/>
                <w:sz w:val="16"/>
                <w:szCs w:val="16"/>
              </w:rPr>
            </w:pPr>
            <w:r w:rsidRPr="001F3BD1">
              <w:rPr>
                <w:rFonts w:ascii="Arial" w:hAnsi="Arial" w:cs="Arial"/>
                <w:b/>
                <w:bCs/>
                <w:sz w:val="16"/>
                <w:szCs w:val="16"/>
              </w:rPr>
              <w:t>Falta</w:t>
            </w:r>
          </w:p>
        </w:tc>
        <w:tc>
          <w:tcPr>
            <w:tcW w:w="1701" w:type="dxa"/>
          </w:tcPr>
          <w:p w14:paraId="3FB6BFDF" w14:textId="77777777" w:rsidR="006602C6" w:rsidRPr="001F3BD1" w:rsidRDefault="006602C6" w:rsidP="0035273C">
            <w:pPr>
              <w:spacing w:line="276" w:lineRule="auto"/>
              <w:jc w:val="center"/>
              <w:rPr>
                <w:rFonts w:ascii="Arial" w:hAnsi="Arial" w:cs="Arial"/>
                <w:b/>
                <w:bCs/>
                <w:sz w:val="16"/>
                <w:szCs w:val="16"/>
              </w:rPr>
            </w:pPr>
            <w:r w:rsidRPr="001F3BD1">
              <w:rPr>
                <w:rFonts w:ascii="Arial" w:hAnsi="Arial" w:cs="Arial"/>
                <w:b/>
                <w:bCs/>
                <w:sz w:val="16"/>
                <w:szCs w:val="16"/>
              </w:rPr>
              <w:t>Falta Justificada</w:t>
            </w:r>
          </w:p>
        </w:tc>
      </w:tr>
      <w:tr w:rsidR="006602C6" w:rsidRPr="001F3BD1" w14:paraId="62ECBD46" w14:textId="77777777" w:rsidTr="0035273C">
        <w:tc>
          <w:tcPr>
            <w:tcW w:w="5098" w:type="dxa"/>
          </w:tcPr>
          <w:p w14:paraId="4C5C5ED0" w14:textId="77777777" w:rsidR="006602C6" w:rsidRPr="001F3BD1" w:rsidRDefault="006602C6" w:rsidP="0035273C">
            <w:pPr>
              <w:spacing w:line="276" w:lineRule="auto"/>
              <w:jc w:val="both"/>
              <w:rPr>
                <w:rFonts w:ascii="Arial" w:hAnsi="Arial" w:cs="Arial"/>
                <w:sz w:val="16"/>
                <w:szCs w:val="16"/>
              </w:rPr>
            </w:pPr>
            <w:r w:rsidRPr="001F3BD1">
              <w:rPr>
                <w:rFonts w:ascii="Arial" w:hAnsi="Arial" w:cs="Arial"/>
                <w:sz w:val="16"/>
                <w:szCs w:val="16"/>
              </w:rPr>
              <w:t>C. CLAUDIA MARGARITA ROBLES GÓMEZ</w:t>
            </w:r>
          </w:p>
        </w:tc>
        <w:tc>
          <w:tcPr>
            <w:tcW w:w="1701" w:type="dxa"/>
          </w:tcPr>
          <w:p w14:paraId="0EAE3D63" w14:textId="77777777" w:rsidR="006602C6" w:rsidRPr="001F3BD1" w:rsidRDefault="006602C6" w:rsidP="0035273C">
            <w:pPr>
              <w:spacing w:line="276" w:lineRule="auto"/>
              <w:jc w:val="center"/>
              <w:rPr>
                <w:rFonts w:ascii="Arial" w:hAnsi="Arial" w:cs="Arial"/>
                <w:sz w:val="16"/>
                <w:szCs w:val="16"/>
              </w:rPr>
            </w:pPr>
          </w:p>
        </w:tc>
        <w:tc>
          <w:tcPr>
            <w:tcW w:w="993" w:type="dxa"/>
          </w:tcPr>
          <w:p w14:paraId="4D75C10D" w14:textId="7FBEB111" w:rsidR="006602C6" w:rsidRPr="001F3BD1" w:rsidRDefault="006602C6" w:rsidP="0035273C">
            <w:pPr>
              <w:spacing w:line="276" w:lineRule="auto"/>
              <w:jc w:val="center"/>
              <w:rPr>
                <w:rFonts w:ascii="Arial" w:hAnsi="Arial" w:cs="Arial"/>
                <w:sz w:val="16"/>
                <w:szCs w:val="16"/>
              </w:rPr>
            </w:pPr>
          </w:p>
        </w:tc>
        <w:tc>
          <w:tcPr>
            <w:tcW w:w="1701" w:type="dxa"/>
          </w:tcPr>
          <w:p w14:paraId="397BF181" w14:textId="77777777" w:rsidR="006602C6" w:rsidRPr="001F3BD1" w:rsidRDefault="006602C6" w:rsidP="0035273C">
            <w:pPr>
              <w:spacing w:line="276" w:lineRule="auto"/>
              <w:jc w:val="both"/>
              <w:rPr>
                <w:rFonts w:ascii="Arial" w:hAnsi="Arial" w:cs="Arial"/>
                <w:sz w:val="16"/>
                <w:szCs w:val="16"/>
              </w:rPr>
            </w:pPr>
          </w:p>
        </w:tc>
      </w:tr>
      <w:tr w:rsidR="006602C6" w:rsidRPr="001F3BD1" w14:paraId="051967AF" w14:textId="77777777" w:rsidTr="0035273C">
        <w:tc>
          <w:tcPr>
            <w:tcW w:w="5098" w:type="dxa"/>
          </w:tcPr>
          <w:p w14:paraId="2F261759" w14:textId="77777777" w:rsidR="006602C6" w:rsidRPr="001F3BD1" w:rsidRDefault="006602C6" w:rsidP="0035273C">
            <w:pPr>
              <w:spacing w:line="276" w:lineRule="auto"/>
              <w:jc w:val="both"/>
              <w:rPr>
                <w:rFonts w:ascii="Arial" w:hAnsi="Arial" w:cs="Arial"/>
                <w:sz w:val="16"/>
                <w:szCs w:val="16"/>
              </w:rPr>
            </w:pPr>
            <w:r w:rsidRPr="001F3BD1">
              <w:rPr>
                <w:rFonts w:ascii="Arial" w:hAnsi="Arial" w:cs="Arial"/>
                <w:sz w:val="16"/>
                <w:szCs w:val="16"/>
              </w:rPr>
              <w:t>C. MARÍA ROMERO RODRÍGUEZ</w:t>
            </w:r>
          </w:p>
        </w:tc>
        <w:tc>
          <w:tcPr>
            <w:tcW w:w="1701" w:type="dxa"/>
          </w:tcPr>
          <w:p w14:paraId="635A80E7" w14:textId="519BE225" w:rsidR="006602C6" w:rsidRPr="001F3BD1" w:rsidRDefault="006602C6" w:rsidP="0035273C">
            <w:pPr>
              <w:spacing w:line="276" w:lineRule="auto"/>
              <w:jc w:val="center"/>
              <w:rPr>
                <w:rFonts w:ascii="Arial" w:hAnsi="Arial" w:cs="Arial"/>
                <w:sz w:val="16"/>
                <w:szCs w:val="16"/>
              </w:rPr>
            </w:pPr>
          </w:p>
        </w:tc>
        <w:tc>
          <w:tcPr>
            <w:tcW w:w="993" w:type="dxa"/>
          </w:tcPr>
          <w:p w14:paraId="22101A60" w14:textId="77777777" w:rsidR="006602C6" w:rsidRPr="001F3BD1" w:rsidRDefault="006602C6" w:rsidP="0035273C">
            <w:pPr>
              <w:spacing w:line="276" w:lineRule="auto"/>
              <w:jc w:val="center"/>
              <w:rPr>
                <w:rFonts w:ascii="Arial" w:hAnsi="Arial" w:cs="Arial"/>
                <w:sz w:val="16"/>
                <w:szCs w:val="16"/>
              </w:rPr>
            </w:pPr>
          </w:p>
        </w:tc>
        <w:tc>
          <w:tcPr>
            <w:tcW w:w="1701" w:type="dxa"/>
          </w:tcPr>
          <w:p w14:paraId="5ED0A366" w14:textId="77777777" w:rsidR="006602C6" w:rsidRPr="001F3BD1" w:rsidRDefault="006602C6" w:rsidP="0035273C">
            <w:pPr>
              <w:spacing w:line="276" w:lineRule="auto"/>
              <w:jc w:val="both"/>
              <w:rPr>
                <w:rFonts w:ascii="Arial" w:hAnsi="Arial" w:cs="Arial"/>
                <w:sz w:val="16"/>
                <w:szCs w:val="16"/>
              </w:rPr>
            </w:pPr>
          </w:p>
        </w:tc>
      </w:tr>
      <w:tr w:rsidR="006602C6" w:rsidRPr="001F3BD1" w14:paraId="7BFE70DD" w14:textId="77777777" w:rsidTr="0035273C">
        <w:tc>
          <w:tcPr>
            <w:tcW w:w="5098" w:type="dxa"/>
          </w:tcPr>
          <w:p w14:paraId="3AAB6011" w14:textId="77777777" w:rsidR="006602C6" w:rsidRPr="001F3BD1" w:rsidRDefault="006602C6" w:rsidP="0035273C">
            <w:pPr>
              <w:spacing w:line="276" w:lineRule="auto"/>
              <w:jc w:val="both"/>
              <w:rPr>
                <w:rFonts w:ascii="Arial" w:hAnsi="Arial" w:cs="Arial"/>
                <w:sz w:val="16"/>
                <w:szCs w:val="16"/>
              </w:rPr>
            </w:pPr>
            <w:r w:rsidRPr="001F3BD1">
              <w:rPr>
                <w:rFonts w:ascii="Arial" w:hAnsi="Arial" w:cs="Arial"/>
                <w:sz w:val="16"/>
                <w:szCs w:val="16"/>
              </w:rPr>
              <w:t>C. JOSÉ BERTIN CHÁVEZ VARGAS</w:t>
            </w:r>
          </w:p>
        </w:tc>
        <w:tc>
          <w:tcPr>
            <w:tcW w:w="1701" w:type="dxa"/>
          </w:tcPr>
          <w:p w14:paraId="5B914E8E" w14:textId="77777777" w:rsidR="006602C6" w:rsidRPr="001F3BD1" w:rsidRDefault="006602C6" w:rsidP="0035273C">
            <w:pPr>
              <w:spacing w:line="276" w:lineRule="auto"/>
              <w:jc w:val="center"/>
              <w:rPr>
                <w:rFonts w:ascii="Arial" w:hAnsi="Arial" w:cs="Arial"/>
                <w:sz w:val="16"/>
                <w:szCs w:val="16"/>
              </w:rPr>
            </w:pPr>
            <w:r w:rsidRPr="001F3BD1">
              <w:rPr>
                <w:bCs/>
                <w:noProof/>
                <w:sz w:val="16"/>
                <w:szCs w:val="16"/>
              </w:rPr>
              <w:drawing>
                <wp:inline distT="0" distB="0" distL="0" distR="0" wp14:anchorId="0B782F19" wp14:editId="1CB3778C">
                  <wp:extent cx="201295" cy="201295"/>
                  <wp:effectExtent l="0" t="0" r="8255" b="8255"/>
                  <wp:docPr id="240454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707F8A61" w14:textId="77777777" w:rsidR="006602C6" w:rsidRPr="001F3BD1" w:rsidRDefault="006602C6" w:rsidP="0035273C">
            <w:pPr>
              <w:spacing w:line="276" w:lineRule="auto"/>
              <w:jc w:val="center"/>
              <w:rPr>
                <w:rFonts w:ascii="Arial" w:hAnsi="Arial" w:cs="Arial"/>
                <w:sz w:val="16"/>
                <w:szCs w:val="16"/>
              </w:rPr>
            </w:pPr>
          </w:p>
        </w:tc>
        <w:tc>
          <w:tcPr>
            <w:tcW w:w="1701" w:type="dxa"/>
          </w:tcPr>
          <w:p w14:paraId="67ECA18C" w14:textId="77777777" w:rsidR="006602C6" w:rsidRPr="001F3BD1" w:rsidRDefault="006602C6" w:rsidP="0035273C">
            <w:pPr>
              <w:spacing w:line="276" w:lineRule="auto"/>
              <w:jc w:val="both"/>
              <w:rPr>
                <w:rFonts w:ascii="Arial" w:hAnsi="Arial" w:cs="Arial"/>
                <w:sz w:val="16"/>
                <w:szCs w:val="16"/>
              </w:rPr>
            </w:pPr>
          </w:p>
        </w:tc>
      </w:tr>
      <w:tr w:rsidR="006602C6" w:rsidRPr="001F3BD1" w14:paraId="0182CF19" w14:textId="77777777" w:rsidTr="0035273C">
        <w:tc>
          <w:tcPr>
            <w:tcW w:w="5098" w:type="dxa"/>
          </w:tcPr>
          <w:p w14:paraId="6B3CDBE6" w14:textId="77777777" w:rsidR="006602C6" w:rsidRPr="001F3BD1" w:rsidRDefault="006602C6" w:rsidP="0035273C">
            <w:pPr>
              <w:spacing w:line="276" w:lineRule="auto"/>
              <w:jc w:val="both"/>
              <w:rPr>
                <w:rFonts w:ascii="Arial" w:hAnsi="Arial" w:cs="Arial"/>
                <w:sz w:val="16"/>
                <w:szCs w:val="16"/>
              </w:rPr>
            </w:pPr>
            <w:r w:rsidRPr="001F3BD1">
              <w:rPr>
                <w:rFonts w:ascii="Arial" w:hAnsi="Arial" w:cs="Arial"/>
                <w:sz w:val="16"/>
                <w:szCs w:val="16"/>
              </w:rPr>
              <w:t>C. GUSTAVO LÓPEZ SANDOVAL</w:t>
            </w:r>
          </w:p>
        </w:tc>
        <w:tc>
          <w:tcPr>
            <w:tcW w:w="1701" w:type="dxa"/>
          </w:tcPr>
          <w:p w14:paraId="18CCEC16" w14:textId="55F4E3BB" w:rsidR="006602C6" w:rsidRPr="001F3BD1" w:rsidRDefault="006602C6" w:rsidP="0035273C">
            <w:pPr>
              <w:spacing w:line="276" w:lineRule="auto"/>
              <w:jc w:val="center"/>
              <w:rPr>
                <w:rFonts w:ascii="Arial" w:hAnsi="Arial" w:cs="Arial"/>
                <w:sz w:val="16"/>
                <w:szCs w:val="16"/>
              </w:rPr>
            </w:pPr>
            <w:r w:rsidRPr="001F3BD1">
              <w:rPr>
                <w:bCs/>
                <w:noProof/>
                <w:sz w:val="16"/>
                <w:szCs w:val="16"/>
              </w:rPr>
              <w:drawing>
                <wp:inline distT="0" distB="0" distL="0" distR="0" wp14:anchorId="2ED14EAF" wp14:editId="2EC44992">
                  <wp:extent cx="201295" cy="201295"/>
                  <wp:effectExtent l="0" t="0" r="8255" b="8255"/>
                  <wp:docPr id="1417682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0889C044" w14:textId="71293C22" w:rsidR="006602C6" w:rsidRPr="001F3BD1" w:rsidRDefault="006602C6" w:rsidP="0035273C">
            <w:pPr>
              <w:spacing w:line="276" w:lineRule="auto"/>
              <w:jc w:val="center"/>
              <w:rPr>
                <w:rFonts w:ascii="Arial" w:hAnsi="Arial" w:cs="Arial"/>
                <w:sz w:val="16"/>
                <w:szCs w:val="16"/>
              </w:rPr>
            </w:pPr>
          </w:p>
        </w:tc>
        <w:tc>
          <w:tcPr>
            <w:tcW w:w="1701" w:type="dxa"/>
          </w:tcPr>
          <w:p w14:paraId="27A1B3FE" w14:textId="77777777" w:rsidR="006602C6" w:rsidRPr="001F3BD1" w:rsidRDefault="006602C6" w:rsidP="0035273C">
            <w:pPr>
              <w:spacing w:line="276" w:lineRule="auto"/>
              <w:jc w:val="center"/>
              <w:rPr>
                <w:rFonts w:ascii="Arial" w:hAnsi="Arial" w:cs="Arial"/>
                <w:sz w:val="16"/>
                <w:szCs w:val="16"/>
              </w:rPr>
            </w:pPr>
          </w:p>
        </w:tc>
      </w:tr>
      <w:tr w:rsidR="006602C6" w:rsidRPr="001F3BD1" w14:paraId="653A4F95" w14:textId="77777777" w:rsidTr="0035273C">
        <w:tc>
          <w:tcPr>
            <w:tcW w:w="5098" w:type="dxa"/>
          </w:tcPr>
          <w:p w14:paraId="124FB1ED" w14:textId="77777777" w:rsidR="006602C6" w:rsidRPr="001F3BD1" w:rsidRDefault="006602C6" w:rsidP="0035273C">
            <w:pPr>
              <w:spacing w:line="276" w:lineRule="auto"/>
              <w:jc w:val="both"/>
              <w:rPr>
                <w:rFonts w:ascii="Arial" w:hAnsi="Arial" w:cs="Arial"/>
                <w:sz w:val="16"/>
                <w:szCs w:val="16"/>
              </w:rPr>
            </w:pPr>
            <w:r w:rsidRPr="001F3BD1">
              <w:rPr>
                <w:rFonts w:ascii="Arial" w:hAnsi="Arial" w:cs="Arial"/>
                <w:sz w:val="16"/>
                <w:szCs w:val="16"/>
              </w:rPr>
              <w:t>C. MIGUEL MARENTES</w:t>
            </w:r>
          </w:p>
        </w:tc>
        <w:tc>
          <w:tcPr>
            <w:tcW w:w="1701" w:type="dxa"/>
          </w:tcPr>
          <w:p w14:paraId="16697B49" w14:textId="77777777" w:rsidR="006602C6" w:rsidRPr="001F3BD1" w:rsidRDefault="006602C6" w:rsidP="0035273C">
            <w:pPr>
              <w:spacing w:line="276" w:lineRule="auto"/>
              <w:jc w:val="center"/>
              <w:rPr>
                <w:rFonts w:ascii="Arial" w:hAnsi="Arial" w:cs="Arial"/>
                <w:sz w:val="16"/>
                <w:szCs w:val="16"/>
              </w:rPr>
            </w:pPr>
            <w:r w:rsidRPr="001F3BD1">
              <w:rPr>
                <w:bCs/>
                <w:noProof/>
                <w:sz w:val="16"/>
                <w:szCs w:val="16"/>
              </w:rPr>
              <w:drawing>
                <wp:inline distT="0" distB="0" distL="0" distR="0" wp14:anchorId="0624F97B" wp14:editId="53838F71">
                  <wp:extent cx="201295" cy="201295"/>
                  <wp:effectExtent l="0" t="0" r="8255" b="8255"/>
                  <wp:docPr id="856367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67AB689C" w14:textId="77777777" w:rsidR="006602C6" w:rsidRPr="001F3BD1" w:rsidRDefault="006602C6" w:rsidP="0035273C">
            <w:pPr>
              <w:spacing w:line="276" w:lineRule="auto"/>
              <w:jc w:val="center"/>
              <w:rPr>
                <w:rFonts w:ascii="Arial" w:hAnsi="Arial" w:cs="Arial"/>
                <w:sz w:val="16"/>
                <w:szCs w:val="16"/>
              </w:rPr>
            </w:pPr>
          </w:p>
        </w:tc>
        <w:tc>
          <w:tcPr>
            <w:tcW w:w="1701" w:type="dxa"/>
          </w:tcPr>
          <w:p w14:paraId="35D91D00" w14:textId="77777777" w:rsidR="006602C6" w:rsidRPr="001F3BD1" w:rsidRDefault="006602C6" w:rsidP="0035273C">
            <w:pPr>
              <w:spacing w:line="276" w:lineRule="auto"/>
              <w:jc w:val="both"/>
              <w:rPr>
                <w:rFonts w:ascii="Arial" w:hAnsi="Arial" w:cs="Arial"/>
                <w:sz w:val="16"/>
                <w:szCs w:val="16"/>
              </w:rPr>
            </w:pPr>
          </w:p>
        </w:tc>
      </w:tr>
    </w:tbl>
    <w:p w14:paraId="2E834F6D" w14:textId="77777777" w:rsidR="006602C6" w:rsidRPr="001F3BD1" w:rsidRDefault="006602C6" w:rsidP="00E93608">
      <w:pPr>
        <w:jc w:val="both"/>
        <w:rPr>
          <w:rFonts w:ascii="Arial" w:hAnsi="Arial" w:cs="Arial"/>
          <w:sz w:val="16"/>
          <w:szCs w:val="16"/>
        </w:rPr>
      </w:pPr>
    </w:p>
    <w:p w14:paraId="3970AE30" w14:textId="3FB56F80" w:rsidR="0076260C" w:rsidRDefault="00000000" w:rsidP="00E93608">
      <w:pPr>
        <w:jc w:val="both"/>
        <w:rPr>
          <w:rFonts w:ascii="Arial" w:hAnsi="Arial" w:cs="Arial"/>
          <w:sz w:val="24"/>
          <w:szCs w:val="24"/>
        </w:rPr>
      </w:pPr>
      <w:r w:rsidRPr="00E93608">
        <w:rPr>
          <w:rFonts w:ascii="Arial" w:hAnsi="Arial" w:cs="Arial"/>
          <w:sz w:val="24"/>
          <w:szCs w:val="24"/>
        </w:rPr>
        <w:lastRenderedPageBreak/>
        <w:t xml:space="preserve">No sin antes agradecer la presencia del </w:t>
      </w:r>
      <w:r w:rsidR="00BE33B4">
        <w:rPr>
          <w:rFonts w:ascii="Arial" w:hAnsi="Arial" w:cs="Arial"/>
          <w:sz w:val="24"/>
          <w:szCs w:val="24"/>
        </w:rPr>
        <w:t>I</w:t>
      </w:r>
      <w:r w:rsidRPr="00E93608">
        <w:rPr>
          <w:rFonts w:ascii="Arial" w:hAnsi="Arial" w:cs="Arial"/>
          <w:sz w:val="24"/>
          <w:szCs w:val="24"/>
        </w:rPr>
        <w:t xml:space="preserve">ngeniero Juan Carlos Romo Peña, coordinador de Dima. Muchas gracias por </w:t>
      </w:r>
      <w:r w:rsidR="00BE33B4" w:rsidRPr="00E93608">
        <w:rPr>
          <w:rFonts w:ascii="Arial" w:hAnsi="Arial" w:cs="Arial"/>
          <w:sz w:val="24"/>
          <w:szCs w:val="24"/>
        </w:rPr>
        <w:t>acompañarnos</w:t>
      </w:r>
      <w:r w:rsidR="00BE33B4">
        <w:rPr>
          <w:rFonts w:ascii="Arial" w:hAnsi="Arial" w:cs="Arial"/>
          <w:sz w:val="24"/>
          <w:szCs w:val="24"/>
        </w:rPr>
        <w:t xml:space="preserve"> </w:t>
      </w:r>
      <w:r w:rsidRPr="00E93608">
        <w:rPr>
          <w:rFonts w:ascii="Arial" w:hAnsi="Arial" w:cs="Arial"/>
          <w:sz w:val="24"/>
          <w:szCs w:val="24"/>
        </w:rPr>
        <w:t>Ingeniero</w:t>
      </w:r>
      <w:r w:rsidR="00BE33B4">
        <w:rPr>
          <w:rFonts w:ascii="Arial" w:hAnsi="Arial" w:cs="Arial"/>
          <w:sz w:val="24"/>
          <w:szCs w:val="24"/>
        </w:rPr>
        <w:t>, L</w:t>
      </w:r>
      <w:r w:rsidRPr="00E93608">
        <w:rPr>
          <w:rFonts w:ascii="Arial" w:hAnsi="Arial" w:cs="Arial"/>
          <w:sz w:val="24"/>
          <w:szCs w:val="24"/>
        </w:rPr>
        <w:t xml:space="preserve">icenciado Jorge Jesús Juárez Parra, director de </w:t>
      </w:r>
      <w:r w:rsidR="00BE33B4">
        <w:rPr>
          <w:rFonts w:ascii="Arial" w:hAnsi="Arial" w:cs="Arial"/>
          <w:sz w:val="24"/>
          <w:szCs w:val="24"/>
        </w:rPr>
        <w:t>L</w:t>
      </w:r>
      <w:r w:rsidRPr="00E93608">
        <w:rPr>
          <w:rFonts w:ascii="Arial" w:hAnsi="Arial" w:cs="Arial"/>
          <w:sz w:val="24"/>
          <w:szCs w:val="24"/>
        </w:rPr>
        <w:t xml:space="preserve">a </w:t>
      </w:r>
      <w:r w:rsidR="00BE33B4">
        <w:rPr>
          <w:rFonts w:ascii="Arial" w:hAnsi="Arial" w:cs="Arial"/>
          <w:sz w:val="24"/>
          <w:szCs w:val="24"/>
        </w:rPr>
        <w:t>F</w:t>
      </w:r>
      <w:r w:rsidRPr="00E93608">
        <w:rPr>
          <w:rFonts w:ascii="Arial" w:hAnsi="Arial" w:cs="Arial"/>
          <w:sz w:val="24"/>
          <w:szCs w:val="24"/>
        </w:rPr>
        <w:t>eria</w:t>
      </w:r>
      <w:r w:rsidR="007924DB">
        <w:rPr>
          <w:rFonts w:ascii="Arial" w:hAnsi="Arial" w:cs="Arial"/>
          <w:sz w:val="24"/>
          <w:szCs w:val="24"/>
        </w:rPr>
        <w:t>,</w:t>
      </w:r>
      <w:r w:rsidRPr="00E93608">
        <w:rPr>
          <w:rFonts w:ascii="Arial" w:hAnsi="Arial" w:cs="Arial"/>
          <w:sz w:val="24"/>
          <w:szCs w:val="24"/>
        </w:rPr>
        <w:t xml:space="preserve"> </w:t>
      </w:r>
      <w:r w:rsidR="007924DB">
        <w:rPr>
          <w:rFonts w:ascii="Arial" w:hAnsi="Arial" w:cs="Arial"/>
          <w:sz w:val="24"/>
          <w:szCs w:val="24"/>
        </w:rPr>
        <w:t>A</w:t>
      </w:r>
      <w:r w:rsidRPr="00E93608">
        <w:rPr>
          <w:rFonts w:ascii="Arial" w:hAnsi="Arial" w:cs="Arial"/>
          <w:sz w:val="24"/>
          <w:szCs w:val="24"/>
        </w:rPr>
        <w:t xml:space="preserve">rquitecto Braulio Andrade González, </w:t>
      </w:r>
      <w:r w:rsidR="007924DB">
        <w:rPr>
          <w:rFonts w:ascii="Arial" w:hAnsi="Arial" w:cs="Arial"/>
          <w:sz w:val="24"/>
          <w:szCs w:val="24"/>
        </w:rPr>
        <w:t>D</w:t>
      </w:r>
      <w:r w:rsidRPr="00E93608">
        <w:rPr>
          <w:rFonts w:ascii="Arial" w:hAnsi="Arial" w:cs="Arial"/>
          <w:sz w:val="24"/>
          <w:szCs w:val="24"/>
        </w:rPr>
        <w:t>irector d</w:t>
      </w:r>
      <w:r w:rsidR="007924DB">
        <w:rPr>
          <w:rFonts w:ascii="Arial" w:hAnsi="Arial" w:cs="Arial"/>
          <w:sz w:val="24"/>
          <w:szCs w:val="24"/>
        </w:rPr>
        <w:t>e O</w:t>
      </w:r>
      <w:r w:rsidRPr="00E93608">
        <w:rPr>
          <w:rFonts w:ascii="Arial" w:hAnsi="Arial" w:cs="Arial"/>
          <w:sz w:val="24"/>
          <w:szCs w:val="24"/>
        </w:rPr>
        <w:t xml:space="preserve">rdenamiento </w:t>
      </w:r>
      <w:r w:rsidR="007924DB">
        <w:rPr>
          <w:rFonts w:ascii="Arial" w:hAnsi="Arial" w:cs="Arial"/>
          <w:sz w:val="24"/>
          <w:szCs w:val="24"/>
        </w:rPr>
        <w:t>T</w:t>
      </w:r>
      <w:r w:rsidRPr="00E93608">
        <w:rPr>
          <w:rFonts w:ascii="Arial" w:hAnsi="Arial" w:cs="Arial"/>
          <w:sz w:val="24"/>
          <w:szCs w:val="24"/>
        </w:rPr>
        <w:t>erritorial, personal de tesorería municipal también muchas gracias por acompañarnos y demás regidores e invitados que también nos acompañan en esta sesión</w:t>
      </w:r>
      <w:r w:rsidR="007924DB">
        <w:rPr>
          <w:rFonts w:ascii="Arial" w:hAnsi="Arial" w:cs="Arial"/>
          <w:sz w:val="24"/>
          <w:szCs w:val="24"/>
        </w:rPr>
        <w:t>, B</w:t>
      </w:r>
      <w:r w:rsidRPr="00E93608">
        <w:rPr>
          <w:rFonts w:ascii="Arial" w:hAnsi="Arial" w:cs="Arial"/>
          <w:sz w:val="24"/>
          <w:szCs w:val="24"/>
        </w:rPr>
        <w:t>ueno, vamos a continuar y si bien el día de hoy está programada la Dirección General de Gestión de la Ciudad, ya para concluir</w:t>
      </w:r>
      <w:r w:rsidR="007924DB">
        <w:rPr>
          <w:rFonts w:ascii="Arial" w:hAnsi="Arial" w:cs="Arial"/>
          <w:sz w:val="24"/>
          <w:szCs w:val="24"/>
        </w:rPr>
        <w:t xml:space="preserve"> </w:t>
      </w:r>
      <w:r w:rsidRPr="00E93608">
        <w:rPr>
          <w:rFonts w:ascii="Arial" w:hAnsi="Arial" w:cs="Arial"/>
          <w:sz w:val="24"/>
          <w:szCs w:val="24"/>
        </w:rPr>
        <w:t>el análisis de esta ley de ingresos 2027</w:t>
      </w:r>
      <w:r w:rsidR="007924DB">
        <w:rPr>
          <w:rFonts w:ascii="Arial" w:hAnsi="Arial" w:cs="Arial"/>
          <w:sz w:val="24"/>
          <w:szCs w:val="24"/>
        </w:rPr>
        <w:t xml:space="preserve"> dos mil veintisiete</w:t>
      </w:r>
      <w:r w:rsidRPr="00E93608">
        <w:rPr>
          <w:rFonts w:ascii="Arial" w:hAnsi="Arial" w:cs="Arial"/>
          <w:sz w:val="24"/>
          <w:szCs w:val="24"/>
        </w:rPr>
        <w:t>, me gustaría ceder el uso de la voz al director de la feria para que nos</w:t>
      </w:r>
      <w:r w:rsidR="007924DB">
        <w:rPr>
          <w:rFonts w:ascii="Arial" w:hAnsi="Arial" w:cs="Arial"/>
          <w:sz w:val="24"/>
          <w:szCs w:val="24"/>
        </w:rPr>
        <w:t xml:space="preserve"> </w:t>
      </w:r>
      <w:r w:rsidRPr="00E93608">
        <w:rPr>
          <w:rFonts w:ascii="Arial" w:hAnsi="Arial" w:cs="Arial"/>
          <w:sz w:val="24"/>
          <w:szCs w:val="24"/>
        </w:rPr>
        <w:t>haga una aclaración respecto a lo que tratamos ayer, por favor. Muchas gracias.</w:t>
      </w:r>
    </w:p>
    <w:p w14:paraId="65990F54" w14:textId="3B6B566B" w:rsidR="00435B45" w:rsidRDefault="0076260C"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Muy buenos días. Muchas gracias, regidor. Buenos días, regidores, regidoras</w:t>
      </w:r>
      <w:r>
        <w:rPr>
          <w:rFonts w:ascii="Arial" w:hAnsi="Arial" w:cs="Arial"/>
          <w:sz w:val="24"/>
          <w:szCs w:val="24"/>
        </w:rPr>
        <w:t>,</w:t>
      </w:r>
      <w:r w:rsidRPr="00E93608">
        <w:rPr>
          <w:rFonts w:ascii="Arial" w:hAnsi="Arial" w:cs="Arial"/>
          <w:sz w:val="24"/>
          <w:szCs w:val="24"/>
        </w:rPr>
        <w:t xml:space="preserve"> el día de ayer tratamos efectivamente el tema de la Expo agrícola, en el cual se señala </w:t>
      </w:r>
      <w:r>
        <w:rPr>
          <w:rFonts w:ascii="Arial" w:hAnsi="Arial" w:cs="Arial"/>
          <w:sz w:val="24"/>
          <w:szCs w:val="24"/>
        </w:rPr>
        <w:t xml:space="preserve">la </w:t>
      </w:r>
      <w:r w:rsidRPr="00E93608">
        <w:rPr>
          <w:rFonts w:ascii="Arial" w:hAnsi="Arial" w:cs="Arial"/>
          <w:sz w:val="24"/>
          <w:szCs w:val="24"/>
        </w:rPr>
        <w:t>renta por utilizar el inmueble para utilizar el inmueble este por la E</w:t>
      </w:r>
      <w:r>
        <w:rPr>
          <w:rFonts w:ascii="Arial" w:hAnsi="Arial" w:cs="Arial"/>
          <w:sz w:val="24"/>
          <w:szCs w:val="24"/>
        </w:rPr>
        <w:t>xpo</w:t>
      </w:r>
      <w:r w:rsidRPr="00E93608">
        <w:rPr>
          <w:rFonts w:ascii="Arial" w:hAnsi="Arial" w:cs="Arial"/>
          <w:sz w:val="24"/>
          <w:szCs w:val="24"/>
        </w:rPr>
        <w:t xml:space="preserve"> agrícola de </w:t>
      </w:r>
      <w:r w:rsidR="00A74614">
        <w:rPr>
          <w:rFonts w:ascii="Arial" w:hAnsi="Arial" w:cs="Arial"/>
          <w:sz w:val="24"/>
          <w:szCs w:val="24"/>
        </w:rPr>
        <w:t>$</w:t>
      </w:r>
      <w:r w:rsidRPr="00E93608">
        <w:rPr>
          <w:rFonts w:ascii="Arial" w:hAnsi="Arial" w:cs="Arial"/>
          <w:sz w:val="24"/>
          <w:szCs w:val="24"/>
        </w:rPr>
        <w:t>100,000</w:t>
      </w:r>
      <w:r w:rsidR="00A74614">
        <w:rPr>
          <w:rFonts w:ascii="Arial" w:hAnsi="Arial" w:cs="Arial"/>
          <w:sz w:val="24"/>
          <w:szCs w:val="24"/>
        </w:rPr>
        <w:t>.00</w:t>
      </w:r>
      <w:r>
        <w:rPr>
          <w:rFonts w:ascii="Arial" w:hAnsi="Arial" w:cs="Arial"/>
          <w:sz w:val="24"/>
          <w:szCs w:val="24"/>
        </w:rPr>
        <w:t xml:space="preserve"> </w:t>
      </w:r>
      <w:r w:rsidRPr="00E93608">
        <w:rPr>
          <w:rFonts w:ascii="Arial" w:hAnsi="Arial" w:cs="Arial"/>
          <w:sz w:val="24"/>
          <w:szCs w:val="24"/>
        </w:rPr>
        <w:t>pesos.</w:t>
      </w:r>
      <w:r>
        <w:rPr>
          <w:rFonts w:ascii="Arial" w:hAnsi="Arial" w:cs="Arial"/>
          <w:sz w:val="24"/>
          <w:szCs w:val="24"/>
        </w:rPr>
        <w:t xml:space="preserve"> </w:t>
      </w:r>
      <w:r w:rsidRPr="00E93608">
        <w:rPr>
          <w:rFonts w:ascii="Arial" w:hAnsi="Arial" w:cs="Arial"/>
          <w:sz w:val="24"/>
          <w:szCs w:val="24"/>
        </w:rPr>
        <w:t>Yo les comentaba el año en la el día de ayer que el representante Dima, quien organiza la asociación civil que</w:t>
      </w:r>
      <w:r>
        <w:rPr>
          <w:rFonts w:ascii="Arial" w:hAnsi="Arial" w:cs="Arial"/>
          <w:sz w:val="24"/>
          <w:szCs w:val="24"/>
        </w:rPr>
        <w:t xml:space="preserve"> </w:t>
      </w:r>
      <w:r w:rsidRPr="00E93608">
        <w:rPr>
          <w:rFonts w:ascii="Arial" w:hAnsi="Arial" w:cs="Arial"/>
          <w:sz w:val="24"/>
          <w:szCs w:val="24"/>
        </w:rPr>
        <w:t>organiza la Expo agrícola, tenía un sustento para solicitar un mejor precio o disminuir el precio. Les voy platicando el problema que hay</w:t>
      </w:r>
      <w:r w:rsidR="008B07FB">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Antes, por un solo precio, se rentaban tres polígonos en la feria, es decir, lo que le llamamos la explanada de la</w:t>
      </w:r>
      <w:r>
        <w:rPr>
          <w:rFonts w:ascii="Arial" w:hAnsi="Arial" w:cs="Arial"/>
          <w:sz w:val="24"/>
          <w:szCs w:val="24"/>
        </w:rPr>
        <w:t xml:space="preserve"> </w:t>
      </w:r>
      <w:r w:rsidRPr="00E93608">
        <w:rPr>
          <w:rFonts w:ascii="Arial" w:hAnsi="Arial" w:cs="Arial"/>
          <w:sz w:val="24"/>
          <w:szCs w:val="24"/>
        </w:rPr>
        <w:t>feria, lo que eran las barras y antes estaba un palenque y luego también estaba una cancha de fútbol. Por un solo</w:t>
      </w:r>
      <w:r>
        <w:rPr>
          <w:rFonts w:ascii="Arial" w:hAnsi="Arial" w:cs="Arial"/>
          <w:sz w:val="24"/>
          <w:szCs w:val="24"/>
        </w:rPr>
        <w:t xml:space="preserve"> </w:t>
      </w:r>
      <w:r w:rsidRPr="00E93608">
        <w:rPr>
          <w:rFonts w:ascii="Arial" w:hAnsi="Arial" w:cs="Arial"/>
          <w:sz w:val="24"/>
          <w:szCs w:val="24"/>
        </w:rPr>
        <w:t xml:space="preserve">precio de </w:t>
      </w:r>
      <w:r w:rsidR="00A74614">
        <w:rPr>
          <w:rFonts w:ascii="Arial" w:hAnsi="Arial" w:cs="Arial"/>
          <w:sz w:val="24"/>
          <w:szCs w:val="24"/>
        </w:rPr>
        <w:t>$</w:t>
      </w:r>
      <w:r w:rsidRPr="00E93608">
        <w:rPr>
          <w:rFonts w:ascii="Arial" w:hAnsi="Arial" w:cs="Arial"/>
          <w:sz w:val="24"/>
          <w:szCs w:val="24"/>
        </w:rPr>
        <w:t>120,000</w:t>
      </w:r>
      <w:r w:rsidR="00A74614">
        <w:rPr>
          <w:rFonts w:ascii="Arial" w:hAnsi="Arial" w:cs="Arial"/>
          <w:sz w:val="24"/>
          <w:szCs w:val="24"/>
        </w:rPr>
        <w:t>.00</w:t>
      </w:r>
      <w:r w:rsidRPr="00E93608">
        <w:rPr>
          <w:rFonts w:ascii="Arial" w:hAnsi="Arial" w:cs="Arial"/>
          <w:sz w:val="24"/>
          <w:szCs w:val="24"/>
        </w:rPr>
        <w:t xml:space="preserve">, </w:t>
      </w:r>
      <w:r w:rsidR="00A74614">
        <w:rPr>
          <w:rFonts w:ascii="Arial" w:hAnsi="Arial" w:cs="Arial"/>
          <w:sz w:val="24"/>
          <w:szCs w:val="24"/>
        </w:rPr>
        <w:t>$</w:t>
      </w:r>
      <w:r w:rsidRPr="00E93608">
        <w:rPr>
          <w:rFonts w:ascii="Arial" w:hAnsi="Arial" w:cs="Arial"/>
          <w:sz w:val="24"/>
          <w:szCs w:val="24"/>
        </w:rPr>
        <w:t>125,000</w:t>
      </w:r>
      <w:r w:rsidR="00A74614">
        <w:rPr>
          <w:rFonts w:ascii="Arial" w:hAnsi="Arial" w:cs="Arial"/>
          <w:sz w:val="24"/>
          <w:szCs w:val="24"/>
        </w:rPr>
        <w:t>.00</w:t>
      </w:r>
      <w:r>
        <w:rPr>
          <w:rFonts w:ascii="Arial" w:hAnsi="Arial" w:cs="Arial"/>
          <w:sz w:val="24"/>
          <w:szCs w:val="24"/>
        </w:rPr>
        <w:t xml:space="preserve"> ciento veinticinco</w:t>
      </w:r>
      <w:r w:rsidRPr="00E93608">
        <w:rPr>
          <w:rFonts w:ascii="Arial" w:hAnsi="Arial" w:cs="Arial"/>
          <w:sz w:val="24"/>
          <w:szCs w:val="24"/>
        </w:rPr>
        <w:t xml:space="preserve"> pesos se rentaban tres polígonos. Sí, como ustedes saben, dos de esos polígonos, el</w:t>
      </w:r>
      <w:r>
        <w:rPr>
          <w:rFonts w:ascii="Arial" w:hAnsi="Arial" w:cs="Arial"/>
          <w:sz w:val="24"/>
          <w:szCs w:val="24"/>
        </w:rPr>
        <w:t xml:space="preserve"> </w:t>
      </w:r>
      <w:r w:rsidRPr="00E93608">
        <w:rPr>
          <w:rFonts w:ascii="Arial" w:hAnsi="Arial" w:cs="Arial"/>
          <w:sz w:val="24"/>
          <w:szCs w:val="24"/>
        </w:rPr>
        <w:t>de la cancha de fútbol y la parte donde eran las barras y el palenque, fueron otorgadas en un comodato para lo</w:t>
      </w:r>
      <w:r>
        <w:rPr>
          <w:rFonts w:ascii="Arial" w:hAnsi="Arial" w:cs="Arial"/>
          <w:sz w:val="24"/>
          <w:szCs w:val="24"/>
        </w:rPr>
        <w:t xml:space="preserve"> </w:t>
      </w:r>
      <w:r w:rsidRPr="00E93608">
        <w:rPr>
          <w:rFonts w:ascii="Arial" w:hAnsi="Arial" w:cs="Arial"/>
          <w:sz w:val="24"/>
          <w:szCs w:val="24"/>
        </w:rPr>
        <w:t>de la clínica del I</w:t>
      </w:r>
      <w:r>
        <w:rPr>
          <w:rFonts w:ascii="Arial" w:hAnsi="Arial" w:cs="Arial"/>
          <w:sz w:val="24"/>
          <w:szCs w:val="24"/>
        </w:rPr>
        <w:t>SS</w:t>
      </w:r>
      <w:r w:rsidR="00A74614">
        <w:rPr>
          <w:rFonts w:ascii="Arial" w:hAnsi="Arial" w:cs="Arial"/>
          <w:sz w:val="24"/>
          <w:szCs w:val="24"/>
        </w:rPr>
        <w:t>S</w:t>
      </w:r>
      <w:r>
        <w:rPr>
          <w:rFonts w:ascii="Arial" w:hAnsi="Arial" w:cs="Arial"/>
          <w:sz w:val="24"/>
          <w:szCs w:val="24"/>
        </w:rPr>
        <w:t xml:space="preserve">TE </w:t>
      </w:r>
      <w:r w:rsidRPr="00E93608">
        <w:rPr>
          <w:rFonts w:ascii="Arial" w:hAnsi="Arial" w:cs="Arial"/>
          <w:sz w:val="24"/>
          <w:szCs w:val="24"/>
        </w:rPr>
        <w:t>y esa propiedad ya no le pertenece al gobierno municipal, pero la renta siguió subsistiendo en el</w:t>
      </w:r>
      <w:r>
        <w:rPr>
          <w:rFonts w:ascii="Arial" w:hAnsi="Arial" w:cs="Arial"/>
          <w:sz w:val="24"/>
          <w:szCs w:val="24"/>
        </w:rPr>
        <w:t xml:space="preserve"> </w:t>
      </w:r>
      <w:r w:rsidRPr="00E93608">
        <w:rPr>
          <w:rFonts w:ascii="Arial" w:hAnsi="Arial" w:cs="Arial"/>
          <w:sz w:val="24"/>
          <w:szCs w:val="24"/>
        </w:rPr>
        <w:t>2025</w:t>
      </w:r>
      <w:r>
        <w:rPr>
          <w:rFonts w:ascii="Arial" w:hAnsi="Arial" w:cs="Arial"/>
          <w:sz w:val="24"/>
          <w:szCs w:val="24"/>
        </w:rPr>
        <w:t xml:space="preserve"> dos mil veinticinco</w:t>
      </w:r>
      <w:r w:rsidRPr="00E93608">
        <w:rPr>
          <w:rFonts w:ascii="Arial" w:hAnsi="Arial" w:cs="Arial"/>
          <w:sz w:val="24"/>
          <w:szCs w:val="24"/>
        </w:rPr>
        <w:t>, ¿sí? Es decir, en el 2025</w:t>
      </w:r>
      <w:r>
        <w:rPr>
          <w:rFonts w:ascii="Arial" w:hAnsi="Arial" w:cs="Arial"/>
          <w:sz w:val="24"/>
          <w:szCs w:val="24"/>
        </w:rPr>
        <w:t xml:space="preserve"> dos mil veinticinco</w:t>
      </w:r>
      <w:r w:rsidRPr="00E93608">
        <w:rPr>
          <w:rFonts w:ascii="Arial" w:hAnsi="Arial" w:cs="Arial"/>
          <w:sz w:val="24"/>
          <w:szCs w:val="24"/>
        </w:rPr>
        <w:t xml:space="preserve"> Juan Carlos presenta o Dima, en este caso, Dima, presenta una solit</w:t>
      </w:r>
      <w:r w:rsidR="00435B45">
        <w:rPr>
          <w:rFonts w:ascii="Arial" w:hAnsi="Arial" w:cs="Arial"/>
          <w:sz w:val="24"/>
          <w:szCs w:val="24"/>
        </w:rPr>
        <w:t xml:space="preserve">ud </w:t>
      </w:r>
      <w:r w:rsidRPr="00E93608">
        <w:rPr>
          <w:rFonts w:ascii="Arial" w:hAnsi="Arial" w:cs="Arial"/>
          <w:sz w:val="24"/>
          <w:szCs w:val="24"/>
        </w:rPr>
        <w:t>diciendo, "Oye, me estás cobrando mucho más del 2024</w:t>
      </w:r>
      <w:r w:rsidR="00435B45">
        <w:rPr>
          <w:rFonts w:ascii="Arial" w:hAnsi="Arial" w:cs="Arial"/>
          <w:sz w:val="24"/>
          <w:szCs w:val="24"/>
        </w:rPr>
        <w:t xml:space="preserve"> dos mil veinticuatro</w:t>
      </w:r>
      <w:r w:rsidRPr="00E93608">
        <w:rPr>
          <w:rFonts w:ascii="Arial" w:hAnsi="Arial" w:cs="Arial"/>
          <w:sz w:val="24"/>
          <w:szCs w:val="24"/>
        </w:rPr>
        <w:t>, pero a solamente me estás rentando un solo polígono."</w:t>
      </w:r>
      <w:r w:rsidR="00435B45">
        <w:rPr>
          <w:rFonts w:ascii="Arial" w:hAnsi="Arial" w:cs="Arial"/>
          <w:sz w:val="24"/>
          <w:szCs w:val="24"/>
        </w:rPr>
        <w:t xml:space="preserve"> </w:t>
      </w:r>
      <w:r w:rsidRPr="00E93608">
        <w:rPr>
          <w:rFonts w:ascii="Arial" w:hAnsi="Arial" w:cs="Arial"/>
          <w:sz w:val="24"/>
          <w:szCs w:val="24"/>
        </w:rPr>
        <w:t>Los que están en la junta de gobierno del Comité de Feria presentó un escrito señalando efectivamente sacando la parte</w:t>
      </w:r>
      <w:r w:rsidR="00435B45">
        <w:rPr>
          <w:rFonts w:ascii="Arial" w:hAnsi="Arial" w:cs="Arial"/>
          <w:sz w:val="24"/>
          <w:szCs w:val="24"/>
        </w:rPr>
        <w:t xml:space="preserve"> </w:t>
      </w:r>
      <w:r w:rsidRPr="00E93608">
        <w:rPr>
          <w:rFonts w:ascii="Arial" w:hAnsi="Arial" w:cs="Arial"/>
          <w:sz w:val="24"/>
          <w:szCs w:val="24"/>
        </w:rPr>
        <w:t>proporcional por metros cuadrados efectivamente a lo que correspondía. Es decir, en una en un general lo que correspondía y lo que quedaba del</w:t>
      </w:r>
      <w:r w:rsidR="00435B45">
        <w:rPr>
          <w:rFonts w:ascii="Arial" w:hAnsi="Arial" w:cs="Arial"/>
          <w:sz w:val="24"/>
          <w:szCs w:val="24"/>
        </w:rPr>
        <w:t xml:space="preserve"> </w:t>
      </w:r>
      <w:r w:rsidRPr="00E93608">
        <w:rPr>
          <w:rFonts w:ascii="Arial" w:hAnsi="Arial" w:cs="Arial"/>
          <w:sz w:val="24"/>
          <w:szCs w:val="24"/>
        </w:rPr>
        <w:t xml:space="preserve">polígono de la explanada, quedaba como una cantidad como de </w:t>
      </w:r>
      <w:r w:rsidR="00A74614">
        <w:rPr>
          <w:rFonts w:ascii="Arial" w:hAnsi="Arial" w:cs="Arial"/>
          <w:sz w:val="24"/>
          <w:szCs w:val="24"/>
        </w:rPr>
        <w:t>$</w:t>
      </w:r>
      <w:r w:rsidRPr="00E93608">
        <w:rPr>
          <w:rFonts w:ascii="Arial" w:hAnsi="Arial" w:cs="Arial"/>
          <w:sz w:val="24"/>
          <w:szCs w:val="24"/>
        </w:rPr>
        <w:t>66,000</w:t>
      </w:r>
      <w:r w:rsidR="00A74614">
        <w:rPr>
          <w:rFonts w:ascii="Arial" w:hAnsi="Arial" w:cs="Arial"/>
          <w:sz w:val="24"/>
          <w:szCs w:val="24"/>
        </w:rPr>
        <w:t>.00</w:t>
      </w:r>
      <w:r w:rsidRPr="00E93608">
        <w:rPr>
          <w:rFonts w:ascii="Arial" w:hAnsi="Arial" w:cs="Arial"/>
          <w:sz w:val="24"/>
          <w:szCs w:val="24"/>
        </w:rPr>
        <w:t xml:space="preserve"> pes</w:t>
      </w:r>
      <w:r w:rsidR="008B07FB">
        <w:rPr>
          <w:rFonts w:ascii="Arial" w:hAnsi="Arial" w:cs="Arial"/>
          <w:sz w:val="24"/>
          <w:szCs w:val="24"/>
        </w:rPr>
        <w:t>os</w:t>
      </w:r>
      <w:r w:rsidRPr="00E93608">
        <w:rPr>
          <w:rFonts w:ascii="Arial" w:hAnsi="Arial" w:cs="Arial"/>
          <w:sz w:val="24"/>
          <w:szCs w:val="24"/>
        </w:rPr>
        <w:t xml:space="preserve"> más o menos aproximadamente. Se presenta en la junta de gobierno y se da ese descuento</w:t>
      </w:r>
      <w:r w:rsidR="00435B45">
        <w:rPr>
          <w:rFonts w:ascii="Arial" w:hAnsi="Arial" w:cs="Arial"/>
          <w:sz w:val="24"/>
          <w:szCs w:val="24"/>
        </w:rPr>
        <w:t xml:space="preserve"> </w:t>
      </w:r>
      <w:r w:rsidRPr="00E93608">
        <w:rPr>
          <w:rFonts w:ascii="Arial" w:hAnsi="Arial" w:cs="Arial"/>
          <w:sz w:val="24"/>
          <w:szCs w:val="24"/>
        </w:rPr>
        <w:t>de 120,000</w:t>
      </w:r>
      <w:r w:rsidR="00A74614">
        <w:rPr>
          <w:rFonts w:ascii="Arial" w:hAnsi="Arial" w:cs="Arial"/>
          <w:sz w:val="24"/>
          <w:szCs w:val="24"/>
        </w:rPr>
        <w:t>.00</w:t>
      </w:r>
      <w:r w:rsidR="00435B45">
        <w:rPr>
          <w:rFonts w:ascii="Arial" w:hAnsi="Arial" w:cs="Arial"/>
          <w:sz w:val="24"/>
          <w:szCs w:val="24"/>
        </w:rPr>
        <w:t xml:space="preserve"> ciento veinte mil</w:t>
      </w:r>
      <w:r w:rsidRPr="00E93608">
        <w:rPr>
          <w:rFonts w:ascii="Arial" w:hAnsi="Arial" w:cs="Arial"/>
          <w:sz w:val="24"/>
          <w:szCs w:val="24"/>
        </w:rPr>
        <w:t>, 125,000</w:t>
      </w:r>
      <w:r w:rsidR="00A74614">
        <w:rPr>
          <w:rFonts w:ascii="Arial" w:hAnsi="Arial" w:cs="Arial"/>
          <w:sz w:val="24"/>
          <w:szCs w:val="24"/>
        </w:rPr>
        <w:t>.00</w:t>
      </w:r>
      <w:r w:rsidR="00435B45">
        <w:rPr>
          <w:rFonts w:ascii="Arial" w:hAnsi="Arial" w:cs="Arial"/>
          <w:sz w:val="24"/>
          <w:szCs w:val="24"/>
        </w:rPr>
        <w:t xml:space="preserve"> ciento veinticinco mil </w:t>
      </w:r>
      <w:r w:rsidR="00435B45" w:rsidRPr="00E93608">
        <w:rPr>
          <w:rFonts w:ascii="Arial" w:hAnsi="Arial" w:cs="Arial"/>
          <w:sz w:val="24"/>
          <w:szCs w:val="24"/>
        </w:rPr>
        <w:t>a</w:t>
      </w:r>
      <w:r w:rsidRPr="00E93608">
        <w:rPr>
          <w:rFonts w:ascii="Arial" w:hAnsi="Arial" w:cs="Arial"/>
          <w:sz w:val="24"/>
          <w:szCs w:val="24"/>
        </w:rPr>
        <w:t xml:space="preserve"> 66,000 </w:t>
      </w:r>
      <w:r w:rsidR="00435B45">
        <w:rPr>
          <w:rFonts w:ascii="Arial" w:hAnsi="Arial" w:cs="Arial"/>
          <w:sz w:val="24"/>
          <w:szCs w:val="24"/>
        </w:rPr>
        <w:t xml:space="preserve">sesenta y seis mil </w:t>
      </w:r>
      <w:r w:rsidRPr="00E93608">
        <w:rPr>
          <w:rFonts w:ascii="Arial" w:hAnsi="Arial" w:cs="Arial"/>
          <w:sz w:val="24"/>
          <w:szCs w:val="24"/>
        </w:rPr>
        <w:t>pesos.</w:t>
      </w:r>
      <w:r w:rsidR="00435B45">
        <w:rPr>
          <w:rFonts w:ascii="Arial" w:hAnsi="Arial" w:cs="Arial"/>
          <w:sz w:val="24"/>
          <w:szCs w:val="24"/>
        </w:rPr>
        <w:t xml:space="preserve"> </w:t>
      </w:r>
      <w:r w:rsidRPr="00E93608">
        <w:rPr>
          <w:rFonts w:ascii="Arial" w:hAnsi="Arial" w:cs="Arial"/>
          <w:sz w:val="24"/>
          <w:szCs w:val="24"/>
        </w:rPr>
        <w:t>El año pasado se hace la modificación ya no de 120,000</w:t>
      </w:r>
      <w:r w:rsidR="00A74614">
        <w:rPr>
          <w:rFonts w:ascii="Arial" w:hAnsi="Arial" w:cs="Arial"/>
          <w:sz w:val="24"/>
          <w:szCs w:val="24"/>
        </w:rPr>
        <w:t>.00</w:t>
      </w:r>
      <w:r w:rsidRPr="00E93608">
        <w:rPr>
          <w:rFonts w:ascii="Arial" w:hAnsi="Arial" w:cs="Arial"/>
          <w:sz w:val="24"/>
          <w:szCs w:val="24"/>
        </w:rPr>
        <w:t xml:space="preserve"> </w:t>
      </w:r>
      <w:r w:rsidR="008B07FB">
        <w:rPr>
          <w:rFonts w:ascii="Arial" w:hAnsi="Arial" w:cs="Arial"/>
          <w:sz w:val="24"/>
          <w:szCs w:val="24"/>
        </w:rPr>
        <w:t xml:space="preserve">ciento veinte mil </w:t>
      </w:r>
      <w:r w:rsidRPr="00E93608">
        <w:rPr>
          <w:rFonts w:ascii="Arial" w:hAnsi="Arial" w:cs="Arial"/>
          <w:sz w:val="24"/>
          <w:szCs w:val="24"/>
        </w:rPr>
        <w:t>pes</w:t>
      </w:r>
      <w:r w:rsidR="00435B45">
        <w:rPr>
          <w:rFonts w:ascii="Arial" w:hAnsi="Arial" w:cs="Arial"/>
          <w:sz w:val="24"/>
          <w:szCs w:val="24"/>
        </w:rPr>
        <w:t>os</w:t>
      </w:r>
      <w:r w:rsidRPr="00E93608">
        <w:rPr>
          <w:rFonts w:ascii="Arial" w:hAnsi="Arial" w:cs="Arial"/>
          <w:sz w:val="24"/>
          <w:szCs w:val="24"/>
        </w:rPr>
        <w:t>, no de</w:t>
      </w:r>
      <w:r w:rsidR="00435B45">
        <w:rPr>
          <w:rFonts w:ascii="Arial" w:hAnsi="Arial" w:cs="Arial"/>
          <w:sz w:val="24"/>
          <w:szCs w:val="24"/>
        </w:rPr>
        <w:t xml:space="preserve"> </w:t>
      </w:r>
      <w:r w:rsidRPr="00E93608">
        <w:rPr>
          <w:rFonts w:ascii="Arial" w:hAnsi="Arial" w:cs="Arial"/>
          <w:sz w:val="24"/>
          <w:szCs w:val="24"/>
        </w:rPr>
        <w:t>125,000</w:t>
      </w:r>
      <w:r w:rsidR="00A74614">
        <w:rPr>
          <w:rFonts w:ascii="Arial" w:hAnsi="Arial" w:cs="Arial"/>
          <w:sz w:val="24"/>
          <w:szCs w:val="24"/>
        </w:rPr>
        <w:t>.00</w:t>
      </w:r>
      <w:r w:rsidR="00435B45">
        <w:rPr>
          <w:rFonts w:ascii="Arial" w:hAnsi="Arial" w:cs="Arial"/>
          <w:sz w:val="24"/>
          <w:szCs w:val="24"/>
        </w:rPr>
        <w:t xml:space="preserve"> ciento veinticinco</w:t>
      </w:r>
      <w:r w:rsidRPr="00E93608">
        <w:rPr>
          <w:rFonts w:ascii="Arial" w:hAnsi="Arial" w:cs="Arial"/>
          <w:sz w:val="24"/>
          <w:szCs w:val="24"/>
        </w:rPr>
        <w:t xml:space="preserve"> se baja a 100,000</w:t>
      </w:r>
      <w:r w:rsidR="00A74614">
        <w:rPr>
          <w:rFonts w:ascii="Arial" w:hAnsi="Arial" w:cs="Arial"/>
          <w:sz w:val="24"/>
          <w:szCs w:val="24"/>
        </w:rPr>
        <w:t>.00</w:t>
      </w:r>
      <w:r w:rsidR="00435B45">
        <w:rPr>
          <w:rFonts w:ascii="Arial" w:hAnsi="Arial" w:cs="Arial"/>
          <w:sz w:val="24"/>
          <w:szCs w:val="24"/>
        </w:rPr>
        <w:t xml:space="preserve"> cien mil pesos</w:t>
      </w:r>
      <w:r w:rsidRPr="00E93608">
        <w:rPr>
          <w:rFonts w:ascii="Arial" w:hAnsi="Arial" w:cs="Arial"/>
          <w:sz w:val="24"/>
          <w:szCs w:val="24"/>
        </w:rPr>
        <w:t xml:space="preserve">. El año pasado, la </w:t>
      </w:r>
      <w:r w:rsidR="00435B45" w:rsidRPr="00E93608">
        <w:rPr>
          <w:rFonts w:ascii="Arial" w:hAnsi="Arial" w:cs="Arial"/>
          <w:sz w:val="24"/>
          <w:szCs w:val="24"/>
        </w:rPr>
        <w:t>Expo</w:t>
      </w:r>
      <w:r w:rsidR="00435B45">
        <w:rPr>
          <w:rFonts w:ascii="Arial" w:hAnsi="Arial" w:cs="Arial"/>
          <w:sz w:val="24"/>
          <w:szCs w:val="24"/>
        </w:rPr>
        <w:t xml:space="preserve"> agrícola</w:t>
      </w:r>
      <w:r w:rsidRPr="00E93608">
        <w:rPr>
          <w:rFonts w:ascii="Arial" w:hAnsi="Arial" w:cs="Arial"/>
          <w:sz w:val="24"/>
          <w:szCs w:val="24"/>
        </w:rPr>
        <w:t xml:space="preserve"> paga esta cantidad de los $100,000</w:t>
      </w:r>
      <w:r w:rsidR="00A74614">
        <w:rPr>
          <w:rFonts w:ascii="Arial" w:hAnsi="Arial" w:cs="Arial"/>
          <w:sz w:val="24"/>
          <w:szCs w:val="24"/>
        </w:rPr>
        <w:t>.00</w:t>
      </w:r>
      <w:r w:rsidR="00435B45">
        <w:rPr>
          <w:rFonts w:ascii="Arial" w:hAnsi="Arial" w:cs="Arial"/>
          <w:sz w:val="24"/>
          <w:szCs w:val="24"/>
        </w:rPr>
        <w:t xml:space="preserve"> cien mil pesos</w:t>
      </w:r>
      <w:r w:rsidRPr="00E93608">
        <w:rPr>
          <w:rFonts w:ascii="Arial" w:hAnsi="Arial" w:cs="Arial"/>
          <w:sz w:val="24"/>
          <w:szCs w:val="24"/>
        </w:rPr>
        <w:t>, pero bueno,</w:t>
      </w:r>
      <w:r w:rsidR="00435B45">
        <w:rPr>
          <w:rFonts w:ascii="Arial" w:hAnsi="Arial" w:cs="Arial"/>
          <w:sz w:val="24"/>
          <w:szCs w:val="24"/>
        </w:rPr>
        <w:t xml:space="preserve"> </w:t>
      </w:r>
      <w:r w:rsidRPr="00E93608">
        <w:rPr>
          <w:rFonts w:ascii="Arial" w:hAnsi="Arial" w:cs="Arial"/>
          <w:sz w:val="24"/>
          <w:szCs w:val="24"/>
        </w:rPr>
        <w:t>vuelve a argumentar el tema de que ya no son los metros cuadrados como tal como los que tenía anteriormente. Sí.</w:t>
      </w:r>
      <w:r w:rsidR="00435B45">
        <w:rPr>
          <w:rFonts w:ascii="Arial" w:hAnsi="Arial" w:cs="Arial"/>
          <w:sz w:val="24"/>
          <w:szCs w:val="24"/>
        </w:rPr>
        <w:t xml:space="preserve"> </w:t>
      </w:r>
      <w:r w:rsidRPr="00E93608">
        <w:rPr>
          <w:rFonts w:ascii="Arial" w:hAnsi="Arial" w:cs="Arial"/>
          <w:sz w:val="24"/>
          <w:szCs w:val="24"/>
        </w:rPr>
        <w:t xml:space="preserve">Entonces este en el </w:t>
      </w:r>
      <w:r w:rsidRPr="00E93608">
        <w:rPr>
          <w:rFonts w:ascii="Arial" w:hAnsi="Arial" w:cs="Arial"/>
          <w:sz w:val="24"/>
          <w:szCs w:val="24"/>
        </w:rPr>
        <w:lastRenderedPageBreak/>
        <w:t>tema yo le comentaba a Juan Carlos Romo que disminuir más o presentar yo</w:t>
      </w:r>
      <w:r w:rsidR="00435B45">
        <w:rPr>
          <w:rFonts w:ascii="Arial" w:hAnsi="Arial" w:cs="Arial"/>
          <w:sz w:val="24"/>
          <w:szCs w:val="24"/>
        </w:rPr>
        <w:t xml:space="preserve"> </w:t>
      </w:r>
      <w:r w:rsidRPr="00E93608">
        <w:rPr>
          <w:rFonts w:ascii="Arial" w:hAnsi="Arial" w:cs="Arial"/>
          <w:sz w:val="24"/>
          <w:szCs w:val="24"/>
        </w:rPr>
        <w:t xml:space="preserve">una propuesta de disminución mucho menor de la que se ha venido presentando, pues implicaba una serie de situaciones </w:t>
      </w:r>
      <w:r w:rsidR="00435B45" w:rsidRPr="00E93608">
        <w:rPr>
          <w:rFonts w:ascii="Arial" w:hAnsi="Arial" w:cs="Arial"/>
          <w:sz w:val="24"/>
          <w:szCs w:val="24"/>
        </w:rPr>
        <w:t>bueno y</w:t>
      </w:r>
      <w:r w:rsidRPr="00E93608">
        <w:rPr>
          <w:rFonts w:ascii="Arial" w:hAnsi="Arial" w:cs="Arial"/>
          <w:sz w:val="24"/>
          <w:szCs w:val="24"/>
        </w:rPr>
        <w:t xml:space="preserve"> Juan Carlos, el representante Dima de la Expo agrícola, Juan Carlos me comenta, bueno, entonces hay que tener</w:t>
      </w:r>
      <w:r w:rsidR="00435B45">
        <w:rPr>
          <w:rFonts w:ascii="Arial" w:hAnsi="Arial" w:cs="Arial"/>
          <w:sz w:val="24"/>
          <w:szCs w:val="24"/>
        </w:rPr>
        <w:t xml:space="preserve"> </w:t>
      </w:r>
      <w:r w:rsidRPr="00E93608">
        <w:rPr>
          <w:rFonts w:ascii="Arial" w:hAnsi="Arial" w:cs="Arial"/>
          <w:sz w:val="24"/>
          <w:szCs w:val="24"/>
        </w:rPr>
        <w:t>que platicar con la junta, con la Comisión de Hacienda, para explicar el tema sobre este incremento de la renta,</w:t>
      </w:r>
      <w:r w:rsidR="00435B45">
        <w:rPr>
          <w:rFonts w:ascii="Arial" w:hAnsi="Arial" w:cs="Arial"/>
          <w:sz w:val="24"/>
          <w:szCs w:val="24"/>
        </w:rPr>
        <w:t xml:space="preserve"> </w:t>
      </w:r>
      <w:r w:rsidRPr="00E93608">
        <w:rPr>
          <w:rFonts w:ascii="Arial" w:hAnsi="Arial" w:cs="Arial"/>
          <w:sz w:val="24"/>
          <w:szCs w:val="24"/>
        </w:rPr>
        <w:t>¿no? Entonces eso les pongo en antecedentes cuál es el tema que se venía manejando y bueno, por qué tenemos como como invitado a sí</w:t>
      </w:r>
      <w:r w:rsidR="00435B45">
        <w:rPr>
          <w:rFonts w:ascii="Arial" w:hAnsi="Arial" w:cs="Arial"/>
          <w:sz w:val="24"/>
          <w:szCs w:val="24"/>
        </w:rPr>
        <w:t xml:space="preserve"> </w:t>
      </w:r>
      <w:r w:rsidRPr="00E93608">
        <w:rPr>
          <w:rFonts w:ascii="Arial" w:hAnsi="Arial" w:cs="Arial"/>
          <w:sz w:val="24"/>
          <w:szCs w:val="24"/>
        </w:rPr>
        <w:t>al representante de Dima los que organizan la expo agrícola. Es cuánto.</w:t>
      </w:r>
      <w:r w:rsidR="00435B45">
        <w:rPr>
          <w:rFonts w:ascii="Arial" w:hAnsi="Arial" w:cs="Arial"/>
          <w:sz w:val="24"/>
          <w:szCs w:val="24"/>
        </w:rPr>
        <w:t xml:space="preserve"> </w:t>
      </w:r>
    </w:p>
    <w:p w14:paraId="00CB46E5" w14:textId="538B8E6B" w:rsidR="008B07FB" w:rsidRDefault="00435B45"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L</w:t>
      </w:r>
      <w:r w:rsidRPr="00E93608">
        <w:rPr>
          <w:rFonts w:ascii="Arial" w:hAnsi="Arial" w:cs="Arial"/>
          <w:sz w:val="24"/>
          <w:szCs w:val="24"/>
        </w:rPr>
        <w:t>icenciado Jorge por los antecedentes. No sé si ingenieros si gustara ah</w:t>
      </w:r>
      <w:r w:rsidR="001F3BD1">
        <w:rPr>
          <w:rFonts w:ascii="Arial" w:hAnsi="Arial" w:cs="Arial"/>
          <w:sz w:val="24"/>
          <w:szCs w:val="24"/>
        </w:rPr>
        <w:t>o</w:t>
      </w:r>
      <w:r w:rsidRPr="00E93608">
        <w:rPr>
          <w:rFonts w:ascii="Arial" w:hAnsi="Arial" w:cs="Arial"/>
          <w:sz w:val="24"/>
          <w:szCs w:val="24"/>
        </w:rPr>
        <w:t>ndar un poco en el tema.</w:t>
      </w:r>
      <w:r>
        <w:rPr>
          <w:rFonts w:ascii="Arial" w:hAnsi="Arial" w:cs="Arial"/>
          <w:sz w:val="24"/>
          <w:szCs w:val="24"/>
        </w:rPr>
        <w:t xml:space="preserve"> </w:t>
      </w:r>
      <w:r w:rsidRPr="00E93608">
        <w:rPr>
          <w:rFonts w:ascii="Arial" w:hAnsi="Arial" w:cs="Arial"/>
          <w:sz w:val="24"/>
          <w:szCs w:val="24"/>
        </w:rPr>
        <w:t xml:space="preserve">Con todo gusto. </w:t>
      </w:r>
    </w:p>
    <w:p w14:paraId="2DDA2326" w14:textId="21B9C2F8" w:rsidR="003108D2" w:rsidRDefault="008B07FB" w:rsidP="00E93608">
      <w:pPr>
        <w:jc w:val="both"/>
        <w:rPr>
          <w:rFonts w:ascii="Arial" w:hAnsi="Arial" w:cs="Arial"/>
          <w:sz w:val="24"/>
          <w:szCs w:val="24"/>
        </w:rPr>
      </w:pPr>
      <w:r>
        <w:rPr>
          <w:rFonts w:ascii="Arial" w:hAnsi="Arial" w:cs="Arial"/>
          <w:b/>
          <w:bCs/>
          <w:sz w:val="24"/>
          <w:szCs w:val="24"/>
        </w:rPr>
        <w:t xml:space="preserve">C. JUAN CARLOS ROMO PEÑA. - </w:t>
      </w:r>
      <w:r w:rsidRPr="00E93608">
        <w:rPr>
          <w:rFonts w:ascii="Arial" w:hAnsi="Arial" w:cs="Arial"/>
          <w:sz w:val="24"/>
          <w:szCs w:val="24"/>
        </w:rPr>
        <w:t>Primero agradecerles de manera muy especial de toda la de parte de toda la directiva de Dima que</w:t>
      </w:r>
      <w:r w:rsidR="00435B45">
        <w:rPr>
          <w:rFonts w:ascii="Arial" w:hAnsi="Arial" w:cs="Arial"/>
          <w:sz w:val="24"/>
          <w:szCs w:val="24"/>
        </w:rPr>
        <w:t xml:space="preserve"> </w:t>
      </w:r>
      <w:r w:rsidRPr="00E93608">
        <w:rPr>
          <w:rFonts w:ascii="Arial" w:hAnsi="Arial" w:cs="Arial"/>
          <w:sz w:val="24"/>
          <w:szCs w:val="24"/>
        </w:rPr>
        <w:t>hoy casualmente todos están fuera de la ciudad y pues bueno, vengo en representación de la asociación.</w:t>
      </w:r>
      <w:r w:rsidR="00435B45">
        <w:rPr>
          <w:rFonts w:ascii="Arial" w:hAnsi="Arial" w:cs="Arial"/>
          <w:sz w:val="24"/>
          <w:szCs w:val="24"/>
        </w:rPr>
        <w:t xml:space="preserve"> </w:t>
      </w:r>
      <w:r w:rsidRPr="00E93608">
        <w:rPr>
          <w:rFonts w:ascii="Arial" w:hAnsi="Arial" w:cs="Arial"/>
          <w:sz w:val="24"/>
          <w:szCs w:val="24"/>
        </w:rPr>
        <w:t>Cuando nació Expo Agrícola en el año 2007</w:t>
      </w:r>
      <w:r w:rsidR="00435B45">
        <w:rPr>
          <w:rFonts w:ascii="Arial" w:hAnsi="Arial" w:cs="Arial"/>
          <w:sz w:val="24"/>
          <w:szCs w:val="24"/>
        </w:rPr>
        <w:t xml:space="preserve"> dos mil siete</w:t>
      </w:r>
      <w:r w:rsidRPr="00E93608">
        <w:rPr>
          <w:rFonts w:ascii="Arial" w:hAnsi="Arial" w:cs="Arial"/>
          <w:sz w:val="24"/>
          <w:szCs w:val="24"/>
        </w:rPr>
        <w:t>, se hizo un viaje a Tulare, California</w:t>
      </w:r>
      <w:r w:rsidR="00435B45">
        <w:rPr>
          <w:rFonts w:ascii="Arial" w:hAnsi="Arial" w:cs="Arial"/>
          <w:sz w:val="24"/>
          <w:szCs w:val="24"/>
        </w:rPr>
        <w:t xml:space="preserve"> </w:t>
      </w:r>
      <w:r w:rsidRPr="00E93608">
        <w:rPr>
          <w:rFonts w:ascii="Arial" w:hAnsi="Arial" w:cs="Arial"/>
          <w:sz w:val="24"/>
          <w:szCs w:val="24"/>
        </w:rPr>
        <w:t xml:space="preserve">a </w:t>
      </w:r>
      <w:r w:rsidR="00A74614" w:rsidRPr="00E93608">
        <w:rPr>
          <w:rFonts w:ascii="Arial" w:hAnsi="Arial" w:cs="Arial"/>
          <w:sz w:val="24"/>
          <w:szCs w:val="24"/>
        </w:rPr>
        <w:t>visitar la</w:t>
      </w:r>
      <w:r w:rsidRPr="00E93608">
        <w:rPr>
          <w:rFonts w:ascii="Arial" w:hAnsi="Arial" w:cs="Arial"/>
          <w:sz w:val="24"/>
          <w:szCs w:val="24"/>
        </w:rPr>
        <w:t xml:space="preserve"> expo de la agricultura que hay en América Latina y de ahí, en una visita</w:t>
      </w:r>
      <w:r w:rsidR="00435B45">
        <w:rPr>
          <w:rFonts w:ascii="Arial" w:hAnsi="Arial" w:cs="Arial"/>
          <w:sz w:val="24"/>
          <w:szCs w:val="24"/>
        </w:rPr>
        <w:t xml:space="preserve"> </w:t>
      </w:r>
      <w:r w:rsidRPr="00E93608">
        <w:rPr>
          <w:rFonts w:ascii="Arial" w:hAnsi="Arial" w:cs="Arial"/>
          <w:sz w:val="24"/>
          <w:szCs w:val="24"/>
        </w:rPr>
        <w:t>conjunta entre el gobierno del estado, gobierno federal y gente de aquí del municipio patrocinados por un fondo que</w:t>
      </w:r>
      <w:r w:rsidR="00435B45">
        <w:rPr>
          <w:rFonts w:ascii="Arial" w:hAnsi="Arial" w:cs="Arial"/>
          <w:sz w:val="24"/>
          <w:szCs w:val="24"/>
        </w:rPr>
        <w:t xml:space="preserve"> </w:t>
      </w:r>
      <w:r w:rsidRPr="00E93608">
        <w:rPr>
          <w:rFonts w:ascii="Arial" w:hAnsi="Arial" w:cs="Arial"/>
          <w:sz w:val="24"/>
          <w:szCs w:val="24"/>
        </w:rPr>
        <w:t>existía que era de Fundación Produce, se hace ese viaje para conocer esa expo, porque</w:t>
      </w:r>
      <w:r w:rsidR="00435B45">
        <w:rPr>
          <w:rFonts w:ascii="Arial" w:hAnsi="Arial" w:cs="Arial"/>
          <w:sz w:val="24"/>
          <w:szCs w:val="24"/>
        </w:rPr>
        <w:t xml:space="preserve"> </w:t>
      </w:r>
      <w:r w:rsidRPr="00E93608">
        <w:rPr>
          <w:rFonts w:ascii="Arial" w:hAnsi="Arial" w:cs="Arial"/>
          <w:sz w:val="24"/>
          <w:szCs w:val="24"/>
        </w:rPr>
        <w:t>ya se venía a venir el crecimiento de los arándanos, de los aguacates y otros productos que ahorita hay.</w:t>
      </w:r>
      <w:r w:rsidR="00435B45">
        <w:rPr>
          <w:rFonts w:ascii="Arial" w:hAnsi="Arial" w:cs="Arial"/>
          <w:sz w:val="24"/>
          <w:szCs w:val="24"/>
        </w:rPr>
        <w:t xml:space="preserve"> </w:t>
      </w:r>
      <w:r w:rsidRPr="00E93608">
        <w:rPr>
          <w:rFonts w:ascii="Arial" w:hAnsi="Arial" w:cs="Arial"/>
          <w:sz w:val="24"/>
          <w:szCs w:val="24"/>
        </w:rPr>
        <w:t>Y se llega al acuerdo de generar esta expo en el año 2007</w:t>
      </w:r>
      <w:r w:rsidR="00435B45">
        <w:rPr>
          <w:rFonts w:ascii="Arial" w:hAnsi="Arial" w:cs="Arial"/>
          <w:sz w:val="24"/>
          <w:szCs w:val="24"/>
        </w:rPr>
        <w:t xml:space="preserve"> dos mil siete</w:t>
      </w:r>
      <w:r w:rsidRPr="00E93608">
        <w:rPr>
          <w:rFonts w:ascii="Arial" w:hAnsi="Arial" w:cs="Arial"/>
          <w:sz w:val="24"/>
          <w:szCs w:val="24"/>
        </w:rPr>
        <w:t>. Se crea y se empezó a trabajar.</w:t>
      </w:r>
      <w:r w:rsidR="00435B45">
        <w:rPr>
          <w:rFonts w:ascii="Arial" w:hAnsi="Arial" w:cs="Arial"/>
          <w:sz w:val="24"/>
          <w:szCs w:val="24"/>
        </w:rPr>
        <w:t xml:space="preserve"> </w:t>
      </w:r>
      <w:r>
        <w:rPr>
          <w:rFonts w:ascii="Arial" w:hAnsi="Arial" w:cs="Arial"/>
          <w:sz w:val="24"/>
          <w:szCs w:val="24"/>
        </w:rPr>
        <w:t>Y</w:t>
      </w:r>
      <w:r w:rsidRPr="00E93608">
        <w:rPr>
          <w:rFonts w:ascii="Arial" w:hAnsi="Arial" w:cs="Arial"/>
          <w:sz w:val="24"/>
          <w:szCs w:val="24"/>
        </w:rPr>
        <w:t>a había habido varios intentos, pero sin embargo no se no se concretaban.</w:t>
      </w:r>
      <w:r w:rsidR="00435B45">
        <w:rPr>
          <w:rFonts w:ascii="Arial" w:hAnsi="Arial" w:cs="Arial"/>
          <w:sz w:val="24"/>
          <w:szCs w:val="24"/>
        </w:rPr>
        <w:t xml:space="preserve"> </w:t>
      </w:r>
      <w:r w:rsidRPr="00E93608">
        <w:rPr>
          <w:rFonts w:ascii="Arial" w:hAnsi="Arial" w:cs="Arial"/>
          <w:sz w:val="24"/>
          <w:szCs w:val="24"/>
        </w:rPr>
        <w:t>Entonces se trabajó con el ayuntamiento en el sentido de vamos trabajando juntos y cada quien aporte lo que tenga.</w:t>
      </w:r>
      <w:r w:rsidR="00435B45">
        <w:rPr>
          <w:rFonts w:ascii="Arial" w:hAnsi="Arial" w:cs="Arial"/>
          <w:sz w:val="24"/>
          <w:szCs w:val="24"/>
        </w:rPr>
        <w:t xml:space="preserve"> </w:t>
      </w:r>
      <w:r w:rsidRPr="00E93608">
        <w:rPr>
          <w:rFonts w:ascii="Arial" w:hAnsi="Arial" w:cs="Arial"/>
          <w:sz w:val="24"/>
          <w:szCs w:val="24"/>
        </w:rPr>
        <w:t>Entonces de manera verbal, y aquí creo que fue un error de nosotros, el Ayuntamiento quedó en que aportaba el recinto ferial.</w:t>
      </w:r>
      <w:r w:rsidR="00435B45">
        <w:rPr>
          <w:rFonts w:ascii="Arial" w:hAnsi="Arial" w:cs="Arial"/>
          <w:sz w:val="24"/>
          <w:szCs w:val="24"/>
        </w:rPr>
        <w:t xml:space="preserve"> </w:t>
      </w:r>
      <w:r w:rsidRPr="00E93608">
        <w:rPr>
          <w:rFonts w:ascii="Arial" w:hAnsi="Arial" w:cs="Arial"/>
          <w:sz w:val="24"/>
          <w:szCs w:val="24"/>
        </w:rPr>
        <w:t>El gobierno del estado dijo, "Bueno, yo aporto para que empiecen a poner toldos." y gobierno federal empezó a</w:t>
      </w:r>
      <w:r w:rsidR="00435B45">
        <w:rPr>
          <w:rFonts w:ascii="Arial" w:hAnsi="Arial" w:cs="Arial"/>
          <w:sz w:val="24"/>
          <w:szCs w:val="24"/>
        </w:rPr>
        <w:t xml:space="preserve"> </w:t>
      </w:r>
      <w:r w:rsidRPr="00E93608">
        <w:rPr>
          <w:rFonts w:ascii="Arial" w:hAnsi="Arial" w:cs="Arial"/>
          <w:sz w:val="24"/>
          <w:szCs w:val="24"/>
        </w:rPr>
        <w:t>aportar para difusión y trasladar agricultores a la Expo para que la</w:t>
      </w:r>
      <w:r w:rsidR="00435B45">
        <w:rPr>
          <w:rFonts w:ascii="Arial" w:hAnsi="Arial" w:cs="Arial"/>
          <w:sz w:val="24"/>
          <w:szCs w:val="24"/>
        </w:rPr>
        <w:t xml:space="preserve"> </w:t>
      </w:r>
      <w:r w:rsidRPr="00E93608">
        <w:rPr>
          <w:rFonts w:ascii="Arial" w:hAnsi="Arial" w:cs="Arial"/>
          <w:sz w:val="24"/>
          <w:szCs w:val="24"/>
        </w:rPr>
        <w:t>visitaran porque era una expo nueva y el proyecto se planteó a 3</w:t>
      </w:r>
      <w:r w:rsidR="00435B45">
        <w:rPr>
          <w:rFonts w:ascii="Arial" w:hAnsi="Arial" w:cs="Arial"/>
          <w:sz w:val="24"/>
          <w:szCs w:val="24"/>
        </w:rPr>
        <w:t xml:space="preserve"> tres</w:t>
      </w:r>
      <w:r w:rsidRPr="00E93608">
        <w:rPr>
          <w:rFonts w:ascii="Arial" w:hAnsi="Arial" w:cs="Arial"/>
          <w:sz w:val="24"/>
          <w:szCs w:val="24"/>
        </w:rPr>
        <w:t xml:space="preserve"> años.</w:t>
      </w:r>
      <w:r>
        <w:rPr>
          <w:rFonts w:ascii="Arial" w:hAnsi="Arial" w:cs="Arial"/>
          <w:sz w:val="24"/>
          <w:szCs w:val="24"/>
        </w:rPr>
        <w:t xml:space="preserve"> </w:t>
      </w:r>
      <w:r w:rsidRPr="00E93608">
        <w:rPr>
          <w:rFonts w:ascii="Arial" w:hAnsi="Arial" w:cs="Arial"/>
          <w:sz w:val="24"/>
          <w:szCs w:val="24"/>
        </w:rPr>
        <w:t xml:space="preserve">Derivado de esto, pues así vinimos trabajando prácticamente hasta, discúlpenme, </w:t>
      </w:r>
      <w:r w:rsidR="00DE256F" w:rsidRPr="00E93608">
        <w:rPr>
          <w:rFonts w:ascii="Arial" w:hAnsi="Arial" w:cs="Arial"/>
          <w:sz w:val="24"/>
          <w:szCs w:val="24"/>
        </w:rPr>
        <w:t>no tengo</w:t>
      </w:r>
      <w:r w:rsidRPr="00E93608">
        <w:rPr>
          <w:rFonts w:ascii="Arial" w:hAnsi="Arial" w:cs="Arial"/>
          <w:sz w:val="24"/>
          <w:szCs w:val="24"/>
        </w:rPr>
        <w:t xml:space="preserve"> las fechas</w:t>
      </w:r>
      <w:r>
        <w:rPr>
          <w:rFonts w:ascii="Arial" w:hAnsi="Arial" w:cs="Arial"/>
          <w:sz w:val="24"/>
          <w:szCs w:val="24"/>
        </w:rPr>
        <w:t xml:space="preserve"> </w:t>
      </w:r>
      <w:r w:rsidRPr="00E93608">
        <w:rPr>
          <w:rFonts w:ascii="Arial" w:hAnsi="Arial" w:cs="Arial"/>
          <w:sz w:val="24"/>
          <w:szCs w:val="24"/>
        </w:rPr>
        <w:t xml:space="preserve">en la mente, pero hasta antes de Esquerra. </w:t>
      </w:r>
      <w:r>
        <w:rPr>
          <w:rFonts w:ascii="Arial" w:hAnsi="Arial" w:cs="Arial"/>
          <w:sz w:val="24"/>
          <w:szCs w:val="24"/>
        </w:rPr>
        <w:t>E</w:t>
      </w:r>
      <w:r w:rsidRPr="00E93608">
        <w:rPr>
          <w:rFonts w:ascii="Arial" w:hAnsi="Arial" w:cs="Arial"/>
          <w:sz w:val="24"/>
          <w:szCs w:val="24"/>
        </w:rPr>
        <w:t>ntramos a esa a ese periodo y se empezó a platicar de que pues teníamos que</w:t>
      </w:r>
      <w:r>
        <w:rPr>
          <w:rFonts w:ascii="Arial" w:hAnsi="Arial" w:cs="Arial"/>
          <w:sz w:val="24"/>
          <w:szCs w:val="24"/>
        </w:rPr>
        <w:t xml:space="preserve"> </w:t>
      </w:r>
      <w:r w:rsidRPr="00E93608">
        <w:rPr>
          <w:rFonts w:ascii="Arial" w:hAnsi="Arial" w:cs="Arial"/>
          <w:sz w:val="24"/>
          <w:szCs w:val="24"/>
        </w:rPr>
        <w:t>pagar renta y nosotros insistimos que digo, para que vean que esto no es de ahorita, es de ya de rato, que pues</w:t>
      </w:r>
      <w:r>
        <w:rPr>
          <w:rFonts w:ascii="Arial" w:hAnsi="Arial" w:cs="Arial"/>
          <w:sz w:val="24"/>
          <w:szCs w:val="24"/>
        </w:rPr>
        <w:t xml:space="preserve"> </w:t>
      </w:r>
      <w:r w:rsidRPr="00E93608">
        <w:rPr>
          <w:rFonts w:ascii="Arial" w:hAnsi="Arial" w:cs="Arial"/>
          <w:sz w:val="24"/>
          <w:szCs w:val="24"/>
        </w:rPr>
        <w:t>veníamos en un acuerdo abierto en el sentido de que todos cada quien pusiera lo que hacía y nosotros no le estábamos pidiendo al ayuntamiento.</w:t>
      </w:r>
      <w:r>
        <w:rPr>
          <w:rFonts w:ascii="Arial" w:hAnsi="Arial" w:cs="Arial"/>
          <w:sz w:val="24"/>
          <w:szCs w:val="24"/>
        </w:rPr>
        <w:t xml:space="preserve"> </w:t>
      </w:r>
      <w:r w:rsidRPr="00E93608">
        <w:rPr>
          <w:rFonts w:ascii="Arial" w:hAnsi="Arial" w:cs="Arial"/>
          <w:sz w:val="24"/>
          <w:szCs w:val="24"/>
        </w:rPr>
        <w:t>Y bueno, fue el acuerdo. Sin embargo, por alguna razón, en el ejercicio siguiente se nos tazó</w:t>
      </w:r>
      <w:r>
        <w:rPr>
          <w:rFonts w:ascii="Arial" w:hAnsi="Arial" w:cs="Arial"/>
          <w:sz w:val="24"/>
          <w:szCs w:val="24"/>
        </w:rPr>
        <w:t xml:space="preserve"> </w:t>
      </w:r>
      <w:r w:rsidRPr="00E93608">
        <w:rPr>
          <w:rFonts w:ascii="Arial" w:hAnsi="Arial" w:cs="Arial"/>
          <w:sz w:val="24"/>
          <w:szCs w:val="24"/>
        </w:rPr>
        <w:t>una renta y desde ahí nosotros hemos venido insistiendo, o sea, para que vean que no es de ahorita y hay oficios desde</w:t>
      </w:r>
      <w:r>
        <w:rPr>
          <w:rFonts w:ascii="Arial" w:hAnsi="Arial" w:cs="Arial"/>
          <w:sz w:val="24"/>
          <w:szCs w:val="24"/>
        </w:rPr>
        <w:t xml:space="preserve"> </w:t>
      </w:r>
      <w:r w:rsidRPr="00E93608">
        <w:rPr>
          <w:rFonts w:ascii="Arial" w:hAnsi="Arial" w:cs="Arial"/>
          <w:sz w:val="24"/>
          <w:szCs w:val="24"/>
        </w:rPr>
        <w:t>hace años, pero quiero tomar el último, pues que reconsideren por una simple y sencilla razón que no le hemos podido</w:t>
      </w:r>
      <w:r>
        <w:rPr>
          <w:rFonts w:ascii="Arial" w:hAnsi="Arial" w:cs="Arial"/>
          <w:sz w:val="24"/>
          <w:szCs w:val="24"/>
        </w:rPr>
        <w:t xml:space="preserve"> </w:t>
      </w:r>
      <w:r w:rsidRPr="00E93608">
        <w:rPr>
          <w:rFonts w:ascii="Arial" w:hAnsi="Arial" w:cs="Arial"/>
          <w:sz w:val="24"/>
          <w:szCs w:val="24"/>
        </w:rPr>
        <w:lastRenderedPageBreak/>
        <w:t>dar a entender quizás y es que cuando nosotros pedimos el gobierno del estado y el gobierno federal después nos</w:t>
      </w:r>
      <w:r>
        <w:rPr>
          <w:rFonts w:ascii="Arial" w:hAnsi="Arial" w:cs="Arial"/>
          <w:sz w:val="24"/>
          <w:szCs w:val="24"/>
        </w:rPr>
        <w:t xml:space="preserve"> </w:t>
      </w:r>
      <w:r w:rsidRPr="00E93608">
        <w:rPr>
          <w:rFonts w:ascii="Arial" w:hAnsi="Arial" w:cs="Arial"/>
          <w:sz w:val="24"/>
          <w:szCs w:val="24"/>
        </w:rPr>
        <w:t>empezó a decir, "Oye, lo que te voy a dar yo es para que se lo pagues de renta al municipio."</w:t>
      </w:r>
      <w:r>
        <w:rPr>
          <w:rFonts w:ascii="Arial" w:hAnsi="Arial" w:cs="Arial"/>
          <w:sz w:val="24"/>
          <w:szCs w:val="24"/>
        </w:rPr>
        <w:t xml:space="preserve"> </w:t>
      </w:r>
      <w:r w:rsidRPr="00E93608">
        <w:rPr>
          <w:rFonts w:ascii="Arial" w:hAnsi="Arial" w:cs="Arial"/>
          <w:sz w:val="24"/>
          <w:szCs w:val="24"/>
        </w:rPr>
        <w:t xml:space="preserve">Y cuando empezamos a plantear mejorar el recinto ferial, pues también nos empezaban a decir, "Oye, pero </w:t>
      </w:r>
      <w:r w:rsidR="006602C6" w:rsidRPr="00E93608">
        <w:rPr>
          <w:rFonts w:ascii="Arial" w:hAnsi="Arial" w:cs="Arial"/>
          <w:sz w:val="24"/>
          <w:szCs w:val="24"/>
        </w:rPr>
        <w:t>es para</w:t>
      </w:r>
      <w:r>
        <w:rPr>
          <w:rFonts w:ascii="Arial" w:hAnsi="Arial" w:cs="Arial"/>
          <w:sz w:val="24"/>
          <w:szCs w:val="24"/>
        </w:rPr>
        <w:t xml:space="preserve"> </w:t>
      </w:r>
      <w:r w:rsidRPr="00E93608">
        <w:rPr>
          <w:rFonts w:ascii="Arial" w:hAnsi="Arial" w:cs="Arial"/>
          <w:sz w:val="24"/>
          <w:szCs w:val="24"/>
        </w:rPr>
        <w:t>la expo o es este para el municipio y ustedes conocen que se inició un</w:t>
      </w:r>
      <w:r>
        <w:rPr>
          <w:rFonts w:ascii="Arial" w:hAnsi="Arial" w:cs="Arial"/>
          <w:sz w:val="24"/>
          <w:szCs w:val="24"/>
        </w:rPr>
        <w:t xml:space="preserve"> </w:t>
      </w:r>
      <w:r w:rsidRPr="00E93608">
        <w:rPr>
          <w:rFonts w:ascii="Arial" w:hAnsi="Arial" w:cs="Arial"/>
          <w:sz w:val="24"/>
          <w:szCs w:val="24"/>
        </w:rPr>
        <w:t xml:space="preserve">proyecto al lado que pues está también inconcluso que ahí no quisiera comentar más detalles. Entonces, pues </w:t>
      </w:r>
      <w:r w:rsidR="00DE256F" w:rsidRPr="00E93608">
        <w:rPr>
          <w:rFonts w:ascii="Arial" w:hAnsi="Arial" w:cs="Arial"/>
          <w:sz w:val="24"/>
          <w:szCs w:val="24"/>
        </w:rPr>
        <w:t xml:space="preserve">hemos </w:t>
      </w:r>
      <w:r w:rsidR="00DE256F">
        <w:rPr>
          <w:rFonts w:ascii="Arial" w:hAnsi="Arial" w:cs="Arial"/>
          <w:sz w:val="24"/>
          <w:szCs w:val="24"/>
        </w:rPr>
        <w:t>venido</w:t>
      </w:r>
      <w:r w:rsidRPr="00E93608">
        <w:rPr>
          <w:rFonts w:ascii="Arial" w:hAnsi="Arial" w:cs="Arial"/>
          <w:sz w:val="24"/>
          <w:szCs w:val="24"/>
        </w:rPr>
        <w:t xml:space="preserve"> trabajando desde hace muchos años, 19</w:t>
      </w:r>
      <w:r w:rsidR="00A74614">
        <w:rPr>
          <w:rFonts w:ascii="Arial" w:hAnsi="Arial" w:cs="Arial"/>
          <w:sz w:val="24"/>
          <w:szCs w:val="24"/>
        </w:rPr>
        <w:t xml:space="preserve"> diecinueve</w:t>
      </w:r>
      <w:r w:rsidRPr="00E93608">
        <w:rPr>
          <w:rFonts w:ascii="Arial" w:hAnsi="Arial" w:cs="Arial"/>
          <w:sz w:val="24"/>
          <w:szCs w:val="24"/>
        </w:rPr>
        <w:t xml:space="preserve"> años para ser exactos.</w:t>
      </w:r>
      <w:r>
        <w:rPr>
          <w:rFonts w:ascii="Arial" w:hAnsi="Arial" w:cs="Arial"/>
          <w:sz w:val="24"/>
          <w:szCs w:val="24"/>
        </w:rPr>
        <w:t xml:space="preserve"> </w:t>
      </w:r>
      <w:r w:rsidRPr="00E93608">
        <w:rPr>
          <w:rFonts w:ascii="Arial" w:hAnsi="Arial" w:cs="Arial"/>
          <w:sz w:val="24"/>
          <w:szCs w:val="24"/>
        </w:rPr>
        <w:t>Y lamentablemente en algún punto se tazó esta</w:t>
      </w:r>
      <w:r w:rsidR="00DE256F">
        <w:rPr>
          <w:rFonts w:ascii="Arial" w:hAnsi="Arial" w:cs="Arial"/>
          <w:sz w:val="24"/>
          <w:szCs w:val="24"/>
        </w:rPr>
        <w:t xml:space="preserve"> </w:t>
      </w:r>
      <w:r w:rsidRPr="00E93608">
        <w:rPr>
          <w:rFonts w:ascii="Arial" w:hAnsi="Arial" w:cs="Arial"/>
          <w:sz w:val="24"/>
          <w:szCs w:val="24"/>
        </w:rPr>
        <w:t>obra a la Expo agrícola y se</w:t>
      </w:r>
      <w:r>
        <w:rPr>
          <w:rFonts w:ascii="Arial" w:hAnsi="Arial" w:cs="Arial"/>
          <w:sz w:val="24"/>
          <w:szCs w:val="24"/>
        </w:rPr>
        <w:t xml:space="preserve"> </w:t>
      </w:r>
      <w:r w:rsidRPr="00E93608">
        <w:rPr>
          <w:rFonts w:ascii="Arial" w:hAnsi="Arial" w:cs="Arial"/>
          <w:sz w:val="24"/>
          <w:szCs w:val="24"/>
        </w:rPr>
        <w:t xml:space="preserve">olvidó el acuerdo que </w:t>
      </w:r>
      <w:r w:rsidR="006602C6" w:rsidRPr="00E93608">
        <w:rPr>
          <w:rFonts w:ascii="Arial" w:hAnsi="Arial" w:cs="Arial"/>
          <w:sz w:val="24"/>
          <w:szCs w:val="24"/>
        </w:rPr>
        <w:t>venía de</w:t>
      </w:r>
      <w:r w:rsidRPr="00E93608">
        <w:rPr>
          <w:rFonts w:ascii="Arial" w:hAnsi="Arial" w:cs="Arial"/>
          <w:sz w:val="24"/>
          <w:szCs w:val="24"/>
        </w:rPr>
        <w:t xml:space="preserve"> colaboración. Entonces, en ese</w:t>
      </w:r>
      <w:r>
        <w:rPr>
          <w:rFonts w:ascii="Arial" w:hAnsi="Arial" w:cs="Arial"/>
          <w:sz w:val="24"/>
          <w:szCs w:val="24"/>
        </w:rPr>
        <w:t xml:space="preserve"> </w:t>
      </w:r>
      <w:r w:rsidRPr="00E93608">
        <w:rPr>
          <w:rFonts w:ascii="Arial" w:hAnsi="Arial" w:cs="Arial"/>
          <w:sz w:val="24"/>
          <w:szCs w:val="24"/>
        </w:rPr>
        <w:t>sentido, pues baso la petición de que lo que ya comentó Jorge, pues se cedieron unos terrenos a unos intercambios y pues</w:t>
      </w:r>
      <w:r>
        <w:rPr>
          <w:rFonts w:ascii="Arial" w:hAnsi="Arial" w:cs="Arial"/>
          <w:sz w:val="24"/>
          <w:szCs w:val="24"/>
        </w:rPr>
        <w:t xml:space="preserve"> </w:t>
      </w:r>
      <w:r w:rsidRPr="00E93608">
        <w:rPr>
          <w:rFonts w:ascii="Arial" w:hAnsi="Arial" w:cs="Arial"/>
          <w:sz w:val="24"/>
          <w:szCs w:val="24"/>
        </w:rPr>
        <w:t>nos quedamos sin áreas de estacionamiento. Entonces hemos venido conveni</w:t>
      </w:r>
      <w:r w:rsidR="00DE256F">
        <w:rPr>
          <w:rFonts w:ascii="Arial" w:hAnsi="Arial" w:cs="Arial"/>
          <w:sz w:val="24"/>
          <w:szCs w:val="24"/>
        </w:rPr>
        <w:t>a</w:t>
      </w:r>
      <w:r w:rsidRPr="00E93608">
        <w:rPr>
          <w:rFonts w:ascii="Arial" w:hAnsi="Arial" w:cs="Arial"/>
          <w:sz w:val="24"/>
          <w:szCs w:val="24"/>
        </w:rPr>
        <w:t>ndo, afortunadamente con Cúspide y con otros terrenos para tener estacionamiento.</w:t>
      </w:r>
      <w:r w:rsidR="003108D2">
        <w:rPr>
          <w:rFonts w:ascii="Arial" w:hAnsi="Arial" w:cs="Arial"/>
          <w:sz w:val="24"/>
          <w:szCs w:val="24"/>
        </w:rPr>
        <w:t xml:space="preserve"> </w:t>
      </w:r>
      <w:r w:rsidRPr="00E93608">
        <w:rPr>
          <w:rFonts w:ascii="Arial" w:hAnsi="Arial" w:cs="Arial"/>
          <w:sz w:val="24"/>
          <w:szCs w:val="24"/>
        </w:rPr>
        <w:t>La Expo, como ustedes saben, pues es una expo de interés nacional, ya pues está más que comprobado el</w:t>
      </w:r>
      <w:r w:rsidR="003108D2">
        <w:rPr>
          <w:rFonts w:ascii="Arial" w:hAnsi="Arial" w:cs="Arial"/>
          <w:sz w:val="24"/>
          <w:szCs w:val="24"/>
        </w:rPr>
        <w:t xml:space="preserve"> </w:t>
      </w:r>
      <w:r w:rsidRPr="00E93608">
        <w:rPr>
          <w:rFonts w:ascii="Arial" w:hAnsi="Arial" w:cs="Arial"/>
          <w:sz w:val="24"/>
          <w:szCs w:val="24"/>
        </w:rPr>
        <w:t>beneficio que ha traído para la región en facilitar la vinculación tecnológica</w:t>
      </w:r>
      <w:r w:rsidR="003108D2">
        <w:rPr>
          <w:rFonts w:ascii="Arial" w:hAnsi="Arial" w:cs="Arial"/>
          <w:sz w:val="24"/>
          <w:szCs w:val="24"/>
        </w:rPr>
        <w:t xml:space="preserve"> </w:t>
      </w:r>
      <w:r w:rsidRPr="00E93608">
        <w:rPr>
          <w:rFonts w:ascii="Arial" w:hAnsi="Arial" w:cs="Arial"/>
          <w:sz w:val="24"/>
          <w:szCs w:val="24"/>
        </w:rPr>
        <w:t>Y por ese tenor, pues nosotros hemos solicitado digo, hemos planteado que trabajáramo</w:t>
      </w:r>
      <w:r w:rsidR="003108D2">
        <w:rPr>
          <w:rFonts w:ascii="Arial" w:hAnsi="Arial" w:cs="Arial"/>
          <w:sz w:val="24"/>
          <w:szCs w:val="24"/>
        </w:rPr>
        <w:t xml:space="preserve">s </w:t>
      </w:r>
      <w:r w:rsidRPr="00E93608">
        <w:rPr>
          <w:rFonts w:ascii="Arial" w:hAnsi="Arial" w:cs="Arial"/>
          <w:sz w:val="24"/>
          <w:szCs w:val="24"/>
        </w:rPr>
        <w:t>juntos con el municipio para generar recursos para el recinto ferial y ahorita pues hemos traído, le consta</w:t>
      </w:r>
      <w:r w:rsidR="003108D2">
        <w:rPr>
          <w:rFonts w:ascii="Arial" w:hAnsi="Arial" w:cs="Arial"/>
          <w:sz w:val="24"/>
          <w:szCs w:val="24"/>
        </w:rPr>
        <w:t xml:space="preserve"> </w:t>
      </w:r>
      <w:r w:rsidRPr="00E93608">
        <w:rPr>
          <w:rFonts w:ascii="Arial" w:hAnsi="Arial" w:cs="Arial"/>
          <w:sz w:val="24"/>
          <w:szCs w:val="24"/>
        </w:rPr>
        <w:t>también aquí a la arquitecta Miriam que aquí está, que hemos venido solicitando un recurso, pero por una</w:t>
      </w:r>
      <w:r w:rsidR="003108D2">
        <w:rPr>
          <w:rFonts w:ascii="Arial" w:hAnsi="Arial" w:cs="Arial"/>
          <w:sz w:val="24"/>
          <w:szCs w:val="24"/>
        </w:rPr>
        <w:t xml:space="preserve"> </w:t>
      </w:r>
      <w:r w:rsidRPr="00E93608">
        <w:rPr>
          <w:rFonts w:ascii="Arial" w:hAnsi="Arial" w:cs="Arial"/>
          <w:sz w:val="24"/>
          <w:szCs w:val="24"/>
        </w:rPr>
        <w:t>otra cosa pues no se puede generar del gobierno del estado por ciertas detalles. Entonces, yo sí quisiera</w:t>
      </w:r>
      <w:r w:rsidR="003108D2">
        <w:rPr>
          <w:rFonts w:ascii="Arial" w:hAnsi="Arial" w:cs="Arial"/>
          <w:sz w:val="24"/>
          <w:szCs w:val="24"/>
        </w:rPr>
        <w:t xml:space="preserve"> </w:t>
      </w:r>
      <w:r w:rsidRPr="00E93608">
        <w:rPr>
          <w:rFonts w:ascii="Arial" w:hAnsi="Arial" w:cs="Arial"/>
          <w:sz w:val="24"/>
          <w:szCs w:val="24"/>
        </w:rPr>
        <w:t>solicitarles de la manera más atenta, que reconsideren el que en la en</w:t>
      </w:r>
      <w:r w:rsidR="003108D2">
        <w:rPr>
          <w:rFonts w:ascii="Arial" w:hAnsi="Arial" w:cs="Arial"/>
          <w:sz w:val="24"/>
          <w:szCs w:val="24"/>
        </w:rPr>
        <w:t xml:space="preserve"> </w:t>
      </w:r>
      <w:r w:rsidRPr="00E93608">
        <w:rPr>
          <w:rFonts w:ascii="Arial" w:hAnsi="Arial" w:cs="Arial"/>
          <w:sz w:val="24"/>
          <w:szCs w:val="24"/>
        </w:rPr>
        <w:t>el en la ley de ingresos nos estén tasando con una cantidad. Hay muchos</w:t>
      </w:r>
      <w:r w:rsidR="003108D2">
        <w:rPr>
          <w:rFonts w:ascii="Arial" w:hAnsi="Arial" w:cs="Arial"/>
          <w:sz w:val="24"/>
          <w:szCs w:val="24"/>
        </w:rPr>
        <w:t xml:space="preserve"> </w:t>
      </w:r>
      <w:r w:rsidRPr="00E93608">
        <w:rPr>
          <w:rFonts w:ascii="Arial" w:hAnsi="Arial" w:cs="Arial"/>
          <w:sz w:val="24"/>
          <w:szCs w:val="24"/>
        </w:rPr>
        <w:t xml:space="preserve">otros eventos en la ciudad que se les da </w:t>
      </w:r>
      <w:r w:rsidR="003108D2" w:rsidRPr="00E93608">
        <w:rPr>
          <w:rFonts w:ascii="Arial" w:hAnsi="Arial" w:cs="Arial"/>
          <w:sz w:val="24"/>
          <w:szCs w:val="24"/>
        </w:rPr>
        <w:t>muchas más facilidades</w:t>
      </w:r>
      <w:r w:rsidRPr="00E93608">
        <w:rPr>
          <w:rFonts w:ascii="Arial" w:hAnsi="Arial" w:cs="Arial"/>
          <w:sz w:val="24"/>
          <w:szCs w:val="24"/>
        </w:rPr>
        <w:t>, inclusive aquí en el centro, que no están tasados en la</w:t>
      </w:r>
      <w:r w:rsidR="003108D2">
        <w:rPr>
          <w:rFonts w:ascii="Arial" w:hAnsi="Arial" w:cs="Arial"/>
          <w:sz w:val="24"/>
          <w:szCs w:val="24"/>
        </w:rPr>
        <w:t xml:space="preserve"> </w:t>
      </w:r>
      <w:r w:rsidRPr="00E93608">
        <w:rPr>
          <w:rFonts w:ascii="Arial" w:hAnsi="Arial" w:cs="Arial"/>
          <w:sz w:val="24"/>
          <w:szCs w:val="24"/>
        </w:rPr>
        <w:t xml:space="preserve">ley de ingresos y que se les dan </w:t>
      </w:r>
      <w:r w:rsidR="003108D2" w:rsidRPr="00E93608">
        <w:rPr>
          <w:rFonts w:ascii="Arial" w:hAnsi="Arial" w:cs="Arial"/>
          <w:sz w:val="24"/>
          <w:szCs w:val="24"/>
        </w:rPr>
        <w:t>muchas más facilidades</w:t>
      </w:r>
      <w:r w:rsidRPr="00E93608">
        <w:rPr>
          <w:rFonts w:ascii="Arial" w:hAnsi="Arial" w:cs="Arial"/>
          <w:sz w:val="24"/>
          <w:szCs w:val="24"/>
        </w:rPr>
        <w:t>.</w:t>
      </w:r>
      <w:r w:rsidR="003108D2">
        <w:rPr>
          <w:rFonts w:ascii="Arial" w:hAnsi="Arial" w:cs="Arial"/>
          <w:sz w:val="24"/>
          <w:szCs w:val="24"/>
        </w:rPr>
        <w:t xml:space="preserve"> </w:t>
      </w:r>
      <w:r w:rsidRPr="00E93608">
        <w:rPr>
          <w:rFonts w:ascii="Arial" w:hAnsi="Arial" w:cs="Arial"/>
          <w:sz w:val="24"/>
          <w:szCs w:val="24"/>
        </w:rPr>
        <w:t>Nosotros con el tiempo hemos logrado fortalecer la Expo agrícola como como un evento</w:t>
      </w:r>
      <w:r w:rsidR="003108D2">
        <w:rPr>
          <w:rFonts w:ascii="Arial" w:hAnsi="Arial" w:cs="Arial"/>
          <w:sz w:val="24"/>
          <w:szCs w:val="24"/>
        </w:rPr>
        <w:t xml:space="preserve"> </w:t>
      </w:r>
      <w:r w:rsidRPr="00E93608">
        <w:rPr>
          <w:rFonts w:ascii="Arial" w:hAnsi="Arial" w:cs="Arial"/>
          <w:sz w:val="24"/>
          <w:szCs w:val="24"/>
        </w:rPr>
        <w:t>sostenible y si checamos lo que se nos ha portado en efectivo de los municipios a través de</w:t>
      </w:r>
      <w:r w:rsidR="003108D2">
        <w:rPr>
          <w:rFonts w:ascii="Arial" w:hAnsi="Arial" w:cs="Arial"/>
          <w:sz w:val="24"/>
          <w:szCs w:val="24"/>
        </w:rPr>
        <w:t xml:space="preserve"> </w:t>
      </w:r>
      <w:r w:rsidRPr="00E93608">
        <w:rPr>
          <w:rFonts w:ascii="Arial" w:hAnsi="Arial" w:cs="Arial"/>
          <w:sz w:val="24"/>
          <w:szCs w:val="24"/>
        </w:rPr>
        <w:t xml:space="preserve">del municipio a través del año, pues no ha sido una cantidad efectiva, digamos. Entonces yo </w:t>
      </w:r>
      <w:r w:rsidR="003108D2">
        <w:rPr>
          <w:rFonts w:ascii="Arial" w:hAnsi="Arial" w:cs="Arial"/>
          <w:sz w:val="24"/>
          <w:szCs w:val="24"/>
        </w:rPr>
        <w:t>así</w:t>
      </w:r>
      <w:r w:rsidRPr="00E93608">
        <w:rPr>
          <w:rFonts w:ascii="Arial" w:hAnsi="Arial" w:cs="Arial"/>
          <w:sz w:val="24"/>
          <w:szCs w:val="24"/>
        </w:rPr>
        <w:t xml:space="preserve"> la</w:t>
      </w:r>
      <w:r w:rsidR="003108D2">
        <w:rPr>
          <w:rFonts w:ascii="Arial" w:hAnsi="Arial" w:cs="Arial"/>
          <w:sz w:val="24"/>
          <w:szCs w:val="24"/>
        </w:rPr>
        <w:t xml:space="preserve"> </w:t>
      </w:r>
      <w:r w:rsidRPr="00E93608">
        <w:rPr>
          <w:rFonts w:ascii="Arial" w:hAnsi="Arial" w:cs="Arial"/>
          <w:sz w:val="24"/>
          <w:szCs w:val="24"/>
        </w:rPr>
        <w:t>comisión de Hacienda le pediría primera opción si fuera posible que se quitara de la lista se del de que nos</w:t>
      </w:r>
      <w:r w:rsidR="003108D2">
        <w:rPr>
          <w:rFonts w:ascii="Arial" w:hAnsi="Arial" w:cs="Arial"/>
          <w:sz w:val="24"/>
          <w:szCs w:val="24"/>
        </w:rPr>
        <w:t xml:space="preserve"> </w:t>
      </w:r>
      <w:r w:rsidRPr="00E93608">
        <w:rPr>
          <w:rFonts w:ascii="Arial" w:hAnsi="Arial" w:cs="Arial"/>
          <w:sz w:val="24"/>
          <w:szCs w:val="24"/>
        </w:rPr>
        <w:t>estén tasando con un precio directo por el acuerdo que tenemos por años trabajando y por todos los beneficios que se generan de derrama económica</w:t>
      </w:r>
      <w:r w:rsidR="003108D2">
        <w:rPr>
          <w:rFonts w:ascii="Arial" w:hAnsi="Arial" w:cs="Arial"/>
          <w:sz w:val="24"/>
          <w:szCs w:val="24"/>
        </w:rPr>
        <w:t xml:space="preserve"> </w:t>
      </w:r>
      <w:r w:rsidRPr="00E93608">
        <w:rPr>
          <w:rFonts w:ascii="Arial" w:hAnsi="Arial" w:cs="Arial"/>
          <w:sz w:val="24"/>
          <w:szCs w:val="24"/>
        </w:rPr>
        <w:t>porque es un evento que genera inversión, genera empleo, genera divisas, vinculación tecnológica y proyectos internacionales</w:t>
      </w:r>
      <w:r w:rsidR="003108D2">
        <w:rPr>
          <w:rFonts w:ascii="Arial" w:hAnsi="Arial" w:cs="Arial"/>
          <w:sz w:val="24"/>
          <w:szCs w:val="24"/>
        </w:rPr>
        <w:t xml:space="preserve"> </w:t>
      </w:r>
      <w:r w:rsidRPr="00E93608">
        <w:rPr>
          <w:rFonts w:ascii="Arial" w:hAnsi="Arial" w:cs="Arial"/>
          <w:sz w:val="24"/>
          <w:szCs w:val="24"/>
        </w:rPr>
        <w:t>y que fuera la aportación del ayuntamiento, si no fuera así, pues sí pedirles que reconsideren que en el</w:t>
      </w:r>
      <w:r w:rsidR="003108D2">
        <w:rPr>
          <w:rFonts w:ascii="Arial" w:hAnsi="Arial" w:cs="Arial"/>
          <w:sz w:val="24"/>
          <w:szCs w:val="24"/>
        </w:rPr>
        <w:t xml:space="preserve"> </w:t>
      </w:r>
      <w:r w:rsidRPr="00E93608">
        <w:rPr>
          <w:rFonts w:ascii="Arial" w:hAnsi="Arial" w:cs="Arial"/>
          <w:sz w:val="24"/>
          <w:szCs w:val="24"/>
        </w:rPr>
        <w:t xml:space="preserve">último año se tasó sobre </w:t>
      </w:r>
      <w:r w:rsidR="00A74614">
        <w:rPr>
          <w:rFonts w:ascii="Arial" w:hAnsi="Arial" w:cs="Arial"/>
          <w:sz w:val="24"/>
          <w:szCs w:val="24"/>
        </w:rPr>
        <w:t>$</w:t>
      </w:r>
      <w:r w:rsidRPr="00E93608">
        <w:rPr>
          <w:rFonts w:ascii="Arial" w:hAnsi="Arial" w:cs="Arial"/>
          <w:sz w:val="24"/>
          <w:szCs w:val="24"/>
        </w:rPr>
        <w:t>66</w:t>
      </w:r>
      <w:r w:rsidR="003108D2">
        <w:rPr>
          <w:rFonts w:ascii="Arial" w:hAnsi="Arial" w:cs="Arial"/>
          <w:sz w:val="24"/>
          <w:szCs w:val="24"/>
        </w:rPr>
        <w:t>,</w:t>
      </w:r>
      <w:r w:rsidRPr="00E93608">
        <w:rPr>
          <w:rFonts w:ascii="Arial" w:hAnsi="Arial" w:cs="Arial"/>
          <w:sz w:val="24"/>
          <w:szCs w:val="24"/>
        </w:rPr>
        <w:t>000</w:t>
      </w:r>
      <w:r w:rsidR="00A74614">
        <w:rPr>
          <w:rFonts w:ascii="Arial" w:hAnsi="Arial" w:cs="Arial"/>
          <w:sz w:val="24"/>
          <w:szCs w:val="24"/>
        </w:rPr>
        <w:t>.00</w:t>
      </w:r>
      <w:r w:rsidR="003108D2">
        <w:rPr>
          <w:rFonts w:ascii="Arial" w:hAnsi="Arial" w:cs="Arial"/>
          <w:sz w:val="24"/>
          <w:szCs w:val="24"/>
        </w:rPr>
        <w:t xml:space="preserve"> sesenta seis mil </w:t>
      </w:r>
      <w:r w:rsidRPr="00E93608">
        <w:rPr>
          <w:rFonts w:ascii="Arial" w:hAnsi="Arial" w:cs="Arial"/>
          <w:sz w:val="24"/>
          <w:szCs w:val="24"/>
        </w:rPr>
        <w:t xml:space="preserve"> pesos, números redondos, y pues que se fuera contra la inflación como lo hacen con</w:t>
      </w:r>
      <w:r w:rsidR="003108D2">
        <w:rPr>
          <w:rFonts w:ascii="Arial" w:hAnsi="Arial" w:cs="Arial"/>
          <w:sz w:val="24"/>
          <w:szCs w:val="24"/>
        </w:rPr>
        <w:t xml:space="preserve"> </w:t>
      </w:r>
      <w:r w:rsidRPr="00E93608">
        <w:rPr>
          <w:rFonts w:ascii="Arial" w:hAnsi="Arial" w:cs="Arial"/>
          <w:sz w:val="24"/>
          <w:szCs w:val="24"/>
        </w:rPr>
        <w:t>todos los impuestos y que sí  haya la oportunidad en una fecha especial ojalá fuera antes de</w:t>
      </w:r>
      <w:r w:rsidR="003108D2">
        <w:rPr>
          <w:rFonts w:ascii="Arial" w:hAnsi="Arial" w:cs="Arial"/>
          <w:sz w:val="24"/>
          <w:szCs w:val="24"/>
        </w:rPr>
        <w:t xml:space="preserve"> </w:t>
      </w:r>
      <w:r w:rsidRPr="00E93608">
        <w:rPr>
          <w:rFonts w:ascii="Arial" w:hAnsi="Arial" w:cs="Arial"/>
          <w:sz w:val="24"/>
          <w:szCs w:val="24"/>
        </w:rPr>
        <w:t>que de que pase esto a ley final con aprobación, que nos den la oportunidad de presentarles a detalle los beneficios</w:t>
      </w:r>
      <w:r w:rsidR="003108D2">
        <w:rPr>
          <w:rFonts w:ascii="Arial" w:hAnsi="Arial" w:cs="Arial"/>
          <w:sz w:val="24"/>
          <w:szCs w:val="24"/>
        </w:rPr>
        <w:t xml:space="preserve"> </w:t>
      </w:r>
      <w:r w:rsidRPr="00E93608">
        <w:rPr>
          <w:rFonts w:ascii="Arial" w:hAnsi="Arial" w:cs="Arial"/>
          <w:sz w:val="24"/>
          <w:szCs w:val="24"/>
        </w:rPr>
        <w:t>que se han generado para la expo. Simple y sencillamente yo les diría que el corredor más importante comercial de proveeduría agrícola entre el mercado de</w:t>
      </w:r>
      <w:r w:rsidR="003108D2">
        <w:rPr>
          <w:rFonts w:ascii="Arial" w:hAnsi="Arial" w:cs="Arial"/>
          <w:sz w:val="24"/>
          <w:szCs w:val="24"/>
        </w:rPr>
        <w:t xml:space="preserve"> </w:t>
      </w:r>
      <w:r w:rsidRPr="00E93608">
        <w:rPr>
          <w:rFonts w:ascii="Arial" w:hAnsi="Arial" w:cs="Arial"/>
          <w:sz w:val="24"/>
          <w:szCs w:val="24"/>
        </w:rPr>
        <w:t xml:space="preserve">abastos, el periférico, </w:t>
      </w:r>
      <w:r w:rsidRPr="00E93608">
        <w:rPr>
          <w:rFonts w:ascii="Arial" w:hAnsi="Arial" w:cs="Arial"/>
          <w:sz w:val="24"/>
          <w:szCs w:val="24"/>
        </w:rPr>
        <w:lastRenderedPageBreak/>
        <w:t xml:space="preserve">hasta el monumento a la solidaridad y por </w:t>
      </w:r>
      <w:r w:rsidR="003108D2" w:rsidRPr="00E93608">
        <w:rPr>
          <w:rFonts w:ascii="Arial" w:hAnsi="Arial" w:cs="Arial"/>
          <w:sz w:val="24"/>
          <w:szCs w:val="24"/>
        </w:rPr>
        <w:t>él</w:t>
      </w:r>
      <w:r w:rsidRPr="00E93608">
        <w:rPr>
          <w:rFonts w:ascii="Arial" w:hAnsi="Arial" w:cs="Arial"/>
          <w:sz w:val="24"/>
          <w:szCs w:val="24"/>
        </w:rPr>
        <w:t xml:space="preserve"> lo que es Alberto Cárdenas Jiménez, tenemos</w:t>
      </w:r>
      <w:r w:rsidR="003108D2">
        <w:rPr>
          <w:rFonts w:ascii="Arial" w:hAnsi="Arial" w:cs="Arial"/>
          <w:sz w:val="24"/>
          <w:szCs w:val="24"/>
        </w:rPr>
        <w:t xml:space="preserve"> </w:t>
      </w:r>
      <w:r w:rsidRPr="00E93608">
        <w:rPr>
          <w:rFonts w:ascii="Arial" w:hAnsi="Arial" w:cs="Arial"/>
          <w:sz w:val="24"/>
          <w:szCs w:val="24"/>
        </w:rPr>
        <w:t>el corredor de proveeduría agrícola más importante del estado de Jalisco. ni siquiera Guadalajara lo tiene.</w:t>
      </w:r>
      <w:r w:rsidR="003108D2">
        <w:rPr>
          <w:rFonts w:ascii="Arial" w:hAnsi="Arial" w:cs="Arial"/>
          <w:sz w:val="24"/>
          <w:szCs w:val="24"/>
        </w:rPr>
        <w:t xml:space="preserve"> </w:t>
      </w:r>
      <w:r w:rsidRPr="00E93608">
        <w:rPr>
          <w:rFonts w:ascii="Arial" w:hAnsi="Arial" w:cs="Arial"/>
          <w:sz w:val="24"/>
          <w:szCs w:val="24"/>
        </w:rPr>
        <w:t>Y todo eso pues es generación de economía para el municipio porque indirectamente pues ustedes reciben por</w:t>
      </w:r>
      <w:r w:rsidR="003108D2">
        <w:rPr>
          <w:rFonts w:ascii="Arial" w:hAnsi="Arial" w:cs="Arial"/>
          <w:sz w:val="24"/>
          <w:szCs w:val="24"/>
        </w:rPr>
        <w:t xml:space="preserve"> </w:t>
      </w:r>
      <w:r w:rsidRPr="00E93608">
        <w:rPr>
          <w:rFonts w:ascii="Arial" w:hAnsi="Arial" w:cs="Arial"/>
          <w:sz w:val="24"/>
          <w:szCs w:val="24"/>
        </w:rPr>
        <w:t>toda la consecuencia de esta economía que se ha generado. Entonces, pues esa sería la petición y la segunda, la posibilidad de que en verdad a través de</w:t>
      </w:r>
      <w:r w:rsidR="003108D2">
        <w:rPr>
          <w:rFonts w:ascii="Arial" w:hAnsi="Arial" w:cs="Arial"/>
          <w:sz w:val="24"/>
          <w:szCs w:val="24"/>
        </w:rPr>
        <w:t xml:space="preserve"> </w:t>
      </w:r>
      <w:r w:rsidRPr="00E93608">
        <w:rPr>
          <w:rFonts w:ascii="Arial" w:hAnsi="Arial" w:cs="Arial"/>
          <w:sz w:val="24"/>
          <w:szCs w:val="24"/>
        </w:rPr>
        <w:t>la Comisión de Hacienda pudiéramos presentar proyectos conjuntos a gobierno del estado que todavía igual que ustedes</w:t>
      </w:r>
      <w:r w:rsidR="003108D2">
        <w:rPr>
          <w:rFonts w:ascii="Arial" w:hAnsi="Arial" w:cs="Arial"/>
          <w:sz w:val="24"/>
          <w:szCs w:val="24"/>
        </w:rPr>
        <w:t xml:space="preserve"> </w:t>
      </w:r>
      <w:r w:rsidRPr="00E93608">
        <w:rPr>
          <w:rFonts w:ascii="Arial" w:hAnsi="Arial" w:cs="Arial"/>
          <w:sz w:val="24"/>
          <w:szCs w:val="24"/>
        </w:rPr>
        <w:t>ahorita nos están pidiendo que presentemos para la construcción de dos domos ahí de 40</w:t>
      </w:r>
      <w:r w:rsidR="00DE256F">
        <w:rPr>
          <w:rFonts w:ascii="Arial" w:hAnsi="Arial" w:cs="Arial"/>
          <w:sz w:val="24"/>
          <w:szCs w:val="24"/>
        </w:rPr>
        <w:t>m</w:t>
      </w:r>
      <w:r w:rsidRPr="00E93608">
        <w:rPr>
          <w:rFonts w:ascii="Arial" w:hAnsi="Arial" w:cs="Arial"/>
          <w:sz w:val="24"/>
          <w:szCs w:val="24"/>
        </w:rPr>
        <w:t xml:space="preserve"> por 60 m</w:t>
      </w:r>
      <w:r w:rsidR="003108D2">
        <w:rPr>
          <w:rFonts w:ascii="Arial" w:hAnsi="Arial" w:cs="Arial"/>
          <w:sz w:val="24"/>
          <w:szCs w:val="24"/>
        </w:rPr>
        <w:t xml:space="preserve"> </w:t>
      </w:r>
      <w:r w:rsidRPr="00E93608">
        <w:rPr>
          <w:rFonts w:ascii="Arial" w:hAnsi="Arial" w:cs="Arial"/>
          <w:sz w:val="24"/>
          <w:szCs w:val="24"/>
        </w:rPr>
        <w:t>este para cubrir 40</w:t>
      </w:r>
      <w:r w:rsidR="00DE256F">
        <w:rPr>
          <w:rFonts w:ascii="Arial" w:hAnsi="Arial" w:cs="Arial"/>
          <w:sz w:val="24"/>
          <w:szCs w:val="24"/>
        </w:rPr>
        <w:t>m</w:t>
      </w:r>
      <w:r w:rsidRPr="00E93608">
        <w:rPr>
          <w:rFonts w:ascii="Arial" w:hAnsi="Arial" w:cs="Arial"/>
          <w:sz w:val="24"/>
          <w:szCs w:val="24"/>
        </w:rPr>
        <w:t xml:space="preserve"> por 60 m, que son los stands viejos que se tienen ahí por láminas recicladas que se hicieron</w:t>
      </w:r>
      <w:r w:rsidR="003108D2">
        <w:rPr>
          <w:rFonts w:ascii="Arial" w:hAnsi="Arial" w:cs="Arial"/>
          <w:sz w:val="24"/>
          <w:szCs w:val="24"/>
        </w:rPr>
        <w:t xml:space="preserve"> </w:t>
      </w:r>
      <w:r w:rsidRPr="00E93608">
        <w:rPr>
          <w:rFonts w:ascii="Arial" w:hAnsi="Arial" w:cs="Arial"/>
          <w:sz w:val="24"/>
          <w:szCs w:val="24"/>
        </w:rPr>
        <w:t>desde antes que se bajaron del casino y que pues nosotros no podemos hacer mucho por la presentación de eso porque</w:t>
      </w:r>
      <w:r w:rsidR="003108D2">
        <w:rPr>
          <w:rFonts w:ascii="Arial" w:hAnsi="Arial" w:cs="Arial"/>
          <w:sz w:val="24"/>
          <w:szCs w:val="24"/>
        </w:rPr>
        <w:t xml:space="preserve"> </w:t>
      </w:r>
      <w:r w:rsidRPr="00E93608">
        <w:rPr>
          <w:rFonts w:ascii="Arial" w:hAnsi="Arial" w:cs="Arial"/>
          <w:sz w:val="24"/>
          <w:szCs w:val="24"/>
        </w:rPr>
        <w:t>el lugar no es nuestro. Entonces creo que podemos ganar más gestionando juntos que lo que nosotros por aportar como</w:t>
      </w:r>
      <w:r w:rsidR="003108D2">
        <w:rPr>
          <w:rFonts w:ascii="Arial" w:hAnsi="Arial" w:cs="Arial"/>
          <w:sz w:val="24"/>
          <w:szCs w:val="24"/>
        </w:rPr>
        <w:t xml:space="preserve"> </w:t>
      </w:r>
      <w:r w:rsidRPr="00E93608">
        <w:rPr>
          <w:rFonts w:ascii="Arial" w:hAnsi="Arial" w:cs="Arial"/>
          <w:sz w:val="24"/>
          <w:szCs w:val="24"/>
        </w:rPr>
        <w:t>renta hacia el lugar. tengo los oficios necesarios y lo demás. Entonces, pues dejo la inquietud, se las quiero dejar</w:t>
      </w:r>
      <w:r w:rsidR="003108D2">
        <w:rPr>
          <w:rFonts w:ascii="Arial" w:hAnsi="Arial" w:cs="Arial"/>
          <w:sz w:val="24"/>
          <w:szCs w:val="24"/>
        </w:rPr>
        <w:t xml:space="preserve"> </w:t>
      </w:r>
      <w:r w:rsidRPr="00E93608">
        <w:rPr>
          <w:rFonts w:ascii="Arial" w:hAnsi="Arial" w:cs="Arial"/>
          <w:sz w:val="24"/>
          <w:szCs w:val="24"/>
        </w:rPr>
        <w:t>así palpable en el sentido de que creo que juntos podemos gestionar más a favor de Zapotlán a ese gran escaparate que</w:t>
      </w:r>
      <w:r w:rsidR="003108D2">
        <w:rPr>
          <w:rFonts w:ascii="Arial" w:hAnsi="Arial" w:cs="Arial"/>
          <w:sz w:val="24"/>
          <w:szCs w:val="24"/>
        </w:rPr>
        <w:t xml:space="preserve"> </w:t>
      </w:r>
      <w:r w:rsidRPr="00E93608">
        <w:rPr>
          <w:rFonts w:ascii="Arial" w:hAnsi="Arial" w:cs="Arial"/>
          <w:sz w:val="24"/>
          <w:szCs w:val="24"/>
        </w:rPr>
        <w:t>es el recinto ferial y que pues se ha venido minimizando por la falta de terrenos que ya se tienen, pero creo que</w:t>
      </w:r>
      <w:r w:rsidR="003108D2">
        <w:rPr>
          <w:rFonts w:ascii="Arial" w:hAnsi="Arial" w:cs="Arial"/>
          <w:sz w:val="24"/>
          <w:szCs w:val="24"/>
        </w:rPr>
        <w:t xml:space="preserve"> </w:t>
      </w:r>
      <w:r w:rsidRPr="00E93608">
        <w:rPr>
          <w:rFonts w:ascii="Arial" w:hAnsi="Arial" w:cs="Arial"/>
          <w:sz w:val="24"/>
          <w:szCs w:val="24"/>
        </w:rPr>
        <w:t xml:space="preserve">podemos hacer muchas cosas más como plantear otros </w:t>
      </w:r>
      <w:r w:rsidR="006602C6" w:rsidRPr="00E93608">
        <w:rPr>
          <w:rFonts w:ascii="Arial" w:hAnsi="Arial" w:cs="Arial"/>
          <w:sz w:val="24"/>
          <w:szCs w:val="24"/>
        </w:rPr>
        <w:t>eventos que</w:t>
      </w:r>
      <w:r w:rsidRPr="00E93608">
        <w:rPr>
          <w:rFonts w:ascii="Arial" w:hAnsi="Arial" w:cs="Arial"/>
          <w:sz w:val="24"/>
          <w:szCs w:val="24"/>
        </w:rPr>
        <w:t xml:space="preserve"> puedan ser también generadores de economía para el</w:t>
      </w:r>
      <w:r w:rsidR="003108D2">
        <w:rPr>
          <w:rFonts w:ascii="Arial" w:hAnsi="Arial" w:cs="Arial"/>
          <w:sz w:val="24"/>
          <w:szCs w:val="24"/>
        </w:rPr>
        <w:t xml:space="preserve"> </w:t>
      </w:r>
      <w:r w:rsidRPr="00E93608">
        <w:rPr>
          <w:rFonts w:ascii="Arial" w:hAnsi="Arial" w:cs="Arial"/>
          <w:sz w:val="24"/>
          <w:szCs w:val="24"/>
        </w:rPr>
        <w:t>municipio. Se los dejo en su consideración.</w:t>
      </w:r>
      <w:r w:rsidR="003108D2">
        <w:rPr>
          <w:rFonts w:ascii="Arial" w:hAnsi="Arial" w:cs="Arial"/>
          <w:sz w:val="24"/>
          <w:szCs w:val="24"/>
        </w:rPr>
        <w:t xml:space="preserve"> </w:t>
      </w:r>
      <w:r w:rsidRPr="00E93608">
        <w:rPr>
          <w:rFonts w:ascii="Arial" w:hAnsi="Arial" w:cs="Arial"/>
          <w:sz w:val="24"/>
          <w:szCs w:val="24"/>
        </w:rPr>
        <w:t xml:space="preserve">Y ojalá para otra propuesta más de fondo, ¿no?, de todos estos detalles. Saludos. </w:t>
      </w:r>
    </w:p>
    <w:p w14:paraId="5A6FA7CF" w14:textId="77777777" w:rsidR="003108D2" w:rsidRDefault="003108D2" w:rsidP="00E93608">
      <w:pPr>
        <w:jc w:val="both"/>
        <w:rPr>
          <w:rFonts w:ascii="Arial" w:hAnsi="Arial" w:cs="Arial"/>
          <w:sz w:val="24"/>
          <w:szCs w:val="24"/>
        </w:rPr>
      </w:pPr>
    </w:p>
    <w:p w14:paraId="14A79A9B" w14:textId="60DD8022" w:rsidR="00EA0C28" w:rsidRPr="00E93608" w:rsidRDefault="003108D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ingeniero.</w:t>
      </w:r>
      <w:r>
        <w:rPr>
          <w:rFonts w:ascii="Arial" w:hAnsi="Arial" w:cs="Arial"/>
          <w:sz w:val="24"/>
          <w:szCs w:val="24"/>
        </w:rPr>
        <w:t xml:space="preserve"> </w:t>
      </w:r>
      <w:r w:rsidRPr="00E93608">
        <w:rPr>
          <w:rFonts w:ascii="Arial" w:hAnsi="Arial" w:cs="Arial"/>
          <w:sz w:val="24"/>
          <w:szCs w:val="24"/>
        </w:rPr>
        <w:t>No sé si por parte de los integrantes de esta comisión o de los regidores hubiera alguna algún comentario o aportación.</w:t>
      </w:r>
      <w:r>
        <w:rPr>
          <w:rFonts w:ascii="Arial" w:hAnsi="Arial" w:cs="Arial"/>
          <w:sz w:val="24"/>
          <w:szCs w:val="24"/>
        </w:rPr>
        <w:t xml:space="preserve"> </w:t>
      </w:r>
      <w:r w:rsidRPr="00E93608">
        <w:rPr>
          <w:rFonts w:ascii="Arial" w:hAnsi="Arial" w:cs="Arial"/>
          <w:sz w:val="24"/>
          <w:szCs w:val="24"/>
        </w:rPr>
        <w:t>Adelante. Regidora Dunia.</w:t>
      </w:r>
    </w:p>
    <w:p w14:paraId="2159EDCC" w14:textId="1F940E13" w:rsidR="00EA0C28" w:rsidRPr="00E93608" w:rsidRDefault="003108D2" w:rsidP="00E93608">
      <w:pPr>
        <w:jc w:val="both"/>
        <w:rPr>
          <w:rFonts w:ascii="Arial" w:hAnsi="Arial" w:cs="Arial"/>
          <w:sz w:val="24"/>
          <w:szCs w:val="24"/>
        </w:rPr>
      </w:pPr>
      <w:r>
        <w:rPr>
          <w:rFonts w:ascii="Arial" w:hAnsi="Arial" w:cs="Arial"/>
          <w:b/>
          <w:bCs/>
          <w:sz w:val="24"/>
          <w:szCs w:val="24"/>
        </w:rPr>
        <w:t xml:space="preserve">C. DUNIA CATALINA CRUZ MORENO. - </w:t>
      </w:r>
      <w:r w:rsidRPr="00E93608">
        <w:rPr>
          <w:rFonts w:ascii="Arial" w:hAnsi="Arial" w:cs="Arial"/>
          <w:sz w:val="24"/>
          <w:szCs w:val="24"/>
        </w:rPr>
        <w:t>Buenos días. Yo estoy de acuerdo en que se pueda modificar el monto y actualizarlo de acuerdo a lo que</w:t>
      </w:r>
      <w:r>
        <w:rPr>
          <w:rFonts w:ascii="Arial" w:hAnsi="Arial" w:cs="Arial"/>
          <w:sz w:val="24"/>
          <w:szCs w:val="24"/>
        </w:rPr>
        <w:t xml:space="preserve"> </w:t>
      </w:r>
      <w:r w:rsidRPr="00E93608">
        <w:rPr>
          <w:rFonts w:ascii="Arial" w:hAnsi="Arial" w:cs="Arial"/>
          <w:sz w:val="24"/>
          <w:szCs w:val="24"/>
        </w:rPr>
        <w:t>comentaba el director de la OP</w:t>
      </w:r>
      <w:r>
        <w:rPr>
          <w:rFonts w:ascii="Arial" w:hAnsi="Arial" w:cs="Arial"/>
          <w:sz w:val="24"/>
          <w:szCs w:val="24"/>
        </w:rPr>
        <w:t>D</w:t>
      </w:r>
      <w:r w:rsidRPr="00E93608">
        <w:rPr>
          <w:rFonts w:ascii="Arial" w:hAnsi="Arial" w:cs="Arial"/>
          <w:sz w:val="24"/>
          <w:szCs w:val="24"/>
        </w:rPr>
        <w:t xml:space="preserve"> feria, si ya no se les están rentando los mismos tres espacios que se pudiera</w:t>
      </w:r>
      <w:r>
        <w:rPr>
          <w:rFonts w:ascii="Arial" w:hAnsi="Arial" w:cs="Arial"/>
          <w:sz w:val="24"/>
          <w:szCs w:val="24"/>
        </w:rPr>
        <w:t xml:space="preserve"> </w:t>
      </w:r>
      <w:r w:rsidRPr="00E93608">
        <w:rPr>
          <w:rFonts w:ascii="Arial" w:hAnsi="Arial" w:cs="Arial"/>
          <w:sz w:val="24"/>
          <w:szCs w:val="24"/>
        </w:rPr>
        <w:t xml:space="preserve">considerar el ajuste a esa a ese monto y </w:t>
      </w:r>
      <w:r>
        <w:rPr>
          <w:rFonts w:ascii="Arial" w:hAnsi="Arial" w:cs="Arial"/>
          <w:sz w:val="24"/>
          <w:szCs w:val="24"/>
        </w:rPr>
        <w:t xml:space="preserve">para </w:t>
      </w:r>
      <w:r w:rsidRPr="00E93608">
        <w:rPr>
          <w:rFonts w:ascii="Arial" w:hAnsi="Arial" w:cs="Arial"/>
          <w:sz w:val="24"/>
          <w:szCs w:val="24"/>
        </w:rPr>
        <w:t>si no alguna otra forma de que se pueda trabajar con ellos conforme a lo que está expresando el señor Romo de</w:t>
      </w:r>
      <w:r>
        <w:rPr>
          <w:rFonts w:ascii="Arial" w:hAnsi="Arial" w:cs="Arial"/>
          <w:sz w:val="24"/>
          <w:szCs w:val="24"/>
        </w:rPr>
        <w:t xml:space="preserve"> </w:t>
      </w:r>
      <w:r w:rsidRPr="00E93608">
        <w:rPr>
          <w:rFonts w:ascii="Arial" w:hAnsi="Arial" w:cs="Arial"/>
          <w:sz w:val="24"/>
          <w:szCs w:val="24"/>
        </w:rPr>
        <w:t xml:space="preserve">acuerdo a las necesidades y las ventajas que nos trae a todos los </w:t>
      </w:r>
      <w:r>
        <w:rPr>
          <w:rFonts w:ascii="Arial" w:hAnsi="Arial" w:cs="Arial"/>
          <w:sz w:val="24"/>
          <w:szCs w:val="24"/>
        </w:rPr>
        <w:t>Zapotlenses</w:t>
      </w:r>
      <w:r w:rsidRPr="00E93608">
        <w:rPr>
          <w:rFonts w:ascii="Arial" w:hAnsi="Arial" w:cs="Arial"/>
          <w:sz w:val="24"/>
          <w:szCs w:val="24"/>
        </w:rPr>
        <w:t xml:space="preserve"> esta expo agrícola y los eventos que se</w:t>
      </w:r>
      <w:r>
        <w:rPr>
          <w:rFonts w:ascii="Arial" w:hAnsi="Arial" w:cs="Arial"/>
          <w:sz w:val="24"/>
          <w:szCs w:val="24"/>
        </w:rPr>
        <w:t xml:space="preserve"> </w:t>
      </w:r>
      <w:r w:rsidRPr="00E93608">
        <w:rPr>
          <w:rFonts w:ascii="Arial" w:hAnsi="Arial" w:cs="Arial"/>
          <w:sz w:val="24"/>
          <w:szCs w:val="24"/>
        </w:rPr>
        <w:t>puedan organizar en pro pues de nuestra ciudad. Es cuánto.</w:t>
      </w:r>
    </w:p>
    <w:p w14:paraId="12046721" w14:textId="0DECAEF8" w:rsidR="00EA0C28" w:rsidRPr="00E93608" w:rsidRDefault="003108D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w:t>
      </w:r>
      <w:r w:rsidR="00DE256F">
        <w:rPr>
          <w:rFonts w:ascii="Arial" w:hAnsi="Arial" w:cs="Arial"/>
          <w:sz w:val="24"/>
          <w:szCs w:val="24"/>
        </w:rPr>
        <w:t>a</w:t>
      </w:r>
      <w:r w:rsidRPr="00E93608">
        <w:rPr>
          <w:rFonts w:ascii="Arial" w:hAnsi="Arial" w:cs="Arial"/>
          <w:sz w:val="24"/>
          <w:szCs w:val="24"/>
        </w:rPr>
        <w:t>. Adelante, regidor Bertín. ¿Qué tal? Buenos días, compañeros.</w:t>
      </w:r>
    </w:p>
    <w:p w14:paraId="6B773AF1" w14:textId="6BA910E4" w:rsidR="00EA0C28" w:rsidRPr="00E93608" w:rsidRDefault="003108D2" w:rsidP="00E93608">
      <w:pPr>
        <w:jc w:val="both"/>
        <w:rPr>
          <w:rFonts w:ascii="Arial" w:hAnsi="Arial" w:cs="Arial"/>
          <w:sz w:val="24"/>
          <w:szCs w:val="24"/>
        </w:rPr>
      </w:pPr>
      <w:r>
        <w:rPr>
          <w:rFonts w:ascii="Arial" w:hAnsi="Arial" w:cs="Arial"/>
          <w:b/>
          <w:bCs/>
          <w:sz w:val="24"/>
          <w:szCs w:val="24"/>
        </w:rPr>
        <w:lastRenderedPageBreak/>
        <w:t xml:space="preserve">C. JOSÉ BERTÍN CHAVEZ VARGAS. - </w:t>
      </w:r>
      <w:r w:rsidRPr="00E93608">
        <w:rPr>
          <w:rFonts w:ascii="Arial" w:hAnsi="Arial" w:cs="Arial"/>
          <w:sz w:val="24"/>
          <w:szCs w:val="24"/>
        </w:rPr>
        <w:t xml:space="preserve">Bienvenido, Juan Carlos. Gracias por la </w:t>
      </w:r>
      <w:r w:rsidR="00B30DA7" w:rsidRPr="00E93608">
        <w:rPr>
          <w:rFonts w:ascii="Arial" w:hAnsi="Arial" w:cs="Arial"/>
          <w:sz w:val="24"/>
          <w:szCs w:val="24"/>
        </w:rPr>
        <w:t>explicación de</w:t>
      </w:r>
      <w:r w:rsidRPr="00E93608">
        <w:rPr>
          <w:rFonts w:ascii="Arial" w:hAnsi="Arial" w:cs="Arial"/>
          <w:sz w:val="24"/>
          <w:szCs w:val="24"/>
        </w:rPr>
        <w:t xml:space="preserve"> todo lo que conlleva la organización del tema de la Expo agrícola, que es un referente aquí</w:t>
      </w:r>
      <w:r>
        <w:rPr>
          <w:rFonts w:ascii="Arial" w:hAnsi="Arial" w:cs="Arial"/>
          <w:sz w:val="24"/>
          <w:szCs w:val="24"/>
        </w:rPr>
        <w:t xml:space="preserve"> </w:t>
      </w:r>
      <w:r w:rsidRPr="00E93608">
        <w:rPr>
          <w:rFonts w:ascii="Arial" w:hAnsi="Arial" w:cs="Arial"/>
          <w:sz w:val="24"/>
          <w:szCs w:val="24"/>
        </w:rPr>
        <w:t>en Guzmán y en toda la región, incluso en el estado</w:t>
      </w:r>
      <w:r>
        <w:rPr>
          <w:rFonts w:ascii="Arial" w:hAnsi="Arial" w:cs="Arial"/>
          <w:sz w:val="24"/>
          <w:szCs w:val="24"/>
        </w:rPr>
        <w:t xml:space="preserve">, </w:t>
      </w:r>
      <w:r w:rsidRPr="00E93608">
        <w:rPr>
          <w:rFonts w:ascii="Arial" w:hAnsi="Arial" w:cs="Arial"/>
          <w:sz w:val="24"/>
          <w:szCs w:val="24"/>
        </w:rPr>
        <w:t xml:space="preserve">preguntarte, Juan Carlos, y lo que comentaba </w:t>
      </w:r>
      <w:r w:rsidR="00B30DA7" w:rsidRPr="00E93608">
        <w:rPr>
          <w:rFonts w:ascii="Arial" w:hAnsi="Arial" w:cs="Arial"/>
          <w:sz w:val="24"/>
          <w:szCs w:val="24"/>
        </w:rPr>
        <w:t>también el</w:t>
      </w:r>
      <w:r w:rsidRPr="00E93608">
        <w:rPr>
          <w:rFonts w:ascii="Arial" w:hAnsi="Arial" w:cs="Arial"/>
          <w:sz w:val="24"/>
          <w:szCs w:val="24"/>
        </w:rPr>
        <w:t xml:space="preserve"> </w:t>
      </w:r>
      <w:r w:rsidR="00DE256F">
        <w:rPr>
          <w:rFonts w:ascii="Arial" w:hAnsi="Arial" w:cs="Arial"/>
          <w:sz w:val="24"/>
          <w:szCs w:val="24"/>
        </w:rPr>
        <w:t>L</w:t>
      </w:r>
      <w:r w:rsidRPr="00E93608">
        <w:rPr>
          <w:rFonts w:ascii="Arial" w:hAnsi="Arial" w:cs="Arial"/>
          <w:sz w:val="24"/>
          <w:szCs w:val="24"/>
        </w:rPr>
        <w:t>icenciado Jorge de ahí del</w:t>
      </w:r>
      <w:r>
        <w:rPr>
          <w:rFonts w:ascii="Arial" w:hAnsi="Arial" w:cs="Arial"/>
          <w:sz w:val="24"/>
          <w:szCs w:val="24"/>
        </w:rPr>
        <w:t xml:space="preserve"> </w:t>
      </w:r>
      <w:r w:rsidRPr="00E93608">
        <w:rPr>
          <w:rFonts w:ascii="Arial" w:hAnsi="Arial" w:cs="Arial"/>
          <w:sz w:val="24"/>
          <w:szCs w:val="24"/>
        </w:rPr>
        <w:t xml:space="preserve">Comité de Feria, la propuesta de Juan Carlos en el sentido de que </w:t>
      </w:r>
      <w:r w:rsidR="00DE256F" w:rsidRPr="00E93608">
        <w:rPr>
          <w:rFonts w:ascii="Arial" w:hAnsi="Arial" w:cs="Arial"/>
          <w:sz w:val="24"/>
          <w:szCs w:val="24"/>
        </w:rPr>
        <w:t>fueran lo</w:t>
      </w:r>
      <w:r w:rsidRPr="00E93608">
        <w:rPr>
          <w:rFonts w:ascii="Arial" w:hAnsi="Arial" w:cs="Arial"/>
          <w:sz w:val="24"/>
          <w:szCs w:val="24"/>
        </w:rPr>
        <w:t xml:space="preserve"> que se venía cobrando, que eran </w:t>
      </w:r>
      <w:r w:rsidR="00A74614">
        <w:rPr>
          <w:rFonts w:ascii="Arial" w:hAnsi="Arial" w:cs="Arial"/>
          <w:sz w:val="24"/>
          <w:szCs w:val="24"/>
        </w:rPr>
        <w:t>$</w:t>
      </w:r>
      <w:r w:rsidRPr="00E93608">
        <w:rPr>
          <w:rFonts w:ascii="Arial" w:hAnsi="Arial" w:cs="Arial"/>
          <w:sz w:val="24"/>
          <w:szCs w:val="24"/>
        </w:rPr>
        <w:t>66,000</w:t>
      </w:r>
      <w:r w:rsidR="00A74614">
        <w:rPr>
          <w:rFonts w:ascii="Arial" w:hAnsi="Arial" w:cs="Arial"/>
          <w:sz w:val="24"/>
          <w:szCs w:val="24"/>
        </w:rPr>
        <w:t>.00</w:t>
      </w:r>
      <w:r>
        <w:rPr>
          <w:rFonts w:ascii="Arial" w:hAnsi="Arial" w:cs="Arial"/>
          <w:sz w:val="24"/>
          <w:szCs w:val="24"/>
        </w:rPr>
        <w:t xml:space="preserve"> sesenta y seis mil</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¿es equivalente a los metros que</w:t>
      </w:r>
      <w:r>
        <w:rPr>
          <w:rFonts w:ascii="Arial" w:hAnsi="Arial" w:cs="Arial"/>
          <w:sz w:val="24"/>
          <w:szCs w:val="24"/>
        </w:rPr>
        <w:t xml:space="preserve"> </w:t>
      </w:r>
      <w:r w:rsidRPr="00E93608">
        <w:rPr>
          <w:rFonts w:ascii="Arial" w:hAnsi="Arial" w:cs="Arial"/>
          <w:sz w:val="24"/>
          <w:szCs w:val="24"/>
        </w:rPr>
        <w:t xml:space="preserve">actualmente están ocupando? </w:t>
      </w:r>
      <w:r w:rsidR="00DE256F">
        <w:rPr>
          <w:rFonts w:ascii="Arial" w:hAnsi="Arial" w:cs="Arial"/>
          <w:sz w:val="24"/>
          <w:szCs w:val="24"/>
        </w:rPr>
        <w:t>E</w:t>
      </w:r>
      <w:r w:rsidRPr="00E93608">
        <w:rPr>
          <w:rFonts w:ascii="Arial" w:hAnsi="Arial" w:cs="Arial"/>
          <w:sz w:val="24"/>
          <w:szCs w:val="24"/>
        </w:rPr>
        <w:t xml:space="preserve">s o cómo se les venía cobrando, Jorge, en un sentido, qué era qué cantidad </w:t>
      </w:r>
      <w:r w:rsidR="00A74614" w:rsidRPr="00E93608">
        <w:rPr>
          <w:rFonts w:ascii="Arial" w:hAnsi="Arial" w:cs="Arial"/>
          <w:sz w:val="24"/>
          <w:szCs w:val="24"/>
        </w:rPr>
        <w:t>era porque</w:t>
      </w:r>
      <w:r w:rsidRPr="00E93608">
        <w:rPr>
          <w:rFonts w:ascii="Arial" w:hAnsi="Arial" w:cs="Arial"/>
          <w:sz w:val="24"/>
          <w:szCs w:val="24"/>
        </w:rPr>
        <w:t xml:space="preserve"> me imagino que de un de pronto a</w:t>
      </w:r>
      <w:r>
        <w:rPr>
          <w:rFonts w:ascii="Arial" w:hAnsi="Arial" w:cs="Arial"/>
          <w:sz w:val="24"/>
          <w:szCs w:val="24"/>
        </w:rPr>
        <w:t xml:space="preserve"> </w:t>
      </w:r>
      <w:r w:rsidRPr="00E93608">
        <w:rPr>
          <w:rFonts w:ascii="Arial" w:hAnsi="Arial" w:cs="Arial"/>
          <w:sz w:val="24"/>
          <w:szCs w:val="24"/>
        </w:rPr>
        <w:t xml:space="preserve">lo que comenta Juan Carlos fue el </w:t>
      </w:r>
      <w:r w:rsidR="00A74614" w:rsidRPr="00E93608">
        <w:rPr>
          <w:rFonts w:ascii="Arial" w:hAnsi="Arial" w:cs="Arial"/>
          <w:sz w:val="24"/>
          <w:szCs w:val="24"/>
        </w:rPr>
        <w:t>aumento un</w:t>
      </w:r>
      <w:r w:rsidRPr="00E93608">
        <w:rPr>
          <w:rFonts w:ascii="Arial" w:hAnsi="Arial" w:cs="Arial"/>
          <w:sz w:val="24"/>
          <w:szCs w:val="24"/>
        </w:rPr>
        <w:t xml:space="preserve"> aumento a lo </w:t>
      </w:r>
      <w:r w:rsidR="00A74614" w:rsidRPr="00E93608">
        <w:rPr>
          <w:rFonts w:ascii="Arial" w:hAnsi="Arial" w:cs="Arial"/>
          <w:sz w:val="24"/>
          <w:szCs w:val="24"/>
        </w:rPr>
        <w:t>mejor sin</w:t>
      </w:r>
      <w:r w:rsidRPr="00E93608">
        <w:rPr>
          <w:rFonts w:ascii="Arial" w:hAnsi="Arial" w:cs="Arial"/>
          <w:sz w:val="24"/>
          <w:szCs w:val="24"/>
        </w:rPr>
        <w:t xml:space="preserve"> sustento o sin realmente un fundamento</w:t>
      </w:r>
      <w:r>
        <w:rPr>
          <w:rFonts w:ascii="Arial" w:hAnsi="Arial" w:cs="Arial"/>
          <w:sz w:val="24"/>
          <w:szCs w:val="24"/>
        </w:rPr>
        <w:t xml:space="preserve"> </w:t>
      </w:r>
      <w:r w:rsidRPr="00E93608">
        <w:rPr>
          <w:rFonts w:ascii="Arial" w:hAnsi="Arial" w:cs="Arial"/>
          <w:sz w:val="24"/>
          <w:szCs w:val="24"/>
        </w:rPr>
        <w:t xml:space="preserve">como para poder el tema de decir pues sí que se les baje, ¿no? Porque de un de pronto fue subirles </w:t>
      </w:r>
      <w:r w:rsidR="00A74614">
        <w:rPr>
          <w:rFonts w:ascii="Arial" w:hAnsi="Arial" w:cs="Arial"/>
          <w:sz w:val="24"/>
          <w:szCs w:val="24"/>
        </w:rPr>
        <w:t>$</w:t>
      </w:r>
      <w:r w:rsidRPr="00E93608">
        <w:rPr>
          <w:rFonts w:ascii="Arial" w:hAnsi="Arial" w:cs="Arial"/>
          <w:sz w:val="24"/>
          <w:szCs w:val="24"/>
        </w:rPr>
        <w:t>40,000</w:t>
      </w:r>
      <w:r w:rsidR="00A74614">
        <w:rPr>
          <w:rFonts w:ascii="Arial" w:hAnsi="Arial" w:cs="Arial"/>
          <w:sz w:val="24"/>
          <w:szCs w:val="24"/>
        </w:rPr>
        <w:t>.00</w:t>
      </w:r>
      <w:r>
        <w:rPr>
          <w:rFonts w:ascii="Arial" w:hAnsi="Arial" w:cs="Arial"/>
          <w:sz w:val="24"/>
          <w:szCs w:val="24"/>
        </w:rPr>
        <w:t xml:space="preserve"> cuarenta mil</w:t>
      </w:r>
      <w:r w:rsidRPr="00E93608">
        <w:rPr>
          <w:rFonts w:ascii="Arial" w:hAnsi="Arial" w:cs="Arial"/>
          <w:sz w:val="24"/>
          <w:szCs w:val="24"/>
        </w:rPr>
        <w:t xml:space="preserve"> pesos, pero</w:t>
      </w:r>
      <w:r>
        <w:rPr>
          <w:rFonts w:ascii="Arial" w:hAnsi="Arial" w:cs="Arial"/>
          <w:sz w:val="24"/>
          <w:szCs w:val="24"/>
        </w:rPr>
        <w:t xml:space="preserve"> </w:t>
      </w:r>
      <w:r w:rsidRPr="00E93608">
        <w:rPr>
          <w:rFonts w:ascii="Arial" w:hAnsi="Arial" w:cs="Arial"/>
          <w:sz w:val="24"/>
          <w:szCs w:val="24"/>
        </w:rPr>
        <w:t>con menos espacio incluso de lo que ya comentaban. ¿Cómo fue el tema ahí, licenciado Jorge?</w:t>
      </w:r>
    </w:p>
    <w:p w14:paraId="581D25DD" w14:textId="2442DC24" w:rsidR="00EA0C28" w:rsidRPr="00E93608" w:rsidRDefault="003108D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 </w:t>
      </w:r>
      <w:r>
        <w:rPr>
          <w:rFonts w:ascii="Arial" w:hAnsi="Arial" w:cs="Arial"/>
          <w:sz w:val="24"/>
          <w:szCs w:val="24"/>
        </w:rPr>
        <w:t>Bertín</w:t>
      </w:r>
      <w:r w:rsidRPr="00E93608">
        <w:rPr>
          <w:rFonts w:ascii="Arial" w:hAnsi="Arial" w:cs="Arial"/>
          <w:sz w:val="24"/>
          <w:szCs w:val="24"/>
        </w:rPr>
        <w:t xml:space="preserve">. Sí, adelante, </w:t>
      </w:r>
      <w:r>
        <w:rPr>
          <w:rFonts w:ascii="Arial" w:hAnsi="Arial" w:cs="Arial"/>
          <w:sz w:val="24"/>
          <w:szCs w:val="24"/>
        </w:rPr>
        <w:t>L</w:t>
      </w:r>
      <w:r w:rsidRPr="00E93608">
        <w:rPr>
          <w:rFonts w:ascii="Arial" w:hAnsi="Arial" w:cs="Arial"/>
          <w:sz w:val="24"/>
          <w:szCs w:val="24"/>
        </w:rPr>
        <w:t>icenciado Jorge.</w:t>
      </w:r>
    </w:p>
    <w:p w14:paraId="519E5D1E" w14:textId="526AA899" w:rsidR="00EA0C28" w:rsidRPr="00E93608" w:rsidRDefault="003108D2"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Sí. Bueno, lo comentaba efectivamente Juan Carlos Romo a partir de, no sé los años, pero voy a hablar de los periodos.</w:t>
      </w:r>
      <w:r>
        <w:rPr>
          <w:rFonts w:ascii="Arial" w:hAnsi="Arial" w:cs="Arial"/>
          <w:sz w:val="24"/>
          <w:szCs w:val="24"/>
        </w:rPr>
        <w:t xml:space="preserve"> </w:t>
      </w:r>
      <w:r w:rsidRPr="00E93608">
        <w:rPr>
          <w:rFonts w:ascii="Arial" w:hAnsi="Arial" w:cs="Arial"/>
          <w:sz w:val="24"/>
          <w:szCs w:val="24"/>
        </w:rPr>
        <w:t xml:space="preserve">Después de </w:t>
      </w:r>
      <w:r>
        <w:rPr>
          <w:rFonts w:ascii="Arial" w:hAnsi="Arial" w:cs="Arial"/>
          <w:sz w:val="24"/>
          <w:szCs w:val="24"/>
        </w:rPr>
        <w:t>Alberto Esquer</w:t>
      </w:r>
      <w:r w:rsidRPr="00E93608">
        <w:rPr>
          <w:rFonts w:ascii="Arial" w:hAnsi="Arial" w:cs="Arial"/>
          <w:sz w:val="24"/>
          <w:szCs w:val="24"/>
        </w:rPr>
        <w:t xml:space="preserve">, le tasaron ya la </w:t>
      </w:r>
      <w:r w:rsidR="00DE256F" w:rsidRPr="00E93608">
        <w:rPr>
          <w:rFonts w:ascii="Arial" w:hAnsi="Arial" w:cs="Arial"/>
          <w:sz w:val="24"/>
          <w:szCs w:val="24"/>
        </w:rPr>
        <w:t>E</w:t>
      </w:r>
      <w:r w:rsidR="00DE256F">
        <w:rPr>
          <w:rFonts w:ascii="Arial" w:hAnsi="Arial" w:cs="Arial"/>
          <w:sz w:val="24"/>
          <w:szCs w:val="24"/>
        </w:rPr>
        <w:t>x</w:t>
      </w:r>
      <w:r w:rsidR="00DE256F" w:rsidRPr="00E93608">
        <w:rPr>
          <w:rFonts w:ascii="Arial" w:hAnsi="Arial" w:cs="Arial"/>
          <w:sz w:val="24"/>
          <w:szCs w:val="24"/>
        </w:rPr>
        <w:t>po agrícola</w:t>
      </w:r>
      <w:r w:rsidRPr="00E93608">
        <w:rPr>
          <w:rFonts w:ascii="Arial" w:hAnsi="Arial" w:cs="Arial"/>
          <w:sz w:val="24"/>
          <w:szCs w:val="24"/>
        </w:rPr>
        <w:t>. El aumento no fue este de un de un año a otro, fue aumentando</w:t>
      </w:r>
      <w:r>
        <w:rPr>
          <w:rFonts w:ascii="Arial" w:hAnsi="Arial" w:cs="Arial"/>
          <w:sz w:val="24"/>
          <w:szCs w:val="24"/>
        </w:rPr>
        <w:t xml:space="preserve"> </w:t>
      </w:r>
      <w:r w:rsidRPr="00E93608">
        <w:rPr>
          <w:rFonts w:ascii="Arial" w:hAnsi="Arial" w:cs="Arial"/>
          <w:sz w:val="24"/>
          <w:szCs w:val="24"/>
        </w:rPr>
        <w:t>conforme tal. El detalle es que tiene toda la razón, Juan Carlos. Tú me rentabas tres espacios por una cantidad tasada y de repente me quitas dos espacios y este pues no es lo mismo.</w:t>
      </w:r>
      <w:r>
        <w:rPr>
          <w:rFonts w:ascii="Arial" w:hAnsi="Arial" w:cs="Arial"/>
          <w:sz w:val="24"/>
          <w:szCs w:val="24"/>
        </w:rPr>
        <w:t xml:space="preserve"> </w:t>
      </w:r>
      <w:r w:rsidRPr="00E93608">
        <w:rPr>
          <w:rFonts w:ascii="Arial" w:hAnsi="Arial" w:cs="Arial"/>
          <w:sz w:val="24"/>
          <w:szCs w:val="24"/>
        </w:rPr>
        <w:t>Bueno, entre otras cosas se ha complicado también porque los nuevos propietarios van 2</w:t>
      </w:r>
      <w:r w:rsidR="00A74614">
        <w:rPr>
          <w:rFonts w:ascii="Arial" w:hAnsi="Arial" w:cs="Arial"/>
          <w:sz w:val="24"/>
          <w:szCs w:val="24"/>
        </w:rPr>
        <w:t xml:space="preserve"> dos</w:t>
      </w:r>
      <w:r w:rsidRPr="00E93608">
        <w:rPr>
          <w:rFonts w:ascii="Arial" w:hAnsi="Arial" w:cs="Arial"/>
          <w:sz w:val="24"/>
          <w:szCs w:val="24"/>
        </w:rPr>
        <w:t xml:space="preserve"> años que no nos quieren prestar para la Expo</w:t>
      </w:r>
      <w:r w:rsidR="00DE256F">
        <w:rPr>
          <w:rFonts w:ascii="Arial" w:hAnsi="Arial" w:cs="Arial"/>
          <w:sz w:val="24"/>
          <w:szCs w:val="24"/>
        </w:rPr>
        <w:t xml:space="preserve"> </w:t>
      </w:r>
      <w:r w:rsidRPr="00E93608">
        <w:rPr>
          <w:rFonts w:ascii="Arial" w:hAnsi="Arial" w:cs="Arial"/>
          <w:sz w:val="24"/>
          <w:szCs w:val="24"/>
        </w:rPr>
        <w:t>agrícola</w:t>
      </w:r>
      <w:r>
        <w:rPr>
          <w:rFonts w:ascii="Arial" w:hAnsi="Arial" w:cs="Arial"/>
          <w:sz w:val="24"/>
          <w:szCs w:val="24"/>
        </w:rPr>
        <w:t xml:space="preserve"> </w:t>
      </w:r>
      <w:r w:rsidRPr="00E93608">
        <w:rPr>
          <w:rFonts w:ascii="Arial" w:hAnsi="Arial" w:cs="Arial"/>
          <w:sz w:val="24"/>
          <w:szCs w:val="24"/>
        </w:rPr>
        <w:t>esos espacios. Sí. Entonces,</w:t>
      </w:r>
      <w:r w:rsidR="00DE256F">
        <w:rPr>
          <w:rFonts w:ascii="Arial" w:hAnsi="Arial" w:cs="Arial"/>
          <w:sz w:val="24"/>
          <w:szCs w:val="24"/>
        </w:rPr>
        <w:t xml:space="preserve"> </w:t>
      </w:r>
      <w:r w:rsidRPr="00E93608">
        <w:rPr>
          <w:rFonts w:ascii="Arial" w:hAnsi="Arial" w:cs="Arial"/>
          <w:sz w:val="24"/>
          <w:szCs w:val="24"/>
        </w:rPr>
        <w:t>creo que esa parte tiene razón. Por eso hubo una disminución en el 2024</w:t>
      </w:r>
      <w:r w:rsidR="00DE256F">
        <w:rPr>
          <w:rFonts w:ascii="Arial" w:hAnsi="Arial" w:cs="Arial"/>
          <w:sz w:val="24"/>
          <w:szCs w:val="24"/>
        </w:rPr>
        <w:t xml:space="preserve"> dos mil veinticuatro</w:t>
      </w:r>
      <w:r w:rsidRPr="00E93608">
        <w:rPr>
          <w:rFonts w:ascii="Arial" w:hAnsi="Arial" w:cs="Arial"/>
          <w:sz w:val="24"/>
          <w:szCs w:val="24"/>
        </w:rPr>
        <w:t xml:space="preserve"> de</w:t>
      </w:r>
      <w:r>
        <w:rPr>
          <w:rFonts w:ascii="Arial" w:hAnsi="Arial" w:cs="Arial"/>
          <w:sz w:val="24"/>
          <w:szCs w:val="24"/>
        </w:rPr>
        <w:t xml:space="preserve"> </w:t>
      </w:r>
      <w:r w:rsidR="00A74614">
        <w:rPr>
          <w:rFonts w:ascii="Arial" w:hAnsi="Arial" w:cs="Arial"/>
          <w:sz w:val="24"/>
          <w:szCs w:val="24"/>
        </w:rPr>
        <w:t>$</w:t>
      </w:r>
      <w:r w:rsidRPr="00E93608">
        <w:rPr>
          <w:rFonts w:ascii="Arial" w:hAnsi="Arial" w:cs="Arial"/>
          <w:sz w:val="24"/>
          <w:szCs w:val="24"/>
        </w:rPr>
        <w:t>126</w:t>
      </w:r>
      <w:r w:rsidR="00DE256F">
        <w:rPr>
          <w:rFonts w:ascii="Arial" w:hAnsi="Arial" w:cs="Arial"/>
          <w:sz w:val="24"/>
          <w:szCs w:val="24"/>
        </w:rPr>
        <w:t>,</w:t>
      </w:r>
      <w:r w:rsidRPr="00E93608">
        <w:rPr>
          <w:rFonts w:ascii="Arial" w:hAnsi="Arial" w:cs="Arial"/>
          <w:sz w:val="24"/>
          <w:szCs w:val="24"/>
        </w:rPr>
        <w:t>000</w:t>
      </w:r>
      <w:r w:rsidR="00A74614">
        <w:rPr>
          <w:rFonts w:ascii="Arial" w:hAnsi="Arial" w:cs="Arial"/>
          <w:sz w:val="24"/>
          <w:szCs w:val="24"/>
        </w:rPr>
        <w:t>.00</w:t>
      </w:r>
      <w:r w:rsidR="00DE256F">
        <w:rPr>
          <w:rFonts w:ascii="Arial" w:hAnsi="Arial" w:cs="Arial"/>
          <w:sz w:val="24"/>
          <w:szCs w:val="24"/>
        </w:rPr>
        <w:t xml:space="preserve"> ciento veintiséis </w:t>
      </w:r>
      <w:proofErr w:type="gramStart"/>
      <w:r w:rsidR="00DE256F">
        <w:rPr>
          <w:rFonts w:ascii="Arial" w:hAnsi="Arial" w:cs="Arial"/>
          <w:sz w:val="24"/>
          <w:szCs w:val="24"/>
        </w:rPr>
        <w:t xml:space="preserve">mil </w:t>
      </w:r>
      <w:r w:rsidRPr="00E93608">
        <w:rPr>
          <w:rFonts w:ascii="Arial" w:hAnsi="Arial" w:cs="Arial"/>
          <w:sz w:val="24"/>
          <w:szCs w:val="24"/>
        </w:rPr>
        <w:t xml:space="preserve"> quedó</w:t>
      </w:r>
      <w:proofErr w:type="gramEnd"/>
      <w:r w:rsidRPr="00E93608">
        <w:rPr>
          <w:rFonts w:ascii="Arial" w:hAnsi="Arial" w:cs="Arial"/>
          <w:sz w:val="24"/>
          <w:szCs w:val="24"/>
        </w:rPr>
        <w:t xml:space="preserve"> en </w:t>
      </w:r>
      <w:r w:rsidR="00A74614">
        <w:rPr>
          <w:rFonts w:ascii="Arial" w:hAnsi="Arial" w:cs="Arial"/>
          <w:sz w:val="24"/>
          <w:szCs w:val="24"/>
        </w:rPr>
        <w:t>$</w:t>
      </w:r>
      <w:r w:rsidRPr="00E93608">
        <w:rPr>
          <w:rFonts w:ascii="Arial" w:hAnsi="Arial" w:cs="Arial"/>
          <w:sz w:val="24"/>
          <w:szCs w:val="24"/>
        </w:rPr>
        <w:t>66</w:t>
      </w:r>
      <w:r w:rsidR="00DE256F">
        <w:rPr>
          <w:rFonts w:ascii="Arial" w:hAnsi="Arial" w:cs="Arial"/>
          <w:sz w:val="24"/>
          <w:szCs w:val="24"/>
        </w:rPr>
        <w:t>,</w:t>
      </w:r>
      <w:r w:rsidRPr="00E93608">
        <w:rPr>
          <w:rFonts w:ascii="Arial" w:hAnsi="Arial" w:cs="Arial"/>
          <w:sz w:val="24"/>
          <w:szCs w:val="24"/>
        </w:rPr>
        <w:t>000</w:t>
      </w:r>
      <w:r w:rsidR="00A74614">
        <w:rPr>
          <w:rFonts w:ascii="Arial" w:hAnsi="Arial" w:cs="Arial"/>
          <w:sz w:val="24"/>
          <w:szCs w:val="24"/>
        </w:rPr>
        <w:t>.00</w:t>
      </w:r>
      <w:r w:rsidR="00DE256F">
        <w:rPr>
          <w:rFonts w:ascii="Arial" w:hAnsi="Arial" w:cs="Arial"/>
          <w:sz w:val="24"/>
          <w:szCs w:val="24"/>
        </w:rPr>
        <w:t xml:space="preserve"> sesenta seis mil</w:t>
      </w:r>
      <w:r w:rsidRPr="00E93608">
        <w:rPr>
          <w:rFonts w:ascii="Arial" w:hAnsi="Arial" w:cs="Arial"/>
          <w:sz w:val="24"/>
          <w:szCs w:val="24"/>
        </w:rPr>
        <w:t xml:space="preserve"> pesos. Si el año pasado la propuesta que se trajo era de 100</w:t>
      </w:r>
      <w:r w:rsidR="00DE256F">
        <w:rPr>
          <w:rFonts w:ascii="Arial" w:hAnsi="Arial" w:cs="Arial"/>
          <w:sz w:val="24"/>
          <w:szCs w:val="24"/>
        </w:rPr>
        <w:t>,</w:t>
      </w:r>
      <w:r w:rsidRPr="00E93608">
        <w:rPr>
          <w:rFonts w:ascii="Arial" w:hAnsi="Arial" w:cs="Arial"/>
          <w:sz w:val="24"/>
          <w:szCs w:val="24"/>
        </w:rPr>
        <w:t>000</w:t>
      </w:r>
      <w:r w:rsidR="00DE256F">
        <w:rPr>
          <w:rFonts w:ascii="Arial" w:hAnsi="Arial" w:cs="Arial"/>
          <w:sz w:val="24"/>
          <w:szCs w:val="24"/>
        </w:rPr>
        <w:t xml:space="preserve"> cien mil</w:t>
      </w:r>
      <w:r w:rsidRPr="00E93608">
        <w:rPr>
          <w:rFonts w:ascii="Arial" w:hAnsi="Arial" w:cs="Arial"/>
          <w:sz w:val="24"/>
          <w:szCs w:val="24"/>
        </w:rPr>
        <w:t xml:space="preserve"> pesos, fue lo que se trajo, se</w:t>
      </w:r>
      <w:r>
        <w:rPr>
          <w:rFonts w:ascii="Arial" w:hAnsi="Arial" w:cs="Arial"/>
          <w:sz w:val="24"/>
          <w:szCs w:val="24"/>
        </w:rPr>
        <w:t xml:space="preserve"> </w:t>
      </w:r>
      <w:r w:rsidRPr="00E93608">
        <w:rPr>
          <w:rFonts w:ascii="Arial" w:hAnsi="Arial" w:cs="Arial"/>
          <w:sz w:val="24"/>
          <w:szCs w:val="24"/>
        </w:rPr>
        <w:t>disminuyó. Y a la propuesta que efectivamente la presenta también Juan Carlos Ramos en el comité de feria presenta la propuesta. Ahí la otra vez</w:t>
      </w:r>
      <w:r>
        <w:rPr>
          <w:rFonts w:ascii="Arial" w:hAnsi="Arial" w:cs="Arial"/>
          <w:sz w:val="24"/>
          <w:szCs w:val="24"/>
        </w:rPr>
        <w:t xml:space="preserve"> </w:t>
      </w:r>
      <w:r w:rsidRPr="00E93608">
        <w:rPr>
          <w:rFonts w:ascii="Arial" w:hAnsi="Arial" w:cs="Arial"/>
          <w:sz w:val="24"/>
          <w:szCs w:val="24"/>
        </w:rPr>
        <w:t xml:space="preserve">se actualizado, ¿no? Juan Carlos. Sí, me dices la cantidad. </w:t>
      </w:r>
      <w:r>
        <w:rPr>
          <w:rFonts w:ascii="Arial" w:hAnsi="Arial" w:cs="Arial"/>
          <w:sz w:val="24"/>
          <w:szCs w:val="24"/>
        </w:rPr>
        <w:t xml:space="preserve"> </w:t>
      </w:r>
      <w:r w:rsidRPr="00E93608">
        <w:rPr>
          <w:rFonts w:ascii="Arial" w:hAnsi="Arial" w:cs="Arial"/>
          <w:sz w:val="24"/>
          <w:szCs w:val="24"/>
        </w:rPr>
        <w:t>Sí, él propone efectivamente lo que se cobró en el 2025</w:t>
      </w:r>
      <w:r w:rsidR="00DE256F">
        <w:rPr>
          <w:rFonts w:ascii="Arial" w:hAnsi="Arial" w:cs="Arial"/>
          <w:sz w:val="24"/>
          <w:szCs w:val="24"/>
        </w:rPr>
        <w:t xml:space="preserve"> dos mil veinticinco</w:t>
      </w:r>
      <w:r w:rsidRPr="00E93608">
        <w:rPr>
          <w:rFonts w:ascii="Arial" w:hAnsi="Arial" w:cs="Arial"/>
          <w:sz w:val="24"/>
          <w:szCs w:val="24"/>
        </w:rPr>
        <w:t xml:space="preserve"> quitando lo sacamos por metro cuadrados proporcional de los tres, fueron </w:t>
      </w:r>
      <w:r w:rsidR="00A74614">
        <w:rPr>
          <w:rFonts w:ascii="Arial" w:hAnsi="Arial" w:cs="Arial"/>
          <w:sz w:val="24"/>
          <w:szCs w:val="24"/>
        </w:rPr>
        <w:t>$</w:t>
      </w:r>
      <w:r w:rsidRPr="00E93608">
        <w:rPr>
          <w:rFonts w:ascii="Arial" w:hAnsi="Arial" w:cs="Arial"/>
          <w:sz w:val="24"/>
          <w:szCs w:val="24"/>
        </w:rPr>
        <w:t>66,329</w:t>
      </w:r>
      <w:r w:rsidR="00A74614">
        <w:rPr>
          <w:rFonts w:ascii="Arial" w:hAnsi="Arial" w:cs="Arial"/>
          <w:sz w:val="24"/>
          <w:szCs w:val="24"/>
        </w:rPr>
        <w:t>.00</w:t>
      </w:r>
      <w:r w:rsidR="00DE256F">
        <w:rPr>
          <w:rFonts w:ascii="Arial" w:hAnsi="Arial" w:cs="Arial"/>
          <w:sz w:val="24"/>
          <w:szCs w:val="24"/>
        </w:rPr>
        <w:t xml:space="preserve"> sesenta seis mil trecientos veintinueve pesos</w:t>
      </w:r>
      <w:r>
        <w:rPr>
          <w:rFonts w:ascii="Arial" w:hAnsi="Arial" w:cs="Arial"/>
          <w:sz w:val="24"/>
          <w:szCs w:val="24"/>
        </w:rPr>
        <w:t xml:space="preserve">. </w:t>
      </w:r>
      <w:r w:rsidRPr="00E93608">
        <w:rPr>
          <w:rFonts w:ascii="Arial" w:hAnsi="Arial" w:cs="Arial"/>
          <w:sz w:val="24"/>
          <w:szCs w:val="24"/>
        </w:rPr>
        <w:t>En el 2026</w:t>
      </w:r>
      <w:r w:rsidR="00DE256F">
        <w:rPr>
          <w:rFonts w:ascii="Arial" w:hAnsi="Arial" w:cs="Arial"/>
          <w:sz w:val="24"/>
          <w:szCs w:val="24"/>
        </w:rPr>
        <w:t xml:space="preserve"> dos mil veintiséis</w:t>
      </w:r>
      <w:r w:rsidRPr="00E93608">
        <w:rPr>
          <w:rFonts w:ascii="Arial" w:hAnsi="Arial" w:cs="Arial"/>
          <w:sz w:val="24"/>
          <w:szCs w:val="24"/>
        </w:rPr>
        <w:t xml:space="preserve"> lo correcto debe haber sido o lo que proponía era </w:t>
      </w:r>
      <w:r w:rsidR="00A74614">
        <w:rPr>
          <w:rFonts w:ascii="Arial" w:hAnsi="Arial" w:cs="Arial"/>
          <w:sz w:val="24"/>
          <w:szCs w:val="24"/>
        </w:rPr>
        <w:t>$</w:t>
      </w:r>
      <w:r w:rsidRPr="00E93608">
        <w:rPr>
          <w:rFonts w:ascii="Arial" w:hAnsi="Arial" w:cs="Arial"/>
          <w:sz w:val="24"/>
          <w:szCs w:val="24"/>
        </w:rPr>
        <w:t>70,972</w:t>
      </w:r>
      <w:r w:rsidR="00A74614">
        <w:rPr>
          <w:rFonts w:ascii="Arial" w:hAnsi="Arial" w:cs="Arial"/>
          <w:sz w:val="24"/>
          <w:szCs w:val="24"/>
        </w:rPr>
        <w:t>.00</w:t>
      </w:r>
      <w:r w:rsidR="00DE256F">
        <w:rPr>
          <w:rFonts w:ascii="Arial" w:hAnsi="Arial" w:cs="Arial"/>
          <w:sz w:val="24"/>
          <w:szCs w:val="24"/>
        </w:rPr>
        <w:t xml:space="preserve"> setenta mil novecientos setenta y dos</w:t>
      </w:r>
      <w:r>
        <w:rPr>
          <w:rFonts w:ascii="Arial" w:hAnsi="Arial" w:cs="Arial"/>
          <w:sz w:val="24"/>
          <w:szCs w:val="24"/>
        </w:rPr>
        <w:t xml:space="preserve"> </w:t>
      </w:r>
      <w:r w:rsidRPr="00E93608">
        <w:rPr>
          <w:rFonts w:ascii="Arial" w:hAnsi="Arial" w:cs="Arial"/>
          <w:sz w:val="24"/>
          <w:szCs w:val="24"/>
        </w:rPr>
        <w:t>pesos con un incremento del 5 del 7%.</w:t>
      </w:r>
      <w:r>
        <w:rPr>
          <w:rFonts w:ascii="Arial" w:hAnsi="Arial" w:cs="Arial"/>
          <w:sz w:val="24"/>
          <w:szCs w:val="24"/>
        </w:rPr>
        <w:t xml:space="preserve"> </w:t>
      </w:r>
      <w:r w:rsidRPr="00E93608">
        <w:rPr>
          <w:rFonts w:ascii="Arial" w:hAnsi="Arial" w:cs="Arial"/>
          <w:sz w:val="24"/>
          <w:szCs w:val="24"/>
        </w:rPr>
        <w:t>Y para el 2027</w:t>
      </w:r>
      <w:r w:rsidR="00E27BD8">
        <w:rPr>
          <w:rFonts w:ascii="Arial" w:hAnsi="Arial" w:cs="Arial"/>
          <w:sz w:val="24"/>
          <w:szCs w:val="24"/>
        </w:rPr>
        <w:t xml:space="preserve"> dos mil veinte siete</w:t>
      </w:r>
      <w:r w:rsidRPr="00E93608">
        <w:rPr>
          <w:rFonts w:ascii="Arial" w:hAnsi="Arial" w:cs="Arial"/>
          <w:sz w:val="24"/>
          <w:szCs w:val="24"/>
        </w:rPr>
        <w:t xml:space="preserve">, que es la ley, él propone la cantidad de </w:t>
      </w:r>
      <w:r w:rsidR="00A74614">
        <w:rPr>
          <w:rFonts w:ascii="Arial" w:hAnsi="Arial" w:cs="Arial"/>
          <w:sz w:val="24"/>
          <w:szCs w:val="24"/>
        </w:rPr>
        <w:t>$</w:t>
      </w:r>
      <w:r w:rsidRPr="00E93608">
        <w:rPr>
          <w:rFonts w:ascii="Arial" w:hAnsi="Arial" w:cs="Arial"/>
          <w:sz w:val="24"/>
          <w:szCs w:val="24"/>
        </w:rPr>
        <w:t>75,940</w:t>
      </w:r>
      <w:r w:rsidR="00A74614">
        <w:rPr>
          <w:rFonts w:ascii="Arial" w:hAnsi="Arial" w:cs="Arial"/>
          <w:sz w:val="24"/>
          <w:szCs w:val="24"/>
        </w:rPr>
        <w:t>.00</w:t>
      </w:r>
      <w:r>
        <w:rPr>
          <w:rFonts w:ascii="Arial" w:hAnsi="Arial" w:cs="Arial"/>
          <w:sz w:val="24"/>
          <w:szCs w:val="24"/>
        </w:rPr>
        <w:t xml:space="preserve"> </w:t>
      </w:r>
      <w:r w:rsidR="00E27BD8">
        <w:rPr>
          <w:rFonts w:ascii="Arial" w:hAnsi="Arial" w:cs="Arial"/>
          <w:sz w:val="24"/>
          <w:szCs w:val="24"/>
        </w:rPr>
        <w:t>setenta y cinco mil novecientos cuarenta pesos</w:t>
      </w:r>
      <w:r w:rsidRPr="00E93608">
        <w:rPr>
          <w:rFonts w:ascii="Arial" w:hAnsi="Arial" w:cs="Arial"/>
          <w:sz w:val="24"/>
          <w:szCs w:val="24"/>
        </w:rPr>
        <w:t>. Es decir, realmente lo que él está haciendo es un ajuste a la inflación. Es decir, oye, yo creo que es lo correcto. Y la propuesta, él está</w:t>
      </w:r>
      <w:r>
        <w:rPr>
          <w:rFonts w:ascii="Arial" w:hAnsi="Arial" w:cs="Arial"/>
          <w:sz w:val="24"/>
          <w:szCs w:val="24"/>
        </w:rPr>
        <w:t xml:space="preserve"> </w:t>
      </w:r>
      <w:r w:rsidRPr="00E93608">
        <w:rPr>
          <w:rFonts w:ascii="Arial" w:hAnsi="Arial" w:cs="Arial"/>
          <w:sz w:val="24"/>
          <w:szCs w:val="24"/>
        </w:rPr>
        <w:t xml:space="preserve">presentando dos propuestas, esta propuesta de </w:t>
      </w:r>
      <w:r w:rsidR="00A74614">
        <w:rPr>
          <w:rFonts w:ascii="Arial" w:hAnsi="Arial" w:cs="Arial"/>
          <w:sz w:val="24"/>
          <w:szCs w:val="24"/>
        </w:rPr>
        <w:t>$</w:t>
      </w:r>
      <w:r w:rsidRPr="00E93608">
        <w:rPr>
          <w:rFonts w:ascii="Arial" w:hAnsi="Arial" w:cs="Arial"/>
          <w:sz w:val="24"/>
          <w:szCs w:val="24"/>
        </w:rPr>
        <w:t>75,940</w:t>
      </w:r>
      <w:r w:rsidR="00A74614">
        <w:rPr>
          <w:rFonts w:ascii="Arial" w:hAnsi="Arial" w:cs="Arial"/>
          <w:sz w:val="24"/>
          <w:szCs w:val="24"/>
        </w:rPr>
        <w:t>.00</w:t>
      </w:r>
      <w:r w:rsidR="00E27BD8">
        <w:rPr>
          <w:rFonts w:ascii="Arial" w:hAnsi="Arial" w:cs="Arial"/>
          <w:sz w:val="24"/>
          <w:szCs w:val="24"/>
        </w:rPr>
        <w:t xml:space="preserve"> pesos</w:t>
      </w:r>
      <w:r w:rsidRPr="00E93608">
        <w:rPr>
          <w:rFonts w:ascii="Arial" w:hAnsi="Arial" w:cs="Arial"/>
          <w:sz w:val="24"/>
          <w:szCs w:val="24"/>
        </w:rPr>
        <w:t xml:space="preserve"> o que le quitemos el tema. Él así es</w:t>
      </w:r>
      <w:r>
        <w:rPr>
          <w:rFonts w:ascii="Arial" w:hAnsi="Arial" w:cs="Arial"/>
          <w:sz w:val="24"/>
          <w:szCs w:val="24"/>
        </w:rPr>
        <w:t xml:space="preserve"> </w:t>
      </w:r>
      <w:r w:rsidRPr="00E93608">
        <w:rPr>
          <w:rFonts w:ascii="Arial" w:hAnsi="Arial" w:cs="Arial"/>
          <w:sz w:val="24"/>
          <w:szCs w:val="24"/>
        </w:rPr>
        <w:t xml:space="preserve">como lo comenta. Son dos. Si no se puede eliminar, pues es la propuesta </w:t>
      </w:r>
      <w:r w:rsidRPr="00E93608">
        <w:rPr>
          <w:rFonts w:ascii="Arial" w:hAnsi="Arial" w:cs="Arial"/>
          <w:sz w:val="24"/>
          <w:szCs w:val="24"/>
        </w:rPr>
        <w:lastRenderedPageBreak/>
        <w:t>que creo que es la propuesta</w:t>
      </w:r>
      <w:r>
        <w:rPr>
          <w:rFonts w:ascii="Arial" w:hAnsi="Arial" w:cs="Arial"/>
          <w:sz w:val="24"/>
          <w:szCs w:val="24"/>
        </w:rPr>
        <w:t xml:space="preserve"> </w:t>
      </w:r>
      <w:r w:rsidRPr="00E93608">
        <w:rPr>
          <w:rFonts w:ascii="Arial" w:hAnsi="Arial" w:cs="Arial"/>
          <w:sz w:val="24"/>
          <w:szCs w:val="24"/>
        </w:rPr>
        <w:t>más, bueno, a voy a hablar como comité, como comité de feria que necesito recaudación. es una propuesta</w:t>
      </w:r>
      <w:r>
        <w:rPr>
          <w:rFonts w:ascii="Arial" w:hAnsi="Arial" w:cs="Arial"/>
          <w:sz w:val="24"/>
          <w:szCs w:val="24"/>
        </w:rPr>
        <w:t xml:space="preserve"> </w:t>
      </w:r>
      <w:r w:rsidRPr="00E93608">
        <w:rPr>
          <w:rFonts w:ascii="Arial" w:hAnsi="Arial" w:cs="Arial"/>
          <w:sz w:val="24"/>
          <w:szCs w:val="24"/>
        </w:rPr>
        <w:t xml:space="preserve">no tan drástica como tal que de alguna manera esa falta de esos </w:t>
      </w:r>
      <w:r w:rsidR="00A74614">
        <w:rPr>
          <w:rFonts w:ascii="Arial" w:hAnsi="Arial" w:cs="Arial"/>
          <w:sz w:val="24"/>
          <w:szCs w:val="24"/>
        </w:rPr>
        <w:t>$</w:t>
      </w:r>
      <w:r w:rsidRPr="00E93608">
        <w:rPr>
          <w:rFonts w:ascii="Arial" w:hAnsi="Arial" w:cs="Arial"/>
          <w:sz w:val="24"/>
          <w:szCs w:val="24"/>
        </w:rPr>
        <w:t>25,000</w:t>
      </w:r>
      <w:r w:rsidR="00A74614">
        <w:rPr>
          <w:rFonts w:ascii="Arial" w:hAnsi="Arial" w:cs="Arial"/>
          <w:sz w:val="24"/>
          <w:szCs w:val="24"/>
        </w:rPr>
        <w:t>.00 pesos</w:t>
      </w:r>
      <w:r w:rsidRPr="00E93608">
        <w:rPr>
          <w:rFonts w:ascii="Arial" w:hAnsi="Arial" w:cs="Arial"/>
          <w:sz w:val="24"/>
          <w:szCs w:val="24"/>
        </w:rPr>
        <w:t xml:space="preserve"> lo podemos sustituir en rentas de otras</w:t>
      </w:r>
      <w:r>
        <w:rPr>
          <w:rFonts w:ascii="Arial" w:hAnsi="Arial" w:cs="Arial"/>
          <w:sz w:val="24"/>
          <w:szCs w:val="24"/>
        </w:rPr>
        <w:t xml:space="preserve"> </w:t>
      </w:r>
      <w:r w:rsidRPr="00E93608">
        <w:rPr>
          <w:rFonts w:ascii="Arial" w:hAnsi="Arial" w:cs="Arial"/>
          <w:sz w:val="24"/>
          <w:szCs w:val="24"/>
        </w:rPr>
        <w:t xml:space="preserve">cosas, otros espacios, ¿no? Entonces este pues están ustedes, </w:t>
      </w:r>
      <w:r w:rsidR="00E27BD8" w:rsidRPr="00E93608">
        <w:rPr>
          <w:rFonts w:ascii="Arial" w:hAnsi="Arial" w:cs="Arial"/>
          <w:sz w:val="24"/>
          <w:szCs w:val="24"/>
        </w:rPr>
        <w:t>Bertí</w:t>
      </w:r>
      <w:r w:rsidR="00E27BD8">
        <w:rPr>
          <w:rFonts w:ascii="Arial" w:hAnsi="Arial" w:cs="Arial"/>
          <w:sz w:val="24"/>
          <w:szCs w:val="24"/>
        </w:rPr>
        <w:t>n</w:t>
      </w:r>
      <w:r w:rsidRPr="00E93608">
        <w:rPr>
          <w:rFonts w:ascii="Arial" w:hAnsi="Arial" w:cs="Arial"/>
          <w:sz w:val="24"/>
          <w:szCs w:val="24"/>
        </w:rPr>
        <w:t>, no sé si te creo que sí te contesté la pregunta y creo que la propuesta que</w:t>
      </w:r>
      <w:r>
        <w:rPr>
          <w:rFonts w:ascii="Arial" w:hAnsi="Arial" w:cs="Arial"/>
          <w:sz w:val="24"/>
          <w:szCs w:val="24"/>
        </w:rPr>
        <w:t xml:space="preserve"> </w:t>
      </w:r>
      <w:r w:rsidRPr="00E93608">
        <w:rPr>
          <w:rFonts w:ascii="Arial" w:hAnsi="Arial" w:cs="Arial"/>
          <w:sz w:val="24"/>
          <w:szCs w:val="24"/>
        </w:rPr>
        <w:t>trae Juan Carlos Romo no pues bueno, no está no está fuera de lugar. Sí, tiene una razón, un origen, un origen de cómo</w:t>
      </w:r>
      <w:r>
        <w:rPr>
          <w:rFonts w:ascii="Arial" w:hAnsi="Arial" w:cs="Arial"/>
          <w:sz w:val="24"/>
          <w:szCs w:val="24"/>
        </w:rPr>
        <w:t xml:space="preserve"> </w:t>
      </w:r>
      <w:r w:rsidRPr="00E93608">
        <w:rPr>
          <w:rFonts w:ascii="Arial" w:hAnsi="Arial" w:cs="Arial"/>
          <w:sz w:val="24"/>
          <w:szCs w:val="24"/>
        </w:rPr>
        <w:t xml:space="preserve">empieza todo eso y </w:t>
      </w:r>
      <w:r w:rsidR="00A74614" w:rsidRPr="00E93608">
        <w:rPr>
          <w:rFonts w:ascii="Arial" w:hAnsi="Arial" w:cs="Arial"/>
          <w:sz w:val="24"/>
          <w:szCs w:val="24"/>
        </w:rPr>
        <w:t>bueno, yo</w:t>
      </w:r>
      <w:r w:rsidRPr="00E93608">
        <w:rPr>
          <w:rFonts w:ascii="Arial" w:hAnsi="Arial" w:cs="Arial"/>
          <w:sz w:val="24"/>
          <w:szCs w:val="24"/>
        </w:rPr>
        <w:t xml:space="preserve"> creo que es importante ajustar esa cantidad, pero ustedes lo deciden. Sí.</w:t>
      </w:r>
    </w:p>
    <w:p w14:paraId="0243E430" w14:textId="40E1E50C" w:rsidR="00E27BD8" w:rsidRDefault="003108D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L</w:t>
      </w:r>
      <w:r w:rsidRPr="00E93608">
        <w:rPr>
          <w:rFonts w:ascii="Arial" w:hAnsi="Arial" w:cs="Arial"/>
          <w:sz w:val="24"/>
          <w:szCs w:val="24"/>
        </w:rPr>
        <w:t>icenciado Jorge. E</w:t>
      </w:r>
      <w:r w:rsidR="00E27BD8">
        <w:rPr>
          <w:rFonts w:ascii="Arial" w:hAnsi="Arial" w:cs="Arial"/>
          <w:sz w:val="24"/>
          <w:szCs w:val="24"/>
        </w:rPr>
        <w:t>l uso de la voz</w:t>
      </w:r>
      <w:r w:rsidRPr="00E93608">
        <w:rPr>
          <w:rFonts w:ascii="Arial" w:hAnsi="Arial" w:cs="Arial"/>
          <w:sz w:val="24"/>
          <w:szCs w:val="24"/>
        </w:rPr>
        <w:t xml:space="preserve">, el </w:t>
      </w:r>
      <w:r w:rsidR="00E27BD8">
        <w:rPr>
          <w:rFonts w:ascii="Arial" w:hAnsi="Arial" w:cs="Arial"/>
          <w:sz w:val="24"/>
          <w:szCs w:val="24"/>
        </w:rPr>
        <w:t>R</w:t>
      </w:r>
      <w:r w:rsidRPr="00E93608">
        <w:rPr>
          <w:rFonts w:ascii="Arial" w:hAnsi="Arial" w:cs="Arial"/>
          <w:sz w:val="24"/>
          <w:szCs w:val="24"/>
        </w:rPr>
        <w:t xml:space="preserve">egidor Bertín, luego la </w:t>
      </w:r>
      <w:r w:rsidR="00E27BD8">
        <w:rPr>
          <w:rFonts w:ascii="Arial" w:hAnsi="Arial" w:cs="Arial"/>
          <w:sz w:val="24"/>
          <w:szCs w:val="24"/>
        </w:rPr>
        <w:t>R</w:t>
      </w:r>
      <w:r w:rsidRPr="00E93608">
        <w:rPr>
          <w:rFonts w:ascii="Arial" w:hAnsi="Arial" w:cs="Arial"/>
          <w:sz w:val="24"/>
          <w:szCs w:val="24"/>
        </w:rPr>
        <w:t xml:space="preserve">egidora </w:t>
      </w:r>
      <w:r w:rsidR="00E27BD8">
        <w:rPr>
          <w:rFonts w:ascii="Arial" w:hAnsi="Arial" w:cs="Arial"/>
          <w:sz w:val="24"/>
          <w:szCs w:val="24"/>
        </w:rPr>
        <w:t>O</w:t>
      </w:r>
      <w:r w:rsidRPr="00E93608">
        <w:rPr>
          <w:rFonts w:ascii="Arial" w:hAnsi="Arial" w:cs="Arial"/>
          <w:sz w:val="24"/>
          <w:szCs w:val="24"/>
        </w:rPr>
        <w:t xml:space="preserve">lga y posteriormente el </w:t>
      </w:r>
      <w:r w:rsidR="00E27BD8">
        <w:rPr>
          <w:rFonts w:ascii="Arial" w:hAnsi="Arial" w:cs="Arial"/>
          <w:sz w:val="24"/>
          <w:szCs w:val="24"/>
        </w:rPr>
        <w:t>R</w:t>
      </w:r>
      <w:r w:rsidRPr="00E93608">
        <w:rPr>
          <w:rFonts w:ascii="Arial" w:hAnsi="Arial" w:cs="Arial"/>
          <w:sz w:val="24"/>
          <w:szCs w:val="24"/>
        </w:rPr>
        <w:t>egidor Adrián</w:t>
      </w:r>
      <w:r w:rsidR="001F3BD1">
        <w:rPr>
          <w:rFonts w:ascii="Arial" w:hAnsi="Arial" w:cs="Arial"/>
          <w:sz w:val="24"/>
          <w:szCs w:val="24"/>
        </w:rPr>
        <w:t>.</w:t>
      </w:r>
      <w:r w:rsidRPr="00E93608">
        <w:rPr>
          <w:rFonts w:ascii="Arial" w:hAnsi="Arial" w:cs="Arial"/>
          <w:sz w:val="24"/>
          <w:szCs w:val="24"/>
        </w:rPr>
        <w:t xml:space="preserve"> </w:t>
      </w:r>
    </w:p>
    <w:p w14:paraId="3027E35D" w14:textId="77777777" w:rsidR="00E27BD8" w:rsidRDefault="00E27BD8" w:rsidP="00E93608">
      <w:pPr>
        <w:jc w:val="both"/>
        <w:rPr>
          <w:rFonts w:ascii="Arial" w:hAnsi="Arial" w:cs="Arial"/>
          <w:sz w:val="24"/>
          <w:szCs w:val="24"/>
        </w:rPr>
      </w:pPr>
      <w:r>
        <w:rPr>
          <w:rFonts w:ascii="Arial" w:hAnsi="Arial" w:cs="Arial"/>
          <w:b/>
          <w:bCs/>
          <w:sz w:val="24"/>
          <w:szCs w:val="24"/>
        </w:rPr>
        <w:t xml:space="preserve">C. JOSÉ BERTÍN CHAVEZ VARGAS. - </w:t>
      </w:r>
      <w:r w:rsidRPr="00E93608">
        <w:rPr>
          <w:rFonts w:ascii="Arial" w:hAnsi="Arial" w:cs="Arial"/>
          <w:sz w:val="24"/>
          <w:szCs w:val="24"/>
        </w:rPr>
        <w:t>Juan Carlos,</w:t>
      </w:r>
      <w:r>
        <w:rPr>
          <w:rFonts w:ascii="Arial" w:hAnsi="Arial" w:cs="Arial"/>
          <w:sz w:val="24"/>
          <w:szCs w:val="24"/>
        </w:rPr>
        <w:t xml:space="preserve"> </w:t>
      </w:r>
      <w:r w:rsidRPr="00E93608">
        <w:rPr>
          <w:rFonts w:ascii="Arial" w:hAnsi="Arial" w:cs="Arial"/>
          <w:sz w:val="24"/>
          <w:szCs w:val="24"/>
        </w:rPr>
        <w:t>entonces, no más para confirmar la propuesta por parte de Dima en este caso sería que quedaran los 75,00</w:t>
      </w:r>
      <w:r>
        <w:rPr>
          <w:rFonts w:ascii="Arial" w:hAnsi="Arial" w:cs="Arial"/>
          <w:sz w:val="24"/>
          <w:szCs w:val="24"/>
        </w:rPr>
        <w:t>0 setenta y cinco mil pesos</w:t>
      </w:r>
      <w:r w:rsidRPr="00E93608">
        <w:rPr>
          <w:rFonts w:ascii="Arial" w:hAnsi="Arial" w:cs="Arial"/>
          <w:sz w:val="24"/>
          <w:szCs w:val="24"/>
        </w:rPr>
        <w:t xml:space="preserve"> para el 2027 </w:t>
      </w:r>
      <w:r>
        <w:rPr>
          <w:rFonts w:ascii="Arial" w:hAnsi="Arial" w:cs="Arial"/>
          <w:sz w:val="24"/>
          <w:szCs w:val="24"/>
        </w:rPr>
        <w:t xml:space="preserve">dos mil veintisiete </w:t>
      </w:r>
      <w:r w:rsidRPr="00E93608">
        <w:rPr>
          <w:rFonts w:ascii="Arial" w:hAnsi="Arial" w:cs="Arial"/>
          <w:sz w:val="24"/>
          <w:szCs w:val="24"/>
        </w:rPr>
        <w:t>y de allí empiece en el</w:t>
      </w:r>
      <w:r>
        <w:rPr>
          <w:rFonts w:ascii="Arial" w:hAnsi="Arial" w:cs="Arial"/>
          <w:sz w:val="24"/>
          <w:szCs w:val="24"/>
        </w:rPr>
        <w:t xml:space="preserve"> </w:t>
      </w:r>
      <w:r w:rsidRPr="00E93608">
        <w:rPr>
          <w:rFonts w:ascii="Arial" w:hAnsi="Arial" w:cs="Arial"/>
          <w:sz w:val="24"/>
          <w:szCs w:val="24"/>
        </w:rPr>
        <w:t>sentido del aumento por tema de inflación que normalmente hemos visto que es sobre el 3 al 6%. ¿Sí sería esa medamente la propuesta? Juan Carlos.</w:t>
      </w:r>
      <w:r>
        <w:rPr>
          <w:rFonts w:ascii="Arial" w:hAnsi="Arial" w:cs="Arial"/>
          <w:sz w:val="24"/>
          <w:szCs w:val="24"/>
        </w:rPr>
        <w:t xml:space="preserve"> </w:t>
      </w:r>
      <w:r w:rsidRPr="00E93608">
        <w:rPr>
          <w:rFonts w:ascii="Arial" w:hAnsi="Arial" w:cs="Arial"/>
          <w:sz w:val="24"/>
          <w:szCs w:val="24"/>
        </w:rPr>
        <w:t xml:space="preserve">Sí. Excelente. Digo, de mi parte, si es en ese sentido, sí. </w:t>
      </w:r>
    </w:p>
    <w:p w14:paraId="0DAE1F80" w14:textId="5BF99D07" w:rsidR="00EA0C28" w:rsidRPr="00E93608" w:rsidRDefault="00E27BD8" w:rsidP="00E93608">
      <w:pPr>
        <w:jc w:val="both"/>
        <w:rPr>
          <w:rFonts w:ascii="Arial" w:hAnsi="Arial" w:cs="Arial"/>
          <w:sz w:val="24"/>
          <w:szCs w:val="24"/>
        </w:rPr>
      </w:pPr>
      <w:r>
        <w:rPr>
          <w:rFonts w:ascii="Arial" w:hAnsi="Arial" w:cs="Arial"/>
          <w:b/>
          <w:bCs/>
          <w:sz w:val="24"/>
          <w:szCs w:val="24"/>
        </w:rPr>
        <w:t xml:space="preserve">C. JUAN CARLOS ROMO PEÑA. - </w:t>
      </w:r>
      <w:r w:rsidRPr="00E93608">
        <w:rPr>
          <w:rFonts w:ascii="Arial" w:hAnsi="Arial" w:cs="Arial"/>
          <w:sz w:val="24"/>
          <w:szCs w:val="24"/>
        </w:rPr>
        <w:t>Mira, el 24, sí, 24 fueron números</w:t>
      </w:r>
      <w:r>
        <w:rPr>
          <w:rFonts w:ascii="Arial" w:hAnsi="Arial" w:cs="Arial"/>
          <w:sz w:val="24"/>
          <w:szCs w:val="24"/>
        </w:rPr>
        <w:t xml:space="preserve"> </w:t>
      </w:r>
      <w:r w:rsidRPr="00E93608">
        <w:rPr>
          <w:rFonts w:ascii="Arial" w:hAnsi="Arial" w:cs="Arial"/>
          <w:sz w:val="24"/>
          <w:szCs w:val="24"/>
        </w:rPr>
        <w:t>redondos 66,000</w:t>
      </w:r>
      <w:r>
        <w:rPr>
          <w:rFonts w:ascii="Arial" w:hAnsi="Arial" w:cs="Arial"/>
          <w:sz w:val="24"/>
          <w:szCs w:val="24"/>
        </w:rPr>
        <w:t xml:space="preserve"> sesenta y seis mil </w:t>
      </w:r>
      <w:r w:rsidRPr="00E93608">
        <w:rPr>
          <w:rFonts w:ascii="Arial" w:hAnsi="Arial" w:cs="Arial"/>
          <w:sz w:val="24"/>
          <w:szCs w:val="24"/>
        </w:rPr>
        <w:t>que fue lo más bajo que nos lograron tazar. Este, pero</w:t>
      </w:r>
      <w:r>
        <w:rPr>
          <w:rFonts w:ascii="Arial" w:hAnsi="Arial" w:cs="Arial"/>
          <w:sz w:val="24"/>
          <w:szCs w:val="24"/>
        </w:rPr>
        <w:t xml:space="preserve"> </w:t>
      </w:r>
      <w:r w:rsidRPr="00E93608">
        <w:rPr>
          <w:rFonts w:ascii="Arial" w:hAnsi="Arial" w:cs="Arial"/>
          <w:sz w:val="24"/>
          <w:szCs w:val="24"/>
        </w:rPr>
        <w:t xml:space="preserve">de ahí, bueno, si le van dando la al 25, al 26 la cuestión de la inflación, pues ahí se está. </w:t>
      </w:r>
      <w:r>
        <w:rPr>
          <w:rFonts w:ascii="Arial" w:hAnsi="Arial" w:cs="Arial"/>
          <w:sz w:val="24"/>
          <w:szCs w:val="24"/>
        </w:rPr>
        <w:t>S</w:t>
      </w:r>
      <w:r w:rsidRPr="00E93608">
        <w:rPr>
          <w:rFonts w:ascii="Arial" w:hAnsi="Arial" w:cs="Arial"/>
          <w:sz w:val="24"/>
          <w:szCs w:val="24"/>
        </w:rPr>
        <w:t>in embargo, esa es la</w:t>
      </w:r>
      <w:r>
        <w:rPr>
          <w:rFonts w:ascii="Arial" w:hAnsi="Arial" w:cs="Arial"/>
          <w:sz w:val="24"/>
          <w:szCs w:val="24"/>
        </w:rPr>
        <w:t xml:space="preserve"> </w:t>
      </w:r>
      <w:r w:rsidRPr="00E93608">
        <w:rPr>
          <w:rFonts w:ascii="Arial" w:hAnsi="Arial" w:cs="Arial"/>
          <w:sz w:val="24"/>
          <w:szCs w:val="24"/>
        </w:rPr>
        <w:t>segunda propuesta. La primera sigue siendo, yo sé que se oye muy drástico la no aportación porque creemos que todo lo</w:t>
      </w:r>
      <w:r>
        <w:rPr>
          <w:rFonts w:ascii="Arial" w:hAnsi="Arial" w:cs="Arial"/>
          <w:sz w:val="24"/>
          <w:szCs w:val="24"/>
        </w:rPr>
        <w:t xml:space="preserve"> </w:t>
      </w:r>
      <w:r w:rsidRPr="00E93608">
        <w:rPr>
          <w:rFonts w:ascii="Arial" w:hAnsi="Arial" w:cs="Arial"/>
          <w:sz w:val="24"/>
          <w:szCs w:val="24"/>
        </w:rPr>
        <w:t>que se genera alrededor es mucho más que la renta de lugar y que nosotros no solicitamos al ayuntamiento ningún apoyo</w:t>
      </w:r>
      <w:r>
        <w:rPr>
          <w:rFonts w:ascii="Arial" w:hAnsi="Arial" w:cs="Arial"/>
          <w:sz w:val="24"/>
          <w:szCs w:val="24"/>
        </w:rPr>
        <w:t xml:space="preserve"> </w:t>
      </w:r>
      <w:r w:rsidRPr="00E93608">
        <w:rPr>
          <w:rFonts w:ascii="Arial" w:hAnsi="Arial" w:cs="Arial"/>
          <w:sz w:val="24"/>
          <w:szCs w:val="24"/>
        </w:rPr>
        <w:t xml:space="preserve">económico y sabemos que, por ejemplo,  otros eventos les pueden dar hasta si </w:t>
      </w:r>
      <w:r>
        <w:rPr>
          <w:rFonts w:ascii="Arial" w:hAnsi="Arial" w:cs="Arial"/>
          <w:sz w:val="24"/>
          <w:szCs w:val="24"/>
        </w:rPr>
        <w:t xml:space="preserve"> </w:t>
      </w:r>
      <w:r w:rsidRPr="00E93608">
        <w:rPr>
          <w:rFonts w:ascii="Arial" w:hAnsi="Arial" w:cs="Arial"/>
          <w:sz w:val="24"/>
          <w:szCs w:val="24"/>
        </w:rPr>
        <w:t>checan lo que se gasta en otros eventos que se generan, hay aportaciones hasta de 200</w:t>
      </w:r>
      <w:r>
        <w:rPr>
          <w:rFonts w:ascii="Arial" w:hAnsi="Arial" w:cs="Arial"/>
          <w:sz w:val="24"/>
          <w:szCs w:val="24"/>
        </w:rPr>
        <w:t xml:space="preserve">,000 doscientos mil  </w:t>
      </w:r>
      <w:r w:rsidRPr="00E93608">
        <w:rPr>
          <w:rFonts w:ascii="Arial" w:hAnsi="Arial" w:cs="Arial"/>
          <w:sz w:val="24"/>
          <w:szCs w:val="24"/>
        </w:rPr>
        <w:t xml:space="preserve"> 250,000</w:t>
      </w:r>
      <w:r>
        <w:rPr>
          <w:rFonts w:ascii="Arial" w:hAnsi="Arial" w:cs="Arial"/>
          <w:sz w:val="24"/>
          <w:szCs w:val="24"/>
        </w:rPr>
        <w:t xml:space="preserve"> doscientos cincuenta mil </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y que decimos,</w:t>
      </w:r>
      <w:r>
        <w:rPr>
          <w:rFonts w:ascii="Arial" w:hAnsi="Arial" w:cs="Arial"/>
          <w:sz w:val="24"/>
          <w:szCs w:val="24"/>
        </w:rPr>
        <w:t xml:space="preserve"> </w:t>
      </w:r>
      <w:r w:rsidRPr="00E93608">
        <w:rPr>
          <w:rFonts w:ascii="Arial" w:hAnsi="Arial" w:cs="Arial"/>
          <w:sz w:val="24"/>
          <w:szCs w:val="24"/>
        </w:rPr>
        <w:t>"Oye, si este evento genera mucho más economía, ¿por qué nosotros no recibimos y en vez de eso nos están cobrando?"</w:t>
      </w:r>
      <w:r>
        <w:rPr>
          <w:rFonts w:ascii="Arial" w:hAnsi="Arial" w:cs="Arial"/>
          <w:sz w:val="24"/>
          <w:szCs w:val="24"/>
        </w:rPr>
        <w:t xml:space="preserve"> </w:t>
      </w:r>
      <w:r w:rsidRPr="00E93608">
        <w:rPr>
          <w:rFonts w:ascii="Arial" w:hAnsi="Arial" w:cs="Arial"/>
          <w:sz w:val="24"/>
          <w:szCs w:val="24"/>
        </w:rPr>
        <w:t>Pero yo sé que es más drástica esa parte, ¿no? Pero ese es el fundamento, la realidad.</w:t>
      </w:r>
    </w:p>
    <w:p w14:paraId="6BFB2F17" w14:textId="69CAF680" w:rsidR="00EA0C28" w:rsidRPr="00E93608" w:rsidRDefault="00E27BD8"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ingeniero. En uso de la voz la regidora Olga.</w:t>
      </w:r>
    </w:p>
    <w:p w14:paraId="3994CE2C" w14:textId="120A009E" w:rsidR="00EA0C28" w:rsidRPr="00E93608" w:rsidRDefault="00E27BD8" w:rsidP="00E93608">
      <w:pPr>
        <w:jc w:val="both"/>
        <w:rPr>
          <w:rFonts w:ascii="Arial" w:hAnsi="Arial" w:cs="Arial"/>
          <w:sz w:val="24"/>
          <w:szCs w:val="24"/>
        </w:rPr>
      </w:pPr>
      <w:r>
        <w:rPr>
          <w:rFonts w:ascii="Arial" w:hAnsi="Arial" w:cs="Arial"/>
          <w:b/>
          <w:bCs/>
          <w:sz w:val="24"/>
          <w:szCs w:val="24"/>
        </w:rPr>
        <w:t xml:space="preserve">C. MARÍA OLGA GARCÍA AYALA. - </w:t>
      </w:r>
      <w:r w:rsidRPr="00E93608">
        <w:rPr>
          <w:rFonts w:ascii="Arial" w:hAnsi="Arial" w:cs="Arial"/>
          <w:sz w:val="24"/>
          <w:szCs w:val="24"/>
        </w:rPr>
        <w:t>Sí, buenos días. Yo creo que todos hemos visto con el tema de la Expo agrícola como efectivamente hay derrama</w:t>
      </w:r>
      <w:r>
        <w:rPr>
          <w:rFonts w:ascii="Arial" w:hAnsi="Arial" w:cs="Arial"/>
          <w:sz w:val="24"/>
          <w:szCs w:val="24"/>
        </w:rPr>
        <w:t xml:space="preserve"> </w:t>
      </w:r>
      <w:r w:rsidRPr="00E93608">
        <w:rPr>
          <w:rFonts w:ascii="Arial" w:hAnsi="Arial" w:cs="Arial"/>
          <w:sz w:val="24"/>
          <w:szCs w:val="24"/>
        </w:rPr>
        <w:t>económica, cómo efectivamente se apoya este no nada más a Zapotlán, sino a la región sur. Yo también coincido que se</w:t>
      </w:r>
      <w:r>
        <w:rPr>
          <w:rFonts w:ascii="Arial" w:hAnsi="Arial" w:cs="Arial"/>
          <w:sz w:val="24"/>
          <w:szCs w:val="24"/>
        </w:rPr>
        <w:t xml:space="preserve"> </w:t>
      </w:r>
      <w:r w:rsidRPr="00E93608">
        <w:rPr>
          <w:rFonts w:ascii="Arial" w:hAnsi="Arial" w:cs="Arial"/>
          <w:sz w:val="24"/>
          <w:szCs w:val="24"/>
        </w:rPr>
        <w:t xml:space="preserve">haga una valoración en el sentido que como ellos bien dicen, se </w:t>
      </w:r>
      <w:r w:rsidRPr="00E93608">
        <w:rPr>
          <w:rFonts w:ascii="Arial" w:hAnsi="Arial" w:cs="Arial"/>
          <w:sz w:val="24"/>
          <w:szCs w:val="24"/>
        </w:rPr>
        <w:lastRenderedPageBreak/>
        <w:t>comprometen y han hecho este pues no sé, arreglos en</w:t>
      </w:r>
      <w:r>
        <w:rPr>
          <w:rFonts w:ascii="Arial" w:hAnsi="Arial" w:cs="Arial"/>
          <w:sz w:val="24"/>
          <w:szCs w:val="24"/>
        </w:rPr>
        <w:t xml:space="preserve"> </w:t>
      </w:r>
      <w:r w:rsidRPr="00E93608">
        <w:rPr>
          <w:rFonts w:ascii="Arial" w:hAnsi="Arial" w:cs="Arial"/>
          <w:sz w:val="24"/>
          <w:szCs w:val="24"/>
        </w:rPr>
        <w:t>algunas áreas o como en este caso que quieren poner toldos y demás. Yo sí creo</w:t>
      </w:r>
      <w:r>
        <w:rPr>
          <w:rFonts w:ascii="Arial" w:hAnsi="Arial" w:cs="Arial"/>
          <w:sz w:val="24"/>
          <w:szCs w:val="24"/>
        </w:rPr>
        <w:t xml:space="preserve"> </w:t>
      </w:r>
      <w:r w:rsidRPr="00E93608">
        <w:rPr>
          <w:rFonts w:ascii="Arial" w:hAnsi="Arial" w:cs="Arial"/>
          <w:sz w:val="24"/>
          <w:szCs w:val="24"/>
        </w:rPr>
        <w:t>que se valore, como bien lo expresa, porque hay eventos que efectivamente dejan más recurso y no se prevé o no se</w:t>
      </w:r>
      <w:r>
        <w:rPr>
          <w:rFonts w:ascii="Arial" w:hAnsi="Arial" w:cs="Arial"/>
          <w:sz w:val="24"/>
          <w:szCs w:val="24"/>
        </w:rPr>
        <w:t xml:space="preserve"> </w:t>
      </w:r>
      <w:r w:rsidRPr="00E93608">
        <w:rPr>
          <w:rFonts w:ascii="Arial" w:hAnsi="Arial" w:cs="Arial"/>
          <w:sz w:val="24"/>
          <w:szCs w:val="24"/>
        </w:rPr>
        <w:t xml:space="preserve">visualiza de esa manera y yo creo que sí podemos hacer un esfuerzo para apoyar a quien en su momento apoyas a </w:t>
      </w:r>
      <w:r>
        <w:rPr>
          <w:rFonts w:ascii="Arial" w:hAnsi="Arial" w:cs="Arial"/>
          <w:sz w:val="24"/>
          <w:szCs w:val="24"/>
        </w:rPr>
        <w:t>Zapotlán</w:t>
      </w:r>
      <w:r w:rsidRPr="00E93608">
        <w:rPr>
          <w:rFonts w:ascii="Arial" w:hAnsi="Arial" w:cs="Arial"/>
          <w:sz w:val="24"/>
          <w:szCs w:val="24"/>
        </w:rPr>
        <w:t xml:space="preserve"> y</w:t>
      </w:r>
      <w:r>
        <w:rPr>
          <w:rFonts w:ascii="Arial" w:hAnsi="Arial" w:cs="Arial"/>
          <w:sz w:val="24"/>
          <w:szCs w:val="24"/>
        </w:rPr>
        <w:t xml:space="preserve"> </w:t>
      </w:r>
      <w:r w:rsidRPr="00E93608">
        <w:rPr>
          <w:rFonts w:ascii="Arial" w:hAnsi="Arial" w:cs="Arial"/>
          <w:sz w:val="24"/>
          <w:szCs w:val="24"/>
        </w:rPr>
        <w:t>hacen eventos que dejan derrama económica.</w:t>
      </w:r>
      <w:r>
        <w:rPr>
          <w:rFonts w:ascii="Arial" w:hAnsi="Arial" w:cs="Arial"/>
          <w:sz w:val="24"/>
          <w:szCs w:val="24"/>
        </w:rPr>
        <w:t xml:space="preserve"> </w:t>
      </w:r>
      <w:r w:rsidRPr="00E93608">
        <w:rPr>
          <w:rFonts w:ascii="Arial" w:hAnsi="Arial" w:cs="Arial"/>
          <w:sz w:val="24"/>
          <w:szCs w:val="24"/>
        </w:rPr>
        <w:t>Somos nosotros como como servidores ahorita somos dos partes. Representamos a la ciudadanía, pero también después somos ciudadanos. y se nos olvida esa</w:t>
      </w:r>
      <w:r>
        <w:rPr>
          <w:rFonts w:ascii="Arial" w:hAnsi="Arial" w:cs="Arial"/>
          <w:sz w:val="24"/>
          <w:szCs w:val="24"/>
        </w:rPr>
        <w:t xml:space="preserve"> </w:t>
      </w:r>
      <w:r w:rsidRPr="00E93608">
        <w:rPr>
          <w:rFonts w:ascii="Arial" w:hAnsi="Arial" w:cs="Arial"/>
          <w:sz w:val="24"/>
          <w:szCs w:val="24"/>
        </w:rPr>
        <w:t>parte. Ahorita estamos en cómo recaudamos o cómo hacemos que nos llegue más dinero para después este llevarlo a cabo en las áreas y los servicios. Son</w:t>
      </w:r>
      <w:r>
        <w:rPr>
          <w:rFonts w:ascii="Arial" w:hAnsi="Arial" w:cs="Arial"/>
          <w:sz w:val="24"/>
          <w:szCs w:val="24"/>
        </w:rPr>
        <w:t xml:space="preserve"> </w:t>
      </w:r>
      <w:r w:rsidRPr="00E93608">
        <w:rPr>
          <w:rFonts w:ascii="Arial" w:hAnsi="Arial" w:cs="Arial"/>
          <w:sz w:val="24"/>
          <w:szCs w:val="24"/>
        </w:rPr>
        <w:t>ambas partes las que nos preocupan a ahorita. Pero yo también creo que cuando tú apoyas a quien te genera de rama, yo</w:t>
      </w:r>
      <w:r>
        <w:rPr>
          <w:rFonts w:ascii="Arial" w:hAnsi="Arial" w:cs="Arial"/>
          <w:sz w:val="24"/>
          <w:szCs w:val="24"/>
        </w:rPr>
        <w:t xml:space="preserve"> </w:t>
      </w:r>
      <w:r w:rsidRPr="00E93608">
        <w:rPr>
          <w:rFonts w:ascii="Arial" w:hAnsi="Arial" w:cs="Arial"/>
          <w:sz w:val="24"/>
          <w:szCs w:val="24"/>
        </w:rPr>
        <w:t>creo que le apuestas algo bien. Y yo creo que no está mal en que se valore este, no sé si menos de 75,000 para no</w:t>
      </w:r>
      <w:r>
        <w:rPr>
          <w:rFonts w:ascii="Arial" w:hAnsi="Arial" w:cs="Arial"/>
          <w:sz w:val="24"/>
          <w:szCs w:val="24"/>
        </w:rPr>
        <w:t xml:space="preserve"> </w:t>
      </w:r>
      <w:r w:rsidRPr="00E93608">
        <w:rPr>
          <w:rFonts w:ascii="Arial" w:hAnsi="Arial" w:cs="Arial"/>
          <w:sz w:val="24"/>
          <w:szCs w:val="24"/>
        </w:rPr>
        <w:t>este dejárselo tan alto o en su defecto algunos apoyos que ellos nos digan, no</w:t>
      </w:r>
      <w:r>
        <w:rPr>
          <w:rFonts w:ascii="Arial" w:hAnsi="Arial" w:cs="Arial"/>
          <w:sz w:val="24"/>
          <w:szCs w:val="24"/>
        </w:rPr>
        <w:t xml:space="preserve"> </w:t>
      </w:r>
      <w:r w:rsidRPr="00E93608">
        <w:rPr>
          <w:rFonts w:ascii="Arial" w:hAnsi="Arial" w:cs="Arial"/>
          <w:sz w:val="24"/>
          <w:szCs w:val="24"/>
        </w:rPr>
        <w:t>voy a pagar los 75,000</w:t>
      </w:r>
      <w:r>
        <w:rPr>
          <w:rFonts w:ascii="Arial" w:hAnsi="Arial" w:cs="Arial"/>
          <w:sz w:val="24"/>
          <w:szCs w:val="24"/>
        </w:rPr>
        <w:t xml:space="preserve"> setenta y cinco </w:t>
      </w:r>
      <w:r w:rsidR="00B30DA7">
        <w:rPr>
          <w:rFonts w:ascii="Arial" w:hAnsi="Arial" w:cs="Arial"/>
          <w:sz w:val="24"/>
          <w:szCs w:val="24"/>
        </w:rPr>
        <w:t xml:space="preserve">mil, </w:t>
      </w:r>
      <w:r w:rsidR="00B30DA7" w:rsidRPr="00E93608">
        <w:rPr>
          <w:rFonts w:ascii="Arial" w:hAnsi="Arial" w:cs="Arial"/>
          <w:sz w:val="24"/>
          <w:szCs w:val="24"/>
        </w:rPr>
        <w:t>pero</w:t>
      </w:r>
      <w:r w:rsidRPr="00E93608">
        <w:rPr>
          <w:rFonts w:ascii="Arial" w:hAnsi="Arial" w:cs="Arial"/>
          <w:sz w:val="24"/>
          <w:szCs w:val="24"/>
        </w:rPr>
        <w:t xml:space="preserve"> este expo que salga me comprometo y vamos a hacer en tal área algún beneficio, algo</w:t>
      </w:r>
      <w:r>
        <w:rPr>
          <w:rFonts w:ascii="Arial" w:hAnsi="Arial" w:cs="Arial"/>
          <w:sz w:val="24"/>
          <w:szCs w:val="24"/>
        </w:rPr>
        <w:t xml:space="preserve"> </w:t>
      </w:r>
      <w:r w:rsidRPr="00E93608">
        <w:rPr>
          <w:rFonts w:ascii="Arial" w:hAnsi="Arial" w:cs="Arial"/>
          <w:sz w:val="24"/>
          <w:szCs w:val="24"/>
        </w:rPr>
        <w:t>así. Este, creo que podría salvaguardar ese dinero en el sentido de que no están dejando de dar, sino están haciendo dos</w:t>
      </w:r>
      <w:r>
        <w:rPr>
          <w:rFonts w:ascii="Arial" w:hAnsi="Arial" w:cs="Arial"/>
          <w:sz w:val="24"/>
          <w:szCs w:val="24"/>
        </w:rPr>
        <w:t xml:space="preserve"> </w:t>
      </w:r>
      <w:r w:rsidRPr="00E93608">
        <w:rPr>
          <w:rFonts w:ascii="Arial" w:hAnsi="Arial" w:cs="Arial"/>
          <w:sz w:val="24"/>
          <w:szCs w:val="24"/>
        </w:rPr>
        <w:t xml:space="preserve">cosas, </w:t>
      </w:r>
      <w:proofErr w:type="gramStart"/>
      <w:r w:rsidRPr="00E93608">
        <w:rPr>
          <w:rFonts w:ascii="Arial" w:hAnsi="Arial" w:cs="Arial"/>
          <w:sz w:val="24"/>
          <w:szCs w:val="24"/>
        </w:rPr>
        <w:t>una  derrama</w:t>
      </w:r>
      <w:proofErr w:type="gramEnd"/>
      <w:r w:rsidRPr="00E93608">
        <w:rPr>
          <w:rFonts w:ascii="Arial" w:hAnsi="Arial" w:cs="Arial"/>
          <w:sz w:val="24"/>
          <w:szCs w:val="24"/>
        </w:rPr>
        <w:t xml:space="preserve"> económica y la otra apoyando a Zapotlán con la obra que</w:t>
      </w:r>
      <w:r>
        <w:rPr>
          <w:rFonts w:ascii="Arial" w:hAnsi="Arial" w:cs="Arial"/>
          <w:sz w:val="24"/>
          <w:szCs w:val="24"/>
        </w:rPr>
        <w:t xml:space="preserve"> </w:t>
      </w:r>
      <w:r w:rsidRPr="00E93608">
        <w:rPr>
          <w:rFonts w:ascii="Arial" w:hAnsi="Arial" w:cs="Arial"/>
          <w:sz w:val="24"/>
          <w:szCs w:val="24"/>
        </w:rPr>
        <w:t>hagan o con el pequeño este pues proyecto que ellos nos digan que va a ser en beneficio de Zap</w:t>
      </w:r>
      <w:r>
        <w:rPr>
          <w:rFonts w:ascii="Arial" w:hAnsi="Arial" w:cs="Arial"/>
          <w:sz w:val="24"/>
          <w:szCs w:val="24"/>
        </w:rPr>
        <w:t>o</w:t>
      </w:r>
      <w:r w:rsidRPr="00E93608">
        <w:rPr>
          <w:rFonts w:ascii="Arial" w:hAnsi="Arial" w:cs="Arial"/>
          <w:sz w:val="24"/>
          <w:szCs w:val="24"/>
        </w:rPr>
        <w:t>tlán.</w:t>
      </w:r>
      <w:r>
        <w:rPr>
          <w:rFonts w:ascii="Arial" w:hAnsi="Arial" w:cs="Arial"/>
          <w:sz w:val="24"/>
          <w:szCs w:val="24"/>
        </w:rPr>
        <w:t xml:space="preserve"> Es cuánto.</w:t>
      </w:r>
    </w:p>
    <w:p w14:paraId="153F3A3C" w14:textId="43B68BB8" w:rsidR="00EA0C28" w:rsidRPr="00E93608" w:rsidRDefault="00E27BD8"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regidora Olga. Uso de la voz </w:t>
      </w:r>
      <w:r>
        <w:rPr>
          <w:rFonts w:ascii="Arial" w:hAnsi="Arial" w:cs="Arial"/>
          <w:sz w:val="24"/>
          <w:szCs w:val="24"/>
        </w:rPr>
        <w:t>R</w:t>
      </w:r>
      <w:r w:rsidRPr="00E93608">
        <w:rPr>
          <w:rFonts w:ascii="Arial" w:hAnsi="Arial" w:cs="Arial"/>
          <w:sz w:val="24"/>
          <w:szCs w:val="24"/>
        </w:rPr>
        <w:t>egidor Adrián.</w:t>
      </w:r>
    </w:p>
    <w:p w14:paraId="55927490" w14:textId="3F136FA7" w:rsidR="00071D29" w:rsidRDefault="00E27BD8" w:rsidP="00E93608">
      <w:pPr>
        <w:jc w:val="both"/>
        <w:rPr>
          <w:rFonts w:ascii="Arial" w:hAnsi="Arial" w:cs="Arial"/>
          <w:sz w:val="24"/>
          <w:szCs w:val="24"/>
        </w:rPr>
      </w:pPr>
      <w:r>
        <w:rPr>
          <w:rFonts w:ascii="Arial" w:hAnsi="Arial" w:cs="Arial"/>
          <w:b/>
          <w:bCs/>
          <w:sz w:val="24"/>
          <w:szCs w:val="24"/>
        </w:rPr>
        <w:t xml:space="preserve">C. ADRIÁN BRISEÑO ESPARZA. - </w:t>
      </w:r>
      <w:r w:rsidRPr="00E93608">
        <w:rPr>
          <w:rFonts w:ascii="Arial" w:hAnsi="Arial" w:cs="Arial"/>
          <w:sz w:val="24"/>
          <w:szCs w:val="24"/>
        </w:rPr>
        <w:t>Muchas gracias. Antes que nada, quiero agradecerte, Juan Carlos, nos conocemos de mucho tiempo y fuiste de</w:t>
      </w:r>
      <w:r>
        <w:rPr>
          <w:rFonts w:ascii="Arial" w:hAnsi="Arial" w:cs="Arial"/>
          <w:sz w:val="24"/>
          <w:szCs w:val="24"/>
        </w:rPr>
        <w:t xml:space="preserve"> </w:t>
      </w:r>
      <w:r w:rsidRPr="00E93608">
        <w:rPr>
          <w:rFonts w:ascii="Arial" w:hAnsi="Arial" w:cs="Arial"/>
          <w:sz w:val="24"/>
          <w:szCs w:val="24"/>
        </w:rPr>
        <w:t>los iniciadores de este tipo de eventos que lo único que hace es que realzan el nombre de Zapotlán. Entonces,</w:t>
      </w:r>
      <w:r w:rsidR="00B30DA7">
        <w:rPr>
          <w:rFonts w:ascii="Arial" w:hAnsi="Arial" w:cs="Arial"/>
          <w:sz w:val="24"/>
          <w:szCs w:val="24"/>
        </w:rPr>
        <w:t xml:space="preserve"> </w:t>
      </w:r>
      <w:r w:rsidRPr="00E93608">
        <w:rPr>
          <w:rFonts w:ascii="Arial" w:hAnsi="Arial" w:cs="Arial"/>
          <w:sz w:val="24"/>
          <w:szCs w:val="24"/>
        </w:rPr>
        <w:t>en ese mismo sentido, de verdad que nosotros estamos como gobierno</w:t>
      </w:r>
      <w:r w:rsidR="00B30DA7">
        <w:rPr>
          <w:rFonts w:ascii="Arial" w:hAnsi="Arial" w:cs="Arial"/>
          <w:sz w:val="24"/>
          <w:szCs w:val="24"/>
        </w:rPr>
        <w:t>,</w:t>
      </w:r>
      <w:r w:rsidRPr="00E93608">
        <w:rPr>
          <w:rFonts w:ascii="Arial" w:hAnsi="Arial" w:cs="Arial"/>
          <w:sz w:val="24"/>
          <w:szCs w:val="24"/>
        </w:rPr>
        <w:t xml:space="preserve"> comprometidos en </w:t>
      </w:r>
      <w:r w:rsidR="00B30DA7" w:rsidRPr="00E93608">
        <w:rPr>
          <w:rFonts w:ascii="Arial" w:hAnsi="Arial" w:cs="Arial"/>
          <w:sz w:val="24"/>
          <w:szCs w:val="24"/>
        </w:rPr>
        <w:t>coady</w:t>
      </w:r>
      <w:r w:rsidR="00B30DA7">
        <w:rPr>
          <w:rFonts w:ascii="Arial" w:hAnsi="Arial" w:cs="Arial"/>
          <w:sz w:val="24"/>
          <w:szCs w:val="24"/>
        </w:rPr>
        <w:t>uv</w:t>
      </w:r>
      <w:r w:rsidR="00B30DA7" w:rsidRPr="00E93608">
        <w:rPr>
          <w:rFonts w:ascii="Arial" w:hAnsi="Arial" w:cs="Arial"/>
          <w:sz w:val="24"/>
          <w:szCs w:val="24"/>
        </w:rPr>
        <w:t>ar</w:t>
      </w:r>
      <w:r w:rsidRPr="00E93608">
        <w:rPr>
          <w:rFonts w:ascii="Arial" w:hAnsi="Arial" w:cs="Arial"/>
          <w:sz w:val="24"/>
          <w:szCs w:val="24"/>
        </w:rPr>
        <w:t xml:space="preserve"> para que s</w:t>
      </w:r>
      <w:r w:rsidR="00B30DA7">
        <w:rPr>
          <w:rFonts w:ascii="Arial" w:hAnsi="Arial" w:cs="Arial"/>
          <w:sz w:val="24"/>
          <w:szCs w:val="24"/>
        </w:rPr>
        <w:t xml:space="preserve">e </w:t>
      </w:r>
      <w:r w:rsidRPr="00E93608">
        <w:rPr>
          <w:rFonts w:ascii="Arial" w:hAnsi="Arial" w:cs="Arial"/>
          <w:sz w:val="24"/>
          <w:szCs w:val="24"/>
        </w:rPr>
        <w:t>sigan llevando a cabo este tipo de eventos.</w:t>
      </w:r>
      <w:r w:rsidR="00B30DA7">
        <w:rPr>
          <w:rFonts w:ascii="Arial" w:hAnsi="Arial" w:cs="Arial"/>
          <w:sz w:val="24"/>
          <w:szCs w:val="24"/>
        </w:rPr>
        <w:t xml:space="preserve"> </w:t>
      </w:r>
      <w:r w:rsidRPr="00E93608">
        <w:rPr>
          <w:rFonts w:ascii="Arial" w:hAnsi="Arial" w:cs="Arial"/>
          <w:sz w:val="24"/>
          <w:szCs w:val="24"/>
        </w:rPr>
        <w:t>La verdad que este nosotros tenemos la necesidad, sino la obligación</w:t>
      </w:r>
      <w:r w:rsidR="00B30DA7">
        <w:rPr>
          <w:rFonts w:ascii="Arial" w:hAnsi="Arial" w:cs="Arial"/>
          <w:sz w:val="24"/>
          <w:szCs w:val="24"/>
        </w:rPr>
        <w:t xml:space="preserve"> </w:t>
      </w:r>
      <w:r w:rsidRPr="00E93608">
        <w:rPr>
          <w:rFonts w:ascii="Arial" w:hAnsi="Arial" w:cs="Arial"/>
          <w:sz w:val="24"/>
          <w:szCs w:val="24"/>
        </w:rPr>
        <w:t>de c</w:t>
      </w:r>
      <w:r w:rsidR="00B30DA7">
        <w:rPr>
          <w:rFonts w:ascii="Arial" w:hAnsi="Arial" w:cs="Arial"/>
          <w:sz w:val="24"/>
          <w:szCs w:val="24"/>
        </w:rPr>
        <w:t>oadyuvar</w:t>
      </w:r>
      <w:r w:rsidRPr="00E93608">
        <w:rPr>
          <w:rFonts w:ascii="Arial" w:hAnsi="Arial" w:cs="Arial"/>
          <w:sz w:val="24"/>
          <w:szCs w:val="24"/>
        </w:rPr>
        <w:t xml:space="preserve"> con todo este tipo de empresas, con todo este tipo de eventos, de dinámicas, que lo vuelvo a repetir, que lo único que hacen es poner en alto el nombre de Zapotlán el Grande.</w:t>
      </w:r>
      <w:r w:rsidR="00B30DA7">
        <w:rPr>
          <w:rFonts w:ascii="Arial" w:hAnsi="Arial" w:cs="Arial"/>
          <w:sz w:val="24"/>
          <w:szCs w:val="24"/>
        </w:rPr>
        <w:t xml:space="preserve"> </w:t>
      </w:r>
      <w:r w:rsidRPr="00E93608">
        <w:rPr>
          <w:rFonts w:ascii="Arial" w:hAnsi="Arial" w:cs="Arial"/>
          <w:sz w:val="24"/>
          <w:szCs w:val="24"/>
        </w:rPr>
        <w:t>Entonces, a mí me queda claro este que hay eventos que muchas veces se cobran</w:t>
      </w:r>
      <w:r w:rsidR="00B30DA7">
        <w:rPr>
          <w:rFonts w:ascii="Arial" w:hAnsi="Arial" w:cs="Arial"/>
          <w:sz w:val="24"/>
          <w:szCs w:val="24"/>
        </w:rPr>
        <w:t xml:space="preserve"> </w:t>
      </w:r>
      <w:r w:rsidRPr="00E93608">
        <w:rPr>
          <w:rFonts w:ascii="Arial" w:hAnsi="Arial" w:cs="Arial"/>
          <w:sz w:val="24"/>
          <w:szCs w:val="24"/>
        </w:rPr>
        <w:t>en el mismo sentido y simple y sencillamente no tienen otra cosa más que tener un lucro. Y en este caso no.</w:t>
      </w:r>
      <w:r w:rsidR="00B30DA7">
        <w:rPr>
          <w:rFonts w:ascii="Arial" w:hAnsi="Arial" w:cs="Arial"/>
          <w:sz w:val="24"/>
          <w:szCs w:val="24"/>
        </w:rPr>
        <w:t xml:space="preserve"> </w:t>
      </w:r>
      <w:r w:rsidRPr="00E93608">
        <w:rPr>
          <w:rFonts w:ascii="Arial" w:hAnsi="Arial" w:cs="Arial"/>
          <w:sz w:val="24"/>
          <w:szCs w:val="24"/>
        </w:rPr>
        <w:t>Este, sí</w:t>
      </w:r>
      <w:r w:rsidR="00B30DA7">
        <w:rPr>
          <w:rFonts w:ascii="Arial" w:hAnsi="Arial" w:cs="Arial"/>
          <w:sz w:val="24"/>
          <w:szCs w:val="24"/>
        </w:rPr>
        <w:t xml:space="preserve"> </w:t>
      </w:r>
      <w:r w:rsidR="00C621A8">
        <w:rPr>
          <w:rFonts w:ascii="Arial" w:hAnsi="Arial" w:cs="Arial"/>
          <w:sz w:val="24"/>
          <w:szCs w:val="24"/>
        </w:rPr>
        <w:t xml:space="preserve">de </w:t>
      </w:r>
      <w:r w:rsidR="00071D29">
        <w:rPr>
          <w:rFonts w:ascii="Arial" w:hAnsi="Arial" w:cs="Arial"/>
          <w:sz w:val="24"/>
          <w:szCs w:val="24"/>
        </w:rPr>
        <w:t xml:space="preserve">felicitarte </w:t>
      </w:r>
      <w:r w:rsidR="00071D29" w:rsidRPr="00E93608">
        <w:rPr>
          <w:rFonts w:ascii="Arial" w:hAnsi="Arial" w:cs="Arial"/>
          <w:sz w:val="24"/>
          <w:szCs w:val="24"/>
        </w:rPr>
        <w:t>que</w:t>
      </w:r>
      <w:r w:rsidRPr="00E93608">
        <w:rPr>
          <w:rFonts w:ascii="Arial" w:hAnsi="Arial" w:cs="Arial"/>
          <w:sz w:val="24"/>
          <w:szCs w:val="24"/>
        </w:rPr>
        <w:t xml:space="preserve"> nosotros sí como gobierno sí estamos comprometidos y lo vamos a</w:t>
      </w:r>
      <w:r w:rsidR="00B30DA7">
        <w:rPr>
          <w:rFonts w:ascii="Arial" w:hAnsi="Arial" w:cs="Arial"/>
          <w:sz w:val="24"/>
          <w:szCs w:val="24"/>
        </w:rPr>
        <w:t xml:space="preserve"> </w:t>
      </w:r>
      <w:r w:rsidRPr="00E93608">
        <w:rPr>
          <w:rFonts w:ascii="Arial" w:hAnsi="Arial" w:cs="Arial"/>
          <w:sz w:val="24"/>
          <w:szCs w:val="24"/>
        </w:rPr>
        <w:t xml:space="preserve">seguir haciendo para que se sigan llevando a cabo este tipo de eventos y claro </w:t>
      </w:r>
      <w:r w:rsidR="00B30DA7" w:rsidRPr="00E93608">
        <w:rPr>
          <w:rFonts w:ascii="Arial" w:hAnsi="Arial" w:cs="Arial"/>
          <w:sz w:val="24"/>
          <w:szCs w:val="24"/>
        </w:rPr>
        <w:t>coady</w:t>
      </w:r>
      <w:r w:rsidR="00B30DA7">
        <w:rPr>
          <w:rFonts w:ascii="Arial" w:hAnsi="Arial" w:cs="Arial"/>
          <w:sz w:val="24"/>
          <w:szCs w:val="24"/>
        </w:rPr>
        <w:t xml:space="preserve">uvar </w:t>
      </w:r>
      <w:r w:rsidRPr="00E93608">
        <w:rPr>
          <w:rFonts w:ascii="Arial" w:hAnsi="Arial" w:cs="Arial"/>
          <w:sz w:val="24"/>
          <w:szCs w:val="24"/>
        </w:rPr>
        <w:t>este en el tema del</w:t>
      </w:r>
      <w:r w:rsidR="00B30DA7">
        <w:rPr>
          <w:rFonts w:ascii="Arial" w:hAnsi="Arial" w:cs="Arial"/>
          <w:sz w:val="24"/>
          <w:szCs w:val="24"/>
        </w:rPr>
        <w:t xml:space="preserve"> </w:t>
      </w:r>
      <w:r w:rsidRPr="00E93608">
        <w:rPr>
          <w:rFonts w:ascii="Arial" w:hAnsi="Arial" w:cs="Arial"/>
          <w:sz w:val="24"/>
          <w:szCs w:val="24"/>
        </w:rPr>
        <w:t xml:space="preserve">precio. Es cuánto. Muchas </w:t>
      </w:r>
      <w:r w:rsidR="00C621A8" w:rsidRPr="00E93608">
        <w:rPr>
          <w:rFonts w:ascii="Arial" w:hAnsi="Arial" w:cs="Arial"/>
          <w:sz w:val="24"/>
          <w:szCs w:val="24"/>
        </w:rPr>
        <w:t>felicidades y</w:t>
      </w:r>
      <w:r w:rsidRPr="00E93608">
        <w:rPr>
          <w:rFonts w:ascii="Arial" w:hAnsi="Arial" w:cs="Arial"/>
          <w:sz w:val="24"/>
          <w:szCs w:val="24"/>
        </w:rPr>
        <w:t xml:space="preserve"> gracias por darnos a conocer la historia pues de la expo, ¿no? Gracias. Es cuánto.</w:t>
      </w:r>
      <w:r w:rsidR="00C621A8">
        <w:rPr>
          <w:rFonts w:ascii="Arial" w:hAnsi="Arial" w:cs="Arial"/>
          <w:sz w:val="24"/>
          <w:szCs w:val="24"/>
        </w:rPr>
        <w:t xml:space="preserve"> </w:t>
      </w:r>
    </w:p>
    <w:p w14:paraId="5240ACD1" w14:textId="351CCF42" w:rsidR="00071D29" w:rsidRDefault="00071D2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 Adrián, antes de hacer el uso de la voz a la regidora Dunia, manifestar que también estoy de acuerdo en la reducción de la del monto </w:t>
      </w:r>
      <w:r w:rsidRPr="00E93608">
        <w:rPr>
          <w:rFonts w:ascii="Arial" w:hAnsi="Arial" w:cs="Arial"/>
          <w:sz w:val="24"/>
          <w:szCs w:val="24"/>
        </w:rPr>
        <w:lastRenderedPageBreak/>
        <w:t>a cobrar</w:t>
      </w:r>
      <w:r w:rsidR="00C621A8">
        <w:rPr>
          <w:rFonts w:ascii="Arial" w:hAnsi="Arial" w:cs="Arial"/>
          <w:sz w:val="24"/>
          <w:szCs w:val="24"/>
        </w:rPr>
        <w:t xml:space="preserve"> </w:t>
      </w:r>
      <w:r w:rsidRPr="00E93608">
        <w:rPr>
          <w:rFonts w:ascii="Arial" w:hAnsi="Arial" w:cs="Arial"/>
          <w:sz w:val="24"/>
          <w:szCs w:val="24"/>
        </w:rPr>
        <w:t>a Dima, justamente por lo que bien comentó de los antecedentes y este esta gestión histórica que han venido haciendo desde hace ya varias</w:t>
      </w:r>
      <w:r w:rsidR="00C621A8">
        <w:rPr>
          <w:rFonts w:ascii="Arial" w:hAnsi="Arial" w:cs="Arial"/>
          <w:sz w:val="24"/>
          <w:szCs w:val="24"/>
        </w:rPr>
        <w:t xml:space="preserve"> </w:t>
      </w:r>
      <w:r w:rsidRPr="00E93608">
        <w:rPr>
          <w:rFonts w:ascii="Arial" w:hAnsi="Arial" w:cs="Arial"/>
          <w:sz w:val="24"/>
          <w:szCs w:val="24"/>
        </w:rPr>
        <w:t>administraciones y por todo el esfuerzo que no  más en tema físico, sino en tiempo, en apoyos que gestionan, en todo</w:t>
      </w:r>
      <w:r w:rsidR="00C621A8">
        <w:rPr>
          <w:rFonts w:ascii="Arial" w:hAnsi="Arial" w:cs="Arial"/>
          <w:sz w:val="24"/>
          <w:szCs w:val="24"/>
        </w:rPr>
        <w:t xml:space="preserve"> </w:t>
      </w:r>
      <w:r w:rsidRPr="00E93608">
        <w:rPr>
          <w:rFonts w:ascii="Arial" w:hAnsi="Arial" w:cs="Arial"/>
          <w:sz w:val="24"/>
          <w:szCs w:val="24"/>
        </w:rPr>
        <w:t xml:space="preserve">lo que le invierten este a la realización de la Expo </w:t>
      </w:r>
      <w:r w:rsidR="00C621A8">
        <w:rPr>
          <w:rFonts w:ascii="Arial" w:hAnsi="Arial" w:cs="Arial"/>
          <w:sz w:val="24"/>
          <w:szCs w:val="24"/>
        </w:rPr>
        <w:t>Agricola</w:t>
      </w:r>
      <w:r w:rsidRPr="00E93608">
        <w:rPr>
          <w:rFonts w:ascii="Arial" w:hAnsi="Arial" w:cs="Arial"/>
          <w:sz w:val="24"/>
          <w:szCs w:val="24"/>
        </w:rPr>
        <w:t xml:space="preserve"> la que cada año con año vienen a engrandecer</w:t>
      </w:r>
      <w:r w:rsidR="00C621A8">
        <w:rPr>
          <w:rFonts w:ascii="Arial" w:hAnsi="Arial" w:cs="Arial"/>
          <w:sz w:val="24"/>
          <w:szCs w:val="24"/>
        </w:rPr>
        <w:t xml:space="preserve"> </w:t>
      </w:r>
      <w:r w:rsidRPr="00E93608">
        <w:rPr>
          <w:rFonts w:ascii="Arial" w:hAnsi="Arial" w:cs="Arial"/>
          <w:sz w:val="24"/>
          <w:szCs w:val="24"/>
        </w:rPr>
        <w:t>pues el nuestro municipio y toda la derrama económica que pues aquí también se queda, ¿no? Entonces bueno, antes de llegar de aterrizar una propuesta,</w:t>
      </w:r>
      <w:r w:rsidR="00C621A8">
        <w:rPr>
          <w:rFonts w:ascii="Arial" w:hAnsi="Arial" w:cs="Arial"/>
          <w:sz w:val="24"/>
          <w:szCs w:val="24"/>
        </w:rPr>
        <w:t xml:space="preserve"> </w:t>
      </w:r>
      <w:r w:rsidRPr="00E93608">
        <w:rPr>
          <w:rFonts w:ascii="Arial" w:hAnsi="Arial" w:cs="Arial"/>
          <w:sz w:val="24"/>
          <w:szCs w:val="24"/>
        </w:rPr>
        <w:t xml:space="preserve">me gustaría escuchar es la regidora </w:t>
      </w:r>
      <w:r>
        <w:rPr>
          <w:rFonts w:ascii="Arial" w:hAnsi="Arial" w:cs="Arial"/>
          <w:sz w:val="24"/>
          <w:szCs w:val="24"/>
        </w:rPr>
        <w:t>Dunia.</w:t>
      </w:r>
    </w:p>
    <w:p w14:paraId="21B90F96" w14:textId="511D8BAD" w:rsidR="00EA0C28" w:rsidRPr="00E93608" w:rsidRDefault="00071D29" w:rsidP="00E93608">
      <w:pPr>
        <w:jc w:val="both"/>
        <w:rPr>
          <w:rFonts w:ascii="Arial" w:hAnsi="Arial" w:cs="Arial"/>
          <w:sz w:val="24"/>
          <w:szCs w:val="24"/>
        </w:rPr>
      </w:pPr>
      <w:r>
        <w:rPr>
          <w:rFonts w:ascii="Arial" w:hAnsi="Arial" w:cs="Arial"/>
          <w:b/>
          <w:bCs/>
          <w:sz w:val="24"/>
          <w:szCs w:val="24"/>
        </w:rPr>
        <w:t>C. DUNIA CATALINA CRUZ MORENO. -</w:t>
      </w:r>
      <w:r w:rsidRPr="00E93608">
        <w:rPr>
          <w:rFonts w:ascii="Arial" w:hAnsi="Arial" w:cs="Arial"/>
          <w:sz w:val="24"/>
          <w:szCs w:val="24"/>
        </w:rPr>
        <w:t xml:space="preserve"> Gracias. Bueno, yo también tendría otra propuesta o pudiéramos tener alguna</w:t>
      </w:r>
      <w:r w:rsidR="00C621A8">
        <w:rPr>
          <w:rFonts w:ascii="Arial" w:hAnsi="Arial" w:cs="Arial"/>
          <w:sz w:val="24"/>
          <w:szCs w:val="24"/>
        </w:rPr>
        <w:t xml:space="preserve"> </w:t>
      </w:r>
      <w:r w:rsidRPr="00E93608">
        <w:rPr>
          <w:rFonts w:ascii="Arial" w:hAnsi="Arial" w:cs="Arial"/>
          <w:sz w:val="24"/>
          <w:szCs w:val="24"/>
        </w:rPr>
        <w:t>otra alternativa. A lo mejor para no enfocarnos solamente en cobrar o no cobrar, pudiéramos hacer una combinación</w:t>
      </w:r>
      <w:r>
        <w:rPr>
          <w:rFonts w:ascii="Arial" w:hAnsi="Arial" w:cs="Arial"/>
          <w:sz w:val="24"/>
          <w:szCs w:val="24"/>
        </w:rPr>
        <w:t xml:space="preserve"> </w:t>
      </w:r>
      <w:r w:rsidRPr="00E93608">
        <w:rPr>
          <w:rFonts w:ascii="Arial" w:hAnsi="Arial" w:cs="Arial"/>
          <w:sz w:val="24"/>
          <w:szCs w:val="24"/>
        </w:rPr>
        <w:t xml:space="preserve">de ambas. se puede a lo mejor pagar en efectivo una cantidad y la otra puede ser destinada, como lo comentaba la </w:t>
      </w:r>
      <w:r>
        <w:rPr>
          <w:rFonts w:ascii="Arial" w:hAnsi="Arial" w:cs="Arial"/>
          <w:sz w:val="24"/>
          <w:szCs w:val="24"/>
        </w:rPr>
        <w:t>M</w:t>
      </w:r>
      <w:r w:rsidRPr="00E93608">
        <w:rPr>
          <w:rFonts w:ascii="Arial" w:hAnsi="Arial" w:cs="Arial"/>
          <w:sz w:val="24"/>
          <w:szCs w:val="24"/>
        </w:rPr>
        <w:t>aestra Olga, en especie o en mejoras, igual para para el mismo recinto ferial o para algún otro proyecto necesario</w:t>
      </w:r>
      <w:r>
        <w:rPr>
          <w:rFonts w:ascii="Arial" w:hAnsi="Arial" w:cs="Arial"/>
          <w:sz w:val="24"/>
          <w:szCs w:val="24"/>
        </w:rPr>
        <w:t xml:space="preserve"> </w:t>
      </w:r>
      <w:r w:rsidRPr="00E93608">
        <w:rPr>
          <w:rFonts w:ascii="Arial" w:hAnsi="Arial" w:cs="Arial"/>
          <w:sz w:val="24"/>
          <w:szCs w:val="24"/>
        </w:rPr>
        <w:t>para para el mismo Zapotlán. A lo mejor de esta manera pudiéramos también reactivar a los proveedores locales en algún tipo de proyecto que a la larga pues va a traer también beneficios</w:t>
      </w:r>
      <w:r>
        <w:rPr>
          <w:rFonts w:ascii="Arial" w:hAnsi="Arial" w:cs="Arial"/>
          <w:sz w:val="24"/>
          <w:szCs w:val="24"/>
        </w:rPr>
        <w:t xml:space="preserve"> </w:t>
      </w:r>
      <w:r w:rsidRPr="00E93608">
        <w:rPr>
          <w:rFonts w:ascii="Arial" w:hAnsi="Arial" w:cs="Arial"/>
          <w:sz w:val="24"/>
          <w:szCs w:val="24"/>
        </w:rPr>
        <w:t>para para todos nosotros a través de comité de feria, pues las instalaciones se pueden ir poco a poco mejorando. Me</w:t>
      </w:r>
      <w:r>
        <w:rPr>
          <w:rFonts w:ascii="Arial" w:hAnsi="Arial" w:cs="Arial"/>
          <w:sz w:val="24"/>
          <w:szCs w:val="24"/>
        </w:rPr>
        <w:t xml:space="preserve"> </w:t>
      </w:r>
      <w:r w:rsidRPr="00E93608">
        <w:rPr>
          <w:rFonts w:ascii="Arial" w:hAnsi="Arial" w:cs="Arial"/>
          <w:sz w:val="24"/>
          <w:szCs w:val="24"/>
        </w:rPr>
        <w:t xml:space="preserve">imagino que como todo espacio público pues necesita </w:t>
      </w:r>
      <w:r w:rsidR="00906D98" w:rsidRPr="00E93608">
        <w:rPr>
          <w:rFonts w:ascii="Arial" w:hAnsi="Arial" w:cs="Arial"/>
          <w:sz w:val="24"/>
          <w:szCs w:val="24"/>
        </w:rPr>
        <w:t>también que</w:t>
      </w:r>
      <w:r w:rsidRPr="00E93608">
        <w:rPr>
          <w:rFonts w:ascii="Arial" w:hAnsi="Arial" w:cs="Arial"/>
          <w:sz w:val="24"/>
          <w:szCs w:val="24"/>
        </w:rPr>
        <w:t xml:space="preserve"> se le que se le dé una un</w:t>
      </w:r>
      <w:r>
        <w:rPr>
          <w:rFonts w:ascii="Arial" w:hAnsi="Arial" w:cs="Arial"/>
          <w:sz w:val="24"/>
          <w:szCs w:val="24"/>
        </w:rPr>
        <w:t xml:space="preserve"> </w:t>
      </w:r>
      <w:r w:rsidRPr="00E93608">
        <w:rPr>
          <w:rFonts w:ascii="Arial" w:hAnsi="Arial" w:cs="Arial"/>
          <w:sz w:val="24"/>
          <w:szCs w:val="24"/>
        </w:rPr>
        <w:t>zarpazo de tigre a lo mejor y que podamos poco a poco, año con año con esta expo una parte que se pueda recaudar en efectivo y otra parte que se</w:t>
      </w:r>
      <w:r>
        <w:rPr>
          <w:rFonts w:ascii="Arial" w:hAnsi="Arial" w:cs="Arial"/>
          <w:sz w:val="24"/>
          <w:szCs w:val="24"/>
        </w:rPr>
        <w:t xml:space="preserve"> </w:t>
      </w:r>
      <w:r w:rsidRPr="00E93608">
        <w:rPr>
          <w:rFonts w:ascii="Arial" w:hAnsi="Arial" w:cs="Arial"/>
          <w:sz w:val="24"/>
          <w:szCs w:val="24"/>
        </w:rPr>
        <w:t>pueda destinar en mano de obra o en especie para mejoramiento de los mismos de los mismos servicios o del mismo</w:t>
      </w:r>
      <w:r>
        <w:rPr>
          <w:rFonts w:ascii="Arial" w:hAnsi="Arial" w:cs="Arial"/>
          <w:sz w:val="24"/>
          <w:szCs w:val="24"/>
        </w:rPr>
        <w:t xml:space="preserve"> </w:t>
      </w:r>
      <w:r w:rsidRPr="00E93608">
        <w:rPr>
          <w:rFonts w:ascii="Arial" w:hAnsi="Arial" w:cs="Arial"/>
          <w:sz w:val="24"/>
          <w:szCs w:val="24"/>
        </w:rPr>
        <w:t>espacio. No sé qué les parezca también esta propuesta. Gracias.</w:t>
      </w:r>
    </w:p>
    <w:p w14:paraId="766E600D" w14:textId="77777777" w:rsidR="003806AC" w:rsidRDefault="00071D2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 Duna. Yo sería más de la idea de pues un monto en particular en efectivo y ya nos quitamos de cosas, ¿no? Este es la apreciación personal.</w:t>
      </w:r>
      <w:r>
        <w:rPr>
          <w:rFonts w:ascii="Arial" w:hAnsi="Arial" w:cs="Arial"/>
          <w:sz w:val="24"/>
          <w:szCs w:val="24"/>
        </w:rPr>
        <w:t xml:space="preserve"> </w:t>
      </w:r>
      <w:r w:rsidRPr="00E93608">
        <w:rPr>
          <w:rFonts w:ascii="Arial" w:hAnsi="Arial" w:cs="Arial"/>
          <w:sz w:val="24"/>
          <w:szCs w:val="24"/>
        </w:rPr>
        <w:t>Igual Juan Carlos que nos pudiera opinar este si ven más factible que sea una parte en especie que los pudiera</w:t>
      </w:r>
      <w:r>
        <w:rPr>
          <w:rFonts w:ascii="Arial" w:hAnsi="Arial" w:cs="Arial"/>
          <w:sz w:val="24"/>
          <w:szCs w:val="24"/>
        </w:rPr>
        <w:t xml:space="preserve"> </w:t>
      </w:r>
      <w:r w:rsidRPr="00E93608">
        <w:rPr>
          <w:rFonts w:ascii="Arial" w:hAnsi="Arial" w:cs="Arial"/>
          <w:sz w:val="24"/>
          <w:szCs w:val="24"/>
        </w:rPr>
        <w:t xml:space="preserve">manifestar de no ser así, pues bueno, yo creo </w:t>
      </w:r>
      <w:proofErr w:type="gramStart"/>
      <w:r w:rsidRPr="00E93608">
        <w:rPr>
          <w:rFonts w:ascii="Arial" w:hAnsi="Arial" w:cs="Arial"/>
          <w:sz w:val="24"/>
          <w:szCs w:val="24"/>
        </w:rPr>
        <w:t>que</w:t>
      </w:r>
      <w:proofErr w:type="gramEnd"/>
      <w:r w:rsidRPr="00E93608">
        <w:rPr>
          <w:rFonts w:ascii="Arial" w:hAnsi="Arial" w:cs="Arial"/>
          <w:sz w:val="24"/>
          <w:szCs w:val="24"/>
        </w:rPr>
        <w:t xml:space="preserve"> pues se paga la renta y se acabó, ¿no? </w:t>
      </w:r>
    </w:p>
    <w:p w14:paraId="28C8BE28" w14:textId="4FB98726" w:rsidR="007A0252" w:rsidRDefault="003806AC" w:rsidP="00E93608">
      <w:pPr>
        <w:jc w:val="both"/>
        <w:rPr>
          <w:rFonts w:ascii="Arial" w:hAnsi="Arial" w:cs="Arial"/>
          <w:sz w:val="24"/>
          <w:szCs w:val="24"/>
        </w:rPr>
      </w:pPr>
      <w:r>
        <w:rPr>
          <w:rFonts w:ascii="Arial" w:hAnsi="Arial" w:cs="Arial"/>
          <w:b/>
          <w:bCs/>
          <w:sz w:val="24"/>
          <w:szCs w:val="24"/>
        </w:rPr>
        <w:t xml:space="preserve">C. JUAN CARLOS ROMO PEÑA. - </w:t>
      </w:r>
      <w:r w:rsidRPr="00E93608">
        <w:rPr>
          <w:rFonts w:ascii="Arial" w:hAnsi="Arial" w:cs="Arial"/>
          <w:sz w:val="24"/>
          <w:szCs w:val="24"/>
        </w:rPr>
        <w:t xml:space="preserve"> </w:t>
      </w:r>
      <w:r>
        <w:rPr>
          <w:rFonts w:ascii="Arial" w:hAnsi="Arial" w:cs="Arial"/>
          <w:sz w:val="24"/>
          <w:szCs w:val="24"/>
        </w:rPr>
        <w:t>Y</w:t>
      </w:r>
      <w:r w:rsidRPr="00E93608">
        <w:rPr>
          <w:rFonts w:ascii="Arial" w:hAnsi="Arial" w:cs="Arial"/>
          <w:sz w:val="24"/>
          <w:szCs w:val="24"/>
        </w:rPr>
        <w:t>o defender la manera interesa, ¿no?</w:t>
      </w:r>
      <w:r>
        <w:rPr>
          <w:rFonts w:ascii="Arial" w:hAnsi="Arial" w:cs="Arial"/>
          <w:sz w:val="24"/>
          <w:szCs w:val="24"/>
        </w:rPr>
        <w:t xml:space="preserve"> </w:t>
      </w:r>
      <w:r w:rsidRPr="00E93608">
        <w:rPr>
          <w:rFonts w:ascii="Arial" w:hAnsi="Arial" w:cs="Arial"/>
          <w:sz w:val="24"/>
          <w:szCs w:val="24"/>
        </w:rPr>
        <w:t>digo, voy a defender de todos modos la primera propuesta, que es que se solicitara que no aportáramos,</w:t>
      </w:r>
      <w:r>
        <w:rPr>
          <w:rFonts w:ascii="Arial" w:hAnsi="Arial" w:cs="Arial"/>
          <w:sz w:val="24"/>
          <w:szCs w:val="24"/>
        </w:rPr>
        <w:t xml:space="preserve"> </w:t>
      </w:r>
      <w:r w:rsidRPr="00E93608">
        <w:rPr>
          <w:rFonts w:ascii="Arial" w:hAnsi="Arial" w:cs="Arial"/>
          <w:sz w:val="24"/>
          <w:szCs w:val="24"/>
        </w:rPr>
        <w:t>no por no por no poder aportar, no, sino por el hecho de que no estamos solicitando. O sea, eso quiero que lo</w:t>
      </w:r>
      <w:r>
        <w:rPr>
          <w:rFonts w:ascii="Arial" w:hAnsi="Arial" w:cs="Arial"/>
          <w:sz w:val="24"/>
          <w:szCs w:val="24"/>
        </w:rPr>
        <w:t xml:space="preserve"> </w:t>
      </w:r>
      <w:r w:rsidRPr="00E93608">
        <w:rPr>
          <w:rFonts w:ascii="Arial" w:hAnsi="Arial" w:cs="Arial"/>
          <w:sz w:val="24"/>
          <w:szCs w:val="24"/>
        </w:rPr>
        <w:t>analicen porque a final de cuentas es dinero del Ayuntamiento, ¿no?, que se ha generado por impuestos.</w:t>
      </w:r>
      <w:r>
        <w:rPr>
          <w:rFonts w:ascii="Arial" w:hAnsi="Arial" w:cs="Arial"/>
          <w:sz w:val="24"/>
          <w:szCs w:val="24"/>
        </w:rPr>
        <w:t xml:space="preserve"> </w:t>
      </w:r>
      <w:r w:rsidRPr="00E93608">
        <w:rPr>
          <w:rFonts w:ascii="Arial" w:hAnsi="Arial" w:cs="Arial"/>
          <w:sz w:val="24"/>
          <w:szCs w:val="24"/>
        </w:rPr>
        <w:t>Si nos pusiéramos en el plan de que hubiera una aportación anual, yo les puedo mencionar otros eventos que año con año les ponen dinero.</w:t>
      </w:r>
      <w:r>
        <w:rPr>
          <w:rFonts w:ascii="Arial" w:hAnsi="Arial" w:cs="Arial"/>
          <w:sz w:val="24"/>
          <w:szCs w:val="24"/>
        </w:rPr>
        <w:t xml:space="preserve"> </w:t>
      </w:r>
      <w:r w:rsidRPr="00E93608">
        <w:rPr>
          <w:rFonts w:ascii="Arial" w:hAnsi="Arial" w:cs="Arial"/>
          <w:sz w:val="24"/>
          <w:szCs w:val="24"/>
        </w:rPr>
        <w:t>No son 75, son más, o sea, son otros. Y esos eventos se llevan, en la mayoría de los casos el dinero o se genera cuestión</w:t>
      </w:r>
      <w:r>
        <w:rPr>
          <w:rFonts w:ascii="Arial" w:hAnsi="Arial" w:cs="Arial"/>
          <w:sz w:val="24"/>
          <w:szCs w:val="24"/>
        </w:rPr>
        <w:t xml:space="preserve"> </w:t>
      </w:r>
      <w:r w:rsidRPr="00E93608">
        <w:rPr>
          <w:rFonts w:ascii="Arial" w:hAnsi="Arial" w:cs="Arial"/>
          <w:sz w:val="24"/>
          <w:szCs w:val="24"/>
        </w:rPr>
        <w:t>cultural, o de turismo, ¿no? Por así decirlo, pero en esto estamos atrayendo inversión</w:t>
      </w:r>
      <w:r>
        <w:rPr>
          <w:rFonts w:ascii="Arial" w:hAnsi="Arial" w:cs="Arial"/>
          <w:sz w:val="24"/>
          <w:szCs w:val="24"/>
        </w:rPr>
        <w:t xml:space="preserve"> </w:t>
      </w:r>
      <w:r w:rsidRPr="00E93608">
        <w:rPr>
          <w:rFonts w:ascii="Arial" w:hAnsi="Arial" w:cs="Arial"/>
          <w:sz w:val="24"/>
          <w:szCs w:val="24"/>
        </w:rPr>
        <w:t xml:space="preserve">y cualquier otro municipio, país o lo </w:t>
      </w:r>
      <w:r w:rsidRPr="00E93608">
        <w:rPr>
          <w:rFonts w:ascii="Arial" w:hAnsi="Arial" w:cs="Arial"/>
          <w:sz w:val="24"/>
          <w:szCs w:val="24"/>
        </w:rPr>
        <w:lastRenderedPageBreak/>
        <w:t>demás le invierte en la atracción de inversiones. Y nosotros todas las</w:t>
      </w:r>
      <w:r w:rsidR="007A0252">
        <w:rPr>
          <w:rFonts w:ascii="Arial" w:hAnsi="Arial" w:cs="Arial"/>
          <w:sz w:val="24"/>
          <w:szCs w:val="24"/>
        </w:rPr>
        <w:t xml:space="preserve"> </w:t>
      </w:r>
      <w:r w:rsidRPr="00E93608">
        <w:rPr>
          <w:rFonts w:ascii="Arial" w:hAnsi="Arial" w:cs="Arial"/>
          <w:sz w:val="24"/>
          <w:szCs w:val="24"/>
        </w:rPr>
        <w:t>empresas que vienen aquí que están pagando renta, generando empleo, generando economía, consumo y demás, es</w:t>
      </w:r>
      <w:r w:rsidR="007A0252">
        <w:rPr>
          <w:rFonts w:ascii="Arial" w:hAnsi="Arial" w:cs="Arial"/>
          <w:sz w:val="24"/>
          <w:szCs w:val="24"/>
        </w:rPr>
        <w:t xml:space="preserve"> </w:t>
      </w:r>
      <w:r w:rsidRPr="00E93608">
        <w:rPr>
          <w:rFonts w:ascii="Arial" w:hAnsi="Arial" w:cs="Arial"/>
          <w:sz w:val="24"/>
          <w:szCs w:val="24"/>
        </w:rPr>
        <w:t>mucho más que de veras 50, 100 o 70,000</w:t>
      </w:r>
      <w:r w:rsidR="007A0252">
        <w:rPr>
          <w:rFonts w:ascii="Arial" w:hAnsi="Arial" w:cs="Arial"/>
          <w:sz w:val="24"/>
          <w:szCs w:val="24"/>
        </w:rPr>
        <w:t xml:space="preserve"> mil</w:t>
      </w:r>
      <w:r w:rsidRPr="00E93608">
        <w:rPr>
          <w:rFonts w:ascii="Arial" w:hAnsi="Arial" w:cs="Arial"/>
          <w:sz w:val="24"/>
          <w:szCs w:val="24"/>
        </w:rPr>
        <w:t xml:space="preserve"> pesos. Pero va en ese sentido la petición, primera petición,</w:t>
      </w:r>
      <w:r w:rsidR="007A0252">
        <w:rPr>
          <w:rFonts w:ascii="Arial" w:hAnsi="Arial" w:cs="Arial"/>
          <w:sz w:val="24"/>
          <w:szCs w:val="24"/>
        </w:rPr>
        <w:t xml:space="preserve"> </w:t>
      </w:r>
      <w:r w:rsidRPr="00E93608">
        <w:rPr>
          <w:rFonts w:ascii="Arial" w:hAnsi="Arial" w:cs="Arial"/>
          <w:sz w:val="24"/>
          <w:szCs w:val="24"/>
        </w:rPr>
        <w:t>si por alguna razón definitivamente no se puede, pues digo, estamos conscientes de que hay que apoyar y si prefieren que</w:t>
      </w:r>
      <w:r w:rsidR="007A0252">
        <w:rPr>
          <w:rFonts w:ascii="Arial" w:hAnsi="Arial" w:cs="Arial"/>
          <w:sz w:val="24"/>
          <w:szCs w:val="24"/>
        </w:rPr>
        <w:t xml:space="preserve"> </w:t>
      </w:r>
      <w:r w:rsidRPr="00E93608">
        <w:rPr>
          <w:rFonts w:ascii="Arial" w:hAnsi="Arial" w:cs="Arial"/>
          <w:sz w:val="24"/>
          <w:szCs w:val="24"/>
        </w:rPr>
        <w:t>sea, es decir, tazarlo en 60,000</w:t>
      </w:r>
      <w:r w:rsidR="007A0252">
        <w:rPr>
          <w:rFonts w:ascii="Arial" w:hAnsi="Arial" w:cs="Arial"/>
          <w:sz w:val="24"/>
          <w:szCs w:val="24"/>
        </w:rPr>
        <w:t xml:space="preserve"> mil</w:t>
      </w:r>
      <w:r w:rsidRPr="00E93608">
        <w:rPr>
          <w:rFonts w:ascii="Arial" w:hAnsi="Arial" w:cs="Arial"/>
          <w:sz w:val="24"/>
          <w:szCs w:val="24"/>
        </w:rPr>
        <w:t xml:space="preserve"> pes</w:t>
      </w:r>
      <w:r w:rsidR="007A0252">
        <w:rPr>
          <w:rFonts w:ascii="Arial" w:hAnsi="Arial" w:cs="Arial"/>
          <w:sz w:val="24"/>
          <w:szCs w:val="24"/>
        </w:rPr>
        <w:t>os</w:t>
      </w:r>
      <w:r w:rsidRPr="00E93608">
        <w:rPr>
          <w:rFonts w:ascii="Arial" w:hAnsi="Arial" w:cs="Arial"/>
          <w:sz w:val="24"/>
          <w:szCs w:val="24"/>
        </w:rPr>
        <w:t xml:space="preserve"> más lo que </w:t>
      </w:r>
      <w:proofErr w:type="gramStart"/>
      <w:r w:rsidRPr="00E93608">
        <w:rPr>
          <w:rFonts w:ascii="Arial" w:hAnsi="Arial" w:cs="Arial"/>
          <w:sz w:val="24"/>
          <w:szCs w:val="24"/>
        </w:rPr>
        <w:t>haya  crecido</w:t>
      </w:r>
      <w:proofErr w:type="gramEnd"/>
      <w:r w:rsidRPr="00E93608">
        <w:rPr>
          <w:rFonts w:ascii="Arial" w:hAnsi="Arial" w:cs="Arial"/>
          <w:sz w:val="24"/>
          <w:szCs w:val="24"/>
        </w:rPr>
        <w:t xml:space="preserve"> la inflación,</w:t>
      </w:r>
      <w:r w:rsidR="007A0252">
        <w:rPr>
          <w:rFonts w:ascii="Arial" w:hAnsi="Arial" w:cs="Arial"/>
          <w:sz w:val="24"/>
          <w:szCs w:val="24"/>
        </w:rPr>
        <w:t xml:space="preserve"> </w:t>
      </w:r>
      <w:r w:rsidRPr="00E93608">
        <w:rPr>
          <w:rFonts w:ascii="Arial" w:hAnsi="Arial" w:cs="Arial"/>
          <w:sz w:val="24"/>
          <w:szCs w:val="24"/>
        </w:rPr>
        <w:t>pues lo hacemos, ¿no</w:t>
      </w:r>
      <w:proofErr w:type="gramStart"/>
      <w:r w:rsidRPr="00E93608">
        <w:rPr>
          <w:rFonts w:ascii="Arial" w:hAnsi="Arial" w:cs="Arial"/>
          <w:sz w:val="24"/>
          <w:szCs w:val="24"/>
        </w:rPr>
        <w:t>? ,</w:t>
      </w:r>
      <w:proofErr w:type="gramEnd"/>
      <w:r w:rsidRPr="00E93608">
        <w:rPr>
          <w:rFonts w:ascii="Arial" w:hAnsi="Arial" w:cs="Arial"/>
          <w:sz w:val="24"/>
          <w:szCs w:val="24"/>
        </w:rPr>
        <w:t xml:space="preserve"> seguiría pidiendo una segunda reunión para que vean, ya no para pedir el precio. Yo sé</w:t>
      </w:r>
      <w:r w:rsidR="007A0252">
        <w:rPr>
          <w:rFonts w:ascii="Arial" w:hAnsi="Arial" w:cs="Arial"/>
          <w:sz w:val="24"/>
          <w:szCs w:val="24"/>
        </w:rPr>
        <w:t xml:space="preserve"> </w:t>
      </w:r>
      <w:r w:rsidRPr="00E93608">
        <w:rPr>
          <w:rFonts w:ascii="Arial" w:hAnsi="Arial" w:cs="Arial"/>
          <w:sz w:val="24"/>
          <w:szCs w:val="24"/>
        </w:rPr>
        <w:t>que esto va a subir y se tiene que elevar a una situación de ley, pero sí para que conozcan de fondo la gran</w:t>
      </w:r>
      <w:r w:rsidR="007A0252">
        <w:rPr>
          <w:rFonts w:ascii="Arial" w:hAnsi="Arial" w:cs="Arial"/>
          <w:sz w:val="24"/>
          <w:szCs w:val="24"/>
        </w:rPr>
        <w:t xml:space="preserve"> </w:t>
      </w:r>
      <w:r w:rsidRPr="00E93608">
        <w:rPr>
          <w:rFonts w:ascii="Arial" w:hAnsi="Arial" w:cs="Arial"/>
          <w:sz w:val="24"/>
          <w:szCs w:val="24"/>
        </w:rPr>
        <w:t>diferencia este con los otros eventos, o sea, los otros eventos generalmente se llevan la lana del pueblo, ¿no?</w:t>
      </w:r>
      <w:r w:rsidR="007A0252">
        <w:rPr>
          <w:rFonts w:ascii="Arial" w:hAnsi="Arial" w:cs="Arial"/>
          <w:sz w:val="24"/>
          <w:szCs w:val="24"/>
        </w:rPr>
        <w:t xml:space="preserve"> </w:t>
      </w:r>
      <w:r w:rsidRPr="00E93608">
        <w:rPr>
          <w:rFonts w:ascii="Arial" w:hAnsi="Arial" w:cs="Arial"/>
          <w:sz w:val="24"/>
          <w:szCs w:val="24"/>
        </w:rPr>
        <w:t>este evento, ¿no? Porque cada tractor que se compra, cada sistema de riego que se compra genera empleo</w:t>
      </w:r>
      <w:r w:rsidR="007A0252">
        <w:rPr>
          <w:rFonts w:ascii="Arial" w:hAnsi="Arial" w:cs="Arial"/>
          <w:sz w:val="24"/>
          <w:szCs w:val="24"/>
        </w:rPr>
        <w:t xml:space="preserve"> </w:t>
      </w:r>
      <w:r w:rsidRPr="00E93608">
        <w:rPr>
          <w:rFonts w:ascii="Arial" w:hAnsi="Arial" w:cs="Arial"/>
          <w:sz w:val="24"/>
          <w:szCs w:val="24"/>
        </w:rPr>
        <w:t>y en ese sentido solamente es por eso la propuesta y pues si hay la oportunidad de hacerlo en este año y no que pase otro año y si lo</w:t>
      </w:r>
      <w:r w:rsidR="007A0252">
        <w:rPr>
          <w:rFonts w:ascii="Arial" w:hAnsi="Arial" w:cs="Arial"/>
          <w:sz w:val="24"/>
          <w:szCs w:val="24"/>
        </w:rPr>
        <w:t xml:space="preserve"> </w:t>
      </w:r>
      <w:r w:rsidRPr="00E93608">
        <w:rPr>
          <w:rFonts w:ascii="Arial" w:hAnsi="Arial" w:cs="Arial"/>
          <w:sz w:val="24"/>
          <w:szCs w:val="24"/>
        </w:rPr>
        <w:t>pueden considerar adelante. Y si no, como les digo, pues la segunda opción estamos de acuerdo, o sea, nos vamos</w:t>
      </w:r>
      <w:r w:rsidR="007A0252">
        <w:rPr>
          <w:rFonts w:ascii="Arial" w:hAnsi="Arial" w:cs="Arial"/>
          <w:sz w:val="24"/>
          <w:szCs w:val="24"/>
        </w:rPr>
        <w:t xml:space="preserve"> </w:t>
      </w:r>
      <w:r w:rsidRPr="00E93608">
        <w:rPr>
          <w:rFonts w:ascii="Arial" w:hAnsi="Arial" w:cs="Arial"/>
          <w:sz w:val="24"/>
          <w:szCs w:val="24"/>
        </w:rPr>
        <w:t>sobre los 66</w:t>
      </w:r>
      <w:r w:rsidR="007A0252">
        <w:rPr>
          <w:rFonts w:ascii="Arial" w:hAnsi="Arial" w:cs="Arial"/>
          <w:sz w:val="24"/>
          <w:szCs w:val="24"/>
        </w:rPr>
        <w:t xml:space="preserve"> sesenta y seis</w:t>
      </w:r>
      <w:r w:rsidRPr="00E93608">
        <w:rPr>
          <w:rFonts w:ascii="Arial" w:hAnsi="Arial" w:cs="Arial"/>
          <w:sz w:val="24"/>
          <w:szCs w:val="24"/>
        </w:rPr>
        <w:t xml:space="preserve"> y lo actualizan y vamos para adelante, porque también el sentido es esa es este, si así lo consideran más práctico, pues adelante.</w:t>
      </w:r>
    </w:p>
    <w:p w14:paraId="5C8BE0DC" w14:textId="486ABBB4" w:rsidR="00EA0C28" w:rsidRPr="00E93608" w:rsidRDefault="007A0252" w:rsidP="00E93608">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 xml:space="preserve"> </w:t>
      </w:r>
      <w:r w:rsidRPr="00E93608">
        <w:rPr>
          <w:rFonts w:ascii="Arial" w:hAnsi="Arial" w:cs="Arial"/>
          <w:sz w:val="24"/>
          <w:szCs w:val="24"/>
        </w:rPr>
        <w:t>Gracias, ingeniero. Yo creo que por los tiempos pudiéramos establecer un precio base para el siguiente de 60,000</w:t>
      </w:r>
      <w:r>
        <w:rPr>
          <w:rFonts w:ascii="Arial" w:hAnsi="Arial" w:cs="Arial"/>
          <w:sz w:val="24"/>
          <w:szCs w:val="24"/>
        </w:rPr>
        <w:t xml:space="preserve"> sesenta mil </w:t>
      </w:r>
      <w:r w:rsidRPr="00E93608">
        <w:rPr>
          <w:rFonts w:ascii="Arial" w:hAnsi="Arial" w:cs="Arial"/>
          <w:sz w:val="24"/>
          <w:szCs w:val="24"/>
        </w:rPr>
        <w:t>pesos, si están de acuerdo mis demás compañeros y compañeros, para en apoyo pues al a lo que usted comenta. Y bueno, ya con más tiempo, el siguiente año previo de la autorización de la ley de ingresos 2028</w:t>
      </w:r>
      <w:r>
        <w:rPr>
          <w:rFonts w:ascii="Arial" w:hAnsi="Arial" w:cs="Arial"/>
          <w:sz w:val="24"/>
          <w:szCs w:val="24"/>
        </w:rPr>
        <w:t xml:space="preserve"> dos mil veintiocho</w:t>
      </w:r>
      <w:r w:rsidRPr="00E93608">
        <w:rPr>
          <w:rFonts w:ascii="Arial" w:hAnsi="Arial" w:cs="Arial"/>
          <w:sz w:val="24"/>
          <w:szCs w:val="24"/>
        </w:rPr>
        <w:t>, pudiéramos generar meses de trabajo y a lo mejor establecer un mecanismo</w:t>
      </w:r>
      <w:r>
        <w:rPr>
          <w:rFonts w:ascii="Arial" w:hAnsi="Arial" w:cs="Arial"/>
          <w:sz w:val="24"/>
          <w:szCs w:val="24"/>
        </w:rPr>
        <w:t xml:space="preserve"> </w:t>
      </w:r>
      <w:r w:rsidRPr="00E93608">
        <w:rPr>
          <w:rFonts w:ascii="Arial" w:hAnsi="Arial" w:cs="Arial"/>
          <w:sz w:val="24"/>
          <w:szCs w:val="24"/>
        </w:rPr>
        <w:t>distinto, pero ya porque estamos ahorita en el momento procesal ya a punto de aprobar la ley de ingresos 202</w:t>
      </w:r>
      <w:r>
        <w:rPr>
          <w:rFonts w:ascii="Arial" w:hAnsi="Arial" w:cs="Arial"/>
          <w:sz w:val="24"/>
          <w:szCs w:val="24"/>
        </w:rPr>
        <w:t xml:space="preserve">7 dos mil </w:t>
      </w:r>
      <w:proofErr w:type="gramStart"/>
      <w:r>
        <w:rPr>
          <w:rFonts w:ascii="Arial" w:hAnsi="Arial" w:cs="Arial"/>
          <w:sz w:val="24"/>
          <w:szCs w:val="24"/>
        </w:rPr>
        <w:t xml:space="preserve">veintisiete </w:t>
      </w:r>
      <w:r w:rsidRPr="00E93608">
        <w:rPr>
          <w:rFonts w:ascii="Arial" w:hAnsi="Arial" w:cs="Arial"/>
          <w:sz w:val="24"/>
          <w:szCs w:val="24"/>
        </w:rPr>
        <w:t>,</w:t>
      </w:r>
      <w:proofErr w:type="gramEnd"/>
      <w:r w:rsidRPr="00E93608">
        <w:rPr>
          <w:rFonts w:ascii="Arial" w:hAnsi="Arial" w:cs="Arial"/>
          <w:sz w:val="24"/>
          <w:szCs w:val="24"/>
        </w:rPr>
        <w:t xml:space="preserve"> bueno, por parte de esta comisión yo</w:t>
      </w:r>
      <w:r>
        <w:rPr>
          <w:rFonts w:ascii="Arial" w:hAnsi="Arial" w:cs="Arial"/>
          <w:sz w:val="24"/>
          <w:szCs w:val="24"/>
        </w:rPr>
        <w:t xml:space="preserve"> </w:t>
      </w:r>
      <w:r w:rsidRPr="00E93608">
        <w:rPr>
          <w:rFonts w:ascii="Arial" w:hAnsi="Arial" w:cs="Arial"/>
          <w:sz w:val="24"/>
          <w:szCs w:val="24"/>
        </w:rPr>
        <w:t>sugeriría que fuera nuevamente un monto en particular.</w:t>
      </w:r>
      <w:r>
        <w:rPr>
          <w:rFonts w:ascii="Arial" w:hAnsi="Arial" w:cs="Arial"/>
          <w:sz w:val="24"/>
          <w:szCs w:val="24"/>
        </w:rPr>
        <w:t xml:space="preserve"> </w:t>
      </w:r>
      <w:r w:rsidRPr="00E93608">
        <w:rPr>
          <w:rFonts w:ascii="Arial" w:hAnsi="Arial" w:cs="Arial"/>
          <w:sz w:val="24"/>
          <w:szCs w:val="24"/>
        </w:rPr>
        <w:t>Sí. Adelante, licenciado Jorge.</w:t>
      </w:r>
    </w:p>
    <w:p w14:paraId="01283513" w14:textId="0BA7C0B7" w:rsidR="00EA0C28" w:rsidRPr="00E93608" w:rsidRDefault="007A0252"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Sí. A ver, pues me toca a mí defender parte del comité.</w:t>
      </w:r>
      <w:r>
        <w:rPr>
          <w:rFonts w:ascii="Arial" w:hAnsi="Arial" w:cs="Arial"/>
          <w:sz w:val="24"/>
          <w:szCs w:val="24"/>
        </w:rPr>
        <w:t xml:space="preserve"> </w:t>
      </w:r>
      <w:r w:rsidRPr="00E93608">
        <w:rPr>
          <w:rFonts w:ascii="Arial" w:hAnsi="Arial" w:cs="Arial"/>
          <w:sz w:val="24"/>
          <w:szCs w:val="24"/>
        </w:rPr>
        <w:t>La propuesta efectivamente el 2024</w:t>
      </w:r>
      <w:r>
        <w:rPr>
          <w:rFonts w:ascii="Arial" w:hAnsi="Arial" w:cs="Arial"/>
          <w:sz w:val="24"/>
          <w:szCs w:val="24"/>
        </w:rPr>
        <w:t xml:space="preserve"> dos mil veinticuatro</w:t>
      </w:r>
      <w:r w:rsidRPr="00E93608">
        <w:rPr>
          <w:rFonts w:ascii="Arial" w:hAnsi="Arial" w:cs="Arial"/>
          <w:sz w:val="24"/>
          <w:szCs w:val="24"/>
        </w:rPr>
        <w:t xml:space="preserve"> fueron 66,000 </w:t>
      </w:r>
      <w:r>
        <w:rPr>
          <w:rFonts w:ascii="Arial" w:hAnsi="Arial" w:cs="Arial"/>
          <w:sz w:val="24"/>
          <w:szCs w:val="24"/>
        </w:rPr>
        <w:t xml:space="preserve">sesenta y seis mil </w:t>
      </w:r>
      <w:r w:rsidRPr="00E93608">
        <w:rPr>
          <w:rFonts w:ascii="Arial" w:hAnsi="Arial" w:cs="Arial"/>
          <w:sz w:val="24"/>
          <w:szCs w:val="24"/>
        </w:rPr>
        <w:t>pesos, luego vino el 2025</w:t>
      </w:r>
      <w:r>
        <w:rPr>
          <w:rFonts w:ascii="Arial" w:hAnsi="Arial" w:cs="Arial"/>
          <w:sz w:val="24"/>
          <w:szCs w:val="24"/>
        </w:rPr>
        <w:t xml:space="preserve"> dos mil veinticinco</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2026</w:t>
      </w:r>
      <w:r>
        <w:rPr>
          <w:rFonts w:ascii="Arial" w:hAnsi="Arial" w:cs="Arial"/>
          <w:sz w:val="24"/>
          <w:szCs w:val="24"/>
        </w:rPr>
        <w:t xml:space="preserve"> dos mil veintiséis</w:t>
      </w:r>
      <w:r w:rsidRPr="00E93608">
        <w:rPr>
          <w:rFonts w:ascii="Arial" w:hAnsi="Arial" w:cs="Arial"/>
          <w:sz w:val="24"/>
          <w:szCs w:val="24"/>
        </w:rPr>
        <w:t xml:space="preserve"> </w:t>
      </w:r>
      <w:r w:rsidR="001F3BD1">
        <w:rPr>
          <w:rFonts w:ascii="Arial" w:hAnsi="Arial" w:cs="Arial"/>
          <w:sz w:val="24"/>
          <w:szCs w:val="24"/>
        </w:rPr>
        <w:t>$</w:t>
      </w:r>
      <w:r w:rsidRPr="00E93608">
        <w:rPr>
          <w:rFonts w:ascii="Arial" w:hAnsi="Arial" w:cs="Arial"/>
          <w:sz w:val="24"/>
          <w:szCs w:val="24"/>
        </w:rPr>
        <w:t>70,972</w:t>
      </w:r>
      <w:r w:rsidR="001F3BD1">
        <w:rPr>
          <w:rFonts w:ascii="Arial" w:hAnsi="Arial" w:cs="Arial"/>
          <w:sz w:val="24"/>
          <w:szCs w:val="24"/>
        </w:rPr>
        <w:t>.00</w:t>
      </w:r>
      <w:r>
        <w:rPr>
          <w:rFonts w:ascii="Arial" w:hAnsi="Arial" w:cs="Arial"/>
          <w:sz w:val="24"/>
          <w:szCs w:val="24"/>
        </w:rPr>
        <w:t xml:space="preserve"> setenta mil novecientos setenta y dos</w:t>
      </w:r>
      <w:r w:rsidR="001F3BD1">
        <w:rPr>
          <w:rFonts w:ascii="Arial" w:hAnsi="Arial" w:cs="Arial"/>
          <w:sz w:val="24"/>
          <w:szCs w:val="24"/>
        </w:rPr>
        <w:t xml:space="preserve"> pesos</w:t>
      </w:r>
      <w:r w:rsidRPr="00E93608">
        <w:rPr>
          <w:rFonts w:ascii="Arial" w:hAnsi="Arial" w:cs="Arial"/>
          <w:sz w:val="24"/>
          <w:szCs w:val="24"/>
        </w:rPr>
        <w:t xml:space="preserve"> y la propuesta para el 2027 </w:t>
      </w:r>
      <w:r>
        <w:rPr>
          <w:rFonts w:ascii="Arial" w:hAnsi="Arial" w:cs="Arial"/>
          <w:sz w:val="24"/>
          <w:szCs w:val="24"/>
        </w:rPr>
        <w:t xml:space="preserve">dos mil veintisiete </w:t>
      </w:r>
      <w:r w:rsidRPr="00E93608">
        <w:rPr>
          <w:rFonts w:ascii="Arial" w:hAnsi="Arial" w:cs="Arial"/>
          <w:sz w:val="24"/>
          <w:szCs w:val="24"/>
        </w:rPr>
        <w:t>que es la que propone también,</w:t>
      </w:r>
      <w:r>
        <w:rPr>
          <w:rFonts w:ascii="Arial" w:hAnsi="Arial" w:cs="Arial"/>
          <w:sz w:val="24"/>
          <w:szCs w:val="24"/>
        </w:rPr>
        <w:t xml:space="preserve"> </w:t>
      </w:r>
      <w:r w:rsidRPr="00E93608">
        <w:rPr>
          <w:rFonts w:ascii="Arial" w:hAnsi="Arial" w:cs="Arial"/>
          <w:sz w:val="24"/>
          <w:szCs w:val="24"/>
        </w:rPr>
        <w:t xml:space="preserve">que es lo que trae aquí apuntado el representante de Dima, Juan Carlos Ramos, de </w:t>
      </w:r>
      <w:r w:rsidR="001F3BD1">
        <w:rPr>
          <w:rFonts w:ascii="Arial" w:hAnsi="Arial" w:cs="Arial"/>
          <w:sz w:val="24"/>
          <w:szCs w:val="24"/>
        </w:rPr>
        <w:t>$</w:t>
      </w:r>
      <w:r w:rsidRPr="00E93608">
        <w:rPr>
          <w:rFonts w:ascii="Arial" w:hAnsi="Arial" w:cs="Arial"/>
          <w:sz w:val="24"/>
          <w:szCs w:val="24"/>
        </w:rPr>
        <w:t>75,940</w:t>
      </w:r>
      <w:r w:rsidR="001F3BD1">
        <w:rPr>
          <w:rFonts w:ascii="Arial" w:hAnsi="Arial" w:cs="Arial"/>
          <w:sz w:val="24"/>
          <w:szCs w:val="24"/>
        </w:rPr>
        <w:t>.00</w:t>
      </w:r>
      <w:r>
        <w:rPr>
          <w:rFonts w:ascii="Arial" w:hAnsi="Arial" w:cs="Arial"/>
          <w:sz w:val="24"/>
          <w:szCs w:val="24"/>
        </w:rPr>
        <w:t xml:space="preserve"> setenta y cinco y mil novecientos cuarenta </w:t>
      </w:r>
      <w:r w:rsidRPr="00E93608">
        <w:rPr>
          <w:rFonts w:ascii="Arial" w:hAnsi="Arial" w:cs="Arial"/>
          <w:sz w:val="24"/>
          <w:szCs w:val="24"/>
        </w:rPr>
        <w:t>pesos. Creo que es la propuesta que no está fuera de lo que podemos platicar.</w:t>
      </w:r>
      <w:r>
        <w:rPr>
          <w:rFonts w:ascii="Arial" w:hAnsi="Arial" w:cs="Arial"/>
          <w:sz w:val="24"/>
          <w:szCs w:val="24"/>
        </w:rPr>
        <w:t xml:space="preserve"> </w:t>
      </w:r>
      <w:r w:rsidRPr="00E93608">
        <w:rPr>
          <w:rFonts w:ascii="Arial" w:hAnsi="Arial" w:cs="Arial"/>
          <w:sz w:val="24"/>
          <w:szCs w:val="24"/>
        </w:rPr>
        <w:t>Creo que tampoco no es una propuesta muy caro, Juan Carlos. Creo que es la posibilidad de</w:t>
      </w:r>
      <w:r>
        <w:rPr>
          <w:rFonts w:ascii="Arial" w:hAnsi="Arial" w:cs="Arial"/>
          <w:sz w:val="24"/>
          <w:szCs w:val="24"/>
        </w:rPr>
        <w:t xml:space="preserve"> </w:t>
      </w:r>
      <w:r w:rsidRPr="00E93608">
        <w:rPr>
          <w:rFonts w:ascii="Arial" w:hAnsi="Arial" w:cs="Arial"/>
          <w:sz w:val="24"/>
          <w:szCs w:val="24"/>
        </w:rPr>
        <w:t>hacer una rebaja nuevamente y ya dejarlo establecido y</w:t>
      </w:r>
      <w:r>
        <w:rPr>
          <w:rFonts w:ascii="Arial" w:hAnsi="Arial" w:cs="Arial"/>
          <w:sz w:val="24"/>
          <w:szCs w:val="24"/>
        </w:rPr>
        <w:t xml:space="preserve"> </w:t>
      </w:r>
      <w:r w:rsidRPr="00E93608">
        <w:rPr>
          <w:rFonts w:ascii="Arial" w:hAnsi="Arial" w:cs="Arial"/>
          <w:sz w:val="24"/>
          <w:szCs w:val="24"/>
        </w:rPr>
        <w:t xml:space="preserve">a sí sacar del pasado los otros dos </w:t>
      </w:r>
      <w:r w:rsidRPr="00E93608">
        <w:rPr>
          <w:rFonts w:ascii="Arial" w:hAnsi="Arial" w:cs="Arial"/>
          <w:sz w:val="24"/>
          <w:szCs w:val="24"/>
        </w:rPr>
        <w:lastRenderedPageBreak/>
        <w:t xml:space="preserve">polígonos que había que de alguna manera justificaba el incremento </w:t>
      </w:r>
      <w:proofErr w:type="gramStart"/>
      <w:r w:rsidRPr="00E93608">
        <w:rPr>
          <w:rFonts w:ascii="Arial" w:hAnsi="Arial" w:cs="Arial"/>
          <w:sz w:val="24"/>
          <w:szCs w:val="24"/>
        </w:rPr>
        <w:t>a la alza</w:t>
      </w:r>
      <w:proofErr w:type="gramEnd"/>
      <w:r w:rsidRPr="00E93608">
        <w:rPr>
          <w:rFonts w:ascii="Arial" w:hAnsi="Arial" w:cs="Arial"/>
          <w:sz w:val="24"/>
          <w:szCs w:val="24"/>
        </w:rPr>
        <w:t xml:space="preserve"> y creo que creo que es una buena propuesta. Sí.</w:t>
      </w:r>
    </w:p>
    <w:p w14:paraId="7E88D05F" w14:textId="72E6294C" w:rsidR="00EA0C28" w:rsidRPr="00E93608" w:rsidRDefault="007A025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licenciado.  </w:t>
      </w:r>
      <w:r w:rsidR="001F3BD1">
        <w:rPr>
          <w:rFonts w:ascii="Arial" w:hAnsi="Arial" w:cs="Arial"/>
          <w:sz w:val="24"/>
          <w:szCs w:val="24"/>
        </w:rPr>
        <w:t>A</w:t>
      </w:r>
      <w:r w:rsidRPr="00E93608">
        <w:rPr>
          <w:rFonts w:ascii="Arial" w:hAnsi="Arial" w:cs="Arial"/>
          <w:sz w:val="24"/>
          <w:szCs w:val="24"/>
        </w:rPr>
        <w:t>delante, regidor Olga.</w:t>
      </w:r>
    </w:p>
    <w:p w14:paraId="541A3F05" w14:textId="1AB1B593" w:rsidR="00EA0C28" w:rsidRPr="00E93608" w:rsidRDefault="007A0252" w:rsidP="00E93608">
      <w:pPr>
        <w:jc w:val="both"/>
        <w:rPr>
          <w:rFonts w:ascii="Arial" w:hAnsi="Arial" w:cs="Arial"/>
          <w:sz w:val="24"/>
          <w:szCs w:val="24"/>
        </w:rPr>
      </w:pPr>
      <w:r>
        <w:rPr>
          <w:rFonts w:ascii="Arial" w:hAnsi="Arial" w:cs="Arial"/>
          <w:b/>
          <w:bCs/>
          <w:sz w:val="24"/>
          <w:szCs w:val="24"/>
        </w:rPr>
        <w:t xml:space="preserve">C. MARÍA OLGA GARCÍA AYALA. - </w:t>
      </w:r>
      <w:r w:rsidRPr="00E93608">
        <w:rPr>
          <w:rFonts w:ascii="Arial" w:hAnsi="Arial" w:cs="Arial"/>
          <w:sz w:val="24"/>
          <w:szCs w:val="24"/>
        </w:rPr>
        <w:t xml:space="preserve">Coincido con usted, regidor Miguel. En tanto se hace una nueva revisión o él solicita, como bien lo está expresando, una nueva reunión para que sea la </w:t>
      </w:r>
      <w:r w:rsidR="00D325CE" w:rsidRPr="00E93608">
        <w:rPr>
          <w:rFonts w:ascii="Arial" w:hAnsi="Arial" w:cs="Arial"/>
          <w:sz w:val="24"/>
          <w:szCs w:val="24"/>
        </w:rPr>
        <w:t>primer</w:t>
      </w:r>
      <w:r w:rsidR="00D325CE">
        <w:rPr>
          <w:rFonts w:ascii="Arial" w:hAnsi="Arial" w:cs="Arial"/>
          <w:sz w:val="24"/>
          <w:szCs w:val="24"/>
        </w:rPr>
        <w:t>a propuesta</w:t>
      </w:r>
      <w:r w:rsidRPr="00E93608">
        <w:rPr>
          <w:rFonts w:ascii="Arial" w:hAnsi="Arial" w:cs="Arial"/>
          <w:sz w:val="24"/>
          <w:szCs w:val="24"/>
        </w:rPr>
        <w:t xml:space="preserve"> la válida, coincido con su con el presupuesto que dice que sean 60,000 y no 70</w:t>
      </w:r>
      <w:r w:rsidR="00D325CE">
        <w:rPr>
          <w:rFonts w:ascii="Arial" w:hAnsi="Arial" w:cs="Arial"/>
          <w:sz w:val="24"/>
          <w:szCs w:val="24"/>
        </w:rPr>
        <w:t>,</w:t>
      </w:r>
      <w:r w:rsidRPr="00E93608">
        <w:rPr>
          <w:rFonts w:ascii="Arial" w:hAnsi="Arial" w:cs="Arial"/>
          <w:sz w:val="24"/>
          <w:szCs w:val="24"/>
        </w:rPr>
        <w:t xml:space="preserve"> por lo mismo que</w:t>
      </w:r>
      <w:r w:rsidR="00D325CE">
        <w:rPr>
          <w:rFonts w:ascii="Arial" w:hAnsi="Arial" w:cs="Arial"/>
          <w:sz w:val="24"/>
          <w:szCs w:val="24"/>
        </w:rPr>
        <w:t xml:space="preserve"> </w:t>
      </w:r>
      <w:r w:rsidRPr="00E93608">
        <w:rPr>
          <w:rFonts w:ascii="Arial" w:hAnsi="Arial" w:cs="Arial"/>
          <w:sz w:val="24"/>
          <w:szCs w:val="24"/>
        </w:rPr>
        <w:t>estamos expresando, a los empresarios hay que darles condiciones y hay que apoyarlos para que ellos son los que nos generan también el recurso y no solo</w:t>
      </w:r>
      <w:r w:rsidR="00D325CE">
        <w:rPr>
          <w:rFonts w:ascii="Arial" w:hAnsi="Arial" w:cs="Arial"/>
          <w:sz w:val="24"/>
          <w:szCs w:val="24"/>
        </w:rPr>
        <w:t xml:space="preserve"> </w:t>
      </w:r>
      <w:r w:rsidRPr="00E93608">
        <w:rPr>
          <w:rFonts w:ascii="Arial" w:hAnsi="Arial" w:cs="Arial"/>
          <w:sz w:val="24"/>
          <w:szCs w:val="24"/>
        </w:rPr>
        <w:t>estar pensando en qué vamos a recaudar, siempre estamos pensando en qué va a entrar, en qué va a entrar. Pero no pensamos en cómo se genera todos los</w:t>
      </w:r>
      <w:r w:rsidR="00D325CE">
        <w:rPr>
          <w:rFonts w:ascii="Arial" w:hAnsi="Arial" w:cs="Arial"/>
          <w:sz w:val="24"/>
          <w:szCs w:val="24"/>
        </w:rPr>
        <w:t xml:space="preserve"> </w:t>
      </w:r>
      <w:r w:rsidRPr="00E93608">
        <w:rPr>
          <w:rFonts w:ascii="Arial" w:hAnsi="Arial" w:cs="Arial"/>
          <w:sz w:val="24"/>
          <w:szCs w:val="24"/>
        </w:rPr>
        <w:t>beneficios de repente en Zapotlán, en los trabajadores, en todos los beneficios y como bien lo reitero, no nada más en Zapotlán, es en la región</w:t>
      </w:r>
      <w:r w:rsidR="00D325CE">
        <w:rPr>
          <w:rFonts w:ascii="Arial" w:hAnsi="Arial" w:cs="Arial"/>
          <w:sz w:val="24"/>
          <w:szCs w:val="24"/>
        </w:rPr>
        <w:t xml:space="preserve"> </w:t>
      </w:r>
      <w:r w:rsidRPr="00E93608">
        <w:rPr>
          <w:rFonts w:ascii="Arial" w:hAnsi="Arial" w:cs="Arial"/>
          <w:sz w:val="24"/>
          <w:szCs w:val="24"/>
        </w:rPr>
        <w:t>sur, porque cuando ellos hacen sus eventos es para la región y se beneficia gente de toda la región. Yo creo que</w:t>
      </w:r>
      <w:r w:rsidR="00D325CE">
        <w:rPr>
          <w:rFonts w:ascii="Arial" w:hAnsi="Arial" w:cs="Arial"/>
          <w:sz w:val="24"/>
          <w:szCs w:val="24"/>
        </w:rPr>
        <w:t xml:space="preserve"> </w:t>
      </w:r>
      <w:r w:rsidRPr="00E93608">
        <w:rPr>
          <w:rFonts w:ascii="Arial" w:hAnsi="Arial" w:cs="Arial"/>
          <w:sz w:val="24"/>
          <w:szCs w:val="24"/>
        </w:rPr>
        <w:t xml:space="preserve">aquí no nada más le apostemos a recaudar recurso, sino apostémoslo a </w:t>
      </w:r>
      <w:r w:rsidR="00D325CE" w:rsidRPr="00E93608">
        <w:rPr>
          <w:rFonts w:ascii="Arial" w:hAnsi="Arial" w:cs="Arial"/>
          <w:sz w:val="24"/>
          <w:szCs w:val="24"/>
        </w:rPr>
        <w:t>generar condiciones</w:t>
      </w:r>
      <w:r w:rsidRPr="00E93608">
        <w:rPr>
          <w:rFonts w:ascii="Arial" w:hAnsi="Arial" w:cs="Arial"/>
          <w:sz w:val="24"/>
          <w:szCs w:val="24"/>
        </w:rPr>
        <w:t xml:space="preserve"> para los empresarios,</w:t>
      </w:r>
      <w:r w:rsidR="00D325CE">
        <w:rPr>
          <w:rFonts w:ascii="Arial" w:hAnsi="Arial" w:cs="Arial"/>
          <w:sz w:val="24"/>
          <w:szCs w:val="24"/>
        </w:rPr>
        <w:t xml:space="preserve"> </w:t>
      </w:r>
      <w:r w:rsidRPr="00E93608">
        <w:rPr>
          <w:rFonts w:ascii="Arial" w:hAnsi="Arial" w:cs="Arial"/>
          <w:sz w:val="24"/>
          <w:szCs w:val="24"/>
        </w:rPr>
        <w:t>condiciones para la gente que quiere dar algo a Zapotlán. Dejémonos de estar solo pensando en cuánto dinero voy a recaudar, porque después nos pasa como</w:t>
      </w:r>
      <w:r w:rsidR="00D325CE">
        <w:rPr>
          <w:rFonts w:ascii="Arial" w:hAnsi="Arial" w:cs="Arial"/>
          <w:sz w:val="24"/>
          <w:szCs w:val="24"/>
        </w:rPr>
        <w:t xml:space="preserve"> </w:t>
      </w:r>
      <w:r w:rsidRPr="00E93608">
        <w:rPr>
          <w:rFonts w:ascii="Arial" w:hAnsi="Arial" w:cs="Arial"/>
          <w:sz w:val="24"/>
          <w:szCs w:val="24"/>
        </w:rPr>
        <w:t xml:space="preserve">en </w:t>
      </w:r>
      <w:r w:rsidR="00D325CE">
        <w:rPr>
          <w:rFonts w:ascii="Arial" w:hAnsi="Arial" w:cs="Arial"/>
          <w:sz w:val="24"/>
          <w:szCs w:val="24"/>
        </w:rPr>
        <w:t>SAPAZA</w:t>
      </w:r>
      <w:r w:rsidRPr="00E93608">
        <w:rPr>
          <w:rFonts w:ascii="Arial" w:hAnsi="Arial" w:cs="Arial"/>
          <w:sz w:val="24"/>
          <w:szCs w:val="24"/>
        </w:rPr>
        <w:t xml:space="preserve"> y luego no sabemos dónde anda el dinero. Pensemos como ciudadanos y pensemos como porque ahorita estamos aquí, pero después vamos a ser un</w:t>
      </w:r>
      <w:r w:rsidR="00D325CE">
        <w:rPr>
          <w:rFonts w:ascii="Arial" w:hAnsi="Arial" w:cs="Arial"/>
          <w:sz w:val="24"/>
          <w:szCs w:val="24"/>
        </w:rPr>
        <w:t xml:space="preserve"> </w:t>
      </w:r>
      <w:r w:rsidRPr="00E93608">
        <w:rPr>
          <w:rFonts w:ascii="Arial" w:hAnsi="Arial" w:cs="Arial"/>
          <w:sz w:val="24"/>
          <w:szCs w:val="24"/>
        </w:rPr>
        <w:t>ciudadano igual que los demás y vamos a decir, "Nosotros somos parte de esto, de ayudar, de apoyar, de generar economía, no nada más de pensar de que estoy aquí, pues tengo que cobrar tanto porque ocupo." Sí, todos ocupamos en una</w:t>
      </w:r>
      <w:r w:rsidR="00D325CE">
        <w:rPr>
          <w:rFonts w:ascii="Arial" w:hAnsi="Arial" w:cs="Arial"/>
          <w:sz w:val="24"/>
          <w:szCs w:val="24"/>
        </w:rPr>
        <w:t xml:space="preserve"> </w:t>
      </w:r>
      <w:r w:rsidRPr="00E93608">
        <w:rPr>
          <w:rFonts w:ascii="Arial" w:hAnsi="Arial" w:cs="Arial"/>
          <w:sz w:val="24"/>
          <w:szCs w:val="24"/>
        </w:rPr>
        <w:t>familia, en las oficinas, en las OPD, pero analizando, analizando, de verdad,</w:t>
      </w:r>
      <w:r w:rsidR="00D325CE">
        <w:rPr>
          <w:rFonts w:ascii="Arial" w:hAnsi="Arial" w:cs="Arial"/>
          <w:sz w:val="24"/>
          <w:szCs w:val="24"/>
        </w:rPr>
        <w:t xml:space="preserve"> </w:t>
      </w:r>
      <w:r w:rsidRPr="00E93608">
        <w:rPr>
          <w:rFonts w:ascii="Arial" w:hAnsi="Arial" w:cs="Arial"/>
          <w:sz w:val="24"/>
          <w:szCs w:val="24"/>
        </w:rPr>
        <w:t>tenemos que contemplar bien el recurso que usan las OPD. Se tiene que analizar y se tiene que reflexionar ya, a la voz</w:t>
      </w:r>
      <w:r w:rsidR="00D325CE">
        <w:rPr>
          <w:rFonts w:ascii="Arial" w:hAnsi="Arial" w:cs="Arial"/>
          <w:sz w:val="24"/>
          <w:szCs w:val="24"/>
        </w:rPr>
        <w:t xml:space="preserve"> </w:t>
      </w:r>
      <w:r w:rsidRPr="00E93608">
        <w:rPr>
          <w:rFonts w:ascii="Arial" w:hAnsi="Arial" w:cs="Arial"/>
          <w:sz w:val="24"/>
          <w:szCs w:val="24"/>
        </w:rPr>
        <w:t>de ya a dónde se va todo el recurso que generan las cuatro OPD, porque de verdad nos preocupa tanto que el recurso que</w:t>
      </w:r>
      <w:r w:rsidR="00D325CE">
        <w:rPr>
          <w:rFonts w:ascii="Arial" w:hAnsi="Arial" w:cs="Arial"/>
          <w:sz w:val="24"/>
          <w:szCs w:val="24"/>
        </w:rPr>
        <w:t xml:space="preserve"> </w:t>
      </w:r>
      <w:r w:rsidRPr="00E93608">
        <w:rPr>
          <w:rFonts w:ascii="Arial" w:hAnsi="Arial" w:cs="Arial"/>
          <w:sz w:val="24"/>
          <w:szCs w:val="24"/>
        </w:rPr>
        <w:t>llega no se administre y no se cuide como debiera de ser. Por eso después aquí estamos afectando a quien deberíamos apoyar. Es cuánto.</w:t>
      </w:r>
    </w:p>
    <w:p w14:paraId="2B4356F0" w14:textId="06C2F440" w:rsidR="00EA0C28" w:rsidRPr="00E93608" w:rsidRDefault="00D325CE" w:rsidP="00E93608">
      <w:pPr>
        <w:jc w:val="both"/>
        <w:rPr>
          <w:rFonts w:ascii="Arial" w:hAnsi="Arial" w:cs="Arial"/>
          <w:sz w:val="24"/>
          <w:szCs w:val="24"/>
        </w:rPr>
      </w:pPr>
      <w:r>
        <w:rPr>
          <w:rFonts w:ascii="Arial" w:hAnsi="Arial" w:cs="Arial"/>
          <w:b/>
          <w:bCs/>
          <w:sz w:val="24"/>
          <w:szCs w:val="24"/>
        </w:rPr>
        <w:t xml:space="preserve">C. GUSTAVO LOPEZ SANDOVAL. - </w:t>
      </w:r>
      <w:r w:rsidRPr="00E93608">
        <w:rPr>
          <w:rFonts w:ascii="Arial" w:hAnsi="Arial" w:cs="Arial"/>
          <w:sz w:val="24"/>
          <w:szCs w:val="24"/>
        </w:rPr>
        <w:t>Gracias. Buenos días a todos</w:t>
      </w:r>
      <w:r>
        <w:rPr>
          <w:rFonts w:ascii="Arial" w:hAnsi="Arial" w:cs="Arial"/>
          <w:sz w:val="24"/>
          <w:szCs w:val="24"/>
        </w:rPr>
        <w:t xml:space="preserve">, </w:t>
      </w:r>
      <w:r w:rsidRPr="00E93608">
        <w:rPr>
          <w:rFonts w:ascii="Arial" w:hAnsi="Arial" w:cs="Arial"/>
          <w:sz w:val="24"/>
          <w:szCs w:val="24"/>
        </w:rPr>
        <w:t>estaba escuchando y yo pienso que en la negociación debe ser ganar y ganar ambas partes,</w:t>
      </w:r>
      <w:r>
        <w:rPr>
          <w:rFonts w:ascii="Arial" w:hAnsi="Arial" w:cs="Arial"/>
          <w:sz w:val="24"/>
          <w:szCs w:val="24"/>
        </w:rPr>
        <w:t xml:space="preserve"> </w:t>
      </w:r>
      <w:r w:rsidRPr="00E93608">
        <w:rPr>
          <w:rFonts w:ascii="Arial" w:hAnsi="Arial" w:cs="Arial"/>
          <w:sz w:val="24"/>
          <w:szCs w:val="24"/>
        </w:rPr>
        <w:t>tanto los que organizan como el comité de feria que es parte del municipio.</w:t>
      </w:r>
      <w:r>
        <w:rPr>
          <w:rFonts w:ascii="Arial" w:hAnsi="Arial" w:cs="Arial"/>
          <w:sz w:val="24"/>
          <w:szCs w:val="24"/>
        </w:rPr>
        <w:t xml:space="preserve"> </w:t>
      </w:r>
      <w:r w:rsidRPr="00E93608">
        <w:rPr>
          <w:rFonts w:ascii="Arial" w:hAnsi="Arial" w:cs="Arial"/>
          <w:sz w:val="24"/>
          <w:szCs w:val="24"/>
        </w:rPr>
        <w:t xml:space="preserve">Yo pienso </w:t>
      </w:r>
      <w:proofErr w:type="gramStart"/>
      <w:r w:rsidRPr="00E93608">
        <w:rPr>
          <w:rFonts w:ascii="Arial" w:hAnsi="Arial" w:cs="Arial"/>
          <w:sz w:val="24"/>
          <w:szCs w:val="24"/>
        </w:rPr>
        <w:t>que  si</w:t>
      </w:r>
      <w:proofErr w:type="gramEnd"/>
      <w:r w:rsidRPr="00E93608">
        <w:rPr>
          <w:rFonts w:ascii="Arial" w:hAnsi="Arial" w:cs="Arial"/>
          <w:sz w:val="24"/>
          <w:szCs w:val="24"/>
        </w:rPr>
        <w:t xml:space="preserve"> no tenemos claro podríamos analizar mejor esta propuesta porque yo</w:t>
      </w:r>
      <w:r>
        <w:rPr>
          <w:rFonts w:ascii="Arial" w:hAnsi="Arial" w:cs="Arial"/>
          <w:sz w:val="24"/>
          <w:szCs w:val="24"/>
        </w:rPr>
        <w:t xml:space="preserve"> </w:t>
      </w:r>
      <w:r w:rsidRPr="00E93608">
        <w:rPr>
          <w:rFonts w:ascii="Arial" w:hAnsi="Arial" w:cs="Arial"/>
          <w:sz w:val="24"/>
          <w:szCs w:val="24"/>
        </w:rPr>
        <w:t>estaría de acuerdo en que fuera la segunda propuesta. Para nosotros está muy bien como municipio que nosotros</w:t>
      </w:r>
      <w:r>
        <w:rPr>
          <w:rFonts w:ascii="Arial" w:hAnsi="Arial" w:cs="Arial"/>
          <w:sz w:val="24"/>
          <w:szCs w:val="24"/>
        </w:rPr>
        <w:t xml:space="preserve"> </w:t>
      </w:r>
      <w:r w:rsidRPr="00E93608">
        <w:rPr>
          <w:rFonts w:ascii="Arial" w:hAnsi="Arial" w:cs="Arial"/>
          <w:sz w:val="24"/>
          <w:szCs w:val="24"/>
        </w:rPr>
        <w:t>tenemos que velar los intereses del municipio de las OPD</w:t>
      </w:r>
      <w:r w:rsidR="001F3BD1">
        <w:rPr>
          <w:rFonts w:ascii="Arial" w:hAnsi="Arial" w:cs="Arial"/>
          <w:sz w:val="24"/>
          <w:szCs w:val="24"/>
        </w:rPr>
        <w:t>S</w:t>
      </w:r>
      <w:r w:rsidRPr="00E93608">
        <w:rPr>
          <w:rFonts w:ascii="Arial" w:hAnsi="Arial" w:cs="Arial"/>
          <w:sz w:val="24"/>
          <w:szCs w:val="24"/>
        </w:rPr>
        <w:t xml:space="preserve">. Yo podría estaría inclinado en la propuesta de </w:t>
      </w:r>
      <w:r w:rsidR="001F3BD1">
        <w:rPr>
          <w:rFonts w:ascii="Arial" w:hAnsi="Arial" w:cs="Arial"/>
          <w:sz w:val="24"/>
          <w:szCs w:val="24"/>
        </w:rPr>
        <w:t>$</w:t>
      </w:r>
      <w:r w:rsidRPr="00E93608">
        <w:rPr>
          <w:rFonts w:ascii="Arial" w:hAnsi="Arial" w:cs="Arial"/>
          <w:sz w:val="24"/>
          <w:szCs w:val="24"/>
        </w:rPr>
        <w:t>75,000</w:t>
      </w:r>
      <w:r w:rsidR="001F3BD1">
        <w:rPr>
          <w:rFonts w:ascii="Arial" w:hAnsi="Arial" w:cs="Arial"/>
          <w:sz w:val="24"/>
          <w:szCs w:val="24"/>
        </w:rPr>
        <w:t>.00</w:t>
      </w:r>
      <w:r>
        <w:rPr>
          <w:rFonts w:ascii="Arial" w:hAnsi="Arial" w:cs="Arial"/>
          <w:sz w:val="24"/>
          <w:szCs w:val="24"/>
        </w:rPr>
        <w:t xml:space="preserve"> </w:t>
      </w:r>
      <w:r w:rsidRPr="00E93608">
        <w:rPr>
          <w:rFonts w:ascii="Arial" w:hAnsi="Arial" w:cs="Arial"/>
          <w:sz w:val="24"/>
          <w:szCs w:val="24"/>
        </w:rPr>
        <w:t>pesos. O sea, a mí y creo que también tenemos que recaudar porque hay muchas necesidades, sin embargo, podríamos</w:t>
      </w:r>
      <w:r>
        <w:rPr>
          <w:rFonts w:ascii="Arial" w:hAnsi="Arial" w:cs="Arial"/>
          <w:sz w:val="24"/>
          <w:szCs w:val="24"/>
        </w:rPr>
        <w:t xml:space="preserve"> </w:t>
      </w:r>
      <w:r w:rsidRPr="00E93608">
        <w:rPr>
          <w:rFonts w:ascii="Arial" w:hAnsi="Arial" w:cs="Arial"/>
          <w:sz w:val="24"/>
          <w:szCs w:val="24"/>
        </w:rPr>
        <w:t>darle a lo mejor algunas condiciones, podríamos gestionar en dar quizá más condiciones que ellos necesiten y para</w:t>
      </w:r>
      <w:r>
        <w:rPr>
          <w:rFonts w:ascii="Arial" w:hAnsi="Arial" w:cs="Arial"/>
          <w:sz w:val="24"/>
          <w:szCs w:val="24"/>
        </w:rPr>
        <w:t xml:space="preserve"> </w:t>
      </w:r>
      <w:r w:rsidRPr="00E93608">
        <w:rPr>
          <w:rFonts w:ascii="Arial" w:hAnsi="Arial" w:cs="Arial"/>
          <w:sz w:val="24"/>
          <w:szCs w:val="24"/>
        </w:rPr>
        <w:lastRenderedPageBreak/>
        <w:t xml:space="preserve">vigilar maestra sobre el dinero que usted comenta, pues también propongo que no sea en efectivo y que sea por </w:t>
      </w:r>
      <w:r>
        <w:rPr>
          <w:rFonts w:ascii="Arial" w:hAnsi="Arial" w:cs="Arial"/>
          <w:sz w:val="24"/>
          <w:szCs w:val="24"/>
        </w:rPr>
        <w:t xml:space="preserve">medio </w:t>
      </w:r>
      <w:r w:rsidRPr="00E93608">
        <w:rPr>
          <w:rFonts w:ascii="Arial" w:hAnsi="Arial" w:cs="Arial"/>
          <w:sz w:val="24"/>
          <w:szCs w:val="24"/>
        </w:rPr>
        <w:t>de transferencia y que entre dinero en las cuentas fiscales.</w:t>
      </w:r>
      <w:r>
        <w:rPr>
          <w:rFonts w:ascii="Arial" w:hAnsi="Arial" w:cs="Arial"/>
          <w:sz w:val="24"/>
          <w:szCs w:val="24"/>
        </w:rPr>
        <w:t xml:space="preserve"> </w:t>
      </w:r>
      <w:r w:rsidRPr="00E93608">
        <w:rPr>
          <w:rFonts w:ascii="Arial" w:hAnsi="Arial" w:cs="Arial"/>
          <w:sz w:val="24"/>
          <w:szCs w:val="24"/>
        </w:rPr>
        <w:t>Ese es mi punto de vista.</w:t>
      </w:r>
    </w:p>
    <w:p w14:paraId="516AEF2E" w14:textId="4A5437C2" w:rsidR="00EA0C28" w:rsidRPr="00E93608" w:rsidRDefault="00D325CE"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 Gustavo. Adelante, licenciada Victoria García Contreras.</w:t>
      </w:r>
    </w:p>
    <w:p w14:paraId="4E15D890" w14:textId="23BA6FC7" w:rsidR="00EA0C28" w:rsidRPr="00E93608" w:rsidRDefault="00D325CE"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Gracias. Buenos días</w:t>
      </w:r>
      <w:r>
        <w:rPr>
          <w:rFonts w:ascii="Arial" w:hAnsi="Arial" w:cs="Arial"/>
          <w:sz w:val="24"/>
          <w:szCs w:val="24"/>
        </w:rPr>
        <w:t>,</w:t>
      </w:r>
      <w:r w:rsidRPr="00E93608">
        <w:rPr>
          <w:rFonts w:ascii="Arial" w:hAnsi="Arial" w:cs="Arial"/>
          <w:sz w:val="24"/>
          <w:szCs w:val="24"/>
        </w:rPr>
        <w:t xml:space="preserve"> una pregunta para el director del Comité de Feria.</w:t>
      </w:r>
      <w:r>
        <w:rPr>
          <w:rFonts w:ascii="Arial" w:hAnsi="Arial" w:cs="Arial"/>
          <w:sz w:val="24"/>
          <w:szCs w:val="24"/>
        </w:rPr>
        <w:t xml:space="preserve"> </w:t>
      </w:r>
      <w:r w:rsidRPr="00E93608">
        <w:rPr>
          <w:rFonts w:ascii="Arial" w:hAnsi="Arial" w:cs="Arial"/>
          <w:sz w:val="24"/>
          <w:szCs w:val="24"/>
        </w:rPr>
        <w:t>dentro del desarrollo de la Expo agrícola, ¿quién se hace cargo de todos los gastos que implica el hecho de las instalaciones?</w:t>
      </w:r>
      <w:r>
        <w:rPr>
          <w:rFonts w:ascii="Arial" w:hAnsi="Arial" w:cs="Arial"/>
          <w:sz w:val="24"/>
          <w:szCs w:val="24"/>
        </w:rPr>
        <w:t xml:space="preserve"> </w:t>
      </w:r>
      <w:r w:rsidRPr="00E93608">
        <w:rPr>
          <w:rFonts w:ascii="Arial" w:hAnsi="Arial" w:cs="Arial"/>
          <w:sz w:val="24"/>
          <w:szCs w:val="24"/>
        </w:rPr>
        <w:t>¿Los organizan la expo o el comité de feria?</w:t>
      </w:r>
    </w:p>
    <w:p w14:paraId="3721D897" w14:textId="63FFBFF3" w:rsidR="00EA0C28" w:rsidRPr="00E93608" w:rsidRDefault="00D325CE"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Cuando hablas de gastos, hablas como luz, hablas como estacionamiento, hablas como ¿qué?</w:t>
      </w:r>
    </w:p>
    <w:p w14:paraId="287EEF40" w14:textId="66F90F2C" w:rsidR="00EA0C28" w:rsidRPr="00E93608" w:rsidRDefault="00D325CE"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El servicio de baños, el personal que lo limpia.</w:t>
      </w:r>
    </w:p>
    <w:p w14:paraId="1E23F4ED" w14:textId="1D34943C" w:rsidR="00D325CE" w:rsidRDefault="00D325CE"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Bueno, empiezo con algo importante. A ver, Dima es muy ordenado en sus finanzas y siempre facturamos. Ellos siempre hacen transferencia electrónica</w:t>
      </w:r>
      <w:r>
        <w:rPr>
          <w:rFonts w:ascii="Arial" w:hAnsi="Arial" w:cs="Arial"/>
          <w:sz w:val="24"/>
          <w:szCs w:val="24"/>
        </w:rPr>
        <w:t xml:space="preserve"> </w:t>
      </w:r>
      <w:r w:rsidRPr="00E93608">
        <w:rPr>
          <w:rFonts w:ascii="Arial" w:hAnsi="Arial" w:cs="Arial"/>
          <w:sz w:val="24"/>
          <w:szCs w:val="24"/>
        </w:rPr>
        <w:t>y nosotros siempre les facturamos. Jamás entregan dinero en efectivo. Son ordenados en ese tema fiscal. Sí</w:t>
      </w:r>
      <w:r>
        <w:rPr>
          <w:rFonts w:ascii="Arial" w:hAnsi="Arial" w:cs="Arial"/>
          <w:sz w:val="24"/>
          <w:szCs w:val="24"/>
        </w:rPr>
        <w:t xml:space="preserve">, </w:t>
      </w:r>
      <w:r w:rsidRPr="00E93608">
        <w:rPr>
          <w:rFonts w:ascii="Arial" w:hAnsi="Arial" w:cs="Arial"/>
          <w:sz w:val="24"/>
          <w:szCs w:val="24"/>
        </w:rPr>
        <w:t>el tema, por ejemplo, de la luz. En esta ocasión, por ejemplo, nosotros absorbimos el pago de la luz, es decir,</w:t>
      </w:r>
      <w:r>
        <w:rPr>
          <w:rFonts w:ascii="Arial" w:hAnsi="Arial" w:cs="Arial"/>
          <w:sz w:val="24"/>
          <w:szCs w:val="24"/>
        </w:rPr>
        <w:t xml:space="preserve"> </w:t>
      </w:r>
      <w:r w:rsidRPr="00E93608">
        <w:rPr>
          <w:rFonts w:ascii="Arial" w:hAnsi="Arial" w:cs="Arial"/>
          <w:sz w:val="24"/>
          <w:szCs w:val="24"/>
        </w:rPr>
        <w:t>de los 100,000 pesos que se cobraron este año, nosotros absorbimos el pago de la luz. Ellos se quedaron con el estacionamiento y cobraron el</w:t>
      </w:r>
      <w:r>
        <w:rPr>
          <w:rFonts w:ascii="Arial" w:hAnsi="Arial" w:cs="Arial"/>
          <w:sz w:val="24"/>
          <w:szCs w:val="24"/>
        </w:rPr>
        <w:t xml:space="preserve"> </w:t>
      </w:r>
      <w:r w:rsidRPr="00E93608">
        <w:rPr>
          <w:rFonts w:ascii="Arial" w:hAnsi="Arial" w:cs="Arial"/>
          <w:sz w:val="24"/>
          <w:szCs w:val="24"/>
        </w:rPr>
        <w:t>estacionamiento como tal. Sí. Por ejemplo, ellos no cobran los baños porque es parte del servicio de una Expo y no cobran los baños. Sí. como tal</w:t>
      </w:r>
      <w:r>
        <w:rPr>
          <w:rFonts w:ascii="Arial" w:hAnsi="Arial" w:cs="Arial"/>
          <w:sz w:val="24"/>
          <w:szCs w:val="24"/>
        </w:rPr>
        <w:t xml:space="preserve">, </w:t>
      </w:r>
      <w:r w:rsidRPr="00E93608">
        <w:rPr>
          <w:rFonts w:ascii="Arial" w:hAnsi="Arial" w:cs="Arial"/>
          <w:sz w:val="24"/>
          <w:szCs w:val="24"/>
        </w:rPr>
        <w:t xml:space="preserve">Entonces ellos nada más los mantienen los mantienen este los mantienen pues en la limpieza que </w:t>
      </w:r>
      <w:r>
        <w:rPr>
          <w:rFonts w:ascii="Arial" w:hAnsi="Arial" w:cs="Arial"/>
          <w:sz w:val="24"/>
          <w:szCs w:val="24"/>
        </w:rPr>
        <w:t xml:space="preserve">es para su servicio, </w:t>
      </w:r>
      <w:r w:rsidRPr="00E93608">
        <w:rPr>
          <w:rFonts w:ascii="Arial" w:hAnsi="Arial" w:cs="Arial"/>
          <w:sz w:val="24"/>
          <w:szCs w:val="24"/>
        </w:rPr>
        <w:t>Sí se les ofreció las alcancías porque ya les pusimos alcancías de reguilete, no lo no lo aceptaron porque ellos ofrecen los baños como parte del servicio de la expo. Sí.</w:t>
      </w:r>
      <w:r>
        <w:rPr>
          <w:rFonts w:ascii="Arial" w:hAnsi="Arial" w:cs="Arial"/>
          <w:sz w:val="24"/>
          <w:szCs w:val="24"/>
        </w:rPr>
        <w:t xml:space="preserve"> </w:t>
      </w:r>
      <w:r w:rsidRPr="00E93608">
        <w:rPr>
          <w:rFonts w:ascii="Arial" w:hAnsi="Arial" w:cs="Arial"/>
          <w:sz w:val="24"/>
          <w:szCs w:val="24"/>
        </w:rPr>
        <w:t>parte de lo que otro servicio como tal, la recolección de basura. Ellos tienen una persona efectivamente que recolecta la basura, que ellos lo limpian. Sí. Y</w:t>
      </w:r>
      <w:r>
        <w:rPr>
          <w:rFonts w:ascii="Arial" w:hAnsi="Arial" w:cs="Arial"/>
          <w:sz w:val="24"/>
          <w:szCs w:val="24"/>
        </w:rPr>
        <w:t xml:space="preserve"> </w:t>
      </w:r>
      <w:r w:rsidRPr="00E93608">
        <w:rPr>
          <w:rFonts w:ascii="Arial" w:hAnsi="Arial" w:cs="Arial"/>
          <w:sz w:val="24"/>
          <w:szCs w:val="24"/>
        </w:rPr>
        <w:t>al terminar pagan aseos para que recojan su basura como tal. Sí. Entonces esa parte de la basura también ellos la</w:t>
      </w:r>
      <w:r>
        <w:rPr>
          <w:rFonts w:ascii="Arial" w:hAnsi="Arial" w:cs="Arial"/>
          <w:sz w:val="24"/>
          <w:szCs w:val="24"/>
        </w:rPr>
        <w:t xml:space="preserve"> </w:t>
      </w:r>
      <w:r w:rsidRPr="00E93608">
        <w:rPr>
          <w:rFonts w:ascii="Arial" w:hAnsi="Arial" w:cs="Arial"/>
          <w:sz w:val="24"/>
          <w:szCs w:val="24"/>
        </w:rPr>
        <w:t xml:space="preserve">pagan. Sí. Entonces, cuando yo les hago la propuesta </w:t>
      </w:r>
      <w:r w:rsidR="001F3BD1">
        <w:rPr>
          <w:rFonts w:ascii="Arial" w:hAnsi="Arial" w:cs="Arial"/>
          <w:sz w:val="24"/>
          <w:szCs w:val="24"/>
        </w:rPr>
        <w:t>$</w:t>
      </w:r>
      <w:r w:rsidRPr="00E93608">
        <w:rPr>
          <w:rFonts w:ascii="Arial" w:hAnsi="Arial" w:cs="Arial"/>
          <w:sz w:val="24"/>
          <w:szCs w:val="24"/>
        </w:rPr>
        <w:t>75,000</w:t>
      </w:r>
      <w:r w:rsidR="001F3BD1">
        <w:rPr>
          <w:rFonts w:ascii="Arial" w:hAnsi="Arial" w:cs="Arial"/>
          <w:sz w:val="24"/>
          <w:szCs w:val="24"/>
        </w:rPr>
        <w:t>.00</w:t>
      </w:r>
      <w:r>
        <w:rPr>
          <w:rFonts w:ascii="Arial" w:hAnsi="Arial" w:cs="Arial"/>
          <w:sz w:val="24"/>
          <w:szCs w:val="24"/>
        </w:rPr>
        <w:t xml:space="preserve"> setenta y cinco </w:t>
      </w:r>
      <w:proofErr w:type="gramStart"/>
      <w:r>
        <w:rPr>
          <w:rFonts w:ascii="Arial" w:hAnsi="Arial" w:cs="Arial"/>
          <w:sz w:val="24"/>
          <w:szCs w:val="24"/>
        </w:rPr>
        <w:t xml:space="preserve">mil </w:t>
      </w:r>
      <w:r w:rsidRPr="00E93608">
        <w:rPr>
          <w:rFonts w:ascii="Arial" w:hAnsi="Arial" w:cs="Arial"/>
          <w:sz w:val="24"/>
          <w:szCs w:val="24"/>
        </w:rPr>
        <w:t xml:space="preserve"> </w:t>
      </w:r>
      <w:r w:rsidR="001F3BD1">
        <w:rPr>
          <w:rFonts w:ascii="Arial" w:hAnsi="Arial" w:cs="Arial"/>
          <w:sz w:val="24"/>
          <w:szCs w:val="24"/>
        </w:rPr>
        <w:t>q</w:t>
      </w:r>
      <w:r w:rsidRPr="00E93608">
        <w:rPr>
          <w:rFonts w:ascii="Arial" w:hAnsi="Arial" w:cs="Arial"/>
          <w:sz w:val="24"/>
          <w:szCs w:val="24"/>
        </w:rPr>
        <w:t>ue</w:t>
      </w:r>
      <w:proofErr w:type="gramEnd"/>
      <w:r w:rsidRPr="00E93608">
        <w:rPr>
          <w:rFonts w:ascii="Arial" w:hAnsi="Arial" w:cs="Arial"/>
          <w:sz w:val="24"/>
          <w:szCs w:val="24"/>
        </w:rPr>
        <w:t xml:space="preserve"> comentaba aquí el regidor, en realidad no es tan no es</w:t>
      </w:r>
      <w:r>
        <w:rPr>
          <w:rFonts w:ascii="Arial" w:hAnsi="Arial" w:cs="Arial"/>
          <w:sz w:val="24"/>
          <w:szCs w:val="24"/>
        </w:rPr>
        <w:t xml:space="preserve"> </w:t>
      </w:r>
      <w:r w:rsidRPr="00E93608">
        <w:rPr>
          <w:rFonts w:ascii="Arial" w:hAnsi="Arial" w:cs="Arial"/>
          <w:sz w:val="24"/>
          <w:szCs w:val="24"/>
        </w:rPr>
        <w:t>tan, yo sé que lo correcto, lo que propone Juan Carlos es que no se les cobre, pero no está fuera de lo no nos salimos del mercado. Por ejemplo, los</w:t>
      </w:r>
      <w:r>
        <w:rPr>
          <w:rFonts w:ascii="Arial" w:hAnsi="Arial" w:cs="Arial"/>
          <w:sz w:val="24"/>
          <w:szCs w:val="24"/>
        </w:rPr>
        <w:t xml:space="preserve"> </w:t>
      </w:r>
      <w:r w:rsidRPr="00E93608">
        <w:rPr>
          <w:rFonts w:ascii="Arial" w:hAnsi="Arial" w:cs="Arial"/>
          <w:sz w:val="24"/>
          <w:szCs w:val="24"/>
        </w:rPr>
        <w:t>locales que ellos rentan, los más baratos andan en 20,000, 18,000 pesos, sus locales más baratos. Este, y aparte</w:t>
      </w:r>
      <w:r>
        <w:rPr>
          <w:rFonts w:ascii="Arial" w:hAnsi="Arial" w:cs="Arial"/>
          <w:sz w:val="24"/>
          <w:szCs w:val="24"/>
        </w:rPr>
        <w:t xml:space="preserve"> </w:t>
      </w:r>
      <w:r w:rsidRPr="00E93608">
        <w:rPr>
          <w:rFonts w:ascii="Arial" w:hAnsi="Arial" w:cs="Arial"/>
          <w:sz w:val="24"/>
          <w:szCs w:val="24"/>
        </w:rPr>
        <w:t>tienen el espacio del estacionamiento que quedó reducido como tal. Creo que 75,000 pes no es gravoso tampoco para ellos, es parte de un servicio como tal,</w:t>
      </w:r>
      <w:r>
        <w:rPr>
          <w:rFonts w:ascii="Arial" w:hAnsi="Arial" w:cs="Arial"/>
          <w:sz w:val="24"/>
          <w:szCs w:val="24"/>
        </w:rPr>
        <w:t xml:space="preserve"> </w:t>
      </w:r>
      <w:r w:rsidRPr="00E93608">
        <w:rPr>
          <w:rFonts w:ascii="Arial" w:hAnsi="Arial" w:cs="Arial"/>
          <w:sz w:val="24"/>
          <w:szCs w:val="24"/>
        </w:rPr>
        <w:t xml:space="preserve">¿no? Entonces, y creo </w:t>
      </w:r>
      <w:r w:rsidRPr="00E93608">
        <w:rPr>
          <w:rFonts w:ascii="Arial" w:hAnsi="Arial" w:cs="Arial"/>
          <w:sz w:val="24"/>
          <w:szCs w:val="24"/>
        </w:rPr>
        <w:lastRenderedPageBreak/>
        <w:t>que bueno, la propuesta nuevamente sigue de que ellos manejen los estacionamientos la próximo</w:t>
      </w:r>
      <w:r>
        <w:rPr>
          <w:rFonts w:ascii="Arial" w:hAnsi="Arial" w:cs="Arial"/>
          <w:sz w:val="24"/>
          <w:szCs w:val="24"/>
        </w:rPr>
        <w:t xml:space="preserve"> </w:t>
      </w:r>
      <w:r w:rsidRPr="00E93608">
        <w:rPr>
          <w:rFonts w:ascii="Arial" w:hAnsi="Arial" w:cs="Arial"/>
          <w:sz w:val="24"/>
          <w:szCs w:val="24"/>
        </w:rPr>
        <w:t>el próximo año. O sea, no es yo considero que no es gravoso la cantidad de 75,000 pes</w:t>
      </w:r>
      <w:r>
        <w:rPr>
          <w:rFonts w:ascii="Arial" w:hAnsi="Arial" w:cs="Arial"/>
          <w:sz w:val="24"/>
          <w:szCs w:val="24"/>
        </w:rPr>
        <w:t>os</w:t>
      </w:r>
      <w:r w:rsidRPr="00E93608">
        <w:rPr>
          <w:rFonts w:ascii="Arial" w:hAnsi="Arial" w:cs="Arial"/>
          <w:sz w:val="24"/>
          <w:szCs w:val="24"/>
        </w:rPr>
        <w:t xml:space="preserve">, pero ustedes tienen la última la última condición. </w:t>
      </w:r>
    </w:p>
    <w:p w14:paraId="337CD6CE" w14:textId="55D64F95" w:rsidR="00EA0C28" w:rsidRPr="00E93608" w:rsidRDefault="00D325CE"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Sí.</w:t>
      </w:r>
      <w:r>
        <w:rPr>
          <w:rFonts w:ascii="Arial" w:hAnsi="Arial" w:cs="Arial"/>
          <w:sz w:val="24"/>
          <w:szCs w:val="24"/>
        </w:rPr>
        <w:t xml:space="preserve"> </w:t>
      </w:r>
      <w:r w:rsidRPr="00E93608">
        <w:rPr>
          <w:rFonts w:ascii="Arial" w:hAnsi="Arial" w:cs="Arial"/>
          <w:sz w:val="24"/>
          <w:szCs w:val="24"/>
        </w:rPr>
        <w:t>Y en por último y en este caso este si fuera inverso que ustedes cobraran el</w:t>
      </w:r>
      <w:r>
        <w:rPr>
          <w:rFonts w:ascii="Arial" w:hAnsi="Arial" w:cs="Arial"/>
          <w:sz w:val="24"/>
          <w:szCs w:val="24"/>
        </w:rPr>
        <w:t xml:space="preserve"> </w:t>
      </w:r>
      <w:r w:rsidRPr="00E93608">
        <w:rPr>
          <w:rFonts w:ascii="Arial" w:hAnsi="Arial" w:cs="Arial"/>
          <w:sz w:val="24"/>
          <w:szCs w:val="24"/>
        </w:rPr>
        <w:t>estacionamiento y no se les cobrara por las instalaciones.</w:t>
      </w:r>
      <w:r>
        <w:rPr>
          <w:rFonts w:ascii="Arial" w:hAnsi="Arial" w:cs="Arial"/>
          <w:sz w:val="24"/>
          <w:szCs w:val="24"/>
        </w:rPr>
        <w:t xml:space="preserve"> </w:t>
      </w:r>
      <w:r w:rsidRPr="00E93608">
        <w:rPr>
          <w:rFonts w:ascii="Arial" w:hAnsi="Arial" w:cs="Arial"/>
          <w:sz w:val="24"/>
          <w:szCs w:val="24"/>
        </w:rPr>
        <w:t>Digo, en el sentido de que, o sea, para todos los que participan en la expo, entonces por lo que entiendo, no es gratuito, sí hay una cuota de</w:t>
      </w:r>
      <w:r>
        <w:rPr>
          <w:rFonts w:ascii="Arial" w:hAnsi="Arial" w:cs="Arial"/>
          <w:sz w:val="24"/>
          <w:szCs w:val="24"/>
        </w:rPr>
        <w:t xml:space="preserve"> </w:t>
      </w:r>
      <w:r w:rsidRPr="00E93608">
        <w:rPr>
          <w:rFonts w:ascii="Arial" w:hAnsi="Arial" w:cs="Arial"/>
          <w:sz w:val="24"/>
          <w:szCs w:val="24"/>
        </w:rPr>
        <w:t>recuperación</w:t>
      </w:r>
      <w:r>
        <w:rPr>
          <w:rFonts w:ascii="Arial" w:hAnsi="Arial" w:cs="Arial"/>
          <w:sz w:val="24"/>
          <w:szCs w:val="24"/>
        </w:rPr>
        <w:t>,</w:t>
      </w:r>
      <w:r w:rsidRPr="00E93608">
        <w:rPr>
          <w:rFonts w:ascii="Arial" w:hAnsi="Arial" w:cs="Arial"/>
          <w:sz w:val="24"/>
          <w:szCs w:val="24"/>
        </w:rPr>
        <w:t xml:space="preserve"> entonces me ubico en este sentido. Nosotros como municipios a las instalaciones, bueno,</w:t>
      </w:r>
      <w:r>
        <w:rPr>
          <w:rFonts w:ascii="Arial" w:hAnsi="Arial" w:cs="Arial"/>
          <w:sz w:val="24"/>
          <w:szCs w:val="24"/>
        </w:rPr>
        <w:t xml:space="preserve"> </w:t>
      </w:r>
      <w:r w:rsidRPr="00E93608">
        <w:rPr>
          <w:rFonts w:ascii="Arial" w:hAnsi="Arial" w:cs="Arial"/>
          <w:sz w:val="24"/>
          <w:szCs w:val="24"/>
        </w:rPr>
        <w:t>se proporcionan con una con una tarifa, pero los organizadores de la Expo sacan recurso, o sea, no es que</w:t>
      </w:r>
      <w:r>
        <w:rPr>
          <w:rFonts w:ascii="Arial" w:hAnsi="Arial" w:cs="Arial"/>
          <w:sz w:val="24"/>
          <w:szCs w:val="24"/>
        </w:rPr>
        <w:t xml:space="preserve"> </w:t>
      </w:r>
      <w:r w:rsidRPr="00E93608">
        <w:rPr>
          <w:rFonts w:ascii="Arial" w:hAnsi="Arial" w:cs="Arial"/>
          <w:sz w:val="24"/>
          <w:szCs w:val="24"/>
        </w:rPr>
        <w:t>ellos le vayan a poner el dinero, o sea, a final de cuentas todos los que participan lo ponen tan es así que, si no les cobrarían el estacionamiento,</w:t>
      </w:r>
      <w:r>
        <w:rPr>
          <w:rFonts w:ascii="Arial" w:hAnsi="Arial" w:cs="Arial"/>
          <w:sz w:val="24"/>
          <w:szCs w:val="24"/>
        </w:rPr>
        <w:t xml:space="preserve"> </w:t>
      </w:r>
      <w:r w:rsidRPr="00E93608">
        <w:rPr>
          <w:rFonts w:ascii="Arial" w:hAnsi="Arial" w:cs="Arial"/>
          <w:sz w:val="24"/>
          <w:szCs w:val="24"/>
        </w:rPr>
        <w:t>lo dejarían gratuito. Entonces, o sea, no se trata de hacer un negocio, pero creo que si este nosotros tenemos el</w:t>
      </w:r>
      <w:r>
        <w:rPr>
          <w:rFonts w:ascii="Arial" w:hAnsi="Arial" w:cs="Arial"/>
          <w:sz w:val="24"/>
          <w:szCs w:val="24"/>
        </w:rPr>
        <w:t xml:space="preserve"> </w:t>
      </w:r>
      <w:r w:rsidRPr="00E93608">
        <w:rPr>
          <w:rFonts w:ascii="Arial" w:hAnsi="Arial" w:cs="Arial"/>
          <w:sz w:val="24"/>
          <w:szCs w:val="24"/>
        </w:rPr>
        <w:t>espacio ahorita como lo refiere el director de la feria, bueno, tenemos que pagar al parecer nada más lo correspondiente a la luz, pero no sé</w:t>
      </w:r>
      <w:r>
        <w:rPr>
          <w:rFonts w:ascii="Arial" w:hAnsi="Arial" w:cs="Arial"/>
          <w:sz w:val="24"/>
          <w:szCs w:val="24"/>
        </w:rPr>
        <w:t xml:space="preserve"> </w:t>
      </w:r>
      <w:r w:rsidRPr="00E93608">
        <w:rPr>
          <w:rFonts w:ascii="Arial" w:hAnsi="Arial" w:cs="Arial"/>
          <w:sz w:val="24"/>
          <w:szCs w:val="24"/>
        </w:rPr>
        <w:t>también si dentro del del uso del espacio sufra más deterioro del que se del que se tiene o también sean</w:t>
      </w:r>
      <w:r>
        <w:rPr>
          <w:rFonts w:ascii="Arial" w:hAnsi="Arial" w:cs="Arial"/>
          <w:sz w:val="24"/>
          <w:szCs w:val="24"/>
        </w:rPr>
        <w:t xml:space="preserve"> </w:t>
      </w:r>
      <w:r w:rsidRPr="00E93608">
        <w:rPr>
          <w:rFonts w:ascii="Arial" w:hAnsi="Arial" w:cs="Arial"/>
          <w:sz w:val="24"/>
          <w:szCs w:val="24"/>
        </w:rPr>
        <w:t>cuidadosos en el en la entrega del inmueble tal cual como lo recibieron.</w:t>
      </w:r>
      <w:r>
        <w:rPr>
          <w:rFonts w:ascii="Arial" w:hAnsi="Arial" w:cs="Arial"/>
          <w:sz w:val="24"/>
          <w:szCs w:val="24"/>
        </w:rPr>
        <w:t xml:space="preserve"> </w:t>
      </w:r>
      <w:r w:rsidRPr="00E93608">
        <w:rPr>
          <w:rFonts w:ascii="Arial" w:hAnsi="Arial" w:cs="Arial"/>
          <w:sz w:val="24"/>
          <w:szCs w:val="24"/>
        </w:rPr>
        <w:t>O sea, porque a lo que voy de que sí este si se va a reducir la cantidad, bueno, es un impacto directamente para</w:t>
      </w:r>
      <w:r>
        <w:rPr>
          <w:rFonts w:ascii="Arial" w:hAnsi="Arial" w:cs="Arial"/>
          <w:sz w:val="24"/>
          <w:szCs w:val="24"/>
        </w:rPr>
        <w:t xml:space="preserve"> </w:t>
      </w:r>
      <w:r w:rsidRPr="00E93608">
        <w:rPr>
          <w:rFonts w:ascii="Arial" w:hAnsi="Arial" w:cs="Arial"/>
          <w:sz w:val="24"/>
          <w:szCs w:val="24"/>
        </w:rPr>
        <w:t>lo que son las finanzas del comité de feria, dado que ellos ya lo tienen considerado dentro de su presupuesto de ingresos y bueno, pues a su vez este con</w:t>
      </w:r>
      <w:r>
        <w:rPr>
          <w:rFonts w:ascii="Arial" w:hAnsi="Arial" w:cs="Arial"/>
          <w:sz w:val="24"/>
          <w:szCs w:val="24"/>
        </w:rPr>
        <w:t xml:space="preserve"> </w:t>
      </w:r>
      <w:r w:rsidRPr="00E93608">
        <w:rPr>
          <w:rFonts w:ascii="Arial" w:hAnsi="Arial" w:cs="Arial"/>
          <w:sz w:val="24"/>
          <w:szCs w:val="24"/>
        </w:rPr>
        <w:t>los gastos que en su momento ellos absorben. Pero si este se tiene que ver también esos detalles porque no es nada</w:t>
      </w:r>
      <w:r>
        <w:rPr>
          <w:rFonts w:ascii="Arial" w:hAnsi="Arial" w:cs="Arial"/>
          <w:sz w:val="24"/>
          <w:szCs w:val="24"/>
        </w:rPr>
        <w:t xml:space="preserve"> </w:t>
      </w:r>
      <w:r w:rsidRPr="00E93608">
        <w:rPr>
          <w:rFonts w:ascii="Arial" w:hAnsi="Arial" w:cs="Arial"/>
          <w:sz w:val="24"/>
          <w:szCs w:val="24"/>
        </w:rPr>
        <w:t>más el hecho cómo lo entrego, sino cómo lo recibo y que impacta posteriormente para este el inmueble si es que le tengo que hacer un mantenimiento o no.</w:t>
      </w:r>
      <w:r>
        <w:rPr>
          <w:rFonts w:ascii="Arial" w:hAnsi="Arial" w:cs="Arial"/>
          <w:sz w:val="24"/>
          <w:szCs w:val="24"/>
        </w:rPr>
        <w:t xml:space="preserve"> </w:t>
      </w:r>
      <w:r w:rsidRPr="00E93608">
        <w:rPr>
          <w:rFonts w:ascii="Arial" w:hAnsi="Arial" w:cs="Arial"/>
          <w:sz w:val="24"/>
          <w:szCs w:val="24"/>
        </w:rPr>
        <w:t>Gracias.</w:t>
      </w:r>
    </w:p>
    <w:p w14:paraId="06BB5397" w14:textId="727C242C" w:rsidR="001005EF" w:rsidRDefault="001005EF" w:rsidP="00E93608">
      <w:pPr>
        <w:jc w:val="both"/>
        <w:rPr>
          <w:rFonts w:ascii="Arial" w:hAnsi="Arial" w:cs="Arial"/>
          <w:sz w:val="24"/>
          <w:szCs w:val="24"/>
        </w:rPr>
      </w:pPr>
      <w:r>
        <w:rPr>
          <w:rFonts w:ascii="Arial" w:hAnsi="Arial" w:cs="Arial"/>
          <w:b/>
          <w:bCs/>
          <w:sz w:val="24"/>
          <w:szCs w:val="24"/>
        </w:rPr>
        <w:t xml:space="preserve">C. JUAN CARLOS ROMO PEÑA. - </w:t>
      </w:r>
      <w:r w:rsidRPr="00E93608">
        <w:rPr>
          <w:rFonts w:ascii="Arial" w:hAnsi="Arial" w:cs="Arial"/>
          <w:sz w:val="24"/>
          <w:szCs w:val="24"/>
        </w:rPr>
        <w:t xml:space="preserve"> </w:t>
      </w:r>
      <w:r>
        <w:rPr>
          <w:rFonts w:ascii="Arial" w:hAnsi="Arial" w:cs="Arial"/>
          <w:sz w:val="24"/>
          <w:szCs w:val="24"/>
        </w:rPr>
        <w:t>M</w:t>
      </w:r>
      <w:r w:rsidRPr="00E93608">
        <w:rPr>
          <w:rFonts w:ascii="Arial" w:hAnsi="Arial" w:cs="Arial"/>
          <w:sz w:val="24"/>
          <w:szCs w:val="24"/>
        </w:rPr>
        <w:t>iren, yo por eso decía por efectos prácticos, porque para poder explicar todos estos detalles</w:t>
      </w:r>
      <w:r>
        <w:rPr>
          <w:rFonts w:ascii="Arial" w:hAnsi="Arial" w:cs="Arial"/>
          <w:sz w:val="24"/>
          <w:szCs w:val="24"/>
        </w:rPr>
        <w:t xml:space="preserve"> </w:t>
      </w:r>
      <w:r w:rsidRPr="00E93608">
        <w:rPr>
          <w:rFonts w:ascii="Arial" w:hAnsi="Arial" w:cs="Arial"/>
          <w:sz w:val="24"/>
          <w:szCs w:val="24"/>
        </w:rPr>
        <w:t>ocuparíamos una reunión más larga y yo traer los documentos, pero simple y sencillamente les voy a decir, se inició este evento como una asociación civil real.</w:t>
      </w:r>
      <w:r>
        <w:rPr>
          <w:rFonts w:ascii="Arial" w:hAnsi="Arial" w:cs="Arial"/>
          <w:sz w:val="24"/>
          <w:szCs w:val="24"/>
        </w:rPr>
        <w:t xml:space="preserve"> </w:t>
      </w:r>
      <w:r w:rsidRPr="00E93608">
        <w:rPr>
          <w:rFonts w:ascii="Arial" w:hAnsi="Arial" w:cs="Arial"/>
          <w:sz w:val="24"/>
          <w:szCs w:val="24"/>
        </w:rPr>
        <w:t>Nadie percibe utilidades de aquí porque si así lo están pensando, pues ya estamos mal. Entonces es una asociación</w:t>
      </w:r>
      <w:r>
        <w:rPr>
          <w:rFonts w:ascii="Arial" w:hAnsi="Arial" w:cs="Arial"/>
          <w:sz w:val="24"/>
          <w:szCs w:val="24"/>
        </w:rPr>
        <w:t xml:space="preserve"> </w:t>
      </w:r>
      <w:r w:rsidRPr="00E93608">
        <w:rPr>
          <w:rFonts w:ascii="Arial" w:hAnsi="Arial" w:cs="Arial"/>
          <w:sz w:val="24"/>
          <w:szCs w:val="24"/>
        </w:rPr>
        <w:t>civil que las empresas que apoyan han puesto dinero cada año porque esto</w:t>
      </w:r>
      <w:r>
        <w:rPr>
          <w:rFonts w:ascii="Arial" w:hAnsi="Arial" w:cs="Arial"/>
          <w:sz w:val="24"/>
          <w:szCs w:val="24"/>
        </w:rPr>
        <w:t xml:space="preserve"> </w:t>
      </w:r>
      <w:r w:rsidRPr="00E93608">
        <w:rPr>
          <w:rFonts w:ascii="Arial" w:hAnsi="Arial" w:cs="Arial"/>
          <w:sz w:val="24"/>
          <w:szCs w:val="24"/>
        </w:rPr>
        <w:t>se dé y eso estaríamos dispuestos a que vieran nuestra situación financiera.</w:t>
      </w:r>
      <w:r>
        <w:rPr>
          <w:rFonts w:ascii="Arial" w:hAnsi="Arial" w:cs="Arial"/>
          <w:sz w:val="24"/>
          <w:szCs w:val="24"/>
        </w:rPr>
        <w:t xml:space="preserve"> </w:t>
      </w:r>
      <w:r w:rsidRPr="00E93608">
        <w:rPr>
          <w:rFonts w:ascii="Arial" w:hAnsi="Arial" w:cs="Arial"/>
          <w:sz w:val="24"/>
          <w:szCs w:val="24"/>
        </w:rPr>
        <w:t>comentario de Cúspide, pero me gustaría que se den cuenta que iniciamos ese proyecto y a pesar de que</w:t>
      </w:r>
      <w:r>
        <w:rPr>
          <w:rFonts w:ascii="Arial" w:hAnsi="Arial" w:cs="Arial"/>
          <w:sz w:val="24"/>
          <w:szCs w:val="24"/>
        </w:rPr>
        <w:t xml:space="preserve"> </w:t>
      </w:r>
      <w:r w:rsidRPr="00E93608">
        <w:rPr>
          <w:rFonts w:ascii="Arial" w:hAnsi="Arial" w:cs="Arial"/>
          <w:sz w:val="24"/>
          <w:szCs w:val="24"/>
        </w:rPr>
        <w:t>fuimos los promotores, pues ya no está en nuestras manos.</w:t>
      </w:r>
      <w:r>
        <w:rPr>
          <w:rFonts w:ascii="Arial" w:hAnsi="Arial" w:cs="Arial"/>
          <w:sz w:val="24"/>
          <w:szCs w:val="24"/>
        </w:rPr>
        <w:t xml:space="preserve"> </w:t>
      </w:r>
      <w:r w:rsidRPr="00E93608">
        <w:rPr>
          <w:rFonts w:ascii="Arial" w:hAnsi="Arial" w:cs="Arial"/>
          <w:sz w:val="24"/>
          <w:szCs w:val="24"/>
        </w:rPr>
        <w:t>Y los estacionamientos que se usaban, pues ya lo comentó Jorge, eran lo que eran las barras y lo que era la cancha de fútbol.</w:t>
      </w:r>
      <w:r>
        <w:rPr>
          <w:rFonts w:ascii="Arial" w:hAnsi="Arial" w:cs="Arial"/>
          <w:sz w:val="24"/>
          <w:szCs w:val="24"/>
        </w:rPr>
        <w:t xml:space="preserve"> </w:t>
      </w:r>
      <w:r w:rsidRPr="00E93608">
        <w:rPr>
          <w:rFonts w:ascii="Arial" w:hAnsi="Arial" w:cs="Arial"/>
          <w:sz w:val="24"/>
          <w:szCs w:val="24"/>
        </w:rPr>
        <w:t>Esos estacionamientos como tal ya no existen y fue donde se hizo la bajada de precio. Digamos,</w:t>
      </w:r>
      <w:r>
        <w:rPr>
          <w:rFonts w:ascii="Arial" w:hAnsi="Arial" w:cs="Arial"/>
          <w:sz w:val="24"/>
          <w:szCs w:val="24"/>
        </w:rPr>
        <w:t xml:space="preserve"> </w:t>
      </w:r>
      <w:r w:rsidRPr="00E93608">
        <w:rPr>
          <w:rFonts w:ascii="Arial" w:hAnsi="Arial" w:cs="Arial"/>
          <w:sz w:val="24"/>
          <w:szCs w:val="24"/>
        </w:rPr>
        <w:t>nosotros no hemos podido crecer el evento por la falta de estacionamiento.</w:t>
      </w:r>
      <w:r>
        <w:rPr>
          <w:rFonts w:ascii="Arial" w:hAnsi="Arial" w:cs="Arial"/>
          <w:sz w:val="24"/>
          <w:szCs w:val="24"/>
        </w:rPr>
        <w:t xml:space="preserve"> </w:t>
      </w:r>
      <w:r w:rsidRPr="00E93608">
        <w:rPr>
          <w:rFonts w:ascii="Arial" w:hAnsi="Arial" w:cs="Arial"/>
          <w:sz w:val="24"/>
          <w:szCs w:val="24"/>
        </w:rPr>
        <w:t>Inclusive yo agradezco al regidor Ernesto que no está aquí, que nos consiguió un terreno</w:t>
      </w:r>
      <w:r>
        <w:rPr>
          <w:rFonts w:ascii="Arial" w:hAnsi="Arial" w:cs="Arial"/>
          <w:sz w:val="24"/>
          <w:szCs w:val="24"/>
        </w:rPr>
        <w:t xml:space="preserve"> </w:t>
      </w:r>
      <w:r w:rsidRPr="00E93608">
        <w:rPr>
          <w:rFonts w:ascii="Arial" w:hAnsi="Arial" w:cs="Arial"/>
          <w:sz w:val="24"/>
          <w:szCs w:val="24"/>
        </w:rPr>
        <w:t xml:space="preserve">para poder tener estacionamiento adicional </w:t>
      </w:r>
      <w:r w:rsidRPr="00E93608">
        <w:rPr>
          <w:rFonts w:ascii="Arial" w:hAnsi="Arial" w:cs="Arial"/>
          <w:sz w:val="24"/>
          <w:szCs w:val="24"/>
        </w:rPr>
        <w:lastRenderedPageBreak/>
        <w:t xml:space="preserve">de cerca de 3 </w:t>
      </w:r>
      <w:r>
        <w:rPr>
          <w:rFonts w:ascii="Arial" w:hAnsi="Arial" w:cs="Arial"/>
          <w:sz w:val="24"/>
          <w:szCs w:val="24"/>
        </w:rPr>
        <w:t xml:space="preserve">tres </w:t>
      </w:r>
      <w:r w:rsidRPr="00E93608">
        <w:rPr>
          <w:rFonts w:ascii="Arial" w:hAnsi="Arial" w:cs="Arial"/>
          <w:sz w:val="24"/>
          <w:szCs w:val="24"/>
        </w:rPr>
        <w:t>hectáreas y lo tuvimos que arreglar.</w:t>
      </w:r>
      <w:r>
        <w:rPr>
          <w:rFonts w:ascii="Arial" w:hAnsi="Arial" w:cs="Arial"/>
          <w:sz w:val="24"/>
          <w:szCs w:val="24"/>
        </w:rPr>
        <w:t xml:space="preserve"> </w:t>
      </w:r>
      <w:r w:rsidRPr="00E93608">
        <w:rPr>
          <w:rFonts w:ascii="Arial" w:hAnsi="Arial" w:cs="Arial"/>
          <w:sz w:val="24"/>
          <w:szCs w:val="24"/>
        </w:rPr>
        <w:t>Y lo del cobro del estacionamiento como tal, pues es parte de lo que desde que se viene trabajando y es lo que soporta el evento. Nosotros, como les</w:t>
      </w:r>
      <w:r>
        <w:rPr>
          <w:rFonts w:ascii="Arial" w:hAnsi="Arial" w:cs="Arial"/>
          <w:sz w:val="24"/>
          <w:szCs w:val="24"/>
        </w:rPr>
        <w:t xml:space="preserve"> </w:t>
      </w:r>
      <w:r w:rsidRPr="00E93608">
        <w:rPr>
          <w:rFonts w:ascii="Arial" w:hAnsi="Arial" w:cs="Arial"/>
          <w:sz w:val="24"/>
          <w:szCs w:val="24"/>
        </w:rPr>
        <w:t>digo, no les pedimos directamente en efectivo un peso y todo lo que se genera del recinto, las mejoras que se han</w:t>
      </w:r>
      <w:r>
        <w:rPr>
          <w:rFonts w:ascii="Arial" w:hAnsi="Arial" w:cs="Arial"/>
          <w:sz w:val="24"/>
          <w:szCs w:val="24"/>
        </w:rPr>
        <w:t xml:space="preserve"> </w:t>
      </w:r>
      <w:r w:rsidRPr="00E93608">
        <w:rPr>
          <w:rFonts w:ascii="Arial" w:hAnsi="Arial" w:cs="Arial"/>
          <w:sz w:val="24"/>
          <w:szCs w:val="24"/>
        </w:rPr>
        <w:t>generado, digo, lo que hemos usado nosotros lo hemos regresado. No podemos</w:t>
      </w:r>
      <w:r>
        <w:rPr>
          <w:rFonts w:ascii="Arial" w:hAnsi="Arial" w:cs="Arial"/>
          <w:sz w:val="24"/>
          <w:szCs w:val="24"/>
        </w:rPr>
        <w:t xml:space="preserve"> </w:t>
      </w:r>
      <w:r w:rsidRPr="00E93608">
        <w:rPr>
          <w:rFonts w:ascii="Arial" w:hAnsi="Arial" w:cs="Arial"/>
          <w:sz w:val="24"/>
          <w:szCs w:val="24"/>
        </w:rPr>
        <w:t>ponerle más porque no se ha dado, porque la junta de gobierno de hace años, como</w:t>
      </w:r>
      <w:r>
        <w:rPr>
          <w:rFonts w:ascii="Arial" w:hAnsi="Arial" w:cs="Arial"/>
          <w:sz w:val="24"/>
          <w:szCs w:val="24"/>
        </w:rPr>
        <w:t xml:space="preserve"> </w:t>
      </w:r>
      <w:r w:rsidRPr="00E93608">
        <w:rPr>
          <w:rFonts w:ascii="Arial" w:hAnsi="Arial" w:cs="Arial"/>
          <w:sz w:val="24"/>
          <w:szCs w:val="24"/>
        </w:rPr>
        <w:t>está conformado el patronato, no lo ha permitido</w:t>
      </w:r>
      <w:r>
        <w:rPr>
          <w:rFonts w:ascii="Arial" w:hAnsi="Arial" w:cs="Arial"/>
          <w:sz w:val="24"/>
          <w:szCs w:val="24"/>
        </w:rPr>
        <w:t xml:space="preserve">. </w:t>
      </w:r>
      <w:r w:rsidRPr="00E93608">
        <w:rPr>
          <w:rFonts w:ascii="Arial" w:hAnsi="Arial" w:cs="Arial"/>
          <w:sz w:val="24"/>
          <w:szCs w:val="24"/>
        </w:rPr>
        <w:t>Si vamos a detalles, pues la OPD</w:t>
      </w:r>
      <w:r>
        <w:rPr>
          <w:rFonts w:ascii="Arial" w:hAnsi="Arial" w:cs="Arial"/>
          <w:sz w:val="24"/>
          <w:szCs w:val="24"/>
        </w:rPr>
        <w:t xml:space="preserve"> </w:t>
      </w:r>
      <w:r w:rsidRPr="00E93608">
        <w:rPr>
          <w:rFonts w:ascii="Arial" w:hAnsi="Arial" w:cs="Arial"/>
          <w:sz w:val="24"/>
          <w:szCs w:val="24"/>
        </w:rPr>
        <w:t>está conformada por puros regidores y está indebidamente integrada sin falta del sector social, ni del sector empresarial, ni del sector académico.</w:t>
      </w:r>
      <w:r>
        <w:rPr>
          <w:rFonts w:ascii="Arial" w:hAnsi="Arial" w:cs="Arial"/>
          <w:sz w:val="24"/>
          <w:szCs w:val="24"/>
        </w:rPr>
        <w:t xml:space="preserve"> </w:t>
      </w:r>
      <w:r w:rsidRPr="00E93608">
        <w:rPr>
          <w:rFonts w:ascii="Arial" w:hAnsi="Arial" w:cs="Arial"/>
          <w:sz w:val="24"/>
          <w:szCs w:val="24"/>
        </w:rPr>
        <w:t>Entonces, ya desde ahí podemos partir que podemos hacer una revisión de la OPD. y podemos ver ese tipo de situaciones.</w:t>
      </w:r>
      <w:r>
        <w:rPr>
          <w:rFonts w:ascii="Arial" w:hAnsi="Arial" w:cs="Arial"/>
          <w:sz w:val="24"/>
          <w:szCs w:val="24"/>
        </w:rPr>
        <w:t xml:space="preserve"> </w:t>
      </w:r>
      <w:r w:rsidRPr="00E93608">
        <w:rPr>
          <w:rFonts w:ascii="Arial" w:hAnsi="Arial" w:cs="Arial"/>
          <w:sz w:val="24"/>
          <w:szCs w:val="24"/>
        </w:rPr>
        <w:t>Entonces sí podemos entrar a detalle y yo por eso les diría, si nos vamos más pues vamos a encontrar más.</w:t>
      </w:r>
      <w:r>
        <w:rPr>
          <w:rFonts w:ascii="Arial" w:hAnsi="Arial" w:cs="Arial"/>
          <w:sz w:val="24"/>
          <w:szCs w:val="24"/>
        </w:rPr>
        <w:t xml:space="preserve"> </w:t>
      </w:r>
      <w:r w:rsidRPr="00E93608">
        <w:rPr>
          <w:rFonts w:ascii="Arial" w:hAnsi="Arial" w:cs="Arial"/>
          <w:sz w:val="24"/>
          <w:szCs w:val="24"/>
        </w:rPr>
        <w:t>Todo lo que se usa, baños, los arreglos, tradicionalmente todos los años se pintan y se arreglan los baños porque se</w:t>
      </w:r>
      <w:r>
        <w:rPr>
          <w:rFonts w:ascii="Arial" w:hAnsi="Arial" w:cs="Arial"/>
          <w:sz w:val="24"/>
          <w:szCs w:val="24"/>
        </w:rPr>
        <w:t xml:space="preserve"> </w:t>
      </w:r>
      <w:r w:rsidRPr="00E93608">
        <w:rPr>
          <w:rFonts w:ascii="Arial" w:hAnsi="Arial" w:cs="Arial"/>
          <w:sz w:val="24"/>
          <w:szCs w:val="24"/>
        </w:rPr>
        <w:t>nos entregan en condiciones. A reserva de este año que ya Jorge no los entregó bien. Yo tengo fotos de cómo nos</w:t>
      </w:r>
      <w:r>
        <w:rPr>
          <w:rFonts w:ascii="Arial" w:hAnsi="Arial" w:cs="Arial"/>
          <w:sz w:val="24"/>
          <w:szCs w:val="24"/>
        </w:rPr>
        <w:t xml:space="preserve"> </w:t>
      </w:r>
      <w:r w:rsidRPr="00E93608">
        <w:rPr>
          <w:rFonts w:ascii="Arial" w:hAnsi="Arial" w:cs="Arial"/>
          <w:sz w:val="24"/>
          <w:szCs w:val="24"/>
        </w:rPr>
        <w:t>entregan los baños y hagan de cuenta que son baños de no sé dónde,</w:t>
      </w:r>
      <w:r>
        <w:rPr>
          <w:rFonts w:ascii="Arial" w:hAnsi="Arial" w:cs="Arial"/>
          <w:sz w:val="24"/>
          <w:szCs w:val="24"/>
        </w:rPr>
        <w:t xml:space="preserve"> </w:t>
      </w:r>
      <w:r w:rsidRPr="00E93608">
        <w:rPr>
          <w:rFonts w:ascii="Arial" w:hAnsi="Arial" w:cs="Arial"/>
          <w:sz w:val="24"/>
          <w:szCs w:val="24"/>
        </w:rPr>
        <w:t>decorados por todos lados. Entonces se arreglan, se arreglan los baños, se arreglan las puertas. No podemos hacer</w:t>
      </w:r>
      <w:r>
        <w:rPr>
          <w:rFonts w:ascii="Arial" w:hAnsi="Arial" w:cs="Arial"/>
          <w:sz w:val="24"/>
          <w:szCs w:val="24"/>
        </w:rPr>
        <w:t xml:space="preserve"> </w:t>
      </w:r>
      <w:r w:rsidRPr="00E93608">
        <w:rPr>
          <w:rFonts w:ascii="Arial" w:hAnsi="Arial" w:cs="Arial"/>
          <w:sz w:val="24"/>
          <w:szCs w:val="24"/>
        </w:rPr>
        <w:t xml:space="preserve">más. </w:t>
      </w:r>
      <w:r>
        <w:rPr>
          <w:rFonts w:ascii="Arial" w:hAnsi="Arial" w:cs="Arial"/>
          <w:sz w:val="24"/>
          <w:szCs w:val="24"/>
        </w:rPr>
        <w:t>En e</w:t>
      </w:r>
      <w:r w:rsidRPr="00E93608">
        <w:rPr>
          <w:rFonts w:ascii="Arial" w:hAnsi="Arial" w:cs="Arial"/>
          <w:sz w:val="24"/>
          <w:szCs w:val="24"/>
        </w:rPr>
        <w:t>se sentido, el arco que se hizo últimamente en tiempo de Alejandro</w:t>
      </w:r>
      <w:r>
        <w:rPr>
          <w:rFonts w:ascii="Arial" w:hAnsi="Arial" w:cs="Arial"/>
          <w:sz w:val="24"/>
          <w:szCs w:val="24"/>
        </w:rPr>
        <w:t xml:space="preserve"> </w:t>
      </w:r>
      <w:r w:rsidRPr="00E93608">
        <w:rPr>
          <w:rFonts w:ascii="Arial" w:hAnsi="Arial" w:cs="Arial"/>
          <w:sz w:val="24"/>
          <w:szCs w:val="24"/>
        </w:rPr>
        <w:t>Barragán, nosotros insistimos como usuarios de un evento por años</w:t>
      </w:r>
      <w:r>
        <w:rPr>
          <w:rFonts w:ascii="Arial" w:hAnsi="Arial" w:cs="Arial"/>
          <w:sz w:val="24"/>
          <w:szCs w:val="24"/>
        </w:rPr>
        <w:t xml:space="preserve"> </w:t>
      </w:r>
      <w:r w:rsidRPr="00E93608">
        <w:rPr>
          <w:rFonts w:ascii="Arial" w:hAnsi="Arial" w:cs="Arial"/>
          <w:sz w:val="24"/>
          <w:szCs w:val="24"/>
        </w:rPr>
        <w:t>que primero se mejorara la parte periférica por la seguridad.</w:t>
      </w:r>
      <w:r>
        <w:rPr>
          <w:rFonts w:ascii="Arial" w:hAnsi="Arial" w:cs="Arial"/>
          <w:sz w:val="24"/>
          <w:szCs w:val="24"/>
        </w:rPr>
        <w:t xml:space="preserve"> </w:t>
      </w:r>
      <w:r w:rsidRPr="00E93608">
        <w:rPr>
          <w:rFonts w:ascii="Arial" w:hAnsi="Arial" w:cs="Arial"/>
          <w:sz w:val="24"/>
          <w:szCs w:val="24"/>
        </w:rPr>
        <w:t>nos ha tocado poner instalación eléctrica por años porque cada cosa que dejamos al día siguiente que se queda el recinto ferial solo se lo roban.</w:t>
      </w:r>
      <w:r>
        <w:rPr>
          <w:rFonts w:ascii="Arial" w:hAnsi="Arial" w:cs="Arial"/>
          <w:sz w:val="24"/>
          <w:szCs w:val="24"/>
        </w:rPr>
        <w:t xml:space="preserve"> </w:t>
      </w:r>
      <w:r w:rsidRPr="00E93608">
        <w:rPr>
          <w:rFonts w:ascii="Arial" w:hAnsi="Arial" w:cs="Arial"/>
          <w:sz w:val="24"/>
          <w:szCs w:val="24"/>
        </w:rPr>
        <w:t>Entonces, pues si entramos a detalle, les vamos a decir que salimos más afectados, ¿no? Y además yo les voy a decir</w:t>
      </w:r>
      <w:r>
        <w:rPr>
          <w:rFonts w:ascii="Arial" w:hAnsi="Arial" w:cs="Arial"/>
          <w:sz w:val="24"/>
          <w:szCs w:val="24"/>
        </w:rPr>
        <w:t xml:space="preserve"> </w:t>
      </w:r>
      <w:r w:rsidRPr="00E93608">
        <w:rPr>
          <w:rFonts w:ascii="Arial" w:hAnsi="Arial" w:cs="Arial"/>
          <w:sz w:val="24"/>
          <w:szCs w:val="24"/>
        </w:rPr>
        <w:t>parte de esto, este del evento, como les digo, en verdad en verdad analícenlo, o sea, no es si es caro o barato.</w:t>
      </w:r>
      <w:r>
        <w:rPr>
          <w:rFonts w:ascii="Arial" w:hAnsi="Arial" w:cs="Arial"/>
          <w:sz w:val="24"/>
          <w:szCs w:val="24"/>
        </w:rPr>
        <w:t xml:space="preserve"> </w:t>
      </w:r>
      <w:r w:rsidRPr="00E93608">
        <w:rPr>
          <w:rFonts w:ascii="Arial" w:hAnsi="Arial" w:cs="Arial"/>
          <w:sz w:val="24"/>
          <w:szCs w:val="24"/>
        </w:rPr>
        <w:t>todos los lados.</w:t>
      </w:r>
      <w:r>
        <w:rPr>
          <w:rFonts w:ascii="Arial" w:hAnsi="Arial" w:cs="Arial"/>
          <w:sz w:val="24"/>
          <w:szCs w:val="24"/>
        </w:rPr>
        <w:t xml:space="preserve"> </w:t>
      </w:r>
      <w:r w:rsidRPr="00E93608">
        <w:rPr>
          <w:rFonts w:ascii="Arial" w:hAnsi="Arial" w:cs="Arial"/>
          <w:sz w:val="24"/>
          <w:szCs w:val="24"/>
        </w:rPr>
        <w:t xml:space="preserve">La Expo agrícola, la agroalimentaria en Irapuato, </w:t>
      </w:r>
      <w:proofErr w:type="spellStart"/>
      <w:r w:rsidRPr="00E93608">
        <w:rPr>
          <w:rFonts w:ascii="Arial" w:hAnsi="Arial" w:cs="Arial"/>
          <w:sz w:val="24"/>
          <w:szCs w:val="24"/>
        </w:rPr>
        <w:t>Tular</w:t>
      </w:r>
      <w:proofErr w:type="spellEnd"/>
      <w:r w:rsidRPr="00E93608">
        <w:rPr>
          <w:rFonts w:ascii="Arial" w:hAnsi="Arial" w:cs="Arial"/>
          <w:sz w:val="24"/>
          <w:szCs w:val="24"/>
        </w:rPr>
        <w:t xml:space="preserve"> en California, e</w:t>
      </w:r>
      <w:r>
        <w:rPr>
          <w:rFonts w:ascii="Arial" w:hAnsi="Arial" w:cs="Arial"/>
          <w:sz w:val="24"/>
          <w:szCs w:val="24"/>
        </w:rPr>
        <w:t xml:space="preserve">n </w:t>
      </w:r>
      <w:r w:rsidRPr="00E93608">
        <w:rPr>
          <w:rFonts w:ascii="Arial" w:hAnsi="Arial" w:cs="Arial"/>
          <w:sz w:val="24"/>
          <w:szCs w:val="24"/>
        </w:rPr>
        <w:t>Culiacán, en todo. Los ayuntamientos y los gobiernos del estado le ponen dinero para que se haga el evento.</w:t>
      </w:r>
      <w:r>
        <w:rPr>
          <w:rFonts w:ascii="Arial" w:hAnsi="Arial" w:cs="Arial"/>
          <w:sz w:val="24"/>
          <w:szCs w:val="24"/>
        </w:rPr>
        <w:t xml:space="preserve"> </w:t>
      </w:r>
      <w:r w:rsidRPr="00E93608">
        <w:rPr>
          <w:rFonts w:ascii="Arial" w:hAnsi="Arial" w:cs="Arial"/>
          <w:sz w:val="24"/>
          <w:szCs w:val="24"/>
        </w:rPr>
        <w:t>Chequen, por favor. Digo, no es no es no soy yo quien debería, pero ustedes lo pueden checar en Hacienda. ¿Cuántos eventos se hacen aquí en Guzmán?</w:t>
      </w:r>
      <w:r>
        <w:rPr>
          <w:rFonts w:ascii="Arial" w:hAnsi="Arial" w:cs="Arial"/>
          <w:sz w:val="24"/>
          <w:szCs w:val="24"/>
        </w:rPr>
        <w:t xml:space="preserve"> </w:t>
      </w:r>
      <w:r w:rsidRPr="00E93608">
        <w:rPr>
          <w:rFonts w:ascii="Arial" w:hAnsi="Arial" w:cs="Arial"/>
          <w:sz w:val="24"/>
          <w:szCs w:val="24"/>
        </w:rPr>
        <w:t>¿Cuántos de esos eventos por uno o dos días?</w:t>
      </w:r>
      <w:r>
        <w:rPr>
          <w:rFonts w:ascii="Arial" w:hAnsi="Arial" w:cs="Arial"/>
          <w:sz w:val="24"/>
          <w:szCs w:val="24"/>
        </w:rPr>
        <w:t xml:space="preserve"> </w:t>
      </w:r>
      <w:r w:rsidRPr="00E93608">
        <w:rPr>
          <w:rFonts w:ascii="Arial" w:hAnsi="Arial" w:cs="Arial"/>
          <w:sz w:val="24"/>
          <w:szCs w:val="24"/>
        </w:rPr>
        <w:t xml:space="preserve">reciben más de </w:t>
      </w:r>
      <w:r w:rsidR="001F3BD1">
        <w:rPr>
          <w:rFonts w:ascii="Arial" w:hAnsi="Arial" w:cs="Arial"/>
          <w:sz w:val="24"/>
          <w:szCs w:val="24"/>
        </w:rPr>
        <w:t xml:space="preserve">doscientos mil, trescientos mil </w:t>
      </w:r>
      <w:r w:rsidRPr="00E93608">
        <w:rPr>
          <w:rFonts w:ascii="Arial" w:hAnsi="Arial" w:cs="Arial"/>
          <w:sz w:val="24"/>
          <w:szCs w:val="24"/>
        </w:rPr>
        <w:t>pesos y lo que se genera y nosotros lo que les decimos, ¿cómo apoyamos la economía?</w:t>
      </w:r>
      <w:r>
        <w:rPr>
          <w:rFonts w:ascii="Arial" w:hAnsi="Arial" w:cs="Arial"/>
          <w:sz w:val="24"/>
          <w:szCs w:val="24"/>
        </w:rPr>
        <w:t xml:space="preserve"> </w:t>
      </w:r>
      <w:r w:rsidRPr="00E93608">
        <w:rPr>
          <w:rFonts w:ascii="Arial" w:hAnsi="Arial" w:cs="Arial"/>
          <w:sz w:val="24"/>
          <w:szCs w:val="24"/>
        </w:rPr>
        <w:t>Entonces, por eso todos los gastos se pagan. El estacionamiento es parte del asunto y si vamos a estacionamiento, ya</w:t>
      </w:r>
      <w:r>
        <w:rPr>
          <w:rFonts w:ascii="Arial" w:hAnsi="Arial" w:cs="Arial"/>
          <w:sz w:val="24"/>
          <w:szCs w:val="24"/>
        </w:rPr>
        <w:t xml:space="preserve"> </w:t>
      </w:r>
      <w:r w:rsidRPr="00E93608">
        <w:rPr>
          <w:rFonts w:ascii="Arial" w:hAnsi="Arial" w:cs="Arial"/>
          <w:sz w:val="24"/>
          <w:szCs w:val="24"/>
        </w:rPr>
        <w:t>no tiene área de estacionamiento el recinto, lo tenemos que negociar con cúspide</w:t>
      </w:r>
      <w:r>
        <w:rPr>
          <w:rFonts w:ascii="Arial" w:hAnsi="Arial" w:cs="Arial"/>
          <w:sz w:val="24"/>
          <w:szCs w:val="24"/>
        </w:rPr>
        <w:t xml:space="preserve"> </w:t>
      </w:r>
      <w:r w:rsidRPr="00E93608">
        <w:rPr>
          <w:rFonts w:ascii="Arial" w:hAnsi="Arial" w:cs="Arial"/>
          <w:sz w:val="24"/>
          <w:szCs w:val="24"/>
        </w:rPr>
        <w:t>y ese asunto ustedes saben que</w:t>
      </w:r>
      <w:r>
        <w:rPr>
          <w:rFonts w:ascii="Arial" w:hAnsi="Arial" w:cs="Arial"/>
          <w:sz w:val="24"/>
          <w:szCs w:val="24"/>
        </w:rPr>
        <w:t xml:space="preserve"> </w:t>
      </w:r>
      <w:r w:rsidRPr="00E93608">
        <w:rPr>
          <w:rFonts w:ascii="Arial" w:hAnsi="Arial" w:cs="Arial"/>
          <w:sz w:val="24"/>
          <w:szCs w:val="24"/>
        </w:rPr>
        <w:t>hay situaciones que ahorita pues hemos tenido una muy buena relación nosotros</w:t>
      </w:r>
      <w:r>
        <w:rPr>
          <w:rFonts w:ascii="Arial" w:hAnsi="Arial" w:cs="Arial"/>
          <w:sz w:val="24"/>
          <w:szCs w:val="24"/>
        </w:rPr>
        <w:t xml:space="preserve"> </w:t>
      </w:r>
      <w:r w:rsidRPr="00E93608">
        <w:rPr>
          <w:rFonts w:ascii="Arial" w:hAnsi="Arial" w:cs="Arial"/>
          <w:sz w:val="24"/>
          <w:szCs w:val="24"/>
        </w:rPr>
        <w:t>porque necesitamos ese estacionamiento, ¿no? Entonces, en verdad digo, creo que no estamos pidiendo nada fuera de lo común. Los invitamos a que se integren</w:t>
      </w:r>
      <w:r>
        <w:rPr>
          <w:rFonts w:ascii="Arial" w:hAnsi="Arial" w:cs="Arial"/>
          <w:sz w:val="24"/>
          <w:szCs w:val="24"/>
        </w:rPr>
        <w:t xml:space="preserve"> </w:t>
      </w:r>
      <w:r w:rsidRPr="00E93608">
        <w:rPr>
          <w:rFonts w:ascii="Arial" w:hAnsi="Arial" w:cs="Arial"/>
          <w:sz w:val="24"/>
          <w:szCs w:val="24"/>
        </w:rPr>
        <w:t xml:space="preserve">al a la organización. Hemos sido muy abiertos, no hemos sido cerrados esa parte y este que lo consideren. Es </w:t>
      </w:r>
      <w:r>
        <w:rPr>
          <w:rFonts w:ascii="Arial" w:hAnsi="Arial" w:cs="Arial"/>
          <w:sz w:val="24"/>
          <w:szCs w:val="24"/>
        </w:rPr>
        <w:t>cuánto</w:t>
      </w:r>
      <w:r w:rsidRPr="00E93608">
        <w:rPr>
          <w:rFonts w:ascii="Arial" w:hAnsi="Arial" w:cs="Arial"/>
          <w:sz w:val="24"/>
          <w:szCs w:val="24"/>
        </w:rPr>
        <w:t xml:space="preserve"> y yo sé que su tiempo es muy valioso y lo que sea práctico.</w:t>
      </w:r>
      <w:r>
        <w:rPr>
          <w:rFonts w:ascii="Arial" w:hAnsi="Arial" w:cs="Arial"/>
          <w:sz w:val="24"/>
          <w:szCs w:val="24"/>
        </w:rPr>
        <w:t xml:space="preserve"> </w:t>
      </w:r>
      <w:r w:rsidRPr="00E93608">
        <w:rPr>
          <w:rFonts w:ascii="Arial" w:hAnsi="Arial" w:cs="Arial"/>
          <w:sz w:val="24"/>
          <w:szCs w:val="24"/>
        </w:rPr>
        <w:t xml:space="preserve">Estamos de acuerdo en aceptar alguna propuesta inicial y yo agradezco pues los regidores que nos han cedido su tiempo también </w:t>
      </w:r>
      <w:r w:rsidRPr="00E93608">
        <w:rPr>
          <w:rFonts w:ascii="Arial" w:hAnsi="Arial" w:cs="Arial"/>
          <w:sz w:val="24"/>
          <w:szCs w:val="24"/>
        </w:rPr>
        <w:lastRenderedPageBreak/>
        <w:t>y este que podamos hacer</w:t>
      </w:r>
      <w:r>
        <w:rPr>
          <w:rFonts w:ascii="Arial" w:hAnsi="Arial" w:cs="Arial"/>
          <w:sz w:val="24"/>
          <w:szCs w:val="24"/>
        </w:rPr>
        <w:t xml:space="preserve"> </w:t>
      </w:r>
      <w:r w:rsidRPr="00E93608">
        <w:rPr>
          <w:rFonts w:ascii="Arial" w:hAnsi="Arial" w:cs="Arial"/>
          <w:sz w:val="24"/>
          <w:szCs w:val="24"/>
        </w:rPr>
        <w:t>una segunda reunión para que en verdad conozcan de fondo el evento y se van a dar cuenta que juntos podemos gestionar</w:t>
      </w:r>
      <w:r>
        <w:rPr>
          <w:rFonts w:ascii="Arial" w:hAnsi="Arial" w:cs="Arial"/>
          <w:sz w:val="24"/>
          <w:szCs w:val="24"/>
        </w:rPr>
        <w:t xml:space="preserve"> </w:t>
      </w:r>
      <w:r w:rsidRPr="00E93608">
        <w:rPr>
          <w:rFonts w:ascii="Arial" w:hAnsi="Arial" w:cs="Arial"/>
          <w:sz w:val="24"/>
          <w:szCs w:val="24"/>
        </w:rPr>
        <w:t xml:space="preserve">más por el recinto ferial que se ha venido a menos. Y se los digo con mucho cariño porque yo fui presidente del comité de feria en 1992 </w:t>
      </w:r>
      <w:r>
        <w:rPr>
          <w:rFonts w:ascii="Arial" w:hAnsi="Arial" w:cs="Arial"/>
          <w:sz w:val="24"/>
          <w:szCs w:val="24"/>
        </w:rPr>
        <w:t xml:space="preserve">mil novecientos noventa y dos </w:t>
      </w:r>
      <w:r w:rsidRPr="00E93608">
        <w:rPr>
          <w:rFonts w:ascii="Arial" w:hAnsi="Arial" w:cs="Arial"/>
          <w:sz w:val="24"/>
          <w:szCs w:val="24"/>
        </w:rPr>
        <w:t>cuando Alberto</w:t>
      </w:r>
      <w:r>
        <w:rPr>
          <w:rFonts w:ascii="Arial" w:hAnsi="Arial" w:cs="Arial"/>
          <w:sz w:val="24"/>
          <w:szCs w:val="24"/>
        </w:rPr>
        <w:t xml:space="preserve"> </w:t>
      </w:r>
      <w:r w:rsidRPr="00E93608">
        <w:rPr>
          <w:rFonts w:ascii="Arial" w:hAnsi="Arial" w:cs="Arial"/>
          <w:sz w:val="24"/>
          <w:szCs w:val="24"/>
        </w:rPr>
        <w:t>Cárdenas 93 y 94 y tengo constancia de que hemos traído eventos que desde esa fecha no se han</w:t>
      </w:r>
      <w:r>
        <w:rPr>
          <w:rFonts w:ascii="Arial" w:hAnsi="Arial" w:cs="Arial"/>
          <w:sz w:val="24"/>
          <w:szCs w:val="24"/>
        </w:rPr>
        <w:t xml:space="preserve"> </w:t>
      </w:r>
      <w:r w:rsidRPr="00E93608">
        <w:rPr>
          <w:rFonts w:ascii="Arial" w:hAnsi="Arial" w:cs="Arial"/>
          <w:sz w:val="24"/>
          <w:szCs w:val="24"/>
        </w:rPr>
        <w:t xml:space="preserve">logrado hacer y en el 2001 </w:t>
      </w:r>
      <w:r>
        <w:rPr>
          <w:rFonts w:ascii="Arial" w:hAnsi="Arial" w:cs="Arial"/>
          <w:sz w:val="24"/>
          <w:szCs w:val="24"/>
        </w:rPr>
        <w:t xml:space="preserve">dos mil uno </w:t>
      </w:r>
      <w:r w:rsidRPr="00E93608">
        <w:rPr>
          <w:rFonts w:ascii="Arial" w:hAnsi="Arial" w:cs="Arial"/>
          <w:sz w:val="24"/>
          <w:szCs w:val="24"/>
        </w:rPr>
        <w:t>y 2002</w:t>
      </w:r>
      <w:r>
        <w:rPr>
          <w:rFonts w:ascii="Arial" w:hAnsi="Arial" w:cs="Arial"/>
          <w:sz w:val="24"/>
          <w:szCs w:val="24"/>
        </w:rPr>
        <w:t xml:space="preserve"> dos mil dos</w:t>
      </w:r>
      <w:r w:rsidRPr="00E93608">
        <w:rPr>
          <w:rFonts w:ascii="Arial" w:hAnsi="Arial" w:cs="Arial"/>
          <w:sz w:val="24"/>
          <w:szCs w:val="24"/>
        </w:rPr>
        <w:t xml:space="preserve"> también fui presidente de la feria.</w:t>
      </w:r>
      <w:r>
        <w:rPr>
          <w:rFonts w:ascii="Arial" w:hAnsi="Arial" w:cs="Arial"/>
          <w:sz w:val="24"/>
          <w:szCs w:val="24"/>
        </w:rPr>
        <w:t xml:space="preserve"> </w:t>
      </w:r>
      <w:r w:rsidRPr="00E93608">
        <w:rPr>
          <w:rFonts w:ascii="Arial" w:hAnsi="Arial" w:cs="Arial"/>
          <w:sz w:val="24"/>
          <w:szCs w:val="24"/>
        </w:rPr>
        <w:t>Entonces, tengo conocimiento de causa y muchas veces elevar estos precios fuera de lo normal</w:t>
      </w:r>
      <w:r>
        <w:rPr>
          <w:rFonts w:ascii="Arial" w:hAnsi="Arial" w:cs="Arial"/>
          <w:sz w:val="24"/>
          <w:szCs w:val="24"/>
        </w:rPr>
        <w:t xml:space="preserve"> </w:t>
      </w:r>
      <w:r w:rsidRPr="00E93608">
        <w:rPr>
          <w:rFonts w:ascii="Arial" w:hAnsi="Arial" w:cs="Arial"/>
          <w:sz w:val="24"/>
          <w:szCs w:val="24"/>
        </w:rPr>
        <w:t>lo que hace es que la gente venga pagando este más de lo debido cuando podemos ser más</w:t>
      </w:r>
      <w:r>
        <w:rPr>
          <w:rFonts w:ascii="Arial" w:hAnsi="Arial" w:cs="Arial"/>
          <w:sz w:val="24"/>
          <w:szCs w:val="24"/>
        </w:rPr>
        <w:t xml:space="preserve"> </w:t>
      </w:r>
      <w:r w:rsidRPr="00E93608">
        <w:rPr>
          <w:rFonts w:ascii="Arial" w:hAnsi="Arial" w:cs="Arial"/>
          <w:sz w:val="24"/>
          <w:szCs w:val="24"/>
        </w:rPr>
        <w:t>conscientes en los costos. Pero discúlpenme, este creo que no está para ampliarse el momento. En una reunión pudiéramos ver detalles.</w:t>
      </w:r>
      <w:r>
        <w:rPr>
          <w:rFonts w:ascii="Arial" w:hAnsi="Arial" w:cs="Arial"/>
          <w:sz w:val="24"/>
          <w:szCs w:val="24"/>
        </w:rPr>
        <w:t xml:space="preserve"> </w:t>
      </w:r>
      <w:r w:rsidRPr="00E93608">
        <w:rPr>
          <w:rFonts w:ascii="Arial" w:hAnsi="Arial" w:cs="Arial"/>
          <w:sz w:val="24"/>
          <w:szCs w:val="24"/>
        </w:rPr>
        <w:t>Gracias, ingeniero.</w:t>
      </w:r>
    </w:p>
    <w:p w14:paraId="1325A055" w14:textId="5D44726A" w:rsidR="00EA0C28" w:rsidRPr="00E93608" w:rsidRDefault="001005EF"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En uso de la voz al regidor Bertín y en después el regidor Gustavo.</w:t>
      </w:r>
    </w:p>
    <w:p w14:paraId="2DD42AB7" w14:textId="78F61838" w:rsidR="00EA0C28" w:rsidRPr="00E93608" w:rsidRDefault="001005EF" w:rsidP="00E93608">
      <w:pPr>
        <w:jc w:val="both"/>
        <w:rPr>
          <w:rFonts w:ascii="Arial" w:hAnsi="Arial" w:cs="Arial"/>
          <w:sz w:val="24"/>
          <w:szCs w:val="24"/>
        </w:rPr>
      </w:pPr>
      <w:r>
        <w:rPr>
          <w:rFonts w:ascii="Arial" w:hAnsi="Arial" w:cs="Arial"/>
          <w:b/>
          <w:bCs/>
          <w:sz w:val="24"/>
          <w:szCs w:val="24"/>
        </w:rPr>
        <w:t xml:space="preserve">C. JOSÉ BERTÍN CHAVEZ VARGAS. - </w:t>
      </w:r>
      <w:r w:rsidRPr="00E93608">
        <w:rPr>
          <w:rFonts w:ascii="Arial" w:hAnsi="Arial" w:cs="Arial"/>
          <w:sz w:val="24"/>
          <w:szCs w:val="24"/>
        </w:rPr>
        <w:t xml:space="preserve"> </w:t>
      </w:r>
      <w:r>
        <w:rPr>
          <w:rFonts w:ascii="Arial" w:hAnsi="Arial" w:cs="Arial"/>
          <w:sz w:val="24"/>
          <w:szCs w:val="24"/>
        </w:rPr>
        <w:t>G</w:t>
      </w:r>
      <w:r w:rsidRPr="00E93608">
        <w:rPr>
          <w:rFonts w:ascii="Arial" w:hAnsi="Arial" w:cs="Arial"/>
          <w:sz w:val="24"/>
          <w:szCs w:val="24"/>
        </w:rPr>
        <w:t xml:space="preserve">racias, </w:t>
      </w:r>
      <w:r>
        <w:rPr>
          <w:rFonts w:ascii="Arial" w:hAnsi="Arial" w:cs="Arial"/>
          <w:sz w:val="24"/>
          <w:szCs w:val="24"/>
        </w:rPr>
        <w:t>L</w:t>
      </w:r>
      <w:r w:rsidRPr="00E93608">
        <w:rPr>
          <w:rFonts w:ascii="Arial" w:hAnsi="Arial" w:cs="Arial"/>
          <w:sz w:val="24"/>
          <w:szCs w:val="24"/>
        </w:rPr>
        <w:t>icenciado Juan Carlos Romo, por la explicación nuevamente tan detallada. Digo, no tengo duda del gran</w:t>
      </w:r>
      <w:r>
        <w:rPr>
          <w:rFonts w:ascii="Arial" w:hAnsi="Arial" w:cs="Arial"/>
          <w:sz w:val="24"/>
          <w:szCs w:val="24"/>
        </w:rPr>
        <w:t xml:space="preserve"> </w:t>
      </w:r>
      <w:r w:rsidRPr="00E93608">
        <w:rPr>
          <w:rFonts w:ascii="Arial" w:hAnsi="Arial" w:cs="Arial"/>
          <w:sz w:val="24"/>
          <w:szCs w:val="24"/>
        </w:rPr>
        <w:t xml:space="preserve">trabajo y trayectoria que ha llevado la organización de estos eventos a lo largo de tantos años. </w:t>
      </w:r>
      <w:r>
        <w:rPr>
          <w:rFonts w:ascii="Arial" w:hAnsi="Arial" w:cs="Arial"/>
          <w:sz w:val="24"/>
          <w:szCs w:val="24"/>
        </w:rPr>
        <w:t>Y</w:t>
      </w:r>
      <w:r w:rsidRPr="00E93608">
        <w:rPr>
          <w:rFonts w:ascii="Arial" w:hAnsi="Arial" w:cs="Arial"/>
          <w:sz w:val="24"/>
          <w:szCs w:val="24"/>
        </w:rPr>
        <w:t xml:space="preserve"> de antemano, yo creo que en un tema de poner en una</w:t>
      </w:r>
      <w:r>
        <w:rPr>
          <w:rFonts w:ascii="Arial" w:hAnsi="Arial" w:cs="Arial"/>
          <w:sz w:val="24"/>
          <w:szCs w:val="24"/>
        </w:rPr>
        <w:t xml:space="preserve"> </w:t>
      </w:r>
      <w:r w:rsidRPr="00E93608">
        <w:rPr>
          <w:rFonts w:ascii="Arial" w:hAnsi="Arial" w:cs="Arial"/>
          <w:sz w:val="24"/>
          <w:szCs w:val="24"/>
        </w:rPr>
        <w:t>balanza todo el desarrollo económico que trae al municipio, este tipo de eventos que es prácticamente uno o dos</w:t>
      </w:r>
      <w:r>
        <w:rPr>
          <w:rFonts w:ascii="Arial" w:hAnsi="Arial" w:cs="Arial"/>
          <w:sz w:val="24"/>
          <w:szCs w:val="24"/>
        </w:rPr>
        <w:t xml:space="preserve"> </w:t>
      </w:r>
      <w:r w:rsidRPr="00E93608">
        <w:rPr>
          <w:rFonts w:ascii="Arial" w:hAnsi="Arial" w:cs="Arial"/>
          <w:sz w:val="24"/>
          <w:szCs w:val="24"/>
        </w:rPr>
        <w:t>al año este que se generan entre por ahí, creo que hay otra expo aguacatera, algo por el estilo, y la expo agrícola</w:t>
      </w:r>
      <w:r>
        <w:rPr>
          <w:rFonts w:ascii="Arial" w:hAnsi="Arial" w:cs="Arial"/>
          <w:sz w:val="24"/>
          <w:szCs w:val="24"/>
        </w:rPr>
        <w:t xml:space="preserve"> </w:t>
      </w:r>
      <w:r w:rsidRPr="00E93608">
        <w:rPr>
          <w:rFonts w:ascii="Arial" w:hAnsi="Arial" w:cs="Arial"/>
          <w:sz w:val="24"/>
          <w:szCs w:val="24"/>
        </w:rPr>
        <w:t>son dos diferentes, que a fin de cuentas es un tema en el que la región y el estado se concentra en Ciudad de Guzmán y es una derrama en general en</w:t>
      </w:r>
      <w:r>
        <w:rPr>
          <w:rFonts w:ascii="Arial" w:hAnsi="Arial" w:cs="Arial"/>
          <w:sz w:val="24"/>
          <w:szCs w:val="24"/>
        </w:rPr>
        <w:t xml:space="preserve"> </w:t>
      </w:r>
      <w:r w:rsidRPr="00E93608">
        <w:rPr>
          <w:rFonts w:ascii="Arial" w:hAnsi="Arial" w:cs="Arial"/>
          <w:sz w:val="24"/>
          <w:szCs w:val="24"/>
        </w:rPr>
        <w:t>muchos para muchos giros comerciales, ¿no?, del municipio. Entonces, creo que, poniendo en una balanza, el punto de</w:t>
      </w:r>
      <w:r>
        <w:rPr>
          <w:rFonts w:ascii="Arial" w:hAnsi="Arial" w:cs="Arial"/>
          <w:sz w:val="24"/>
          <w:szCs w:val="24"/>
        </w:rPr>
        <w:t xml:space="preserve"> </w:t>
      </w:r>
      <w:r w:rsidRPr="00E93608">
        <w:rPr>
          <w:rFonts w:ascii="Arial" w:hAnsi="Arial" w:cs="Arial"/>
          <w:sz w:val="24"/>
          <w:szCs w:val="24"/>
        </w:rPr>
        <w:t xml:space="preserve">no irnos ni para que se quede igual ni para que deje de haber un ingreso al municipio como tal, creo que </w:t>
      </w:r>
      <w:r w:rsidR="00B4447A" w:rsidRPr="00E93608">
        <w:rPr>
          <w:rFonts w:ascii="Arial" w:hAnsi="Arial" w:cs="Arial"/>
          <w:sz w:val="24"/>
          <w:szCs w:val="24"/>
        </w:rPr>
        <w:t>podríamos</w:t>
      </w:r>
      <w:r w:rsidR="00B4447A">
        <w:rPr>
          <w:rFonts w:ascii="Arial" w:hAnsi="Arial" w:cs="Arial"/>
          <w:sz w:val="24"/>
          <w:szCs w:val="24"/>
        </w:rPr>
        <w:t xml:space="preserve"> </w:t>
      </w:r>
      <w:r w:rsidRPr="00E93608">
        <w:rPr>
          <w:rFonts w:ascii="Arial" w:hAnsi="Arial" w:cs="Arial"/>
          <w:sz w:val="24"/>
          <w:szCs w:val="24"/>
        </w:rPr>
        <w:t>partir justamente de una parte que para mí sería equitativa en cierto aspecto, que sería por mitad, sería una</w:t>
      </w:r>
      <w:r w:rsidR="00B4447A">
        <w:rPr>
          <w:rFonts w:ascii="Arial" w:hAnsi="Arial" w:cs="Arial"/>
          <w:sz w:val="24"/>
          <w:szCs w:val="24"/>
        </w:rPr>
        <w:t xml:space="preserve"> </w:t>
      </w:r>
      <w:r w:rsidRPr="00E93608">
        <w:rPr>
          <w:rFonts w:ascii="Arial" w:hAnsi="Arial" w:cs="Arial"/>
          <w:sz w:val="24"/>
          <w:szCs w:val="24"/>
        </w:rPr>
        <w:t>tercera propuesta de mi parte el hecho de decir y que de ahí empiece a subir año con año en cuestión de inflación.</w:t>
      </w:r>
      <w:r w:rsidR="00B4447A">
        <w:rPr>
          <w:rFonts w:ascii="Arial" w:hAnsi="Arial" w:cs="Arial"/>
          <w:sz w:val="24"/>
          <w:szCs w:val="24"/>
        </w:rPr>
        <w:t xml:space="preserve"> S</w:t>
      </w:r>
      <w:r w:rsidRPr="00E93608">
        <w:rPr>
          <w:rFonts w:ascii="Arial" w:hAnsi="Arial" w:cs="Arial"/>
          <w:sz w:val="24"/>
          <w:szCs w:val="24"/>
        </w:rPr>
        <w:t xml:space="preserve">i actualmente se están cobrando </w:t>
      </w:r>
      <w:r w:rsidR="00023812">
        <w:rPr>
          <w:rFonts w:ascii="Arial" w:hAnsi="Arial" w:cs="Arial"/>
          <w:sz w:val="24"/>
          <w:szCs w:val="24"/>
        </w:rPr>
        <w:t>$</w:t>
      </w:r>
      <w:r w:rsidRPr="00E93608">
        <w:rPr>
          <w:rFonts w:ascii="Arial" w:hAnsi="Arial" w:cs="Arial"/>
          <w:sz w:val="24"/>
          <w:szCs w:val="24"/>
        </w:rPr>
        <w:t>100,000</w:t>
      </w:r>
      <w:r w:rsidR="00023812">
        <w:rPr>
          <w:rFonts w:ascii="Arial" w:hAnsi="Arial" w:cs="Arial"/>
          <w:sz w:val="24"/>
          <w:szCs w:val="24"/>
        </w:rPr>
        <w:t>.00</w:t>
      </w:r>
      <w:r w:rsidRPr="00E93608">
        <w:rPr>
          <w:rFonts w:ascii="Arial" w:hAnsi="Arial" w:cs="Arial"/>
          <w:sz w:val="24"/>
          <w:szCs w:val="24"/>
        </w:rPr>
        <w:t xml:space="preserve"> </w:t>
      </w:r>
      <w:r w:rsidR="00B4447A">
        <w:rPr>
          <w:rFonts w:ascii="Arial" w:hAnsi="Arial" w:cs="Arial"/>
          <w:sz w:val="24"/>
          <w:szCs w:val="24"/>
        </w:rPr>
        <w:t xml:space="preserve">cien mil </w:t>
      </w:r>
      <w:r w:rsidRPr="00E93608">
        <w:rPr>
          <w:rFonts w:ascii="Arial" w:hAnsi="Arial" w:cs="Arial"/>
          <w:sz w:val="24"/>
          <w:szCs w:val="24"/>
        </w:rPr>
        <w:t>pes</w:t>
      </w:r>
      <w:r w:rsidR="00B4447A">
        <w:rPr>
          <w:rFonts w:ascii="Arial" w:hAnsi="Arial" w:cs="Arial"/>
          <w:sz w:val="24"/>
          <w:szCs w:val="24"/>
        </w:rPr>
        <w:t>os</w:t>
      </w:r>
      <w:r w:rsidRPr="00E93608">
        <w:rPr>
          <w:rFonts w:ascii="Arial" w:hAnsi="Arial" w:cs="Arial"/>
          <w:sz w:val="24"/>
          <w:szCs w:val="24"/>
        </w:rPr>
        <w:t xml:space="preserve">, si lo que conlleva, repito nuevamente mi comentario anterior, los metros lineales que ustedes </w:t>
      </w:r>
      <w:r w:rsidR="00B4447A" w:rsidRPr="00E93608">
        <w:rPr>
          <w:rFonts w:ascii="Arial" w:hAnsi="Arial" w:cs="Arial"/>
          <w:sz w:val="24"/>
          <w:szCs w:val="24"/>
        </w:rPr>
        <w:t>ocupan</w:t>
      </w:r>
      <w:r w:rsidR="00B4447A">
        <w:rPr>
          <w:rFonts w:ascii="Arial" w:hAnsi="Arial" w:cs="Arial"/>
          <w:sz w:val="24"/>
          <w:szCs w:val="24"/>
        </w:rPr>
        <w:t xml:space="preserve"> </w:t>
      </w:r>
      <w:r w:rsidR="00B4447A" w:rsidRPr="00E93608">
        <w:rPr>
          <w:rFonts w:ascii="Arial" w:hAnsi="Arial" w:cs="Arial"/>
          <w:sz w:val="24"/>
          <w:szCs w:val="24"/>
        </w:rPr>
        <w:t>son</w:t>
      </w:r>
      <w:r w:rsidRPr="00E93608">
        <w:rPr>
          <w:rFonts w:ascii="Arial" w:hAnsi="Arial" w:cs="Arial"/>
          <w:sz w:val="24"/>
          <w:szCs w:val="24"/>
        </w:rPr>
        <w:t xml:space="preserve"> aproximadamente 66, pero en un hecho de justicia de que pagaron ya no sé si </w:t>
      </w:r>
      <w:r w:rsidR="00B4447A" w:rsidRPr="00E93608">
        <w:rPr>
          <w:rFonts w:ascii="Arial" w:hAnsi="Arial" w:cs="Arial"/>
          <w:sz w:val="24"/>
          <w:szCs w:val="24"/>
        </w:rPr>
        <w:t>uno</w:t>
      </w:r>
      <w:r w:rsidR="00B4447A">
        <w:rPr>
          <w:rFonts w:ascii="Arial" w:hAnsi="Arial" w:cs="Arial"/>
          <w:sz w:val="24"/>
          <w:szCs w:val="24"/>
        </w:rPr>
        <w:t xml:space="preserve"> o </w:t>
      </w:r>
      <w:r w:rsidR="00B4447A" w:rsidRPr="00E93608">
        <w:rPr>
          <w:rFonts w:ascii="Arial" w:hAnsi="Arial" w:cs="Arial"/>
          <w:sz w:val="24"/>
          <w:szCs w:val="24"/>
        </w:rPr>
        <w:t>2</w:t>
      </w:r>
      <w:r w:rsidRPr="00E93608">
        <w:rPr>
          <w:rFonts w:ascii="Arial" w:hAnsi="Arial" w:cs="Arial"/>
          <w:sz w:val="24"/>
          <w:szCs w:val="24"/>
        </w:rPr>
        <w:t xml:space="preserve"> años </w:t>
      </w:r>
      <w:r w:rsidR="00023812">
        <w:rPr>
          <w:rFonts w:ascii="Arial" w:hAnsi="Arial" w:cs="Arial"/>
          <w:sz w:val="24"/>
          <w:szCs w:val="24"/>
        </w:rPr>
        <w:t>$</w:t>
      </w:r>
      <w:r w:rsidRPr="00E93608">
        <w:rPr>
          <w:rFonts w:ascii="Arial" w:hAnsi="Arial" w:cs="Arial"/>
          <w:sz w:val="24"/>
          <w:szCs w:val="24"/>
        </w:rPr>
        <w:t>100,000</w:t>
      </w:r>
      <w:r w:rsidR="00023812">
        <w:rPr>
          <w:rFonts w:ascii="Arial" w:hAnsi="Arial" w:cs="Arial"/>
          <w:sz w:val="24"/>
          <w:szCs w:val="24"/>
        </w:rPr>
        <w:t>.00</w:t>
      </w:r>
      <w:r w:rsidRPr="00E93608">
        <w:rPr>
          <w:rFonts w:ascii="Arial" w:hAnsi="Arial" w:cs="Arial"/>
          <w:sz w:val="24"/>
          <w:szCs w:val="24"/>
        </w:rPr>
        <w:t xml:space="preserve"> </w:t>
      </w:r>
      <w:r w:rsidR="00B4447A" w:rsidRPr="00E93608">
        <w:rPr>
          <w:rFonts w:ascii="Arial" w:hAnsi="Arial" w:cs="Arial"/>
          <w:sz w:val="24"/>
          <w:szCs w:val="24"/>
        </w:rPr>
        <w:t>pes</w:t>
      </w:r>
      <w:r w:rsidR="00B4447A">
        <w:rPr>
          <w:rFonts w:ascii="Arial" w:hAnsi="Arial" w:cs="Arial"/>
          <w:sz w:val="24"/>
          <w:szCs w:val="24"/>
        </w:rPr>
        <w:t>os</w:t>
      </w:r>
      <w:r w:rsidR="00B4447A" w:rsidRPr="00E93608">
        <w:rPr>
          <w:rFonts w:ascii="Arial" w:hAnsi="Arial" w:cs="Arial"/>
          <w:sz w:val="24"/>
          <w:szCs w:val="24"/>
        </w:rPr>
        <w:t>, creo</w:t>
      </w:r>
      <w:r w:rsidR="00B4447A">
        <w:rPr>
          <w:rFonts w:ascii="Arial" w:hAnsi="Arial" w:cs="Arial"/>
          <w:sz w:val="24"/>
          <w:szCs w:val="24"/>
        </w:rPr>
        <w:t xml:space="preserve"> </w:t>
      </w:r>
      <w:r w:rsidRPr="00E93608">
        <w:rPr>
          <w:rFonts w:ascii="Arial" w:hAnsi="Arial" w:cs="Arial"/>
          <w:sz w:val="24"/>
          <w:szCs w:val="24"/>
        </w:rPr>
        <w:t xml:space="preserve">que el partir de </w:t>
      </w:r>
      <w:r w:rsidR="00023812">
        <w:rPr>
          <w:rFonts w:ascii="Arial" w:hAnsi="Arial" w:cs="Arial"/>
          <w:sz w:val="24"/>
          <w:szCs w:val="24"/>
        </w:rPr>
        <w:t>$</w:t>
      </w:r>
      <w:r w:rsidRPr="00E93608">
        <w:rPr>
          <w:rFonts w:ascii="Arial" w:hAnsi="Arial" w:cs="Arial"/>
          <w:sz w:val="24"/>
          <w:szCs w:val="24"/>
        </w:rPr>
        <w:t>50,000</w:t>
      </w:r>
      <w:r w:rsidR="00023812">
        <w:rPr>
          <w:rFonts w:ascii="Arial" w:hAnsi="Arial" w:cs="Arial"/>
          <w:sz w:val="24"/>
          <w:szCs w:val="24"/>
        </w:rPr>
        <w:t>.00</w:t>
      </w:r>
      <w:r w:rsidRPr="00E93608">
        <w:rPr>
          <w:rFonts w:ascii="Arial" w:hAnsi="Arial" w:cs="Arial"/>
          <w:sz w:val="24"/>
          <w:szCs w:val="24"/>
        </w:rPr>
        <w:t xml:space="preserve"> </w:t>
      </w:r>
      <w:proofErr w:type="gramStart"/>
      <w:r w:rsidRPr="00E93608">
        <w:rPr>
          <w:rFonts w:ascii="Arial" w:hAnsi="Arial" w:cs="Arial"/>
          <w:sz w:val="24"/>
          <w:szCs w:val="24"/>
        </w:rPr>
        <w:t>pes</w:t>
      </w:r>
      <w:r w:rsidR="00023812">
        <w:rPr>
          <w:rFonts w:ascii="Arial" w:hAnsi="Arial" w:cs="Arial"/>
          <w:sz w:val="24"/>
          <w:szCs w:val="24"/>
        </w:rPr>
        <w:t>os</w:t>
      </w:r>
      <w:r w:rsidRPr="00E93608">
        <w:rPr>
          <w:rFonts w:ascii="Arial" w:hAnsi="Arial" w:cs="Arial"/>
          <w:sz w:val="24"/>
          <w:szCs w:val="24"/>
        </w:rPr>
        <w:t xml:space="preserve">  podría</w:t>
      </w:r>
      <w:proofErr w:type="gramEnd"/>
      <w:r w:rsidRPr="00E93608">
        <w:rPr>
          <w:rFonts w:ascii="Arial" w:hAnsi="Arial" w:cs="Arial"/>
          <w:sz w:val="24"/>
          <w:szCs w:val="24"/>
        </w:rPr>
        <w:t xml:space="preserve"> ser buenísimo y de ahí, repito, partir a que año con año el tema de inflación</w:t>
      </w:r>
      <w:r w:rsidR="00B4447A">
        <w:rPr>
          <w:rFonts w:ascii="Arial" w:hAnsi="Arial" w:cs="Arial"/>
          <w:sz w:val="24"/>
          <w:szCs w:val="24"/>
        </w:rPr>
        <w:t xml:space="preserve"> </w:t>
      </w:r>
      <w:r w:rsidRPr="00E93608">
        <w:rPr>
          <w:rFonts w:ascii="Arial" w:hAnsi="Arial" w:cs="Arial"/>
          <w:sz w:val="24"/>
          <w:szCs w:val="24"/>
        </w:rPr>
        <w:t xml:space="preserve">vaya subiendo en su 3 a 6% como normalmente. Hoy es el 5% que se está proponiendo en la mayoría </w:t>
      </w:r>
      <w:r w:rsidR="00B4447A" w:rsidRPr="00E93608">
        <w:rPr>
          <w:rFonts w:ascii="Arial" w:hAnsi="Arial" w:cs="Arial"/>
          <w:sz w:val="24"/>
          <w:szCs w:val="24"/>
        </w:rPr>
        <w:t>de cobros</w:t>
      </w:r>
      <w:r w:rsidRPr="00E93608">
        <w:rPr>
          <w:rFonts w:ascii="Arial" w:hAnsi="Arial" w:cs="Arial"/>
          <w:sz w:val="24"/>
          <w:szCs w:val="24"/>
        </w:rPr>
        <w:t xml:space="preserve"> en general de los diferentes</w:t>
      </w:r>
      <w:r w:rsidR="00B4447A">
        <w:rPr>
          <w:rFonts w:ascii="Arial" w:hAnsi="Arial" w:cs="Arial"/>
          <w:sz w:val="24"/>
          <w:szCs w:val="24"/>
        </w:rPr>
        <w:t xml:space="preserve"> </w:t>
      </w:r>
      <w:r w:rsidRPr="00E93608">
        <w:rPr>
          <w:rFonts w:ascii="Arial" w:hAnsi="Arial" w:cs="Arial"/>
          <w:sz w:val="24"/>
          <w:szCs w:val="24"/>
        </w:rPr>
        <w:t xml:space="preserve">rubros del Ayuntamiento de la ley. Por lo tanto, mi propuesta, una tercera propuesta de mi parte sería a partir de </w:t>
      </w:r>
      <w:r w:rsidR="00023812">
        <w:rPr>
          <w:rFonts w:ascii="Arial" w:hAnsi="Arial" w:cs="Arial"/>
          <w:sz w:val="24"/>
          <w:szCs w:val="24"/>
        </w:rPr>
        <w:t>$</w:t>
      </w:r>
      <w:r w:rsidRPr="00E93608">
        <w:rPr>
          <w:rFonts w:ascii="Arial" w:hAnsi="Arial" w:cs="Arial"/>
          <w:sz w:val="24"/>
          <w:szCs w:val="24"/>
        </w:rPr>
        <w:t>50,000</w:t>
      </w:r>
      <w:r w:rsidR="00023812">
        <w:rPr>
          <w:rFonts w:ascii="Arial" w:hAnsi="Arial" w:cs="Arial"/>
          <w:sz w:val="24"/>
          <w:szCs w:val="24"/>
        </w:rPr>
        <w:t>.00</w:t>
      </w:r>
      <w:r w:rsidRPr="00E93608">
        <w:rPr>
          <w:rFonts w:ascii="Arial" w:hAnsi="Arial" w:cs="Arial"/>
          <w:sz w:val="24"/>
          <w:szCs w:val="24"/>
        </w:rPr>
        <w:t xml:space="preserve"> pesos la mitad de lo que hoy</w:t>
      </w:r>
      <w:r w:rsidR="00B4447A">
        <w:rPr>
          <w:rFonts w:ascii="Arial" w:hAnsi="Arial" w:cs="Arial"/>
          <w:sz w:val="24"/>
          <w:szCs w:val="24"/>
        </w:rPr>
        <w:t xml:space="preserve"> </w:t>
      </w:r>
      <w:r w:rsidRPr="00E93608">
        <w:rPr>
          <w:rFonts w:ascii="Arial" w:hAnsi="Arial" w:cs="Arial"/>
          <w:sz w:val="24"/>
          <w:szCs w:val="24"/>
        </w:rPr>
        <w:t xml:space="preserve">se está cobrando en justicia de lo que ya se cobró excesivo en años anteriores </w:t>
      </w:r>
      <w:proofErr w:type="gramStart"/>
      <w:r w:rsidRPr="00E93608">
        <w:rPr>
          <w:rFonts w:ascii="Arial" w:hAnsi="Arial" w:cs="Arial"/>
          <w:sz w:val="24"/>
          <w:szCs w:val="24"/>
        </w:rPr>
        <w:t>y  que</w:t>
      </w:r>
      <w:proofErr w:type="gramEnd"/>
      <w:r w:rsidRPr="00E93608">
        <w:rPr>
          <w:rFonts w:ascii="Arial" w:hAnsi="Arial" w:cs="Arial"/>
          <w:sz w:val="24"/>
          <w:szCs w:val="24"/>
        </w:rPr>
        <w:t xml:space="preserve"> suba conforme a la ley en lo</w:t>
      </w:r>
      <w:r w:rsidR="00B4447A">
        <w:rPr>
          <w:rFonts w:ascii="Arial" w:hAnsi="Arial" w:cs="Arial"/>
          <w:sz w:val="24"/>
          <w:szCs w:val="24"/>
        </w:rPr>
        <w:t xml:space="preserve"> </w:t>
      </w:r>
      <w:r w:rsidRPr="00E93608">
        <w:rPr>
          <w:rFonts w:ascii="Arial" w:hAnsi="Arial" w:cs="Arial"/>
          <w:sz w:val="24"/>
          <w:szCs w:val="24"/>
        </w:rPr>
        <w:t xml:space="preserve">normal. Eso sería una tercera propuesta de mi parte que pudiera generarse tal vez en simpatía de </w:t>
      </w:r>
      <w:r w:rsidRPr="00E93608">
        <w:rPr>
          <w:rFonts w:ascii="Arial" w:hAnsi="Arial" w:cs="Arial"/>
          <w:sz w:val="24"/>
          <w:szCs w:val="24"/>
        </w:rPr>
        <w:lastRenderedPageBreak/>
        <w:t>mis compañeros o también estoy abierto a</w:t>
      </w:r>
      <w:r w:rsidR="00B4447A">
        <w:rPr>
          <w:rFonts w:ascii="Arial" w:hAnsi="Arial" w:cs="Arial"/>
          <w:sz w:val="24"/>
          <w:szCs w:val="24"/>
        </w:rPr>
        <w:t xml:space="preserve"> </w:t>
      </w:r>
      <w:r w:rsidRPr="00E93608">
        <w:rPr>
          <w:rFonts w:ascii="Arial" w:hAnsi="Arial" w:cs="Arial"/>
          <w:sz w:val="24"/>
          <w:szCs w:val="24"/>
        </w:rPr>
        <w:t xml:space="preserve">cualquier otra propuesta, pero esa sería la dejo sobre la mesa para todos los demás </w:t>
      </w:r>
      <w:proofErr w:type="gramStart"/>
      <w:r w:rsidRPr="00E93608">
        <w:rPr>
          <w:rFonts w:ascii="Arial" w:hAnsi="Arial" w:cs="Arial"/>
          <w:sz w:val="24"/>
          <w:szCs w:val="24"/>
        </w:rPr>
        <w:t>pudieran  tomarla</w:t>
      </w:r>
      <w:proofErr w:type="gramEnd"/>
      <w:r w:rsidRPr="00E93608">
        <w:rPr>
          <w:rFonts w:ascii="Arial" w:hAnsi="Arial" w:cs="Arial"/>
          <w:sz w:val="24"/>
          <w:szCs w:val="24"/>
        </w:rPr>
        <w:t xml:space="preserve"> en cuenta. Gracias. Es </w:t>
      </w:r>
      <w:r w:rsidR="00B4447A" w:rsidRPr="00E93608">
        <w:rPr>
          <w:rFonts w:ascii="Arial" w:hAnsi="Arial" w:cs="Arial"/>
          <w:sz w:val="24"/>
          <w:szCs w:val="24"/>
        </w:rPr>
        <w:t>cuánto</w:t>
      </w:r>
      <w:r w:rsidRPr="00E93608">
        <w:rPr>
          <w:rFonts w:ascii="Arial" w:hAnsi="Arial" w:cs="Arial"/>
          <w:sz w:val="24"/>
          <w:szCs w:val="24"/>
        </w:rPr>
        <w:t>.</w:t>
      </w:r>
    </w:p>
    <w:p w14:paraId="3025426C" w14:textId="409CB2D7" w:rsidR="00EA0C28" w:rsidRPr="00E93608" w:rsidRDefault="00B4447A" w:rsidP="00E93608">
      <w:pPr>
        <w:jc w:val="both"/>
        <w:rPr>
          <w:rFonts w:ascii="Arial" w:hAnsi="Arial" w:cs="Arial"/>
          <w:sz w:val="24"/>
          <w:szCs w:val="24"/>
        </w:rPr>
      </w:pPr>
      <w:r>
        <w:rPr>
          <w:rFonts w:ascii="Arial" w:hAnsi="Arial" w:cs="Arial"/>
          <w:b/>
          <w:bCs/>
          <w:sz w:val="24"/>
          <w:szCs w:val="24"/>
        </w:rPr>
        <w:t xml:space="preserve">C. GUSTAVO LOPEZ SANDOVAL. - </w:t>
      </w:r>
      <w:r w:rsidRPr="00E93608">
        <w:rPr>
          <w:rFonts w:ascii="Arial" w:hAnsi="Arial" w:cs="Arial"/>
          <w:sz w:val="24"/>
          <w:szCs w:val="24"/>
        </w:rPr>
        <w:t>Gracias</w:t>
      </w:r>
      <w:proofErr w:type="gramStart"/>
      <w:r w:rsidRPr="00E93608">
        <w:rPr>
          <w:rFonts w:ascii="Arial" w:hAnsi="Arial" w:cs="Arial"/>
          <w:sz w:val="24"/>
          <w:szCs w:val="24"/>
        </w:rPr>
        <w:t>. ,</w:t>
      </w:r>
      <w:proofErr w:type="gramEnd"/>
      <w:r w:rsidRPr="00E93608">
        <w:rPr>
          <w:rFonts w:ascii="Arial" w:hAnsi="Arial" w:cs="Arial"/>
          <w:sz w:val="24"/>
          <w:szCs w:val="24"/>
        </w:rPr>
        <w:t xml:space="preserve"> señor Juan Carlos Romo, en lo particular me gustaría que quizá</w:t>
      </w:r>
      <w:r>
        <w:rPr>
          <w:rFonts w:ascii="Arial" w:hAnsi="Arial" w:cs="Arial"/>
          <w:sz w:val="24"/>
          <w:szCs w:val="24"/>
        </w:rPr>
        <w:t xml:space="preserve"> </w:t>
      </w:r>
      <w:r w:rsidRPr="00E93608">
        <w:rPr>
          <w:rFonts w:ascii="Arial" w:hAnsi="Arial" w:cs="Arial"/>
          <w:sz w:val="24"/>
          <w:szCs w:val="24"/>
        </w:rPr>
        <w:t>extendiéramos más el tema. No sé si irnos un receso para ver este tema porque le voy a ser muy honesto. Yo desconocía que ustedes no sacaban ni un</w:t>
      </w:r>
      <w:r>
        <w:rPr>
          <w:rFonts w:ascii="Arial" w:hAnsi="Arial" w:cs="Arial"/>
          <w:sz w:val="24"/>
          <w:szCs w:val="24"/>
        </w:rPr>
        <w:t xml:space="preserve"> </w:t>
      </w:r>
      <w:r w:rsidRPr="00E93608">
        <w:rPr>
          <w:rFonts w:ascii="Arial" w:hAnsi="Arial" w:cs="Arial"/>
          <w:sz w:val="24"/>
          <w:szCs w:val="24"/>
        </w:rPr>
        <w:t xml:space="preserve">peso. Si les soy honesto, </w:t>
      </w:r>
      <w:r w:rsidR="00023812">
        <w:rPr>
          <w:rFonts w:ascii="Arial" w:hAnsi="Arial" w:cs="Arial"/>
          <w:sz w:val="24"/>
          <w:szCs w:val="24"/>
        </w:rPr>
        <w:t>$</w:t>
      </w:r>
      <w:r w:rsidRPr="00E93608">
        <w:rPr>
          <w:rFonts w:ascii="Arial" w:hAnsi="Arial" w:cs="Arial"/>
          <w:sz w:val="24"/>
          <w:szCs w:val="24"/>
        </w:rPr>
        <w:t>75,000</w:t>
      </w:r>
      <w:r w:rsidR="00023812">
        <w:rPr>
          <w:rFonts w:ascii="Arial" w:hAnsi="Arial" w:cs="Arial"/>
          <w:sz w:val="24"/>
          <w:szCs w:val="24"/>
        </w:rPr>
        <w:t>.00</w:t>
      </w:r>
      <w:r>
        <w:rPr>
          <w:rFonts w:ascii="Arial" w:hAnsi="Arial" w:cs="Arial"/>
          <w:sz w:val="24"/>
          <w:szCs w:val="24"/>
        </w:rPr>
        <w:t xml:space="preserve"> setenta y cinco mil pesos</w:t>
      </w:r>
      <w:r w:rsidRPr="00E93608">
        <w:rPr>
          <w:rFonts w:ascii="Arial" w:hAnsi="Arial" w:cs="Arial"/>
          <w:sz w:val="24"/>
          <w:szCs w:val="24"/>
        </w:rPr>
        <w:t xml:space="preserve"> hasta se me hacía poco para, o sea, mi mentalidad venía si podemos recaudar más, vamos recaudando más. </w:t>
      </w:r>
      <w:r w:rsidR="00023812">
        <w:rPr>
          <w:rFonts w:ascii="Arial" w:hAnsi="Arial" w:cs="Arial"/>
          <w:sz w:val="24"/>
          <w:szCs w:val="24"/>
        </w:rPr>
        <w:t>$</w:t>
      </w:r>
      <w:r w:rsidRPr="00E93608">
        <w:rPr>
          <w:rFonts w:ascii="Arial" w:hAnsi="Arial" w:cs="Arial"/>
          <w:sz w:val="24"/>
          <w:szCs w:val="24"/>
        </w:rPr>
        <w:t>75,000</w:t>
      </w:r>
      <w:r w:rsidR="00023812">
        <w:rPr>
          <w:rFonts w:ascii="Arial" w:hAnsi="Arial" w:cs="Arial"/>
          <w:sz w:val="24"/>
          <w:szCs w:val="24"/>
        </w:rPr>
        <w:t>.00</w:t>
      </w:r>
      <w:r w:rsidRPr="00E93608">
        <w:rPr>
          <w:rFonts w:ascii="Arial" w:hAnsi="Arial" w:cs="Arial"/>
          <w:sz w:val="24"/>
          <w:szCs w:val="24"/>
        </w:rPr>
        <w:t xml:space="preserve"> </w:t>
      </w:r>
      <w:r>
        <w:rPr>
          <w:rFonts w:ascii="Arial" w:hAnsi="Arial" w:cs="Arial"/>
          <w:sz w:val="24"/>
          <w:szCs w:val="24"/>
        </w:rPr>
        <w:t xml:space="preserve">setenta y cinco mil </w:t>
      </w:r>
      <w:r w:rsidRPr="00E93608">
        <w:rPr>
          <w:rFonts w:ascii="Arial" w:hAnsi="Arial" w:cs="Arial"/>
          <w:sz w:val="24"/>
          <w:szCs w:val="24"/>
        </w:rPr>
        <w:t>pes</w:t>
      </w:r>
      <w:r>
        <w:rPr>
          <w:rFonts w:ascii="Arial" w:hAnsi="Arial" w:cs="Arial"/>
          <w:sz w:val="24"/>
          <w:szCs w:val="24"/>
        </w:rPr>
        <w:t>os</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Realmente se me hace poquito para lo que generan.</w:t>
      </w:r>
      <w:r>
        <w:rPr>
          <w:rFonts w:ascii="Arial" w:hAnsi="Arial" w:cs="Arial"/>
          <w:sz w:val="24"/>
          <w:szCs w:val="24"/>
        </w:rPr>
        <w:t xml:space="preserve"> </w:t>
      </w:r>
      <w:r w:rsidRPr="00E93608">
        <w:rPr>
          <w:rFonts w:ascii="Arial" w:hAnsi="Arial" w:cs="Arial"/>
          <w:sz w:val="24"/>
          <w:szCs w:val="24"/>
        </w:rPr>
        <w:t xml:space="preserve">Pero ahorita que usted explica que ni un peso obtiene de ganancia, </w:t>
      </w:r>
      <w:r w:rsidR="00023812" w:rsidRPr="00E93608">
        <w:rPr>
          <w:rFonts w:ascii="Arial" w:hAnsi="Arial" w:cs="Arial"/>
          <w:sz w:val="24"/>
          <w:szCs w:val="24"/>
        </w:rPr>
        <w:t>que,</w:t>
      </w:r>
      <w:r w:rsidRPr="00E93608">
        <w:rPr>
          <w:rFonts w:ascii="Arial" w:hAnsi="Arial" w:cs="Arial"/>
          <w:sz w:val="24"/>
          <w:szCs w:val="24"/>
        </w:rPr>
        <w:t xml:space="preserve"> si</w:t>
      </w:r>
      <w:r>
        <w:rPr>
          <w:rFonts w:ascii="Arial" w:hAnsi="Arial" w:cs="Arial"/>
          <w:sz w:val="24"/>
          <w:szCs w:val="24"/>
        </w:rPr>
        <w:t xml:space="preserve"> </w:t>
      </w:r>
      <w:r w:rsidRPr="00E93608">
        <w:rPr>
          <w:rFonts w:ascii="Arial" w:hAnsi="Arial" w:cs="Arial"/>
          <w:sz w:val="24"/>
          <w:szCs w:val="24"/>
        </w:rPr>
        <w:t>nos pudiera traer evidencia sobre ese tema, podríamos apoyarlo, pero si soy honesto, hasta este punto yo estaba</w:t>
      </w:r>
      <w:r>
        <w:rPr>
          <w:rFonts w:ascii="Arial" w:hAnsi="Arial" w:cs="Arial"/>
          <w:sz w:val="24"/>
          <w:szCs w:val="24"/>
        </w:rPr>
        <w:t xml:space="preserve"> </w:t>
      </w:r>
      <w:r w:rsidRPr="00E93608">
        <w:rPr>
          <w:rFonts w:ascii="Arial" w:hAnsi="Arial" w:cs="Arial"/>
          <w:sz w:val="24"/>
          <w:szCs w:val="24"/>
        </w:rPr>
        <w:t>defendiendo los intereses del municipio y velar por ellos. Entonces, yo siempre lo he dicho en las sesiones</w:t>
      </w:r>
      <w:r>
        <w:rPr>
          <w:rFonts w:ascii="Arial" w:hAnsi="Arial" w:cs="Arial"/>
          <w:sz w:val="24"/>
          <w:szCs w:val="24"/>
        </w:rPr>
        <w:t xml:space="preserve"> </w:t>
      </w:r>
      <w:r w:rsidRPr="00E93608">
        <w:rPr>
          <w:rFonts w:ascii="Arial" w:hAnsi="Arial" w:cs="Arial"/>
          <w:sz w:val="24"/>
          <w:szCs w:val="24"/>
        </w:rPr>
        <w:t>que el Ayuntamiento es como una empresa. Entonces, nosotros tenemos que defender ese tema. Con lo que le</w:t>
      </w:r>
      <w:r>
        <w:rPr>
          <w:rFonts w:ascii="Arial" w:hAnsi="Arial" w:cs="Arial"/>
          <w:sz w:val="24"/>
          <w:szCs w:val="24"/>
        </w:rPr>
        <w:t xml:space="preserve"> </w:t>
      </w:r>
      <w:r w:rsidRPr="00E93608">
        <w:rPr>
          <w:rFonts w:ascii="Arial" w:hAnsi="Arial" w:cs="Arial"/>
          <w:sz w:val="24"/>
          <w:szCs w:val="24"/>
        </w:rPr>
        <w:t>estoy comentando. Sí, me gustaría, por favor, que al menos no sé si mis compañeros ya tenían conocimiento de esto. Yo no, yo no sabía que ni un peso</w:t>
      </w:r>
      <w:r>
        <w:rPr>
          <w:rFonts w:ascii="Arial" w:hAnsi="Arial" w:cs="Arial"/>
          <w:sz w:val="24"/>
          <w:szCs w:val="24"/>
        </w:rPr>
        <w:t xml:space="preserve"> </w:t>
      </w:r>
      <w:r w:rsidRPr="00E93608">
        <w:rPr>
          <w:rFonts w:ascii="Arial" w:hAnsi="Arial" w:cs="Arial"/>
          <w:sz w:val="24"/>
          <w:szCs w:val="24"/>
        </w:rPr>
        <w:t>ganaban. Yo pensaba que lucraban y se me hacía muy poco. 75,000 pes creo que podíamos nosotros poder recaudar</w:t>
      </w:r>
      <w:r w:rsidR="00C451C2">
        <w:rPr>
          <w:rFonts w:ascii="Arial" w:hAnsi="Arial" w:cs="Arial"/>
          <w:sz w:val="24"/>
          <w:szCs w:val="24"/>
        </w:rPr>
        <w:t xml:space="preserve"> </w:t>
      </w:r>
      <w:r w:rsidRPr="00E93608">
        <w:rPr>
          <w:rFonts w:ascii="Arial" w:hAnsi="Arial" w:cs="Arial"/>
          <w:sz w:val="24"/>
          <w:szCs w:val="24"/>
        </w:rPr>
        <w:t xml:space="preserve">más. Entonces, a mí sí me </w:t>
      </w:r>
      <w:r w:rsidR="00C451C2" w:rsidRPr="00E93608">
        <w:rPr>
          <w:rFonts w:ascii="Arial" w:hAnsi="Arial" w:cs="Arial"/>
          <w:sz w:val="24"/>
          <w:szCs w:val="24"/>
        </w:rPr>
        <w:t>gustaría tener</w:t>
      </w:r>
      <w:r w:rsidRPr="00E93608">
        <w:rPr>
          <w:rFonts w:ascii="Arial" w:hAnsi="Arial" w:cs="Arial"/>
          <w:sz w:val="24"/>
          <w:szCs w:val="24"/>
        </w:rPr>
        <w:t xml:space="preserve"> una explicación más a fondo sobre este tema, señor Juan Carlos, ¿es cuánto?</w:t>
      </w:r>
    </w:p>
    <w:p w14:paraId="2C6891E2" w14:textId="5B7747A8" w:rsidR="00EA0C28" w:rsidRPr="00E93608" w:rsidRDefault="00C451C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regidores. </w:t>
      </w:r>
      <w:r>
        <w:rPr>
          <w:rFonts w:ascii="Arial" w:hAnsi="Arial" w:cs="Arial"/>
          <w:sz w:val="24"/>
          <w:szCs w:val="24"/>
        </w:rPr>
        <w:t>S</w:t>
      </w:r>
      <w:r w:rsidRPr="00E93608">
        <w:rPr>
          <w:rFonts w:ascii="Arial" w:hAnsi="Arial" w:cs="Arial"/>
          <w:sz w:val="24"/>
          <w:szCs w:val="24"/>
        </w:rPr>
        <w:t xml:space="preserve">í, como se comentó, bueno, ya estamos en el en el momento ya final del análisis de esta ley de ingresos. </w:t>
      </w:r>
      <w:r>
        <w:rPr>
          <w:rFonts w:ascii="Arial" w:hAnsi="Arial" w:cs="Arial"/>
          <w:sz w:val="24"/>
          <w:szCs w:val="24"/>
        </w:rPr>
        <w:t>Y</w:t>
      </w:r>
      <w:r w:rsidRPr="00E93608">
        <w:rPr>
          <w:rFonts w:ascii="Arial" w:hAnsi="Arial" w:cs="Arial"/>
          <w:sz w:val="24"/>
          <w:szCs w:val="24"/>
        </w:rPr>
        <w:t>o proponía una</w:t>
      </w:r>
      <w:r>
        <w:rPr>
          <w:rFonts w:ascii="Arial" w:hAnsi="Arial" w:cs="Arial"/>
          <w:sz w:val="24"/>
          <w:szCs w:val="24"/>
        </w:rPr>
        <w:t xml:space="preserve"> </w:t>
      </w:r>
      <w:r w:rsidRPr="00E93608">
        <w:rPr>
          <w:rFonts w:ascii="Arial" w:hAnsi="Arial" w:cs="Arial"/>
          <w:sz w:val="24"/>
          <w:szCs w:val="24"/>
        </w:rPr>
        <w:t xml:space="preserve">tarifa de para el siguiente de cobro del siguiente año de </w:t>
      </w:r>
      <w:r w:rsidR="00023812">
        <w:rPr>
          <w:rFonts w:ascii="Arial" w:hAnsi="Arial" w:cs="Arial"/>
          <w:sz w:val="24"/>
          <w:szCs w:val="24"/>
        </w:rPr>
        <w:t>$</w:t>
      </w:r>
      <w:r w:rsidRPr="00E93608">
        <w:rPr>
          <w:rFonts w:ascii="Arial" w:hAnsi="Arial" w:cs="Arial"/>
          <w:sz w:val="24"/>
          <w:szCs w:val="24"/>
        </w:rPr>
        <w:t>60,000</w:t>
      </w:r>
      <w:r w:rsidR="00023812">
        <w:rPr>
          <w:rFonts w:ascii="Arial" w:hAnsi="Arial" w:cs="Arial"/>
          <w:sz w:val="24"/>
          <w:szCs w:val="24"/>
        </w:rPr>
        <w:t>.00</w:t>
      </w:r>
      <w:r w:rsidRPr="00E93608">
        <w:rPr>
          <w:rFonts w:ascii="Arial" w:hAnsi="Arial" w:cs="Arial"/>
          <w:sz w:val="24"/>
          <w:szCs w:val="24"/>
        </w:rPr>
        <w:t xml:space="preserve"> para en estos meses de aquí a julio del</w:t>
      </w:r>
      <w:r>
        <w:rPr>
          <w:rFonts w:ascii="Arial" w:hAnsi="Arial" w:cs="Arial"/>
          <w:sz w:val="24"/>
          <w:szCs w:val="24"/>
        </w:rPr>
        <w:t xml:space="preserve"> </w:t>
      </w:r>
      <w:r w:rsidRPr="00E93608">
        <w:rPr>
          <w:rFonts w:ascii="Arial" w:hAnsi="Arial" w:cs="Arial"/>
          <w:sz w:val="24"/>
          <w:szCs w:val="24"/>
        </w:rPr>
        <w:t>siguiente año poderlo volver a analizar y encontrar un esquema, un mecanismo que pudiera beneficiar ambas partes, ¿no? Ya con un análisis de más tiempo, con las</w:t>
      </w:r>
      <w:r>
        <w:rPr>
          <w:rFonts w:ascii="Arial" w:hAnsi="Arial" w:cs="Arial"/>
          <w:sz w:val="24"/>
          <w:szCs w:val="24"/>
        </w:rPr>
        <w:t xml:space="preserve"> </w:t>
      </w:r>
      <w:r w:rsidRPr="00E93608">
        <w:rPr>
          <w:rFonts w:ascii="Arial" w:hAnsi="Arial" w:cs="Arial"/>
          <w:sz w:val="24"/>
          <w:szCs w:val="24"/>
        </w:rPr>
        <w:t>pruebas y la información documental que nos pudiera traer el ingeniero Romo y pues con la compañía de mis compañeros y compañeros regidores para el análisis</w:t>
      </w:r>
      <w:r>
        <w:rPr>
          <w:rFonts w:ascii="Arial" w:hAnsi="Arial" w:cs="Arial"/>
          <w:sz w:val="24"/>
          <w:szCs w:val="24"/>
        </w:rPr>
        <w:t xml:space="preserve"> </w:t>
      </w:r>
      <w:r w:rsidRPr="00E93608">
        <w:rPr>
          <w:rFonts w:ascii="Arial" w:hAnsi="Arial" w:cs="Arial"/>
          <w:sz w:val="24"/>
          <w:szCs w:val="24"/>
        </w:rPr>
        <w:t>de la ley de ingresos 2028</w:t>
      </w:r>
      <w:r>
        <w:rPr>
          <w:rFonts w:ascii="Arial" w:hAnsi="Arial" w:cs="Arial"/>
          <w:sz w:val="24"/>
          <w:szCs w:val="24"/>
        </w:rPr>
        <w:t xml:space="preserve"> dos mil veintiocho</w:t>
      </w:r>
      <w:r w:rsidRPr="00E93608">
        <w:rPr>
          <w:rFonts w:ascii="Arial" w:hAnsi="Arial" w:cs="Arial"/>
          <w:sz w:val="24"/>
          <w:szCs w:val="24"/>
        </w:rPr>
        <w:t xml:space="preserve">. Y antes de continuar recibí por parte de la Dirección General de Desarrollo Económico Turístico </w:t>
      </w:r>
      <w:r>
        <w:rPr>
          <w:rFonts w:ascii="Arial" w:hAnsi="Arial" w:cs="Arial"/>
          <w:sz w:val="24"/>
          <w:szCs w:val="24"/>
        </w:rPr>
        <w:t>Agrop</w:t>
      </w:r>
      <w:r w:rsidRPr="00E93608">
        <w:rPr>
          <w:rFonts w:ascii="Arial" w:hAnsi="Arial" w:cs="Arial"/>
          <w:sz w:val="24"/>
          <w:szCs w:val="24"/>
        </w:rPr>
        <w:t>ecuario el oficio 17</w:t>
      </w:r>
      <w:r>
        <w:rPr>
          <w:rFonts w:ascii="Arial" w:hAnsi="Arial" w:cs="Arial"/>
          <w:sz w:val="24"/>
          <w:szCs w:val="24"/>
        </w:rPr>
        <w:t>/</w:t>
      </w:r>
      <w:r w:rsidRPr="00E93608">
        <w:rPr>
          <w:rFonts w:ascii="Arial" w:hAnsi="Arial" w:cs="Arial"/>
          <w:sz w:val="24"/>
          <w:szCs w:val="24"/>
        </w:rPr>
        <w:t>2026</w:t>
      </w:r>
      <w:r>
        <w:rPr>
          <w:rFonts w:ascii="Arial" w:hAnsi="Arial" w:cs="Arial"/>
          <w:sz w:val="24"/>
          <w:szCs w:val="24"/>
        </w:rPr>
        <w:t xml:space="preserve"> dos mil veintiséis</w:t>
      </w:r>
      <w:r w:rsidRPr="00E93608">
        <w:rPr>
          <w:rFonts w:ascii="Arial" w:hAnsi="Arial" w:cs="Arial"/>
          <w:sz w:val="24"/>
          <w:szCs w:val="24"/>
        </w:rPr>
        <w:t xml:space="preserve"> suscrito a su servidor signado por el </w:t>
      </w:r>
      <w:r>
        <w:rPr>
          <w:rFonts w:ascii="Arial" w:hAnsi="Arial" w:cs="Arial"/>
          <w:sz w:val="24"/>
          <w:szCs w:val="24"/>
        </w:rPr>
        <w:t>I</w:t>
      </w:r>
      <w:r w:rsidRPr="00E93608">
        <w:rPr>
          <w:rFonts w:ascii="Arial" w:hAnsi="Arial" w:cs="Arial"/>
          <w:sz w:val="24"/>
          <w:szCs w:val="24"/>
        </w:rPr>
        <w:t>ngeniero Omar Francisco Ortega Palafox en el que el cual me va a permitir dar lectura.</w:t>
      </w:r>
      <w:r>
        <w:rPr>
          <w:rFonts w:ascii="Arial" w:hAnsi="Arial" w:cs="Arial"/>
          <w:sz w:val="24"/>
          <w:szCs w:val="24"/>
        </w:rPr>
        <w:t xml:space="preserve"> </w:t>
      </w:r>
      <w:r w:rsidRPr="00E93608">
        <w:rPr>
          <w:rFonts w:ascii="Arial" w:hAnsi="Arial" w:cs="Arial"/>
          <w:sz w:val="24"/>
          <w:szCs w:val="24"/>
        </w:rPr>
        <w:t>Por este conducto me permito saludarle cordialmente y al mismo tiempo hacer de su conocimiento una solicitud presentada por la Asociación Dima AC, organizadora</w:t>
      </w:r>
      <w:r>
        <w:rPr>
          <w:rFonts w:ascii="Arial" w:hAnsi="Arial" w:cs="Arial"/>
          <w:sz w:val="24"/>
          <w:szCs w:val="24"/>
        </w:rPr>
        <w:t xml:space="preserve"> </w:t>
      </w:r>
      <w:r w:rsidRPr="00E93608">
        <w:rPr>
          <w:rFonts w:ascii="Arial" w:hAnsi="Arial" w:cs="Arial"/>
          <w:sz w:val="24"/>
          <w:szCs w:val="24"/>
        </w:rPr>
        <w:t xml:space="preserve">de la Expo agrícola, mediante la cual solicita el apoyo del honorable ayuntamiento para que en el marco del proceso de integración de la ley de ingresos para el registro fiscal 2027 </w:t>
      </w:r>
      <w:r>
        <w:rPr>
          <w:rFonts w:ascii="Arial" w:hAnsi="Arial" w:cs="Arial"/>
          <w:sz w:val="24"/>
          <w:szCs w:val="24"/>
        </w:rPr>
        <w:t xml:space="preserve">dos mil veintisiete </w:t>
      </w:r>
      <w:r w:rsidRPr="00E93608">
        <w:rPr>
          <w:rFonts w:ascii="Arial" w:hAnsi="Arial" w:cs="Arial"/>
          <w:sz w:val="24"/>
          <w:szCs w:val="24"/>
        </w:rPr>
        <w:t>analice la viabilidad de realizar una modificación que permita establecer una tarifa preferencial para el arrendamiento de recinto frial destinado a dicho evento.</w:t>
      </w:r>
      <w:r>
        <w:rPr>
          <w:rFonts w:ascii="Arial" w:hAnsi="Arial" w:cs="Arial"/>
          <w:sz w:val="24"/>
          <w:szCs w:val="24"/>
        </w:rPr>
        <w:t xml:space="preserve"> </w:t>
      </w:r>
      <w:r w:rsidRPr="00E93608">
        <w:rPr>
          <w:rFonts w:ascii="Arial" w:hAnsi="Arial" w:cs="Arial"/>
          <w:sz w:val="24"/>
          <w:szCs w:val="24"/>
        </w:rPr>
        <w:t xml:space="preserve">Lo anterior obedece a que el espacio disponible del </w:t>
      </w:r>
      <w:r w:rsidRPr="00E93608">
        <w:rPr>
          <w:rFonts w:ascii="Arial" w:hAnsi="Arial" w:cs="Arial"/>
          <w:sz w:val="24"/>
          <w:szCs w:val="24"/>
        </w:rPr>
        <w:lastRenderedPageBreak/>
        <w:t>recinto frial ha sufrido modificaciones en su superficie</w:t>
      </w:r>
      <w:r>
        <w:rPr>
          <w:rFonts w:ascii="Arial" w:hAnsi="Arial" w:cs="Arial"/>
          <w:sz w:val="24"/>
          <w:szCs w:val="24"/>
        </w:rPr>
        <w:t xml:space="preserve"> r</w:t>
      </w:r>
      <w:r w:rsidRPr="00E93608">
        <w:rPr>
          <w:rFonts w:ascii="Arial" w:hAnsi="Arial" w:cs="Arial"/>
          <w:sz w:val="24"/>
          <w:szCs w:val="24"/>
        </w:rPr>
        <w:t xml:space="preserve">educiéndose en el área utilizable respecto de años anteriores. Sin embargo, el costo de </w:t>
      </w:r>
      <w:r>
        <w:rPr>
          <w:rFonts w:ascii="Arial" w:hAnsi="Arial" w:cs="Arial"/>
          <w:sz w:val="24"/>
          <w:szCs w:val="24"/>
        </w:rPr>
        <w:t>arr</w:t>
      </w:r>
      <w:r w:rsidRPr="00E93608">
        <w:rPr>
          <w:rFonts w:ascii="Arial" w:hAnsi="Arial" w:cs="Arial"/>
          <w:sz w:val="24"/>
          <w:szCs w:val="24"/>
        </w:rPr>
        <w:t>endamiento se ha mantenido bajo las condiciones</w:t>
      </w:r>
      <w:r>
        <w:rPr>
          <w:rFonts w:ascii="Arial" w:hAnsi="Arial" w:cs="Arial"/>
          <w:sz w:val="24"/>
          <w:szCs w:val="24"/>
        </w:rPr>
        <w:t xml:space="preserve"> </w:t>
      </w:r>
      <w:r w:rsidRPr="00E93608">
        <w:rPr>
          <w:rFonts w:ascii="Arial" w:hAnsi="Arial" w:cs="Arial"/>
          <w:sz w:val="24"/>
          <w:szCs w:val="24"/>
        </w:rPr>
        <w:t xml:space="preserve">previamente establecidas. En virtud de ello, la asociación solicita que el monto por concepto de renta para edición 2027 </w:t>
      </w:r>
      <w:r>
        <w:rPr>
          <w:rFonts w:ascii="Arial" w:hAnsi="Arial" w:cs="Arial"/>
          <w:sz w:val="24"/>
          <w:szCs w:val="24"/>
        </w:rPr>
        <w:t xml:space="preserve">dos mil veintisiete </w:t>
      </w:r>
      <w:r w:rsidRPr="00E93608">
        <w:rPr>
          <w:rFonts w:ascii="Arial" w:hAnsi="Arial" w:cs="Arial"/>
          <w:sz w:val="24"/>
          <w:szCs w:val="24"/>
        </w:rPr>
        <w:t>está fijado en aproximadamente</w:t>
      </w:r>
      <w:r>
        <w:rPr>
          <w:rFonts w:ascii="Arial" w:hAnsi="Arial" w:cs="Arial"/>
          <w:sz w:val="24"/>
          <w:szCs w:val="24"/>
        </w:rPr>
        <w:t xml:space="preserve"> </w:t>
      </w:r>
      <w:r w:rsidR="00023812">
        <w:rPr>
          <w:rFonts w:ascii="Arial" w:hAnsi="Arial" w:cs="Arial"/>
          <w:sz w:val="24"/>
          <w:szCs w:val="24"/>
        </w:rPr>
        <w:t>$</w:t>
      </w:r>
      <w:r w:rsidRPr="00E93608">
        <w:rPr>
          <w:rFonts w:ascii="Arial" w:hAnsi="Arial" w:cs="Arial"/>
          <w:sz w:val="24"/>
          <w:szCs w:val="24"/>
        </w:rPr>
        <w:t>60,000</w:t>
      </w:r>
      <w:r w:rsidR="00023812">
        <w:rPr>
          <w:rFonts w:ascii="Arial" w:hAnsi="Arial" w:cs="Arial"/>
          <w:sz w:val="24"/>
          <w:szCs w:val="24"/>
        </w:rPr>
        <w:t>.00</w:t>
      </w:r>
      <w:r w:rsidRPr="00E93608">
        <w:rPr>
          <w:rFonts w:ascii="Arial" w:hAnsi="Arial" w:cs="Arial"/>
          <w:sz w:val="24"/>
          <w:szCs w:val="24"/>
        </w:rPr>
        <w:t xml:space="preserve"> pes</w:t>
      </w:r>
      <w:r w:rsidR="00023812">
        <w:rPr>
          <w:rFonts w:ascii="Arial" w:hAnsi="Arial" w:cs="Arial"/>
          <w:sz w:val="24"/>
          <w:szCs w:val="24"/>
        </w:rPr>
        <w:t>os</w:t>
      </w:r>
      <w:r w:rsidRPr="00E93608">
        <w:rPr>
          <w:rFonts w:ascii="Arial" w:hAnsi="Arial" w:cs="Arial"/>
          <w:sz w:val="24"/>
          <w:szCs w:val="24"/>
        </w:rPr>
        <w:t>, reflejando las nuevas condiciones del inmueble.</w:t>
      </w:r>
      <w:r>
        <w:rPr>
          <w:rFonts w:ascii="Arial" w:hAnsi="Arial" w:cs="Arial"/>
          <w:sz w:val="24"/>
          <w:szCs w:val="24"/>
        </w:rPr>
        <w:t xml:space="preserve"> </w:t>
      </w:r>
      <w:r w:rsidRPr="00E93608">
        <w:rPr>
          <w:rFonts w:ascii="Arial" w:hAnsi="Arial" w:cs="Arial"/>
          <w:sz w:val="24"/>
          <w:szCs w:val="24"/>
        </w:rPr>
        <w:t>Es importante destacar que la Expo agrícola organizada por Dima AC representa uno de los eventos de mayor relevancia para el desarrollo económico del sur de Jalisco y particularmente</w:t>
      </w:r>
      <w:r>
        <w:rPr>
          <w:rFonts w:ascii="Arial" w:hAnsi="Arial" w:cs="Arial"/>
          <w:sz w:val="24"/>
          <w:szCs w:val="24"/>
        </w:rPr>
        <w:t xml:space="preserve"> </w:t>
      </w:r>
      <w:r w:rsidRPr="00E93608">
        <w:rPr>
          <w:rFonts w:ascii="Arial" w:hAnsi="Arial" w:cs="Arial"/>
          <w:sz w:val="24"/>
          <w:szCs w:val="24"/>
        </w:rPr>
        <w:t>para nuestro municipio, ya que genera una importante derrama económica en los sectores hotelero, restaurantero, comercial y de servicios, además de</w:t>
      </w:r>
      <w:r w:rsidR="00023812">
        <w:rPr>
          <w:rFonts w:ascii="Arial" w:hAnsi="Arial" w:cs="Arial"/>
          <w:sz w:val="24"/>
          <w:szCs w:val="24"/>
        </w:rPr>
        <w:t xml:space="preserve"> </w:t>
      </w:r>
      <w:r w:rsidR="00000000" w:rsidRPr="00E93608">
        <w:rPr>
          <w:rFonts w:ascii="Arial" w:hAnsi="Arial" w:cs="Arial"/>
          <w:sz w:val="24"/>
          <w:szCs w:val="24"/>
        </w:rPr>
        <w:t>promover la vinculación empresarial, la atracción de inversiones, la innovación tecnológica en el sector agroalimentario y la generación de oportunidades de</w:t>
      </w:r>
      <w:r>
        <w:rPr>
          <w:rFonts w:ascii="Arial" w:hAnsi="Arial" w:cs="Arial"/>
          <w:sz w:val="24"/>
          <w:szCs w:val="24"/>
        </w:rPr>
        <w:t xml:space="preserve"> </w:t>
      </w:r>
      <w:r w:rsidR="00000000" w:rsidRPr="00E93608">
        <w:rPr>
          <w:rFonts w:ascii="Arial" w:hAnsi="Arial" w:cs="Arial"/>
          <w:sz w:val="24"/>
          <w:szCs w:val="24"/>
        </w:rPr>
        <w:t>negocio y empleo. Por lo anterior, respetuosamente solicito a esta comisión edilicia tenga bien valorar esa propuesta durante el</w:t>
      </w:r>
      <w:r>
        <w:rPr>
          <w:rFonts w:ascii="Arial" w:hAnsi="Arial" w:cs="Arial"/>
          <w:sz w:val="24"/>
          <w:szCs w:val="24"/>
        </w:rPr>
        <w:t xml:space="preserve"> </w:t>
      </w:r>
      <w:r w:rsidR="00000000" w:rsidRPr="00E93608">
        <w:rPr>
          <w:rFonts w:ascii="Arial" w:hAnsi="Arial" w:cs="Arial"/>
          <w:sz w:val="24"/>
          <w:szCs w:val="24"/>
        </w:rPr>
        <w:t xml:space="preserve">análisis y discusión de la </w:t>
      </w:r>
      <w:r>
        <w:rPr>
          <w:rFonts w:ascii="Arial" w:hAnsi="Arial" w:cs="Arial"/>
          <w:sz w:val="24"/>
          <w:szCs w:val="24"/>
        </w:rPr>
        <w:t>Ley de Ingresos para Ejercicio</w:t>
      </w:r>
      <w:r w:rsidR="00000000" w:rsidRPr="00E93608">
        <w:rPr>
          <w:rFonts w:ascii="Arial" w:hAnsi="Arial" w:cs="Arial"/>
          <w:sz w:val="24"/>
          <w:szCs w:val="24"/>
        </w:rPr>
        <w:t xml:space="preserve"> </w:t>
      </w:r>
      <w:r>
        <w:rPr>
          <w:rFonts w:ascii="Arial" w:hAnsi="Arial" w:cs="Arial"/>
          <w:sz w:val="24"/>
          <w:szCs w:val="24"/>
        </w:rPr>
        <w:t>F</w:t>
      </w:r>
      <w:r w:rsidR="00000000" w:rsidRPr="00E93608">
        <w:rPr>
          <w:rFonts w:ascii="Arial" w:hAnsi="Arial" w:cs="Arial"/>
          <w:sz w:val="24"/>
          <w:szCs w:val="24"/>
        </w:rPr>
        <w:t>iscal 2027</w:t>
      </w:r>
      <w:r>
        <w:rPr>
          <w:rFonts w:ascii="Arial" w:hAnsi="Arial" w:cs="Arial"/>
          <w:sz w:val="24"/>
          <w:szCs w:val="24"/>
        </w:rPr>
        <w:t xml:space="preserve"> dos mil veinti</w:t>
      </w:r>
      <w:r w:rsidR="00560ECA">
        <w:rPr>
          <w:rFonts w:ascii="Arial" w:hAnsi="Arial" w:cs="Arial"/>
          <w:sz w:val="24"/>
          <w:szCs w:val="24"/>
        </w:rPr>
        <w:t>siete</w:t>
      </w:r>
      <w:r w:rsidR="00000000" w:rsidRPr="00E93608">
        <w:rPr>
          <w:rFonts w:ascii="Arial" w:hAnsi="Arial" w:cs="Arial"/>
          <w:sz w:val="24"/>
          <w:szCs w:val="24"/>
        </w:rPr>
        <w:t xml:space="preserve">, considerando la trascendencia económica y social que este evento representa para </w:t>
      </w:r>
      <w:r w:rsidR="00560ECA" w:rsidRPr="00E93608">
        <w:rPr>
          <w:rFonts w:ascii="Arial" w:hAnsi="Arial" w:cs="Arial"/>
          <w:sz w:val="24"/>
          <w:szCs w:val="24"/>
        </w:rPr>
        <w:t>Zapot</w:t>
      </w:r>
      <w:r w:rsidR="00560ECA">
        <w:rPr>
          <w:rFonts w:ascii="Arial" w:hAnsi="Arial" w:cs="Arial"/>
          <w:sz w:val="24"/>
          <w:szCs w:val="24"/>
        </w:rPr>
        <w:t>lán</w:t>
      </w:r>
      <w:r w:rsidR="00560ECA" w:rsidRPr="00E93608">
        <w:rPr>
          <w:rFonts w:ascii="Arial" w:hAnsi="Arial" w:cs="Arial"/>
          <w:sz w:val="24"/>
          <w:szCs w:val="24"/>
        </w:rPr>
        <w:t xml:space="preserve"> el</w:t>
      </w:r>
      <w:r w:rsidR="00000000" w:rsidRPr="00E93608">
        <w:rPr>
          <w:rFonts w:ascii="Arial" w:hAnsi="Arial" w:cs="Arial"/>
          <w:sz w:val="24"/>
          <w:szCs w:val="24"/>
        </w:rPr>
        <w:t xml:space="preserve"> Grande.</w:t>
      </w:r>
      <w:r w:rsidR="00560ECA">
        <w:rPr>
          <w:rFonts w:ascii="Arial" w:hAnsi="Arial" w:cs="Arial"/>
          <w:sz w:val="24"/>
          <w:szCs w:val="24"/>
        </w:rPr>
        <w:t xml:space="preserve"> </w:t>
      </w:r>
      <w:r w:rsidR="00000000" w:rsidRPr="00E93608">
        <w:rPr>
          <w:rFonts w:ascii="Arial" w:hAnsi="Arial" w:cs="Arial"/>
          <w:sz w:val="24"/>
          <w:szCs w:val="24"/>
        </w:rPr>
        <w:t xml:space="preserve">Eso es el oficio </w:t>
      </w:r>
      <w:proofErr w:type="spellStart"/>
      <w:r w:rsidR="00000000" w:rsidRPr="00E93608">
        <w:rPr>
          <w:rFonts w:ascii="Arial" w:hAnsi="Arial" w:cs="Arial"/>
          <w:sz w:val="24"/>
          <w:szCs w:val="24"/>
        </w:rPr>
        <w:t>recepcionado</w:t>
      </w:r>
      <w:proofErr w:type="spellEnd"/>
      <w:r w:rsidR="00000000" w:rsidRPr="00E93608">
        <w:rPr>
          <w:rFonts w:ascii="Arial" w:hAnsi="Arial" w:cs="Arial"/>
          <w:sz w:val="24"/>
          <w:szCs w:val="24"/>
        </w:rPr>
        <w:t xml:space="preserve"> el día de hoy por parte en este suscrito por el ingeniero Omar Ortega. Entonces, esa</w:t>
      </w:r>
      <w:r w:rsidR="00560ECA">
        <w:rPr>
          <w:rFonts w:ascii="Arial" w:hAnsi="Arial" w:cs="Arial"/>
          <w:sz w:val="24"/>
          <w:szCs w:val="24"/>
        </w:rPr>
        <w:t xml:space="preserve"> </w:t>
      </w:r>
      <w:r w:rsidR="00000000" w:rsidRPr="00E93608">
        <w:rPr>
          <w:rFonts w:ascii="Arial" w:hAnsi="Arial" w:cs="Arial"/>
          <w:sz w:val="24"/>
          <w:szCs w:val="24"/>
        </w:rPr>
        <w:t>sería la propuesta de la presidencia de esta comisión, que fuera una tarifa de 60</w:t>
      </w:r>
      <w:r w:rsidR="00560ECA">
        <w:rPr>
          <w:rFonts w:ascii="Arial" w:hAnsi="Arial" w:cs="Arial"/>
          <w:sz w:val="24"/>
          <w:szCs w:val="24"/>
        </w:rPr>
        <w:t>,</w:t>
      </w:r>
      <w:r w:rsidR="00000000" w:rsidRPr="00E93608">
        <w:rPr>
          <w:rFonts w:ascii="Arial" w:hAnsi="Arial" w:cs="Arial"/>
          <w:sz w:val="24"/>
          <w:szCs w:val="24"/>
        </w:rPr>
        <w:t xml:space="preserve">000 </w:t>
      </w:r>
      <w:r w:rsidR="00560ECA">
        <w:rPr>
          <w:rFonts w:ascii="Arial" w:hAnsi="Arial" w:cs="Arial"/>
          <w:sz w:val="24"/>
          <w:szCs w:val="24"/>
        </w:rPr>
        <w:t xml:space="preserve">sesenta mil </w:t>
      </w:r>
      <w:r w:rsidR="00000000" w:rsidRPr="00E93608">
        <w:rPr>
          <w:rFonts w:ascii="Arial" w:hAnsi="Arial" w:cs="Arial"/>
          <w:sz w:val="24"/>
          <w:szCs w:val="24"/>
        </w:rPr>
        <w:t>pesos con el compromiso de que</w:t>
      </w:r>
      <w:r w:rsidR="00560ECA">
        <w:rPr>
          <w:rFonts w:ascii="Arial" w:hAnsi="Arial" w:cs="Arial"/>
          <w:sz w:val="24"/>
          <w:szCs w:val="24"/>
        </w:rPr>
        <w:t xml:space="preserve"> </w:t>
      </w:r>
      <w:r w:rsidR="00000000" w:rsidRPr="00E93608">
        <w:rPr>
          <w:rFonts w:ascii="Arial" w:hAnsi="Arial" w:cs="Arial"/>
          <w:sz w:val="24"/>
          <w:szCs w:val="24"/>
        </w:rPr>
        <w:t xml:space="preserve">para la ley 2028 </w:t>
      </w:r>
      <w:r w:rsidR="00560ECA">
        <w:rPr>
          <w:rFonts w:ascii="Arial" w:hAnsi="Arial" w:cs="Arial"/>
          <w:sz w:val="24"/>
          <w:szCs w:val="24"/>
        </w:rPr>
        <w:t xml:space="preserve">dos mil veintiocho </w:t>
      </w:r>
      <w:r w:rsidR="00000000" w:rsidRPr="00E93608">
        <w:rPr>
          <w:rFonts w:ascii="Arial" w:hAnsi="Arial" w:cs="Arial"/>
          <w:sz w:val="24"/>
          <w:szCs w:val="24"/>
        </w:rPr>
        <w:t>se analice de más a fondo y pues pudiéramos encontrar este un punto medio, ¿no?</w:t>
      </w:r>
      <w:r w:rsidR="00560ECA">
        <w:rPr>
          <w:rFonts w:ascii="Arial" w:hAnsi="Arial" w:cs="Arial"/>
          <w:sz w:val="24"/>
          <w:szCs w:val="24"/>
        </w:rPr>
        <w:t xml:space="preserve"> </w:t>
      </w:r>
      <w:r w:rsidR="00000000" w:rsidRPr="00E93608">
        <w:rPr>
          <w:rFonts w:ascii="Arial" w:hAnsi="Arial" w:cs="Arial"/>
          <w:sz w:val="24"/>
          <w:szCs w:val="24"/>
        </w:rPr>
        <w:t>Adelante, regidora Olga.</w:t>
      </w:r>
    </w:p>
    <w:p w14:paraId="1647B28F" w14:textId="47F0383F" w:rsidR="00EA0C28" w:rsidRPr="00E93608" w:rsidRDefault="00560ECA" w:rsidP="00E93608">
      <w:pPr>
        <w:jc w:val="both"/>
        <w:rPr>
          <w:rFonts w:ascii="Arial" w:hAnsi="Arial" w:cs="Arial"/>
          <w:sz w:val="24"/>
          <w:szCs w:val="24"/>
        </w:rPr>
      </w:pPr>
      <w:r>
        <w:rPr>
          <w:rFonts w:ascii="Arial" w:hAnsi="Arial" w:cs="Arial"/>
          <w:b/>
          <w:bCs/>
          <w:sz w:val="24"/>
          <w:szCs w:val="24"/>
        </w:rPr>
        <w:t xml:space="preserve">C. MARÍA OLGA GARCÍA AYALA. - </w:t>
      </w:r>
      <w:r w:rsidRPr="00E93608">
        <w:rPr>
          <w:rFonts w:ascii="Arial" w:hAnsi="Arial" w:cs="Arial"/>
          <w:sz w:val="24"/>
          <w:szCs w:val="24"/>
        </w:rPr>
        <w:t>Yo al igual que el regidor Bertín coincido en que sea la mitad y que sean 50 y que después que se revise y se analice ya se valore la cantidad. Este, no sé qué digan los demás regidores.</w:t>
      </w:r>
      <w:r>
        <w:rPr>
          <w:rFonts w:ascii="Arial" w:hAnsi="Arial" w:cs="Arial"/>
          <w:sz w:val="24"/>
          <w:szCs w:val="24"/>
        </w:rPr>
        <w:t xml:space="preserve"> </w:t>
      </w:r>
      <w:r w:rsidRPr="00E93608">
        <w:rPr>
          <w:rFonts w:ascii="Arial" w:hAnsi="Arial" w:cs="Arial"/>
          <w:sz w:val="24"/>
          <w:szCs w:val="24"/>
        </w:rPr>
        <w:t>Finalmente está muy bien que haya directores que apoyen y que manden el oficio y demás, pero pues aquí</w:t>
      </w:r>
      <w:r>
        <w:rPr>
          <w:rFonts w:ascii="Arial" w:hAnsi="Arial" w:cs="Arial"/>
          <w:sz w:val="24"/>
          <w:szCs w:val="24"/>
        </w:rPr>
        <w:t xml:space="preserve"> </w:t>
      </w:r>
      <w:r w:rsidRPr="00E93608">
        <w:rPr>
          <w:rFonts w:ascii="Arial" w:hAnsi="Arial" w:cs="Arial"/>
          <w:sz w:val="24"/>
          <w:szCs w:val="24"/>
        </w:rPr>
        <w:t>estamos analizándolo también en vivo y podremos pues visualizar desde aquí lo que</w:t>
      </w:r>
      <w:r>
        <w:rPr>
          <w:rFonts w:ascii="Arial" w:hAnsi="Arial" w:cs="Arial"/>
          <w:sz w:val="24"/>
          <w:szCs w:val="24"/>
        </w:rPr>
        <w:t xml:space="preserve"> </w:t>
      </w:r>
      <w:r w:rsidRPr="00E93608">
        <w:rPr>
          <w:rFonts w:ascii="Arial" w:hAnsi="Arial" w:cs="Arial"/>
          <w:sz w:val="24"/>
          <w:szCs w:val="24"/>
        </w:rPr>
        <w:t>cómo podemos ayudar a la economía de Zapotlán.</w:t>
      </w:r>
    </w:p>
    <w:p w14:paraId="5799D6AA" w14:textId="4CFEA284" w:rsidR="00EA0C28" w:rsidRPr="00E93608" w:rsidRDefault="00560ECA"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Adelante, regidor Gustavo en después el regidor Óscar Murguía Torres.</w:t>
      </w:r>
    </w:p>
    <w:p w14:paraId="2D59CA0F" w14:textId="48566F60" w:rsidR="00EA0C28" w:rsidRPr="00E93608" w:rsidRDefault="00560ECA" w:rsidP="00E93608">
      <w:pPr>
        <w:jc w:val="both"/>
        <w:rPr>
          <w:rFonts w:ascii="Arial" w:hAnsi="Arial" w:cs="Arial"/>
          <w:sz w:val="24"/>
          <w:szCs w:val="24"/>
        </w:rPr>
      </w:pPr>
      <w:r>
        <w:rPr>
          <w:rFonts w:ascii="Arial" w:hAnsi="Arial" w:cs="Arial"/>
          <w:b/>
          <w:bCs/>
          <w:sz w:val="24"/>
          <w:szCs w:val="24"/>
        </w:rPr>
        <w:t xml:space="preserve">C. GUSTAVO LOPEZ SANDOVAL. - </w:t>
      </w:r>
      <w:r w:rsidRPr="00E93608">
        <w:rPr>
          <w:rFonts w:ascii="Arial" w:hAnsi="Arial" w:cs="Arial"/>
          <w:sz w:val="24"/>
          <w:szCs w:val="24"/>
        </w:rPr>
        <w:t>Gracias. Yo, mi postura es esa, mientras no tenga pues esa información, yo no puedo tomar una decisión ni hacia arriba ni para abajo, porque yo venía con otra</w:t>
      </w:r>
      <w:r>
        <w:rPr>
          <w:rFonts w:ascii="Arial" w:hAnsi="Arial" w:cs="Arial"/>
          <w:sz w:val="24"/>
          <w:szCs w:val="24"/>
        </w:rPr>
        <w:t xml:space="preserve"> </w:t>
      </w:r>
      <w:r w:rsidRPr="00E93608">
        <w:rPr>
          <w:rFonts w:ascii="Arial" w:hAnsi="Arial" w:cs="Arial"/>
          <w:sz w:val="24"/>
          <w:szCs w:val="24"/>
        </w:rPr>
        <w:t>idea, pero pues yo no tengo los argumentos para para tomar una decisión. Es cuánto.</w:t>
      </w:r>
    </w:p>
    <w:p w14:paraId="0188110A" w14:textId="4B070261" w:rsidR="00560ECA" w:rsidRDefault="00560ECA" w:rsidP="00E93608">
      <w:pPr>
        <w:jc w:val="both"/>
        <w:rPr>
          <w:rFonts w:ascii="Arial" w:hAnsi="Arial" w:cs="Arial"/>
          <w:sz w:val="24"/>
          <w:szCs w:val="24"/>
        </w:rPr>
      </w:pPr>
      <w:r>
        <w:rPr>
          <w:rFonts w:ascii="Arial" w:hAnsi="Arial" w:cs="Arial"/>
          <w:b/>
          <w:bCs/>
          <w:sz w:val="24"/>
          <w:szCs w:val="24"/>
        </w:rPr>
        <w:t xml:space="preserve">C. OSCAR MURGÍA TORRES. - </w:t>
      </w:r>
      <w:r w:rsidRPr="00E93608">
        <w:rPr>
          <w:rFonts w:ascii="Arial" w:hAnsi="Arial" w:cs="Arial"/>
          <w:sz w:val="24"/>
          <w:szCs w:val="24"/>
        </w:rPr>
        <w:t>Muchas gracias. Buenos días tengan todos ustedes. Escuchando desde luego los argumentos de cada una de las partes y sobre todo conocedor de la Expo</w:t>
      </w:r>
      <w:r>
        <w:rPr>
          <w:rFonts w:ascii="Arial" w:hAnsi="Arial" w:cs="Arial"/>
          <w:sz w:val="24"/>
          <w:szCs w:val="24"/>
        </w:rPr>
        <w:t xml:space="preserve"> </w:t>
      </w:r>
      <w:r w:rsidRPr="00E93608">
        <w:rPr>
          <w:rFonts w:ascii="Arial" w:hAnsi="Arial" w:cs="Arial"/>
          <w:sz w:val="24"/>
          <w:szCs w:val="24"/>
        </w:rPr>
        <w:t xml:space="preserve">agrícola, puesto que he tenido la oportunidad de participar en casi </w:t>
      </w:r>
      <w:r w:rsidRPr="00E93608">
        <w:rPr>
          <w:rFonts w:ascii="Arial" w:hAnsi="Arial" w:cs="Arial"/>
          <w:sz w:val="24"/>
          <w:szCs w:val="24"/>
        </w:rPr>
        <w:lastRenderedPageBreak/>
        <w:t>todos los años en estar acudiendo, estar</w:t>
      </w:r>
      <w:r>
        <w:rPr>
          <w:rFonts w:ascii="Arial" w:hAnsi="Arial" w:cs="Arial"/>
          <w:sz w:val="24"/>
          <w:szCs w:val="24"/>
        </w:rPr>
        <w:t xml:space="preserve"> </w:t>
      </w:r>
      <w:r w:rsidRPr="00E93608">
        <w:rPr>
          <w:rFonts w:ascii="Arial" w:hAnsi="Arial" w:cs="Arial"/>
          <w:sz w:val="24"/>
          <w:szCs w:val="24"/>
        </w:rPr>
        <w:t>observando, ver cómo promueven desde luego la economía en Zapotlán el Grande, pero no solamente en Zapotlán Grande, en</w:t>
      </w:r>
      <w:r>
        <w:rPr>
          <w:rFonts w:ascii="Arial" w:hAnsi="Arial" w:cs="Arial"/>
          <w:sz w:val="24"/>
          <w:szCs w:val="24"/>
        </w:rPr>
        <w:t xml:space="preserve"> </w:t>
      </w:r>
      <w:r w:rsidRPr="00E93608">
        <w:rPr>
          <w:rFonts w:ascii="Arial" w:hAnsi="Arial" w:cs="Arial"/>
          <w:sz w:val="24"/>
          <w:szCs w:val="24"/>
        </w:rPr>
        <w:t>la región sur de Jalisco. Y escuchando desde luego los argumentos de Juan Carlos, ¿no? ahorita ya de tiempo atrás sobre el cobro que se le ha venido</w:t>
      </w:r>
      <w:r>
        <w:rPr>
          <w:rFonts w:ascii="Arial" w:hAnsi="Arial" w:cs="Arial"/>
          <w:sz w:val="24"/>
          <w:szCs w:val="24"/>
        </w:rPr>
        <w:t xml:space="preserve"> </w:t>
      </w:r>
      <w:r w:rsidRPr="00E93608">
        <w:rPr>
          <w:rFonts w:ascii="Arial" w:hAnsi="Arial" w:cs="Arial"/>
          <w:sz w:val="24"/>
          <w:szCs w:val="24"/>
        </w:rPr>
        <w:t xml:space="preserve">haciendo, el cual se me hace </w:t>
      </w:r>
      <w:r w:rsidR="00023812" w:rsidRPr="00E93608">
        <w:rPr>
          <w:rFonts w:ascii="Arial" w:hAnsi="Arial" w:cs="Arial"/>
          <w:sz w:val="24"/>
          <w:szCs w:val="24"/>
        </w:rPr>
        <w:t>justo</w:t>
      </w:r>
      <w:r w:rsidR="00023812">
        <w:rPr>
          <w:rFonts w:ascii="Arial" w:hAnsi="Arial" w:cs="Arial"/>
          <w:sz w:val="24"/>
          <w:szCs w:val="24"/>
        </w:rPr>
        <w:t xml:space="preserve"> </w:t>
      </w:r>
      <w:r w:rsidR="00023812" w:rsidRPr="00E93608">
        <w:rPr>
          <w:rFonts w:ascii="Arial" w:hAnsi="Arial" w:cs="Arial"/>
          <w:sz w:val="24"/>
          <w:szCs w:val="24"/>
        </w:rPr>
        <w:t>desde</w:t>
      </w:r>
      <w:r w:rsidRPr="00E93608">
        <w:rPr>
          <w:rFonts w:ascii="Arial" w:hAnsi="Arial" w:cs="Arial"/>
          <w:sz w:val="24"/>
          <w:szCs w:val="24"/>
        </w:rPr>
        <w:t xml:space="preserve"> luego los argumentos al mencionar pues que es una tarifa muy amplia y</w:t>
      </w:r>
      <w:r>
        <w:rPr>
          <w:rFonts w:ascii="Arial" w:hAnsi="Arial" w:cs="Arial"/>
          <w:sz w:val="24"/>
          <w:szCs w:val="24"/>
        </w:rPr>
        <w:t xml:space="preserve"> </w:t>
      </w:r>
      <w:r w:rsidRPr="00E93608">
        <w:rPr>
          <w:rFonts w:ascii="Arial" w:hAnsi="Arial" w:cs="Arial"/>
          <w:sz w:val="24"/>
          <w:szCs w:val="24"/>
        </w:rPr>
        <w:t>sobre todo puesto que pues ya no tiene la superficie de terreno que venía usándose de hace ya mucho tiempo.</w:t>
      </w:r>
      <w:r>
        <w:rPr>
          <w:rFonts w:ascii="Arial" w:hAnsi="Arial" w:cs="Arial"/>
          <w:sz w:val="24"/>
          <w:szCs w:val="24"/>
        </w:rPr>
        <w:t xml:space="preserve"> </w:t>
      </w:r>
      <w:r w:rsidRPr="00E93608">
        <w:rPr>
          <w:rFonts w:ascii="Arial" w:hAnsi="Arial" w:cs="Arial"/>
          <w:sz w:val="24"/>
          <w:szCs w:val="24"/>
        </w:rPr>
        <w:t>Desafortunadamente los lugares donde tenemos la feria pues han venido de lugar de ir</w:t>
      </w:r>
      <w:r>
        <w:rPr>
          <w:rFonts w:ascii="Arial" w:hAnsi="Arial" w:cs="Arial"/>
          <w:sz w:val="24"/>
          <w:szCs w:val="24"/>
        </w:rPr>
        <w:t xml:space="preserve"> </w:t>
      </w:r>
      <w:r w:rsidRPr="00E93608">
        <w:rPr>
          <w:rFonts w:ascii="Arial" w:hAnsi="Arial" w:cs="Arial"/>
          <w:sz w:val="24"/>
          <w:szCs w:val="24"/>
        </w:rPr>
        <w:t>creciendo van disminuyendo desafortunadamente por malas decisiones.</w:t>
      </w:r>
      <w:r>
        <w:rPr>
          <w:rFonts w:ascii="Arial" w:hAnsi="Arial" w:cs="Arial"/>
          <w:sz w:val="24"/>
          <w:szCs w:val="24"/>
        </w:rPr>
        <w:t xml:space="preserve"> </w:t>
      </w:r>
      <w:r w:rsidRPr="00E93608">
        <w:rPr>
          <w:rFonts w:ascii="Arial" w:hAnsi="Arial" w:cs="Arial"/>
          <w:sz w:val="24"/>
          <w:szCs w:val="24"/>
        </w:rPr>
        <w:t xml:space="preserve">Y pues yo estoy de acuerdo en lo que dice el regidor Bertín, de lugar de </w:t>
      </w:r>
      <w:r w:rsidR="00023812">
        <w:rPr>
          <w:rFonts w:ascii="Arial" w:hAnsi="Arial" w:cs="Arial"/>
          <w:sz w:val="24"/>
          <w:szCs w:val="24"/>
        </w:rPr>
        <w:t>$</w:t>
      </w:r>
      <w:r w:rsidRPr="00E93608">
        <w:rPr>
          <w:rFonts w:ascii="Arial" w:hAnsi="Arial" w:cs="Arial"/>
          <w:sz w:val="24"/>
          <w:szCs w:val="24"/>
        </w:rPr>
        <w:t>60</w:t>
      </w:r>
      <w:r w:rsidR="00023812">
        <w:rPr>
          <w:rFonts w:ascii="Arial" w:hAnsi="Arial" w:cs="Arial"/>
          <w:sz w:val="24"/>
          <w:szCs w:val="24"/>
        </w:rPr>
        <w:t>,000.00</w:t>
      </w:r>
      <w:r w:rsidRPr="00E93608">
        <w:rPr>
          <w:rFonts w:ascii="Arial" w:hAnsi="Arial" w:cs="Arial"/>
          <w:sz w:val="24"/>
          <w:szCs w:val="24"/>
        </w:rPr>
        <w:t xml:space="preserve"> a </w:t>
      </w:r>
      <w:r w:rsidR="00023812">
        <w:rPr>
          <w:rFonts w:ascii="Arial" w:hAnsi="Arial" w:cs="Arial"/>
          <w:sz w:val="24"/>
          <w:szCs w:val="24"/>
        </w:rPr>
        <w:t>$</w:t>
      </w:r>
      <w:r w:rsidRPr="00E93608">
        <w:rPr>
          <w:rFonts w:ascii="Arial" w:hAnsi="Arial" w:cs="Arial"/>
          <w:sz w:val="24"/>
          <w:szCs w:val="24"/>
        </w:rPr>
        <w:t>50</w:t>
      </w:r>
      <w:r w:rsidR="00023812">
        <w:rPr>
          <w:rFonts w:ascii="Arial" w:hAnsi="Arial" w:cs="Arial"/>
          <w:sz w:val="24"/>
          <w:szCs w:val="24"/>
        </w:rPr>
        <w:t>,</w:t>
      </w:r>
      <w:r w:rsidRPr="00E93608">
        <w:rPr>
          <w:rFonts w:ascii="Arial" w:hAnsi="Arial" w:cs="Arial"/>
          <w:sz w:val="24"/>
          <w:szCs w:val="24"/>
        </w:rPr>
        <w:t>000</w:t>
      </w:r>
      <w:r w:rsidR="00023812">
        <w:rPr>
          <w:rFonts w:ascii="Arial" w:hAnsi="Arial" w:cs="Arial"/>
          <w:sz w:val="24"/>
          <w:szCs w:val="24"/>
        </w:rPr>
        <w:t>.00</w:t>
      </w:r>
      <w:r w:rsidRPr="00E93608">
        <w:rPr>
          <w:rFonts w:ascii="Arial" w:hAnsi="Arial" w:cs="Arial"/>
          <w:sz w:val="24"/>
          <w:szCs w:val="24"/>
        </w:rPr>
        <w:t xml:space="preserve"> pesos por justicia, puesto</w:t>
      </w:r>
      <w:r>
        <w:rPr>
          <w:rFonts w:ascii="Arial" w:hAnsi="Arial" w:cs="Arial"/>
          <w:sz w:val="24"/>
          <w:szCs w:val="24"/>
        </w:rPr>
        <w:t xml:space="preserve"> </w:t>
      </w:r>
      <w:r w:rsidRPr="00E93608">
        <w:rPr>
          <w:rFonts w:ascii="Arial" w:hAnsi="Arial" w:cs="Arial"/>
          <w:sz w:val="24"/>
          <w:szCs w:val="24"/>
        </w:rPr>
        <w:t>que ellos han venido pagando un servicio o una superficie que no tienen y que no han venido ocupando. Entonces,</w:t>
      </w:r>
      <w:r>
        <w:rPr>
          <w:rFonts w:ascii="Arial" w:hAnsi="Arial" w:cs="Arial"/>
          <w:sz w:val="24"/>
          <w:szCs w:val="24"/>
        </w:rPr>
        <w:t xml:space="preserve"> </w:t>
      </w:r>
      <w:r w:rsidRPr="00E93608">
        <w:rPr>
          <w:rFonts w:ascii="Arial" w:hAnsi="Arial" w:cs="Arial"/>
          <w:sz w:val="24"/>
          <w:szCs w:val="24"/>
        </w:rPr>
        <w:t>es más el beneficio que ellos traen, sobre todo al campo mexicano y sobre todo a la región sur de Jalisco y no</w:t>
      </w:r>
      <w:r w:rsidR="00023812">
        <w:rPr>
          <w:rFonts w:ascii="Arial" w:hAnsi="Arial" w:cs="Arial"/>
          <w:sz w:val="24"/>
          <w:szCs w:val="24"/>
        </w:rPr>
        <w:t xml:space="preserve"> </w:t>
      </w:r>
      <w:r w:rsidR="00000000" w:rsidRPr="00E93608">
        <w:rPr>
          <w:rFonts w:ascii="Arial" w:hAnsi="Arial" w:cs="Arial"/>
          <w:sz w:val="24"/>
          <w:szCs w:val="24"/>
        </w:rPr>
        <w:t>se diga en Zap</w:t>
      </w:r>
      <w:r>
        <w:rPr>
          <w:rFonts w:ascii="Arial" w:hAnsi="Arial" w:cs="Arial"/>
          <w:sz w:val="24"/>
          <w:szCs w:val="24"/>
        </w:rPr>
        <w:t>o</w:t>
      </w:r>
      <w:r w:rsidR="00000000" w:rsidRPr="00E93608">
        <w:rPr>
          <w:rFonts w:ascii="Arial" w:hAnsi="Arial" w:cs="Arial"/>
          <w:sz w:val="24"/>
          <w:szCs w:val="24"/>
        </w:rPr>
        <w:t>tlán el Grande. Entonces, nosotros tendremos que apostarle por el compromiso que tiene este municipio y por la obligación, que así lo marca la</w:t>
      </w:r>
      <w:r>
        <w:rPr>
          <w:rFonts w:ascii="Arial" w:hAnsi="Arial" w:cs="Arial"/>
          <w:sz w:val="24"/>
          <w:szCs w:val="24"/>
        </w:rPr>
        <w:t xml:space="preserve"> </w:t>
      </w:r>
      <w:r w:rsidR="00000000" w:rsidRPr="00E93608">
        <w:rPr>
          <w:rFonts w:ascii="Arial" w:hAnsi="Arial" w:cs="Arial"/>
          <w:sz w:val="24"/>
          <w:szCs w:val="24"/>
        </w:rPr>
        <w:t>ley, de poder apoyar a este sector en particular y a muchos más, porque si a este sector le va bien, pues a todos los</w:t>
      </w:r>
      <w:r>
        <w:rPr>
          <w:rFonts w:ascii="Arial" w:hAnsi="Arial" w:cs="Arial"/>
          <w:sz w:val="24"/>
          <w:szCs w:val="24"/>
        </w:rPr>
        <w:t xml:space="preserve"> </w:t>
      </w:r>
      <w:r w:rsidR="00000000" w:rsidRPr="00E93608">
        <w:rPr>
          <w:rFonts w:ascii="Arial" w:hAnsi="Arial" w:cs="Arial"/>
          <w:sz w:val="24"/>
          <w:szCs w:val="24"/>
        </w:rPr>
        <w:t>demás nos tendrá que ir bien. El campo es un área muy sensible y que ha estado</w:t>
      </w:r>
      <w:r>
        <w:rPr>
          <w:rFonts w:ascii="Arial" w:hAnsi="Arial" w:cs="Arial"/>
          <w:sz w:val="24"/>
          <w:szCs w:val="24"/>
        </w:rPr>
        <w:t xml:space="preserve"> </w:t>
      </w:r>
      <w:r w:rsidR="00000000" w:rsidRPr="00E93608">
        <w:rPr>
          <w:rFonts w:ascii="Arial" w:hAnsi="Arial" w:cs="Arial"/>
          <w:sz w:val="24"/>
          <w:szCs w:val="24"/>
        </w:rPr>
        <w:t>este desprotegida y abandonada por muchos años por el gobierno federal y pues nosotros no podemos darle la</w:t>
      </w:r>
      <w:r>
        <w:rPr>
          <w:rFonts w:ascii="Arial" w:hAnsi="Arial" w:cs="Arial"/>
          <w:sz w:val="24"/>
          <w:szCs w:val="24"/>
        </w:rPr>
        <w:t xml:space="preserve"> </w:t>
      </w:r>
      <w:r w:rsidR="00000000" w:rsidRPr="00E93608">
        <w:rPr>
          <w:rFonts w:ascii="Arial" w:hAnsi="Arial" w:cs="Arial"/>
          <w:sz w:val="24"/>
          <w:szCs w:val="24"/>
        </w:rPr>
        <w:t xml:space="preserve">espalda. Entonces, yo estoy de acuerdo que </w:t>
      </w:r>
      <w:r w:rsidR="00B02DD6" w:rsidRPr="00E93608">
        <w:rPr>
          <w:rFonts w:ascii="Arial" w:hAnsi="Arial" w:cs="Arial"/>
          <w:sz w:val="24"/>
          <w:szCs w:val="24"/>
        </w:rPr>
        <w:t>se</w:t>
      </w:r>
      <w:r w:rsidR="00000000" w:rsidRPr="00E93608">
        <w:rPr>
          <w:rFonts w:ascii="Arial" w:hAnsi="Arial" w:cs="Arial"/>
          <w:sz w:val="24"/>
          <w:szCs w:val="24"/>
        </w:rPr>
        <w:t xml:space="preserve"> cobre los 50,000 y que a partir del siguiente año se vaya</w:t>
      </w:r>
      <w:r>
        <w:rPr>
          <w:rFonts w:ascii="Arial" w:hAnsi="Arial" w:cs="Arial"/>
          <w:sz w:val="24"/>
          <w:szCs w:val="24"/>
        </w:rPr>
        <w:t xml:space="preserve"> </w:t>
      </w:r>
      <w:r w:rsidR="00000000" w:rsidRPr="00E93608">
        <w:rPr>
          <w:rFonts w:ascii="Arial" w:hAnsi="Arial" w:cs="Arial"/>
          <w:sz w:val="24"/>
          <w:szCs w:val="24"/>
        </w:rPr>
        <w:t>aumentando el 3 o el 5% de acuerdo a la inflación. ¿Es cuánto?</w:t>
      </w:r>
      <w:r>
        <w:rPr>
          <w:rFonts w:ascii="Arial" w:hAnsi="Arial" w:cs="Arial"/>
          <w:sz w:val="24"/>
          <w:szCs w:val="24"/>
        </w:rPr>
        <w:t xml:space="preserve"> </w:t>
      </w:r>
    </w:p>
    <w:p w14:paraId="7AFF2D07" w14:textId="76236170" w:rsidR="00EA0C28" w:rsidRPr="00E93608" w:rsidRDefault="00560ECA"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regidores.</w:t>
      </w:r>
      <w:r>
        <w:rPr>
          <w:rFonts w:ascii="Arial" w:hAnsi="Arial" w:cs="Arial"/>
          <w:sz w:val="24"/>
          <w:szCs w:val="24"/>
        </w:rPr>
        <w:t xml:space="preserve"> </w:t>
      </w:r>
      <w:r w:rsidRPr="00E93608">
        <w:rPr>
          <w:rFonts w:ascii="Arial" w:hAnsi="Arial" w:cs="Arial"/>
          <w:sz w:val="24"/>
          <w:szCs w:val="24"/>
        </w:rPr>
        <w:t>No sé si había más participaciones de los regidores. De no ser así, le dar uso de la voz a al licenciado Jorge. Sí.</w:t>
      </w:r>
    </w:p>
    <w:p w14:paraId="1BAAE396" w14:textId="3C3CB5F9" w:rsidR="00E321CE" w:rsidRDefault="00560ECA" w:rsidP="00E93608">
      <w:pPr>
        <w:jc w:val="both"/>
        <w:rPr>
          <w:rFonts w:ascii="Arial" w:hAnsi="Arial" w:cs="Arial"/>
          <w:sz w:val="24"/>
          <w:szCs w:val="24"/>
        </w:rPr>
      </w:pPr>
      <w:r>
        <w:rPr>
          <w:rFonts w:ascii="Arial" w:hAnsi="Arial" w:cs="Arial"/>
          <w:b/>
          <w:bCs/>
          <w:sz w:val="24"/>
          <w:szCs w:val="24"/>
        </w:rPr>
        <w:t xml:space="preserve">C. JORGE DE JESUS JUAREZ PARRA. - </w:t>
      </w:r>
      <w:r w:rsidRPr="00E93608">
        <w:rPr>
          <w:rFonts w:ascii="Arial" w:hAnsi="Arial" w:cs="Arial"/>
          <w:sz w:val="24"/>
          <w:szCs w:val="24"/>
        </w:rPr>
        <w:t>Bueno, quiero comentarles que no es que este gobierno no les ha ayudado a la Expo agrícola. A ver, y quiero quedar porque parecería que no. Juan</w:t>
      </w:r>
      <w:r>
        <w:rPr>
          <w:rFonts w:ascii="Arial" w:hAnsi="Arial" w:cs="Arial"/>
          <w:sz w:val="24"/>
          <w:szCs w:val="24"/>
        </w:rPr>
        <w:t xml:space="preserve"> </w:t>
      </w:r>
      <w:r w:rsidRPr="00E93608">
        <w:rPr>
          <w:rFonts w:ascii="Arial" w:hAnsi="Arial" w:cs="Arial"/>
          <w:sz w:val="24"/>
          <w:szCs w:val="24"/>
        </w:rPr>
        <w:t>Carlos Ro</w:t>
      </w:r>
      <w:r>
        <w:rPr>
          <w:rFonts w:ascii="Arial" w:hAnsi="Arial" w:cs="Arial"/>
          <w:sz w:val="24"/>
          <w:szCs w:val="24"/>
        </w:rPr>
        <w:t>mo</w:t>
      </w:r>
      <w:r w:rsidRPr="00E93608">
        <w:rPr>
          <w:rFonts w:ascii="Arial" w:hAnsi="Arial" w:cs="Arial"/>
          <w:sz w:val="24"/>
          <w:szCs w:val="24"/>
        </w:rPr>
        <w:t xml:space="preserve"> pide apoyo a parques y jardines y parques jardines le ayudan, le ayudan a </w:t>
      </w:r>
      <w:r>
        <w:rPr>
          <w:rFonts w:ascii="Arial" w:hAnsi="Arial" w:cs="Arial"/>
          <w:sz w:val="24"/>
          <w:szCs w:val="24"/>
        </w:rPr>
        <w:t>poda</w:t>
      </w:r>
      <w:r w:rsidRPr="00E93608">
        <w:rPr>
          <w:rFonts w:ascii="Arial" w:hAnsi="Arial" w:cs="Arial"/>
          <w:sz w:val="24"/>
          <w:szCs w:val="24"/>
        </w:rPr>
        <w:t>r. El terreno que habla que se consiguió también se metió maquinaria del gobierno a limpiar. O</w:t>
      </w:r>
      <w:r>
        <w:rPr>
          <w:rFonts w:ascii="Arial" w:hAnsi="Arial" w:cs="Arial"/>
          <w:sz w:val="24"/>
          <w:szCs w:val="24"/>
        </w:rPr>
        <w:t xml:space="preserve"> </w:t>
      </w:r>
      <w:r w:rsidRPr="00E93608">
        <w:rPr>
          <w:rFonts w:ascii="Arial" w:hAnsi="Arial" w:cs="Arial"/>
          <w:sz w:val="24"/>
          <w:szCs w:val="24"/>
        </w:rPr>
        <w:t>sea, las cosas que pide Juan Carlos Robo, que efectivamente no es dinero, no pide dinero, pide apoyo, se le da. O sea, también no se queden con la idea de que no se les apoya en las cosas. Sí, porque sí se queda, creo en los comentarios que señalaron, pues parecería como que el Ayuntamiento no lo apoya, ¿no? Lo que solicita de alguna manera de servicios, el Ayuntamiento se</w:t>
      </w:r>
      <w:r>
        <w:rPr>
          <w:rFonts w:ascii="Arial" w:hAnsi="Arial" w:cs="Arial"/>
          <w:sz w:val="24"/>
          <w:szCs w:val="24"/>
        </w:rPr>
        <w:t xml:space="preserve"> </w:t>
      </w:r>
      <w:r w:rsidRPr="00E93608">
        <w:rPr>
          <w:rFonts w:ascii="Arial" w:hAnsi="Arial" w:cs="Arial"/>
          <w:sz w:val="24"/>
          <w:szCs w:val="24"/>
        </w:rPr>
        <w:t>los da. Sí, eso es como tal, como parte del servicio</w:t>
      </w:r>
      <w:r>
        <w:rPr>
          <w:rFonts w:ascii="Arial" w:hAnsi="Arial" w:cs="Arial"/>
          <w:sz w:val="24"/>
          <w:szCs w:val="24"/>
        </w:rPr>
        <w:t>, y</w:t>
      </w:r>
      <w:r w:rsidRPr="00E93608">
        <w:rPr>
          <w:rFonts w:ascii="Arial" w:hAnsi="Arial" w:cs="Arial"/>
          <w:sz w:val="24"/>
          <w:szCs w:val="24"/>
        </w:rPr>
        <w:t>o vuelvo a proponerles, regidores, que se queden</w:t>
      </w:r>
      <w:r>
        <w:rPr>
          <w:rFonts w:ascii="Arial" w:hAnsi="Arial" w:cs="Arial"/>
          <w:sz w:val="24"/>
          <w:szCs w:val="24"/>
        </w:rPr>
        <w:t xml:space="preserve"> </w:t>
      </w:r>
      <w:r w:rsidR="008D3FC9">
        <w:rPr>
          <w:rFonts w:ascii="Arial" w:hAnsi="Arial" w:cs="Arial"/>
          <w:sz w:val="24"/>
          <w:szCs w:val="24"/>
        </w:rPr>
        <w:t>$</w:t>
      </w:r>
      <w:r w:rsidRPr="00E93608">
        <w:rPr>
          <w:rFonts w:ascii="Arial" w:hAnsi="Arial" w:cs="Arial"/>
          <w:sz w:val="24"/>
          <w:szCs w:val="24"/>
        </w:rPr>
        <w:t>75,000</w:t>
      </w:r>
      <w:r w:rsidR="008D3FC9">
        <w:rPr>
          <w:rFonts w:ascii="Arial" w:hAnsi="Arial" w:cs="Arial"/>
          <w:sz w:val="24"/>
          <w:szCs w:val="24"/>
        </w:rPr>
        <w:t>.00</w:t>
      </w:r>
      <w:r w:rsidRPr="00E93608">
        <w:rPr>
          <w:rFonts w:ascii="Arial" w:hAnsi="Arial" w:cs="Arial"/>
          <w:sz w:val="24"/>
          <w:szCs w:val="24"/>
        </w:rPr>
        <w:t xml:space="preserve"> pesos. Ya venía una disminución, ya se había quedado, era</w:t>
      </w:r>
      <w:r>
        <w:rPr>
          <w:rFonts w:ascii="Arial" w:hAnsi="Arial" w:cs="Arial"/>
          <w:sz w:val="24"/>
          <w:szCs w:val="24"/>
        </w:rPr>
        <w:t>n</w:t>
      </w:r>
      <w:r w:rsidRPr="00E93608">
        <w:rPr>
          <w:rFonts w:ascii="Arial" w:hAnsi="Arial" w:cs="Arial"/>
          <w:sz w:val="24"/>
          <w:szCs w:val="24"/>
        </w:rPr>
        <w:t xml:space="preserve"> </w:t>
      </w:r>
      <w:r w:rsidR="008D3FC9">
        <w:rPr>
          <w:rFonts w:ascii="Arial" w:hAnsi="Arial" w:cs="Arial"/>
          <w:sz w:val="24"/>
          <w:szCs w:val="24"/>
        </w:rPr>
        <w:t>$</w:t>
      </w:r>
      <w:r w:rsidRPr="00E93608">
        <w:rPr>
          <w:rFonts w:ascii="Arial" w:hAnsi="Arial" w:cs="Arial"/>
          <w:sz w:val="24"/>
          <w:szCs w:val="24"/>
        </w:rPr>
        <w:t>126,000</w:t>
      </w:r>
      <w:r w:rsidR="008D3FC9">
        <w:rPr>
          <w:rFonts w:ascii="Arial" w:hAnsi="Arial" w:cs="Arial"/>
          <w:sz w:val="24"/>
          <w:szCs w:val="24"/>
        </w:rPr>
        <w:t>.00</w:t>
      </w:r>
      <w:r>
        <w:rPr>
          <w:rFonts w:ascii="Arial" w:hAnsi="Arial" w:cs="Arial"/>
          <w:sz w:val="24"/>
          <w:szCs w:val="24"/>
        </w:rPr>
        <w:t xml:space="preserve"> </w:t>
      </w:r>
      <w:r w:rsidRPr="00E93608">
        <w:rPr>
          <w:rFonts w:ascii="Arial" w:hAnsi="Arial" w:cs="Arial"/>
          <w:sz w:val="24"/>
          <w:szCs w:val="24"/>
        </w:rPr>
        <w:t xml:space="preserve">pesos en el 2024 y quedó en </w:t>
      </w:r>
      <w:r w:rsidR="008D3FC9">
        <w:rPr>
          <w:rFonts w:ascii="Arial" w:hAnsi="Arial" w:cs="Arial"/>
          <w:sz w:val="24"/>
          <w:szCs w:val="24"/>
        </w:rPr>
        <w:t>$</w:t>
      </w:r>
      <w:r w:rsidRPr="00E93608">
        <w:rPr>
          <w:rFonts w:ascii="Arial" w:hAnsi="Arial" w:cs="Arial"/>
          <w:sz w:val="24"/>
          <w:szCs w:val="24"/>
        </w:rPr>
        <w:t>66</w:t>
      </w:r>
      <w:r w:rsidR="008D3FC9">
        <w:rPr>
          <w:rFonts w:ascii="Arial" w:hAnsi="Arial" w:cs="Arial"/>
          <w:sz w:val="24"/>
          <w:szCs w:val="24"/>
        </w:rPr>
        <w:t>,000</w:t>
      </w:r>
      <w:r w:rsidRPr="00E93608">
        <w:rPr>
          <w:rFonts w:ascii="Arial" w:hAnsi="Arial" w:cs="Arial"/>
          <w:sz w:val="24"/>
          <w:szCs w:val="24"/>
        </w:rPr>
        <w:t>.</w:t>
      </w:r>
      <w:r w:rsidR="008D3FC9">
        <w:rPr>
          <w:rFonts w:ascii="Arial" w:hAnsi="Arial" w:cs="Arial"/>
          <w:sz w:val="24"/>
          <w:szCs w:val="24"/>
        </w:rPr>
        <w:t>00</w:t>
      </w:r>
      <w:r w:rsidRPr="00E93608">
        <w:rPr>
          <w:rFonts w:ascii="Arial" w:hAnsi="Arial" w:cs="Arial"/>
          <w:sz w:val="24"/>
          <w:szCs w:val="24"/>
        </w:rPr>
        <w:t xml:space="preserve">. En realidad, regresar a </w:t>
      </w:r>
      <w:r w:rsidR="008D3FC9">
        <w:rPr>
          <w:rFonts w:ascii="Arial" w:hAnsi="Arial" w:cs="Arial"/>
          <w:sz w:val="24"/>
          <w:szCs w:val="24"/>
        </w:rPr>
        <w:t>$</w:t>
      </w:r>
      <w:r w:rsidRPr="00E93608">
        <w:rPr>
          <w:rFonts w:ascii="Arial" w:hAnsi="Arial" w:cs="Arial"/>
          <w:sz w:val="24"/>
          <w:szCs w:val="24"/>
        </w:rPr>
        <w:t>60,000</w:t>
      </w:r>
      <w:r w:rsidR="008D3FC9">
        <w:rPr>
          <w:rFonts w:ascii="Arial" w:hAnsi="Arial" w:cs="Arial"/>
          <w:sz w:val="24"/>
          <w:szCs w:val="24"/>
        </w:rPr>
        <w:t>.00</w:t>
      </w:r>
      <w:r w:rsidRPr="00E93608">
        <w:rPr>
          <w:rFonts w:ascii="Arial" w:hAnsi="Arial" w:cs="Arial"/>
          <w:sz w:val="24"/>
          <w:szCs w:val="24"/>
        </w:rPr>
        <w:t xml:space="preserve"> se me hace excesivo.</w:t>
      </w:r>
      <w:r>
        <w:rPr>
          <w:rFonts w:ascii="Arial" w:hAnsi="Arial" w:cs="Arial"/>
          <w:sz w:val="24"/>
          <w:szCs w:val="24"/>
        </w:rPr>
        <w:t xml:space="preserve"> </w:t>
      </w:r>
      <w:r w:rsidRPr="00E93608">
        <w:rPr>
          <w:rFonts w:ascii="Arial" w:hAnsi="Arial" w:cs="Arial"/>
          <w:sz w:val="24"/>
          <w:szCs w:val="24"/>
        </w:rPr>
        <w:t xml:space="preserve">Se me hace excesivo como tal. Recordemos que también yo vuelvo a señalar dos cosas importantes. </w:t>
      </w:r>
      <w:r w:rsidRPr="00E93608">
        <w:rPr>
          <w:rFonts w:ascii="Arial" w:hAnsi="Arial" w:cs="Arial"/>
          <w:sz w:val="24"/>
          <w:szCs w:val="24"/>
        </w:rPr>
        <w:lastRenderedPageBreak/>
        <w:t>Él no es como tal que</w:t>
      </w:r>
      <w:r>
        <w:rPr>
          <w:rFonts w:ascii="Arial" w:hAnsi="Arial" w:cs="Arial"/>
          <w:sz w:val="24"/>
          <w:szCs w:val="24"/>
        </w:rPr>
        <w:t xml:space="preserve"> </w:t>
      </w:r>
      <w:r w:rsidRPr="00E93608">
        <w:rPr>
          <w:rFonts w:ascii="Arial" w:hAnsi="Arial" w:cs="Arial"/>
          <w:sz w:val="24"/>
          <w:szCs w:val="24"/>
        </w:rPr>
        <w:t>sea el negocio para el comité de feria, no, no es el negocio como tal en mi feria. Sin embargo, el las actividades de alguna manera nosotros recibimos y</w:t>
      </w:r>
      <w:r>
        <w:rPr>
          <w:rFonts w:ascii="Arial" w:hAnsi="Arial" w:cs="Arial"/>
          <w:sz w:val="24"/>
          <w:szCs w:val="24"/>
        </w:rPr>
        <w:t xml:space="preserve"> </w:t>
      </w:r>
      <w:r w:rsidRPr="00E93608">
        <w:rPr>
          <w:rFonts w:ascii="Arial" w:hAnsi="Arial" w:cs="Arial"/>
          <w:sz w:val="24"/>
          <w:szCs w:val="24"/>
        </w:rPr>
        <w:t>captamos recaudación de las pocas actividades que tenemos el recinto ferial.</w:t>
      </w:r>
      <w:r>
        <w:rPr>
          <w:rFonts w:ascii="Arial" w:hAnsi="Arial" w:cs="Arial"/>
          <w:sz w:val="24"/>
          <w:szCs w:val="24"/>
        </w:rPr>
        <w:t xml:space="preserve"> </w:t>
      </w:r>
      <w:r w:rsidRPr="00E93608">
        <w:rPr>
          <w:rFonts w:ascii="Arial" w:hAnsi="Arial" w:cs="Arial"/>
          <w:sz w:val="24"/>
          <w:szCs w:val="24"/>
        </w:rPr>
        <w:t xml:space="preserve">Más o menos de la pulga sacamos como </w:t>
      </w:r>
      <w:r w:rsidR="008D3FC9">
        <w:rPr>
          <w:rFonts w:ascii="Arial" w:hAnsi="Arial" w:cs="Arial"/>
          <w:sz w:val="24"/>
          <w:szCs w:val="24"/>
        </w:rPr>
        <w:t>$</w:t>
      </w:r>
      <w:r w:rsidRPr="00E93608">
        <w:rPr>
          <w:rFonts w:ascii="Arial" w:hAnsi="Arial" w:cs="Arial"/>
          <w:sz w:val="24"/>
          <w:szCs w:val="24"/>
        </w:rPr>
        <w:t>10,000</w:t>
      </w:r>
      <w:r w:rsidR="008D3FC9">
        <w:rPr>
          <w:rFonts w:ascii="Arial" w:hAnsi="Arial" w:cs="Arial"/>
          <w:sz w:val="24"/>
          <w:szCs w:val="24"/>
        </w:rPr>
        <w:t>.00</w:t>
      </w:r>
      <w:r w:rsidRPr="00E93608">
        <w:rPr>
          <w:rFonts w:ascii="Arial" w:hAnsi="Arial" w:cs="Arial"/>
          <w:sz w:val="24"/>
          <w:szCs w:val="24"/>
        </w:rPr>
        <w:t xml:space="preserve"> pesos el fin de semana, es decir, lo que está en ese mes completo y hasta</w:t>
      </w:r>
      <w:r>
        <w:rPr>
          <w:rFonts w:ascii="Arial" w:hAnsi="Arial" w:cs="Arial"/>
          <w:sz w:val="24"/>
          <w:szCs w:val="24"/>
        </w:rPr>
        <w:t xml:space="preserve"> </w:t>
      </w:r>
      <w:r w:rsidRPr="00E93608">
        <w:rPr>
          <w:rFonts w:ascii="Arial" w:hAnsi="Arial" w:cs="Arial"/>
          <w:sz w:val="24"/>
          <w:szCs w:val="24"/>
        </w:rPr>
        <w:t>a veces agarras una semana más, me quedo aproximadamente s</w:t>
      </w:r>
      <w:r w:rsidR="008D3FC9">
        <w:rPr>
          <w:rFonts w:ascii="Arial" w:hAnsi="Arial" w:cs="Arial"/>
          <w:sz w:val="24"/>
          <w:szCs w:val="24"/>
        </w:rPr>
        <w:t>o</w:t>
      </w:r>
      <w:r w:rsidRPr="00E93608">
        <w:rPr>
          <w:rFonts w:ascii="Arial" w:hAnsi="Arial" w:cs="Arial"/>
          <w:sz w:val="24"/>
          <w:szCs w:val="24"/>
        </w:rPr>
        <w:t xml:space="preserve">n </w:t>
      </w:r>
      <w:r w:rsidR="008D3FC9">
        <w:rPr>
          <w:rFonts w:ascii="Arial" w:hAnsi="Arial" w:cs="Arial"/>
          <w:sz w:val="24"/>
          <w:szCs w:val="24"/>
        </w:rPr>
        <w:t>$</w:t>
      </w:r>
      <w:r w:rsidRPr="00E93608">
        <w:rPr>
          <w:rFonts w:ascii="Arial" w:hAnsi="Arial" w:cs="Arial"/>
          <w:sz w:val="24"/>
          <w:szCs w:val="24"/>
        </w:rPr>
        <w:t>50,000</w:t>
      </w:r>
      <w:r w:rsidR="008D3FC9">
        <w:rPr>
          <w:rFonts w:ascii="Arial" w:hAnsi="Arial" w:cs="Arial"/>
          <w:sz w:val="24"/>
          <w:szCs w:val="24"/>
        </w:rPr>
        <w:t>.00</w:t>
      </w:r>
      <w:r w:rsidRPr="00E93608">
        <w:rPr>
          <w:rFonts w:ascii="Arial" w:hAnsi="Arial" w:cs="Arial"/>
          <w:sz w:val="24"/>
          <w:szCs w:val="24"/>
        </w:rPr>
        <w:t xml:space="preserve"> pesos de la recaudación de la pulga. Entonces sí me</w:t>
      </w:r>
      <w:r w:rsidR="00E321CE">
        <w:rPr>
          <w:rFonts w:ascii="Arial" w:hAnsi="Arial" w:cs="Arial"/>
          <w:sz w:val="24"/>
          <w:szCs w:val="24"/>
        </w:rPr>
        <w:t xml:space="preserve"> </w:t>
      </w:r>
      <w:r w:rsidRPr="00E93608">
        <w:rPr>
          <w:rFonts w:ascii="Arial" w:hAnsi="Arial" w:cs="Arial"/>
          <w:sz w:val="24"/>
          <w:szCs w:val="24"/>
        </w:rPr>
        <w:t xml:space="preserve">alcanza de alguna manera señalar de que dejar un espacio como tal se pega en otros lados la recaudación. Si ustedes determinan </w:t>
      </w:r>
      <w:r w:rsidR="008D3FC9">
        <w:rPr>
          <w:rFonts w:ascii="Arial" w:hAnsi="Arial" w:cs="Arial"/>
          <w:sz w:val="24"/>
          <w:szCs w:val="24"/>
        </w:rPr>
        <w:t>$</w:t>
      </w:r>
      <w:r w:rsidRPr="00E93608">
        <w:rPr>
          <w:rFonts w:ascii="Arial" w:hAnsi="Arial" w:cs="Arial"/>
          <w:sz w:val="24"/>
          <w:szCs w:val="24"/>
        </w:rPr>
        <w:t>60,000</w:t>
      </w:r>
      <w:r w:rsidR="008D3FC9">
        <w:rPr>
          <w:rFonts w:ascii="Arial" w:hAnsi="Arial" w:cs="Arial"/>
          <w:sz w:val="24"/>
          <w:szCs w:val="24"/>
        </w:rPr>
        <w:t>.00</w:t>
      </w:r>
      <w:r w:rsidRPr="00E93608">
        <w:rPr>
          <w:rFonts w:ascii="Arial" w:hAnsi="Arial" w:cs="Arial"/>
          <w:sz w:val="24"/>
          <w:szCs w:val="24"/>
        </w:rPr>
        <w:t xml:space="preserve"> adelante, pero creo</w:t>
      </w:r>
      <w:r w:rsidR="00E321CE">
        <w:rPr>
          <w:rFonts w:ascii="Arial" w:hAnsi="Arial" w:cs="Arial"/>
          <w:sz w:val="24"/>
          <w:szCs w:val="24"/>
        </w:rPr>
        <w:t xml:space="preserve"> </w:t>
      </w:r>
      <w:r w:rsidRPr="00E93608">
        <w:rPr>
          <w:rFonts w:ascii="Arial" w:hAnsi="Arial" w:cs="Arial"/>
          <w:sz w:val="24"/>
          <w:szCs w:val="24"/>
        </w:rPr>
        <w:t xml:space="preserve">que el precio </w:t>
      </w:r>
      <w:r w:rsidR="008D3FC9">
        <w:rPr>
          <w:rFonts w:ascii="Arial" w:hAnsi="Arial" w:cs="Arial"/>
          <w:sz w:val="24"/>
          <w:szCs w:val="24"/>
        </w:rPr>
        <w:t>$</w:t>
      </w:r>
      <w:r w:rsidRPr="00E93608">
        <w:rPr>
          <w:rFonts w:ascii="Arial" w:hAnsi="Arial" w:cs="Arial"/>
          <w:sz w:val="24"/>
          <w:szCs w:val="24"/>
        </w:rPr>
        <w:t>75,000</w:t>
      </w:r>
      <w:r w:rsidR="008D3FC9">
        <w:rPr>
          <w:rFonts w:ascii="Arial" w:hAnsi="Arial" w:cs="Arial"/>
          <w:sz w:val="24"/>
          <w:szCs w:val="24"/>
        </w:rPr>
        <w:t>.00</w:t>
      </w:r>
      <w:r w:rsidRPr="00E93608">
        <w:rPr>
          <w:rFonts w:ascii="Arial" w:hAnsi="Arial" w:cs="Arial"/>
          <w:sz w:val="24"/>
          <w:szCs w:val="24"/>
        </w:rPr>
        <w:t xml:space="preserve"> no está descabellado. Recordemos que los locales más baratos que tienen, pues en realidad andan en </w:t>
      </w:r>
      <w:r w:rsidR="008D3FC9">
        <w:rPr>
          <w:rFonts w:ascii="Arial" w:hAnsi="Arial" w:cs="Arial"/>
          <w:sz w:val="24"/>
          <w:szCs w:val="24"/>
        </w:rPr>
        <w:t>$</w:t>
      </w:r>
      <w:r w:rsidRPr="00E93608">
        <w:rPr>
          <w:rFonts w:ascii="Arial" w:hAnsi="Arial" w:cs="Arial"/>
          <w:sz w:val="24"/>
          <w:szCs w:val="24"/>
        </w:rPr>
        <w:t>20,000</w:t>
      </w:r>
      <w:r w:rsidR="008D3FC9">
        <w:rPr>
          <w:rFonts w:ascii="Arial" w:hAnsi="Arial" w:cs="Arial"/>
          <w:sz w:val="24"/>
          <w:szCs w:val="24"/>
        </w:rPr>
        <w:t>.00</w:t>
      </w:r>
      <w:r w:rsidRPr="00E93608">
        <w:rPr>
          <w:rFonts w:ascii="Arial" w:hAnsi="Arial" w:cs="Arial"/>
          <w:sz w:val="24"/>
          <w:szCs w:val="24"/>
        </w:rPr>
        <w:t xml:space="preserve"> pes</w:t>
      </w:r>
      <w:r w:rsidR="00E321CE">
        <w:rPr>
          <w:rFonts w:ascii="Arial" w:hAnsi="Arial" w:cs="Arial"/>
          <w:sz w:val="24"/>
          <w:szCs w:val="24"/>
        </w:rPr>
        <w:t>os</w:t>
      </w:r>
      <w:r w:rsidRPr="00E93608">
        <w:rPr>
          <w:rFonts w:ascii="Arial" w:hAnsi="Arial" w:cs="Arial"/>
          <w:sz w:val="24"/>
          <w:szCs w:val="24"/>
        </w:rPr>
        <w:t>. Sí.</w:t>
      </w:r>
      <w:r w:rsidR="00E321CE">
        <w:rPr>
          <w:rFonts w:ascii="Arial" w:hAnsi="Arial" w:cs="Arial"/>
          <w:sz w:val="24"/>
          <w:szCs w:val="24"/>
        </w:rPr>
        <w:t xml:space="preserve"> </w:t>
      </w:r>
      <w:r w:rsidRPr="00E93608">
        <w:rPr>
          <w:rFonts w:ascii="Arial" w:hAnsi="Arial" w:cs="Arial"/>
          <w:sz w:val="24"/>
          <w:szCs w:val="24"/>
        </w:rPr>
        <w:t xml:space="preserve">Entonces no es descabellado los </w:t>
      </w:r>
      <w:r w:rsidR="008D3FC9">
        <w:rPr>
          <w:rFonts w:ascii="Arial" w:hAnsi="Arial" w:cs="Arial"/>
          <w:sz w:val="24"/>
          <w:szCs w:val="24"/>
        </w:rPr>
        <w:t>$</w:t>
      </w:r>
      <w:r w:rsidRPr="00E93608">
        <w:rPr>
          <w:rFonts w:ascii="Arial" w:hAnsi="Arial" w:cs="Arial"/>
          <w:sz w:val="24"/>
          <w:szCs w:val="24"/>
        </w:rPr>
        <w:t>75</w:t>
      </w:r>
      <w:r w:rsidR="008D3FC9">
        <w:rPr>
          <w:rFonts w:ascii="Arial" w:hAnsi="Arial" w:cs="Arial"/>
          <w:sz w:val="24"/>
          <w:szCs w:val="24"/>
        </w:rPr>
        <w:t>,000.00</w:t>
      </w:r>
      <w:r w:rsidRPr="00E93608">
        <w:rPr>
          <w:rFonts w:ascii="Arial" w:hAnsi="Arial" w:cs="Arial"/>
          <w:sz w:val="24"/>
          <w:szCs w:val="24"/>
        </w:rPr>
        <w:t xml:space="preserve"> como tal. Y la idea de que no se le apoya a la E</w:t>
      </w:r>
      <w:r w:rsidR="00E321CE">
        <w:rPr>
          <w:rFonts w:ascii="Arial" w:hAnsi="Arial" w:cs="Arial"/>
          <w:sz w:val="24"/>
          <w:szCs w:val="24"/>
        </w:rPr>
        <w:t>xpo</w:t>
      </w:r>
      <w:r w:rsidRPr="00E93608">
        <w:rPr>
          <w:rFonts w:ascii="Arial" w:hAnsi="Arial" w:cs="Arial"/>
          <w:sz w:val="24"/>
          <w:szCs w:val="24"/>
        </w:rPr>
        <w:t xml:space="preserve"> </w:t>
      </w:r>
      <w:r w:rsidR="00E321CE">
        <w:rPr>
          <w:rFonts w:ascii="Arial" w:hAnsi="Arial" w:cs="Arial"/>
          <w:sz w:val="24"/>
          <w:szCs w:val="24"/>
        </w:rPr>
        <w:t>A</w:t>
      </w:r>
      <w:r w:rsidRPr="00E93608">
        <w:rPr>
          <w:rFonts w:ascii="Arial" w:hAnsi="Arial" w:cs="Arial"/>
          <w:sz w:val="24"/>
          <w:szCs w:val="24"/>
        </w:rPr>
        <w:t>grícola creo que no va por ahí,</w:t>
      </w:r>
      <w:r w:rsidR="00E321CE">
        <w:rPr>
          <w:rFonts w:ascii="Arial" w:hAnsi="Arial" w:cs="Arial"/>
          <w:sz w:val="24"/>
          <w:szCs w:val="24"/>
        </w:rPr>
        <w:t xml:space="preserve"> </w:t>
      </w:r>
      <w:r w:rsidRPr="00E93608">
        <w:rPr>
          <w:rFonts w:ascii="Arial" w:hAnsi="Arial" w:cs="Arial"/>
          <w:sz w:val="24"/>
          <w:szCs w:val="24"/>
        </w:rPr>
        <w:t>o sea, creo que se le está apoyando y desde el comité y ya hablo yo como presidente, cuando solicito la reducción de arreglar la cantidad, se ha estado</w:t>
      </w:r>
      <w:r w:rsidR="00E321CE">
        <w:rPr>
          <w:rFonts w:ascii="Arial" w:hAnsi="Arial" w:cs="Arial"/>
          <w:sz w:val="24"/>
          <w:szCs w:val="24"/>
        </w:rPr>
        <w:t xml:space="preserve"> </w:t>
      </w:r>
      <w:r w:rsidRPr="00E93608">
        <w:rPr>
          <w:rFonts w:ascii="Arial" w:hAnsi="Arial" w:cs="Arial"/>
          <w:sz w:val="24"/>
          <w:szCs w:val="24"/>
        </w:rPr>
        <w:t>apoyando. Sí, pero bueno, no quiero que se queden con esta idea, regidores, en donde el gobierno no los ha apoyado.</w:t>
      </w:r>
      <w:r w:rsidR="00E321CE">
        <w:rPr>
          <w:rFonts w:ascii="Arial" w:hAnsi="Arial" w:cs="Arial"/>
          <w:sz w:val="24"/>
          <w:szCs w:val="24"/>
        </w:rPr>
        <w:t xml:space="preserve"> </w:t>
      </w:r>
      <w:r w:rsidRPr="00E93608">
        <w:rPr>
          <w:rFonts w:ascii="Arial" w:hAnsi="Arial" w:cs="Arial"/>
          <w:sz w:val="24"/>
          <w:szCs w:val="24"/>
        </w:rPr>
        <w:t>Sí, es cuánto.</w:t>
      </w:r>
    </w:p>
    <w:p w14:paraId="7BAD26F8" w14:textId="51D5FC08" w:rsidR="00EA0C28" w:rsidRPr="00E93608" w:rsidRDefault="00E321CE" w:rsidP="00E93608">
      <w:pPr>
        <w:jc w:val="both"/>
        <w:rPr>
          <w:rFonts w:ascii="Arial" w:hAnsi="Arial" w:cs="Arial"/>
          <w:sz w:val="24"/>
          <w:szCs w:val="24"/>
        </w:rPr>
      </w:pPr>
      <w:r>
        <w:rPr>
          <w:rFonts w:ascii="Arial" w:hAnsi="Arial" w:cs="Arial"/>
          <w:b/>
          <w:bCs/>
          <w:sz w:val="24"/>
          <w:szCs w:val="24"/>
        </w:rPr>
        <w:t>C. MIGUEL MARENTES. - G</w:t>
      </w:r>
      <w:r w:rsidRPr="00E93608">
        <w:rPr>
          <w:rFonts w:ascii="Arial" w:hAnsi="Arial" w:cs="Arial"/>
          <w:sz w:val="24"/>
          <w:szCs w:val="24"/>
        </w:rPr>
        <w:t>racias, licenciado Jorge.</w:t>
      </w:r>
      <w:r>
        <w:rPr>
          <w:rFonts w:ascii="Arial" w:hAnsi="Arial" w:cs="Arial"/>
          <w:sz w:val="24"/>
          <w:szCs w:val="24"/>
        </w:rPr>
        <w:t xml:space="preserve"> </w:t>
      </w:r>
      <w:r w:rsidRPr="00E93608">
        <w:rPr>
          <w:rFonts w:ascii="Arial" w:hAnsi="Arial" w:cs="Arial"/>
          <w:sz w:val="24"/>
          <w:szCs w:val="24"/>
        </w:rPr>
        <w:t xml:space="preserve">No sé quién levantó </w:t>
      </w:r>
      <w:r w:rsidR="00E52144" w:rsidRPr="00E93608">
        <w:rPr>
          <w:rFonts w:ascii="Arial" w:hAnsi="Arial" w:cs="Arial"/>
          <w:sz w:val="24"/>
          <w:szCs w:val="24"/>
        </w:rPr>
        <w:t>el mano primero</w:t>
      </w:r>
      <w:r w:rsidRPr="00E93608">
        <w:rPr>
          <w:rFonts w:ascii="Arial" w:hAnsi="Arial" w:cs="Arial"/>
          <w:sz w:val="24"/>
          <w:szCs w:val="24"/>
        </w:rPr>
        <w:t>, pero adelante, ingeniero Juan Carlos.</w:t>
      </w:r>
    </w:p>
    <w:p w14:paraId="67F54802" w14:textId="193294DA" w:rsidR="00EA0C28" w:rsidRPr="00E93608" w:rsidRDefault="00E321CE" w:rsidP="00E93608">
      <w:pPr>
        <w:jc w:val="both"/>
        <w:rPr>
          <w:rFonts w:ascii="Arial" w:hAnsi="Arial" w:cs="Arial"/>
          <w:sz w:val="24"/>
          <w:szCs w:val="24"/>
        </w:rPr>
      </w:pPr>
      <w:r>
        <w:rPr>
          <w:rFonts w:ascii="Arial" w:hAnsi="Arial" w:cs="Arial"/>
          <w:b/>
          <w:bCs/>
          <w:sz w:val="24"/>
          <w:szCs w:val="24"/>
        </w:rPr>
        <w:t xml:space="preserve">C. JUAN CARLOS ROMO PEÑA. - </w:t>
      </w:r>
      <w:r w:rsidRPr="00E93608">
        <w:rPr>
          <w:rFonts w:ascii="Arial" w:hAnsi="Arial" w:cs="Arial"/>
          <w:sz w:val="24"/>
          <w:szCs w:val="24"/>
        </w:rPr>
        <w:t>Sí, quiero no generar polémica, quiero sumar y en ese sentido</w:t>
      </w:r>
      <w:r>
        <w:rPr>
          <w:rFonts w:ascii="Arial" w:hAnsi="Arial" w:cs="Arial"/>
          <w:sz w:val="24"/>
          <w:szCs w:val="24"/>
        </w:rPr>
        <w:t xml:space="preserve"> </w:t>
      </w:r>
      <w:r w:rsidRPr="00E93608">
        <w:rPr>
          <w:rFonts w:ascii="Arial" w:hAnsi="Arial" w:cs="Arial"/>
          <w:sz w:val="24"/>
          <w:szCs w:val="24"/>
        </w:rPr>
        <w:t>en muy en particular aquí al regidor Gustavo y a todos ustedes, me gustaría que sí fuera parte del acuerdo una</w:t>
      </w:r>
      <w:r>
        <w:rPr>
          <w:rFonts w:ascii="Arial" w:hAnsi="Arial" w:cs="Arial"/>
          <w:sz w:val="24"/>
          <w:szCs w:val="24"/>
        </w:rPr>
        <w:t xml:space="preserve"> </w:t>
      </w:r>
      <w:r w:rsidRPr="00E93608">
        <w:rPr>
          <w:rFonts w:ascii="Arial" w:hAnsi="Arial" w:cs="Arial"/>
          <w:sz w:val="24"/>
          <w:szCs w:val="24"/>
        </w:rPr>
        <w:t>próxima reunión solamente para que conozcan a detalle cómo se ha venido manejando Dima y que lo conozcan. Eso es</w:t>
      </w:r>
      <w:r>
        <w:rPr>
          <w:rFonts w:ascii="Arial" w:hAnsi="Arial" w:cs="Arial"/>
          <w:sz w:val="24"/>
          <w:szCs w:val="24"/>
        </w:rPr>
        <w:t xml:space="preserve"> </w:t>
      </w:r>
      <w:r w:rsidRPr="00E93608">
        <w:rPr>
          <w:rFonts w:ascii="Arial" w:hAnsi="Arial" w:cs="Arial"/>
          <w:sz w:val="24"/>
          <w:szCs w:val="24"/>
        </w:rPr>
        <w:t>punto y aparte como conocimiento de causa, porque sí me gustaría que de veras en verdad lo valoren porque creo</w:t>
      </w:r>
      <w:r>
        <w:rPr>
          <w:rFonts w:ascii="Arial" w:hAnsi="Arial" w:cs="Arial"/>
          <w:sz w:val="24"/>
          <w:szCs w:val="24"/>
        </w:rPr>
        <w:t xml:space="preserve"> </w:t>
      </w:r>
      <w:r w:rsidRPr="00E93608">
        <w:rPr>
          <w:rFonts w:ascii="Arial" w:hAnsi="Arial" w:cs="Arial"/>
          <w:sz w:val="24"/>
          <w:szCs w:val="24"/>
        </w:rPr>
        <w:t>que hemos desaprovechado mucho la posibilidad de desarrollar un esquema</w:t>
      </w:r>
      <w:r>
        <w:rPr>
          <w:rFonts w:ascii="Arial" w:hAnsi="Arial" w:cs="Arial"/>
          <w:sz w:val="24"/>
          <w:szCs w:val="24"/>
        </w:rPr>
        <w:t xml:space="preserve"> </w:t>
      </w:r>
      <w:r w:rsidRPr="00E93608">
        <w:rPr>
          <w:rFonts w:ascii="Arial" w:hAnsi="Arial" w:cs="Arial"/>
          <w:sz w:val="24"/>
          <w:szCs w:val="24"/>
        </w:rPr>
        <w:t>de cooperación como en muchos lados se hace en ese sentido. Este, no más quiero dejar</w:t>
      </w:r>
      <w:r>
        <w:rPr>
          <w:rFonts w:ascii="Arial" w:hAnsi="Arial" w:cs="Arial"/>
          <w:sz w:val="24"/>
          <w:szCs w:val="24"/>
        </w:rPr>
        <w:t xml:space="preserve"> </w:t>
      </w:r>
      <w:r w:rsidRPr="00E93608">
        <w:rPr>
          <w:rFonts w:ascii="Arial" w:hAnsi="Arial" w:cs="Arial"/>
          <w:sz w:val="24"/>
          <w:szCs w:val="24"/>
        </w:rPr>
        <w:t>la puerta muy abierta para que independientemente de lo que aquí se decida, estén tengamos esta reunión muy a detalle,</w:t>
      </w:r>
      <w:r>
        <w:rPr>
          <w:rFonts w:ascii="Arial" w:hAnsi="Arial" w:cs="Arial"/>
          <w:sz w:val="24"/>
          <w:szCs w:val="24"/>
        </w:rPr>
        <w:t xml:space="preserve"> </w:t>
      </w:r>
      <w:r w:rsidRPr="00E93608">
        <w:rPr>
          <w:rFonts w:ascii="Arial" w:hAnsi="Arial" w:cs="Arial"/>
          <w:sz w:val="24"/>
          <w:szCs w:val="24"/>
        </w:rPr>
        <w:t>cómo se maneja una asociación civil, cómo es el esquema, que no hay utilidades, que debemos de mantener la operación, etcétera. O sea, que no nadie</w:t>
      </w:r>
      <w:r>
        <w:rPr>
          <w:rFonts w:ascii="Arial" w:hAnsi="Arial" w:cs="Arial"/>
          <w:sz w:val="24"/>
          <w:szCs w:val="24"/>
        </w:rPr>
        <w:t xml:space="preserve"> </w:t>
      </w:r>
      <w:r w:rsidRPr="00E93608">
        <w:rPr>
          <w:rFonts w:ascii="Arial" w:hAnsi="Arial" w:cs="Arial"/>
          <w:sz w:val="24"/>
          <w:szCs w:val="24"/>
        </w:rPr>
        <w:t>toma, no hay no hay reparto de utilidades de esto, ¿no? Para empezar, porque todo es para el financiamiento</w:t>
      </w:r>
      <w:r>
        <w:rPr>
          <w:rFonts w:ascii="Arial" w:hAnsi="Arial" w:cs="Arial"/>
          <w:sz w:val="24"/>
          <w:szCs w:val="24"/>
        </w:rPr>
        <w:t xml:space="preserve"> </w:t>
      </w:r>
      <w:r w:rsidRPr="00E93608">
        <w:rPr>
          <w:rFonts w:ascii="Arial" w:hAnsi="Arial" w:cs="Arial"/>
          <w:sz w:val="24"/>
          <w:szCs w:val="24"/>
        </w:rPr>
        <w:t xml:space="preserve">del de la de la organización. </w:t>
      </w:r>
      <w:r>
        <w:rPr>
          <w:rFonts w:ascii="Arial" w:hAnsi="Arial" w:cs="Arial"/>
          <w:sz w:val="24"/>
          <w:szCs w:val="24"/>
        </w:rPr>
        <w:t>Y</w:t>
      </w:r>
      <w:r w:rsidRPr="00E93608">
        <w:rPr>
          <w:rFonts w:ascii="Arial" w:hAnsi="Arial" w:cs="Arial"/>
          <w:sz w:val="24"/>
          <w:szCs w:val="24"/>
        </w:rPr>
        <w:t>o les haría una comparativo con lo que se maneja, cómo se maneja desarrollo</w:t>
      </w:r>
      <w:r>
        <w:rPr>
          <w:rFonts w:ascii="Arial" w:hAnsi="Arial" w:cs="Arial"/>
          <w:sz w:val="24"/>
          <w:szCs w:val="24"/>
        </w:rPr>
        <w:t xml:space="preserve"> </w:t>
      </w:r>
      <w:r w:rsidRPr="00E93608">
        <w:rPr>
          <w:rFonts w:ascii="Arial" w:hAnsi="Arial" w:cs="Arial"/>
          <w:sz w:val="24"/>
          <w:szCs w:val="24"/>
        </w:rPr>
        <w:t>económico, que es una área similar y pero eso digo en otra ocasión, no más antes de lo que se decida, que sí</w:t>
      </w:r>
      <w:r>
        <w:rPr>
          <w:rFonts w:ascii="Arial" w:hAnsi="Arial" w:cs="Arial"/>
          <w:sz w:val="24"/>
          <w:szCs w:val="24"/>
        </w:rPr>
        <w:t xml:space="preserve"> </w:t>
      </w:r>
      <w:r w:rsidRPr="00E93608">
        <w:rPr>
          <w:rFonts w:ascii="Arial" w:hAnsi="Arial" w:cs="Arial"/>
          <w:sz w:val="24"/>
          <w:szCs w:val="24"/>
        </w:rPr>
        <w:t>estamos abiertos a que conozcan todos los detalles y que se agenden para el 9 de septiembre que vamos a festejar nuestro 19 aniversario</w:t>
      </w:r>
      <w:r>
        <w:rPr>
          <w:rFonts w:ascii="Arial" w:hAnsi="Arial" w:cs="Arial"/>
          <w:sz w:val="24"/>
          <w:szCs w:val="24"/>
        </w:rPr>
        <w:t xml:space="preserve"> </w:t>
      </w:r>
      <w:r w:rsidRPr="00E93608">
        <w:rPr>
          <w:rFonts w:ascii="Arial" w:hAnsi="Arial" w:cs="Arial"/>
          <w:sz w:val="24"/>
          <w:szCs w:val="24"/>
        </w:rPr>
        <w:t>para que conozcan todavía más a detalle de estas cosas, ¿no? más antes de que tome la decisión quedan las puertas</w:t>
      </w:r>
      <w:r>
        <w:rPr>
          <w:rFonts w:ascii="Arial" w:hAnsi="Arial" w:cs="Arial"/>
          <w:sz w:val="24"/>
          <w:szCs w:val="24"/>
        </w:rPr>
        <w:t xml:space="preserve"> </w:t>
      </w:r>
      <w:r w:rsidRPr="00E93608">
        <w:rPr>
          <w:rFonts w:ascii="Arial" w:hAnsi="Arial" w:cs="Arial"/>
          <w:sz w:val="24"/>
          <w:szCs w:val="24"/>
        </w:rPr>
        <w:t>completamente abiertas y a la vez proponer que sí la OPD se abra no n más</w:t>
      </w:r>
      <w:r>
        <w:rPr>
          <w:rFonts w:ascii="Arial" w:hAnsi="Arial" w:cs="Arial"/>
          <w:sz w:val="24"/>
          <w:szCs w:val="24"/>
        </w:rPr>
        <w:t xml:space="preserve"> </w:t>
      </w:r>
      <w:r w:rsidRPr="00E93608">
        <w:rPr>
          <w:rFonts w:ascii="Arial" w:hAnsi="Arial" w:cs="Arial"/>
          <w:sz w:val="24"/>
          <w:szCs w:val="24"/>
        </w:rPr>
        <w:t>a la regiduría, a los regidores, sino que también haya participación de la sociedad civil organizada.</w:t>
      </w:r>
    </w:p>
    <w:p w14:paraId="53477FF2" w14:textId="073EFD73" w:rsidR="00EA0C28" w:rsidRPr="00E93608" w:rsidRDefault="00E321CE" w:rsidP="00E93608">
      <w:pPr>
        <w:jc w:val="both"/>
        <w:rPr>
          <w:rFonts w:ascii="Arial" w:hAnsi="Arial" w:cs="Arial"/>
          <w:sz w:val="24"/>
          <w:szCs w:val="24"/>
        </w:rPr>
      </w:pPr>
      <w:r>
        <w:rPr>
          <w:rFonts w:ascii="Arial" w:hAnsi="Arial" w:cs="Arial"/>
          <w:b/>
          <w:bCs/>
          <w:sz w:val="24"/>
          <w:szCs w:val="24"/>
        </w:rPr>
        <w:lastRenderedPageBreak/>
        <w:t xml:space="preserve">C. MIGUEL MARENTES. - </w:t>
      </w:r>
      <w:r w:rsidRPr="00E93608">
        <w:rPr>
          <w:rFonts w:ascii="Arial" w:hAnsi="Arial" w:cs="Arial"/>
          <w:sz w:val="24"/>
          <w:szCs w:val="24"/>
        </w:rPr>
        <w:t>Gracias, ingeniero. Adelante, regidor Óscar.</w:t>
      </w:r>
    </w:p>
    <w:p w14:paraId="054FAC41" w14:textId="096C24CA" w:rsidR="00EA0C28" w:rsidRPr="00E93608" w:rsidRDefault="00E321CE" w:rsidP="00E93608">
      <w:pPr>
        <w:jc w:val="both"/>
        <w:rPr>
          <w:rFonts w:ascii="Arial" w:hAnsi="Arial" w:cs="Arial"/>
          <w:sz w:val="24"/>
          <w:szCs w:val="24"/>
        </w:rPr>
      </w:pPr>
      <w:r>
        <w:rPr>
          <w:rFonts w:ascii="Arial" w:hAnsi="Arial" w:cs="Arial"/>
          <w:b/>
          <w:bCs/>
          <w:sz w:val="24"/>
          <w:szCs w:val="24"/>
        </w:rPr>
        <w:t xml:space="preserve">C. GUSTAVO LOPEZ </w:t>
      </w:r>
      <w:proofErr w:type="gramStart"/>
      <w:r>
        <w:rPr>
          <w:rFonts w:ascii="Arial" w:hAnsi="Arial" w:cs="Arial"/>
          <w:b/>
          <w:bCs/>
          <w:sz w:val="24"/>
          <w:szCs w:val="24"/>
        </w:rPr>
        <w:t>SA</w:t>
      </w:r>
      <w:r w:rsidR="00E52144">
        <w:rPr>
          <w:rFonts w:ascii="Arial" w:hAnsi="Arial" w:cs="Arial"/>
          <w:b/>
          <w:bCs/>
          <w:sz w:val="24"/>
          <w:szCs w:val="24"/>
        </w:rPr>
        <w:t>N</w:t>
      </w:r>
      <w:r>
        <w:rPr>
          <w:rFonts w:ascii="Arial" w:hAnsi="Arial" w:cs="Arial"/>
          <w:b/>
          <w:bCs/>
          <w:sz w:val="24"/>
          <w:szCs w:val="24"/>
        </w:rPr>
        <w:t>DOVAL .</w:t>
      </w:r>
      <w:proofErr w:type="gramEnd"/>
      <w:r>
        <w:rPr>
          <w:rFonts w:ascii="Arial" w:hAnsi="Arial" w:cs="Arial"/>
          <w:b/>
          <w:bCs/>
          <w:sz w:val="24"/>
          <w:szCs w:val="24"/>
        </w:rPr>
        <w:t xml:space="preserve"> -</w:t>
      </w:r>
      <w:r w:rsidRPr="00E93608">
        <w:rPr>
          <w:rFonts w:ascii="Arial" w:hAnsi="Arial" w:cs="Arial"/>
          <w:sz w:val="24"/>
          <w:szCs w:val="24"/>
        </w:rPr>
        <w:t>Y quizá haciendo ese análisis, el monto hasta va a ser totalmente diferente porque</w:t>
      </w:r>
      <w:r>
        <w:rPr>
          <w:rFonts w:ascii="Arial" w:hAnsi="Arial" w:cs="Arial"/>
          <w:sz w:val="24"/>
          <w:szCs w:val="24"/>
        </w:rPr>
        <w:t xml:space="preserve"> </w:t>
      </w:r>
      <w:r w:rsidRPr="00E93608">
        <w:rPr>
          <w:rFonts w:ascii="Arial" w:hAnsi="Arial" w:cs="Arial"/>
          <w:sz w:val="24"/>
          <w:szCs w:val="24"/>
        </w:rPr>
        <w:t>yo creo que en este punto carecemos de información por ambas partes. Creo que en mi punto de vista no se pudiera</w:t>
      </w:r>
      <w:r>
        <w:rPr>
          <w:rFonts w:ascii="Arial" w:hAnsi="Arial" w:cs="Arial"/>
          <w:sz w:val="24"/>
          <w:szCs w:val="24"/>
        </w:rPr>
        <w:t xml:space="preserve"> </w:t>
      </w:r>
      <w:r w:rsidRPr="00E93608">
        <w:rPr>
          <w:rFonts w:ascii="Arial" w:hAnsi="Arial" w:cs="Arial"/>
          <w:sz w:val="24"/>
          <w:szCs w:val="24"/>
        </w:rPr>
        <w:t>otra en otro día tomar esta decisión para traer toda la información y poder tomar una decisión asertiva.</w:t>
      </w:r>
      <w:r>
        <w:rPr>
          <w:rFonts w:ascii="Arial" w:hAnsi="Arial" w:cs="Arial"/>
          <w:sz w:val="24"/>
          <w:szCs w:val="24"/>
        </w:rPr>
        <w:t xml:space="preserve"> </w:t>
      </w:r>
      <w:r w:rsidRPr="00E93608">
        <w:rPr>
          <w:rFonts w:ascii="Arial" w:hAnsi="Arial" w:cs="Arial"/>
          <w:sz w:val="24"/>
          <w:szCs w:val="24"/>
        </w:rPr>
        <w:t>Gracias.</w:t>
      </w:r>
    </w:p>
    <w:p w14:paraId="46811353" w14:textId="7F992C2C" w:rsidR="00E321CE" w:rsidRDefault="00E321CE"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 En el ánimo de no retrasar malos trabajos de esta comisión, lo que sí le propongo y lo que pudiéramos hacer es aprobar la ley de</w:t>
      </w:r>
      <w:r>
        <w:rPr>
          <w:rFonts w:ascii="Arial" w:hAnsi="Arial" w:cs="Arial"/>
          <w:sz w:val="24"/>
          <w:szCs w:val="24"/>
        </w:rPr>
        <w:t xml:space="preserve"> </w:t>
      </w:r>
      <w:r w:rsidRPr="00E93608">
        <w:rPr>
          <w:rFonts w:ascii="Arial" w:hAnsi="Arial" w:cs="Arial"/>
          <w:sz w:val="24"/>
          <w:szCs w:val="24"/>
        </w:rPr>
        <w:t>ingresos, si así se tiene bien por esta comisión, con una tarifa propuesta y al momento que se suba el dictamen al pleno del Ayuntamiento,  quien tenga bien</w:t>
      </w:r>
      <w:r>
        <w:rPr>
          <w:rFonts w:ascii="Arial" w:hAnsi="Arial" w:cs="Arial"/>
          <w:sz w:val="24"/>
          <w:szCs w:val="24"/>
        </w:rPr>
        <w:t xml:space="preserve"> </w:t>
      </w:r>
      <w:r w:rsidRPr="00E93608">
        <w:rPr>
          <w:rFonts w:ascii="Arial" w:hAnsi="Arial" w:cs="Arial"/>
          <w:sz w:val="24"/>
          <w:szCs w:val="24"/>
        </w:rPr>
        <w:t>reservar este apartado, esta porción normativa para su análisis en lo particular por el pleno, pues se puede hacer, se puede se aprueba la ley en lo</w:t>
      </w:r>
      <w:r>
        <w:rPr>
          <w:rFonts w:ascii="Arial" w:hAnsi="Arial" w:cs="Arial"/>
          <w:sz w:val="24"/>
          <w:szCs w:val="24"/>
        </w:rPr>
        <w:t xml:space="preserve"> </w:t>
      </w:r>
      <w:r w:rsidRPr="00E93608">
        <w:rPr>
          <w:rFonts w:ascii="Arial" w:hAnsi="Arial" w:cs="Arial"/>
          <w:sz w:val="24"/>
          <w:szCs w:val="24"/>
        </w:rPr>
        <w:t>general y después en lo particular ya se analiza los apartados que queden reservados para discusión. ¿no? Y allá</w:t>
      </w:r>
      <w:r>
        <w:rPr>
          <w:rFonts w:ascii="Arial" w:hAnsi="Arial" w:cs="Arial"/>
          <w:sz w:val="24"/>
          <w:szCs w:val="24"/>
        </w:rPr>
        <w:t xml:space="preserve"> </w:t>
      </w:r>
      <w:r w:rsidRPr="00E93608">
        <w:rPr>
          <w:rFonts w:ascii="Arial" w:hAnsi="Arial" w:cs="Arial"/>
          <w:sz w:val="24"/>
          <w:szCs w:val="24"/>
        </w:rPr>
        <w:t xml:space="preserve">en el pleno del Ayuntamiento se pudiera discutir más a fondo la cuota establecida ahí. </w:t>
      </w:r>
      <w:r>
        <w:rPr>
          <w:rFonts w:ascii="Arial" w:hAnsi="Arial" w:cs="Arial"/>
          <w:sz w:val="24"/>
          <w:szCs w:val="24"/>
        </w:rPr>
        <w:t>Y</w:t>
      </w:r>
      <w:r w:rsidRPr="00E93608">
        <w:rPr>
          <w:rFonts w:ascii="Arial" w:hAnsi="Arial" w:cs="Arial"/>
          <w:sz w:val="24"/>
          <w:szCs w:val="24"/>
        </w:rPr>
        <w:t>a y eso le dará más</w:t>
      </w:r>
      <w:r>
        <w:rPr>
          <w:rFonts w:ascii="Arial" w:hAnsi="Arial" w:cs="Arial"/>
          <w:sz w:val="24"/>
          <w:szCs w:val="24"/>
        </w:rPr>
        <w:t xml:space="preserve"> </w:t>
      </w:r>
      <w:r w:rsidRPr="00E93608">
        <w:rPr>
          <w:rFonts w:ascii="Arial" w:hAnsi="Arial" w:cs="Arial"/>
          <w:sz w:val="24"/>
          <w:szCs w:val="24"/>
        </w:rPr>
        <w:t>tiempo a usted si así tiene bien recabar la información que necesite de a partir de que se apruebe hasta en tanto se sesione en el pleno del Ayuntamiento</w:t>
      </w:r>
      <w:r>
        <w:rPr>
          <w:rFonts w:ascii="Arial" w:hAnsi="Arial" w:cs="Arial"/>
          <w:sz w:val="24"/>
          <w:szCs w:val="24"/>
        </w:rPr>
        <w:t xml:space="preserve"> </w:t>
      </w:r>
      <w:r w:rsidRPr="00E93608">
        <w:rPr>
          <w:rFonts w:ascii="Arial" w:hAnsi="Arial" w:cs="Arial"/>
          <w:sz w:val="24"/>
          <w:szCs w:val="24"/>
        </w:rPr>
        <w:t>para que pueda informarse mejor y ya llevar argumentos al pleno. Sí, pero para no retrasar los trabajos de esta</w:t>
      </w:r>
      <w:r>
        <w:rPr>
          <w:rFonts w:ascii="Arial" w:hAnsi="Arial" w:cs="Arial"/>
          <w:sz w:val="24"/>
          <w:szCs w:val="24"/>
        </w:rPr>
        <w:t xml:space="preserve"> </w:t>
      </w:r>
      <w:r w:rsidRPr="00E93608">
        <w:rPr>
          <w:rFonts w:ascii="Arial" w:hAnsi="Arial" w:cs="Arial"/>
          <w:sz w:val="24"/>
          <w:szCs w:val="24"/>
        </w:rPr>
        <w:t xml:space="preserve">comisión yo propondría que se quedara con los </w:t>
      </w:r>
      <w:r w:rsidR="00E52144">
        <w:rPr>
          <w:rFonts w:ascii="Arial" w:hAnsi="Arial" w:cs="Arial"/>
          <w:sz w:val="24"/>
          <w:szCs w:val="24"/>
        </w:rPr>
        <w:t>$</w:t>
      </w:r>
      <w:r w:rsidRPr="00E93608">
        <w:rPr>
          <w:rFonts w:ascii="Arial" w:hAnsi="Arial" w:cs="Arial"/>
          <w:sz w:val="24"/>
          <w:szCs w:val="24"/>
        </w:rPr>
        <w:t>60</w:t>
      </w:r>
      <w:r w:rsidR="00E52144">
        <w:rPr>
          <w:rFonts w:ascii="Arial" w:hAnsi="Arial" w:cs="Arial"/>
          <w:sz w:val="24"/>
          <w:szCs w:val="24"/>
        </w:rPr>
        <w:t>,</w:t>
      </w:r>
      <w:r w:rsidRPr="00E93608">
        <w:rPr>
          <w:rFonts w:ascii="Arial" w:hAnsi="Arial" w:cs="Arial"/>
          <w:sz w:val="24"/>
          <w:szCs w:val="24"/>
        </w:rPr>
        <w:t>000</w:t>
      </w:r>
      <w:r w:rsidR="00E52144">
        <w:rPr>
          <w:rFonts w:ascii="Arial" w:hAnsi="Arial" w:cs="Arial"/>
          <w:sz w:val="24"/>
          <w:szCs w:val="24"/>
        </w:rPr>
        <w:t>.00</w:t>
      </w:r>
      <w:r w:rsidRPr="00E93608">
        <w:rPr>
          <w:rFonts w:ascii="Arial" w:hAnsi="Arial" w:cs="Arial"/>
          <w:sz w:val="24"/>
          <w:szCs w:val="24"/>
        </w:rPr>
        <w:t xml:space="preserve"> pesos establecidos y poder continuar con los trabajos de</w:t>
      </w:r>
      <w:r>
        <w:rPr>
          <w:rFonts w:ascii="Arial" w:hAnsi="Arial" w:cs="Arial"/>
          <w:sz w:val="24"/>
          <w:szCs w:val="24"/>
        </w:rPr>
        <w:t xml:space="preserve"> </w:t>
      </w:r>
      <w:r w:rsidRPr="00E93608">
        <w:rPr>
          <w:rFonts w:ascii="Arial" w:hAnsi="Arial" w:cs="Arial"/>
          <w:sz w:val="24"/>
          <w:szCs w:val="24"/>
        </w:rPr>
        <w:t xml:space="preserve">esta comisión. </w:t>
      </w:r>
      <w:r>
        <w:rPr>
          <w:rFonts w:ascii="Arial" w:hAnsi="Arial" w:cs="Arial"/>
          <w:sz w:val="24"/>
          <w:szCs w:val="24"/>
        </w:rPr>
        <w:t>N</w:t>
      </w:r>
      <w:r w:rsidRPr="00E93608">
        <w:rPr>
          <w:rFonts w:ascii="Arial" w:hAnsi="Arial" w:cs="Arial"/>
          <w:sz w:val="24"/>
          <w:szCs w:val="24"/>
        </w:rPr>
        <w:t>o sin antes mencionar que aquí está con nosotros la Dirección General de Ges</w:t>
      </w:r>
      <w:r>
        <w:rPr>
          <w:rFonts w:ascii="Arial" w:hAnsi="Arial" w:cs="Arial"/>
          <w:sz w:val="24"/>
          <w:szCs w:val="24"/>
        </w:rPr>
        <w:t>tión de la</w:t>
      </w:r>
      <w:r w:rsidRPr="00E93608">
        <w:rPr>
          <w:rFonts w:ascii="Arial" w:hAnsi="Arial" w:cs="Arial"/>
          <w:sz w:val="24"/>
          <w:szCs w:val="24"/>
        </w:rPr>
        <w:t xml:space="preserve"> Ciudad, a quienes agradezco su puntual</w:t>
      </w:r>
      <w:r>
        <w:rPr>
          <w:rFonts w:ascii="Arial" w:hAnsi="Arial" w:cs="Arial"/>
          <w:sz w:val="24"/>
          <w:szCs w:val="24"/>
        </w:rPr>
        <w:t xml:space="preserve"> </w:t>
      </w:r>
      <w:r w:rsidRPr="00E93608">
        <w:rPr>
          <w:rFonts w:ascii="Arial" w:hAnsi="Arial" w:cs="Arial"/>
          <w:sz w:val="24"/>
          <w:szCs w:val="24"/>
        </w:rPr>
        <w:t>asistencia. Este, entonces para no si hubiera más comentarios al respecto y les propondría eso, compañeros, que,</w:t>
      </w:r>
      <w:r>
        <w:rPr>
          <w:rFonts w:ascii="Arial" w:hAnsi="Arial" w:cs="Arial"/>
          <w:sz w:val="24"/>
          <w:szCs w:val="24"/>
        </w:rPr>
        <w:t xml:space="preserve"> </w:t>
      </w:r>
      <w:r w:rsidRPr="00E93608">
        <w:rPr>
          <w:rFonts w:ascii="Arial" w:hAnsi="Arial" w:cs="Arial"/>
          <w:sz w:val="24"/>
          <w:szCs w:val="24"/>
        </w:rPr>
        <w:t>si tienen a bien en el momento procesal oportuno del pleno del Ayuntamiento, conforme al reglamento Interior, puedan reservar este artículo fracción segunda</w:t>
      </w:r>
      <w:r>
        <w:rPr>
          <w:rFonts w:ascii="Arial" w:hAnsi="Arial" w:cs="Arial"/>
          <w:sz w:val="24"/>
          <w:szCs w:val="24"/>
        </w:rPr>
        <w:t xml:space="preserve"> </w:t>
      </w:r>
      <w:r w:rsidRPr="00E93608">
        <w:rPr>
          <w:rFonts w:ascii="Arial" w:hAnsi="Arial" w:cs="Arial"/>
          <w:sz w:val="24"/>
          <w:szCs w:val="24"/>
        </w:rPr>
        <w:t xml:space="preserve">apartado A, para su análisis en lo particular. </w:t>
      </w:r>
    </w:p>
    <w:p w14:paraId="13B24F4F" w14:textId="77777777" w:rsidR="00E321CE" w:rsidRDefault="00E321CE" w:rsidP="00E93608">
      <w:pPr>
        <w:jc w:val="both"/>
        <w:rPr>
          <w:rFonts w:ascii="Arial" w:hAnsi="Arial" w:cs="Arial"/>
          <w:sz w:val="24"/>
          <w:szCs w:val="24"/>
        </w:rPr>
      </w:pPr>
      <w:r>
        <w:rPr>
          <w:rFonts w:ascii="Arial" w:hAnsi="Arial" w:cs="Arial"/>
          <w:b/>
          <w:bCs/>
          <w:sz w:val="24"/>
          <w:szCs w:val="24"/>
        </w:rPr>
        <w:t xml:space="preserve">C. GUSTAVO LOPEZ SANDOVAL. - </w:t>
      </w:r>
      <w:r w:rsidRPr="00E93608">
        <w:rPr>
          <w:rFonts w:ascii="Arial" w:hAnsi="Arial" w:cs="Arial"/>
          <w:sz w:val="24"/>
          <w:szCs w:val="24"/>
        </w:rPr>
        <w:t>Sí, perdón. Sí,</w:t>
      </w:r>
      <w:r>
        <w:rPr>
          <w:rFonts w:ascii="Arial" w:hAnsi="Arial" w:cs="Arial"/>
          <w:sz w:val="24"/>
          <w:szCs w:val="24"/>
        </w:rPr>
        <w:t xml:space="preserve"> </w:t>
      </w:r>
      <w:r w:rsidRPr="00E93608">
        <w:rPr>
          <w:rFonts w:ascii="Arial" w:hAnsi="Arial" w:cs="Arial"/>
          <w:sz w:val="24"/>
          <w:szCs w:val="24"/>
        </w:rPr>
        <w:t>sí se puede hacer eso cuando suba el punto que esté definido el monto, pero a la decir, no, que sea este</w:t>
      </w:r>
      <w:r>
        <w:rPr>
          <w:rFonts w:ascii="Arial" w:hAnsi="Arial" w:cs="Arial"/>
          <w:sz w:val="24"/>
          <w:szCs w:val="24"/>
        </w:rPr>
        <w:t xml:space="preserve"> </w:t>
      </w:r>
      <w:r w:rsidRPr="00E93608">
        <w:rPr>
          <w:rFonts w:ascii="Arial" w:hAnsi="Arial" w:cs="Arial"/>
          <w:sz w:val="24"/>
          <w:szCs w:val="24"/>
        </w:rPr>
        <w:t>monto, o sea, se puede aprobar en una sesión.</w:t>
      </w:r>
      <w:r>
        <w:rPr>
          <w:rFonts w:ascii="Arial" w:hAnsi="Arial" w:cs="Arial"/>
          <w:sz w:val="24"/>
          <w:szCs w:val="24"/>
        </w:rPr>
        <w:t xml:space="preserve"> </w:t>
      </w:r>
    </w:p>
    <w:p w14:paraId="5E905BF3" w14:textId="704E6088" w:rsidR="00EA0C28" w:rsidRPr="00E93608" w:rsidRDefault="00E321CE" w:rsidP="00E93608">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S</w:t>
      </w:r>
      <w:r w:rsidRPr="00E93608">
        <w:rPr>
          <w:rFonts w:ascii="Arial" w:hAnsi="Arial" w:cs="Arial"/>
          <w:sz w:val="24"/>
          <w:szCs w:val="24"/>
        </w:rPr>
        <w:t>í, recordemos que cuando se aprueba un reglamento o algo similar se aprueba</w:t>
      </w:r>
      <w:r>
        <w:rPr>
          <w:rFonts w:ascii="Arial" w:hAnsi="Arial" w:cs="Arial"/>
          <w:sz w:val="24"/>
          <w:szCs w:val="24"/>
        </w:rPr>
        <w:t xml:space="preserve"> </w:t>
      </w:r>
      <w:r w:rsidRPr="00E93608">
        <w:rPr>
          <w:rFonts w:ascii="Arial" w:hAnsi="Arial" w:cs="Arial"/>
          <w:sz w:val="24"/>
          <w:szCs w:val="24"/>
        </w:rPr>
        <w:t>en lo general y en lo particular. Si se reserva un artículo para su análisis en lo particular, pues bueno, se aprueba la ley en lo general y después se somete a</w:t>
      </w:r>
      <w:r>
        <w:rPr>
          <w:rFonts w:ascii="Arial" w:hAnsi="Arial" w:cs="Arial"/>
          <w:sz w:val="24"/>
          <w:szCs w:val="24"/>
        </w:rPr>
        <w:t xml:space="preserve"> </w:t>
      </w:r>
      <w:r w:rsidRPr="00E93608">
        <w:rPr>
          <w:rFonts w:ascii="Arial" w:hAnsi="Arial" w:cs="Arial"/>
          <w:sz w:val="24"/>
          <w:szCs w:val="24"/>
        </w:rPr>
        <w:t>consideración únicamente ese apartado en lo particular. Sí, de no de aprobarse la modificación en lo particular, pues ya</w:t>
      </w:r>
      <w:r>
        <w:rPr>
          <w:rFonts w:ascii="Arial" w:hAnsi="Arial" w:cs="Arial"/>
          <w:sz w:val="24"/>
          <w:szCs w:val="24"/>
        </w:rPr>
        <w:t xml:space="preserve"> </w:t>
      </w:r>
      <w:r w:rsidRPr="00E93608">
        <w:rPr>
          <w:rFonts w:ascii="Arial" w:hAnsi="Arial" w:cs="Arial"/>
          <w:sz w:val="24"/>
          <w:szCs w:val="24"/>
        </w:rPr>
        <w:t>se modifica. Si no, se queda como la propuesta original presentada.</w:t>
      </w:r>
      <w:r>
        <w:rPr>
          <w:rFonts w:ascii="Arial" w:hAnsi="Arial" w:cs="Arial"/>
          <w:sz w:val="24"/>
          <w:szCs w:val="24"/>
        </w:rPr>
        <w:t xml:space="preserve"> </w:t>
      </w:r>
      <w:r w:rsidR="00B02DD6" w:rsidRPr="00E93608">
        <w:rPr>
          <w:rFonts w:ascii="Arial" w:hAnsi="Arial" w:cs="Arial"/>
          <w:sz w:val="24"/>
          <w:szCs w:val="24"/>
        </w:rPr>
        <w:t>Entonces no</w:t>
      </w:r>
      <w:r w:rsidRPr="00E93608">
        <w:rPr>
          <w:rFonts w:ascii="Arial" w:hAnsi="Arial" w:cs="Arial"/>
          <w:sz w:val="24"/>
          <w:szCs w:val="24"/>
        </w:rPr>
        <w:t xml:space="preserve"> sé si hubiera más comentarios al respecto de este punto.</w:t>
      </w:r>
      <w:r>
        <w:rPr>
          <w:rFonts w:ascii="Arial" w:hAnsi="Arial" w:cs="Arial"/>
          <w:sz w:val="24"/>
          <w:szCs w:val="24"/>
        </w:rPr>
        <w:t xml:space="preserve"> </w:t>
      </w:r>
      <w:r w:rsidRPr="00E93608">
        <w:rPr>
          <w:rFonts w:ascii="Arial" w:hAnsi="Arial" w:cs="Arial"/>
          <w:sz w:val="24"/>
          <w:szCs w:val="24"/>
        </w:rPr>
        <w:t>De no ser así. Y pues muchas gracias, ingeniero Juan Carlos Romo, por su asistencia, por su aportación en esto en los trabajos de esta comisión y no sin</w:t>
      </w:r>
      <w:r>
        <w:rPr>
          <w:rFonts w:ascii="Arial" w:hAnsi="Arial" w:cs="Arial"/>
          <w:sz w:val="24"/>
          <w:szCs w:val="24"/>
        </w:rPr>
        <w:t xml:space="preserve"> </w:t>
      </w:r>
      <w:r w:rsidRPr="00E93608">
        <w:rPr>
          <w:rFonts w:ascii="Arial" w:hAnsi="Arial" w:cs="Arial"/>
          <w:sz w:val="24"/>
          <w:szCs w:val="24"/>
        </w:rPr>
        <w:t xml:space="preserve">antes también agradecer </w:t>
      </w:r>
      <w:r w:rsidRPr="00E93608">
        <w:rPr>
          <w:rFonts w:ascii="Arial" w:hAnsi="Arial" w:cs="Arial"/>
          <w:sz w:val="24"/>
          <w:szCs w:val="24"/>
        </w:rPr>
        <w:lastRenderedPageBreak/>
        <w:t xml:space="preserve">el </w:t>
      </w:r>
      <w:r>
        <w:rPr>
          <w:rFonts w:ascii="Arial" w:hAnsi="Arial" w:cs="Arial"/>
          <w:sz w:val="24"/>
          <w:szCs w:val="24"/>
        </w:rPr>
        <w:t>A</w:t>
      </w:r>
      <w:r w:rsidRPr="00E93608">
        <w:rPr>
          <w:rFonts w:ascii="Arial" w:hAnsi="Arial" w:cs="Arial"/>
          <w:sz w:val="24"/>
          <w:szCs w:val="24"/>
        </w:rPr>
        <w:t xml:space="preserve">rquitecta Miriam Salomé Torres por acompañarnos, el </w:t>
      </w:r>
      <w:r>
        <w:rPr>
          <w:rFonts w:ascii="Arial" w:hAnsi="Arial" w:cs="Arial"/>
          <w:sz w:val="24"/>
          <w:szCs w:val="24"/>
        </w:rPr>
        <w:t>A</w:t>
      </w:r>
      <w:r w:rsidRPr="00E93608">
        <w:rPr>
          <w:rFonts w:ascii="Arial" w:hAnsi="Arial" w:cs="Arial"/>
          <w:sz w:val="24"/>
          <w:szCs w:val="24"/>
        </w:rPr>
        <w:t>rquitecto Braulo Mariso Andrade González y el arquitecto Miguel Barragán</w:t>
      </w:r>
      <w:r>
        <w:rPr>
          <w:rFonts w:ascii="Arial" w:hAnsi="Arial" w:cs="Arial"/>
          <w:sz w:val="24"/>
          <w:szCs w:val="24"/>
        </w:rPr>
        <w:t xml:space="preserve"> </w:t>
      </w:r>
      <w:r w:rsidRPr="00E93608">
        <w:rPr>
          <w:rFonts w:ascii="Arial" w:hAnsi="Arial" w:cs="Arial"/>
          <w:sz w:val="24"/>
          <w:szCs w:val="24"/>
        </w:rPr>
        <w:t xml:space="preserve">Espinosa por estar aquí también. Ay, la doctora Mariana Celeste también de </w:t>
      </w:r>
      <w:r>
        <w:rPr>
          <w:rFonts w:ascii="Arial" w:hAnsi="Arial" w:cs="Arial"/>
          <w:sz w:val="24"/>
          <w:szCs w:val="24"/>
        </w:rPr>
        <w:t>S</w:t>
      </w:r>
      <w:r w:rsidRPr="00E93608">
        <w:rPr>
          <w:rFonts w:ascii="Arial" w:hAnsi="Arial" w:cs="Arial"/>
          <w:sz w:val="24"/>
          <w:szCs w:val="24"/>
        </w:rPr>
        <w:t xml:space="preserve">alud </w:t>
      </w:r>
      <w:r>
        <w:rPr>
          <w:rFonts w:ascii="Arial" w:hAnsi="Arial" w:cs="Arial"/>
          <w:sz w:val="24"/>
          <w:szCs w:val="24"/>
        </w:rPr>
        <w:t>M</w:t>
      </w:r>
      <w:r w:rsidRPr="00E93608">
        <w:rPr>
          <w:rFonts w:ascii="Arial" w:hAnsi="Arial" w:cs="Arial"/>
          <w:sz w:val="24"/>
          <w:szCs w:val="24"/>
        </w:rPr>
        <w:t>unicipal y Javier Medina también de la Dirección</w:t>
      </w:r>
      <w:r>
        <w:rPr>
          <w:rFonts w:ascii="Arial" w:hAnsi="Arial" w:cs="Arial"/>
          <w:sz w:val="24"/>
          <w:szCs w:val="24"/>
        </w:rPr>
        <w:t xml:space="preserve"> </w:t>
      </w:r>
      <w:r w:rsidRPr="00E93608">
        <w:rPr>
          <w:rFonts w:ascii="Arial" w:hAnsi="Arial" w:cs="Arial"/>
          <w:sz w:val="24"/>
          <w:szCs w:val="24"/>
        </w:rPr>
        <w:t>de Medio Ambiente y Desarrollo Sustentable. Muchas gracias por acompañarnos. Si tienen ahí bien, compañeras y compañeros, antes de entrar de lleno a lo que es gestión de la</w:t>
      </w:r>
      <w:r>
        <w:rPr>
          <w:rFonts w:ascii="Arial" w:hAnsi="Arial" w:cs="Arial"/>
          <w:sz w:val="24"/>
          <w:szCs w:val="24"/>
        </w:rPr>
        <w:t xml:space="preserve"> </w:t>
      </w:r>
      <w:r w:rsidR="00B02DD6" w:rsidRPr="00E93608">
        <w:rPr>
          <w:rFonts w:ascii="Arial" w:hAnsi="Arial" w:cs="Arial"/>
          <w:sz w:val="24"/>
          <w:szCs w:val="24"/>
        </w:rPr>
        <w:t>ciudad, me</w:t>
      </w:r>
      <w:r w:rsidRPr="00E93608">
        <w:rPr>
          <w:rFonts w:ascii="Arial" w:hAnsi="Arial" w:cs="Arial"/>
          <w:sz w:val="24"/>
          <w:szCs w:val="24"/>
        </w:rPr>
        <w:t xml:space="preserve"> gustaría nada más que pudiéramos abarcar lo correspondiente a lo de salud municipal que quedó pendiente de las consultas psicológicas.</w:t>
      </w:r>
      <w:r>
        <w:rPr>
          <w:rFonts w:ascii="Arial" w:hAnsi="Arial" w:cs="Arial"/>
          <w:sz w:val="24"/>
          <w:szCs w:val="24"/>
        </w:rPr>
        <w:t xml:space="preserve"> </w:t>
      </w:r>
      <w:r w:rsidRPr="00E93608">
        <w:rPr>
          <w:rFonts w:ascii="Arial" w:hAnsi="Arial" w:cs="Arial"/>
          <w:sz w:val="24"/>
          <w:szCs w:val="24"/>
        </w:rPr>
        <w:t>es una únicamente un apartado pequeño de discusión rápida, quiero pensar, y ya poder entrar de lleno a lo que corresponde. Muchas gracias, ingeniero.</w:t>
      </w:r>
      <w:r>
        <w:rPr>
          <w:rFonts w:ascii="Arial" w:hAnsi="Arial" w:cs="Arial"/>
          <w:sz w:val="24"/>
          <w:szCs w:val="24"/>
        </w:rPr>
        <w:t xml:space="preserve"> </w:t>
      </w:r>
      <w:r w:rsidRPr="00E93608">
        <w:rPr>
          <w:rFonts w:ascii="Arial" w:hAnsi="Arial" w:cs="Arial"/>
          <w:sz w:val="24"/>
          <w:szCs w:val="24"/>
        </w:rPr>
        <w:t>Doctora, doctora, si nos acompaña de este lado, por favor.</w:t>
      </w:r>
      <w:r>
        <w:rPr>
          <w:rFonts w:ascii="Arial" w:hAnsi="Arial" w:cs="Arial"/>
          <w:sz w:val="24"/>
          <w:szCs w:val="24"/>
        </w:rPr>
        <w:t xml:space="preserve"> </w:t>
      </w:r>
      <w:r w:rsidRPr="00E93608">
        <w:rPr>
          <w:rFonts w:ascii="Arial" w:hAnsi="Arial" w:cs="Arial"/>
          <w:sz w:val="24"/>
          <w:szCs w:val="24"/>
        </w:rPr>
        <w:t>Sí, vamos a decretar un receso de 5, por favor, para poder este Buenos días nuevamente, compañeras,</w:t>
      </w:r>
      <w:r>
        <w:rPr>
          <w:rFonts w:ascii="Arial" w:hAnsi="Arial" w:cs="Arial"/>
          <w:sz w:val="24"/>
          <w:szCs w:val="24"/>
        </w:rPr>
        <w:t xml:space="preserve"> </w:t>
      </w:r>
      <w:r w:rsidRPr="00E93608">
        <w:rPr>
          <w:rFonts w:ascii="Arial" w:hAnsi="Arial" w:cs="Arial"/>
          <w:sz w:val="24"/>
          <w:szCs w:val="24"/>
        </w:rPr>
        <w:t xml:space="preserve">compañeros. Tras este corto receso, damos la bienvenida a la </w:t>
      </w:r>
      <w:r>
        <w:rPr>
          <w:rFonts w:ascii="Arial" w:hAnsi="Arial" w:cs="Arial"/>
          <w:sz w:val="24"/>
          <w:szCs w:val="24"/>
        </w:rPr>
        <w:t>D</w:t>
      </w:r>
      <w:r w:rsidRPr="00E93608">
        <w:rPr>
          <w:rFonts w:ascii="Arial" w:hAnsi="Arial" w:cs="Arial"/>
          <w:sz w:val="24"/>
          <w:szCs w:val="24"/>
        </w:rPr>
        <w:t>octora Mariana Celeste por su asistencia y vamos</w:t>
      </w:r>
      <w:r>
        <w:rPr>
          <w:rFonts w:ascii="Arial" w:hAnsi="Arial" w:cs="Arial"/>
          <w:sz w:val="24"/>
          <w:szCs w:val="24"/>
        </w:rPr>
        <w:t xml:space="preserve"> </w:t>
      </w:r>
      <w:r w:rsidRPr="00E93608">
        <w:rPr>
          <w:rFonts w:ascii="Arial" w:hAnsi="Arial" w:cs="Arial"/>
          <w:sz w:val="24"/>
          <w:szCs w:val="24"/>
        </w:rPr>
        <w:t>rápidamente a retomar lo que quedó pendiente de la del artículo 123 apartado, perdón, fracción A, respecto de las consultas psicológicas.</w:t>
      </w:r>
      <w:r>
        <w:rPr>
          <w:rFonts w:ascii="Arial" w:hAnsi="Arial" w:cs="Arial"/>
          <w:sz w:val="24"/>
          <w:szCs w:val="24"/>
        </w:rPr>
        <w:t xml:space="preserve"> </w:t>
      </w:r>
      <w:r w:rsidRPr="00E93608">
        <w:rPr>
          <w:rFonts w:ascii="Arial" w:hAnsi="Arial" w:cs="Arial"/>
          <w:sz w:val="24"/>
          <w:szCs w:val="24"/>
        </w:rPr>
        <w:t xml:space="preserve">El año actualmente se cobra una cuota única de 78 </w:t>
      </w:r>
      <w:r>
        <w:rPr>
          <w:rFonts w:ascii="Arial" w:hAnsi="Arial" w:cs="Arial"/>
          <w:sz w:val="24"/>
          <w:szCs w:val="24"/>
        </w:rPr>
        <w:t xml:space="preserve">setenta y ocho </w:t>
      </w:r>
      <w:r w:rsidRPr="00E93608">
        <w:rPr>
          <w:rFonts w:ascii="Arial" w:hAnsi="Arial" w:cs="Arial"/>
          <w:sz w:val="24"/>
          <w:szCs w:val="24"/>
        </w:rPr>
        <w:t>pesos. Por parte de la Jefatura de Salud Municipal se está proponiendo que diferenciarlo en</w:t>
      </w:r>
      <w:r>
        <w:rPr>
          <w:rFonts w:ascii="Arial" w:hAnsi="Arial" w:cs="Arial"/>
          <w:sz w:val="24"/>
          <w:szCs w:val="24"/>
        </w:rPr>
        <w:t xml:space="preserve"> </w:t>
      </w:r>
      <w:r w:rsidRPr="00E93608">
        <w:rPr>
          <w:rFonts w:ascii="Arial" w:hAnsi="Arial" w:cs="Arial"/>
          <w:sz w:val="24"/>
          <w:szCs w:val="24"/>
        </w:rPr>
        <w:t xml:space="preserve">individual 94 </w:t>
      </w:r>
      <w:r>
        <w:rPr>
          <w:rFonts w:ascii="Arial" w:hAnsi="Arial" w:cs="Arial"/>
          <w:sz w:val="24"/>
          <w:szCs w:val="24"/>
        </w:rPr>
        <w:t xml:space="preserve">noventa y cuatro </w:t>
      </w:r>
      <w:r w:rsidRPr="00E93608">
        <w:rPr>
          <w:rFonts w:ascii="Arial" w:hAnsi="Arial" w:cs="Arial"/>
          <w:sz w:val="24"/>
          <w:szCs w:val="24"/>
        </w:rPr>
        <w:t>pes</w:t>
      </w:r>
      <w:r>
        <w:rPr>
          <w:rFonts w:ascii="Arial" w:hAnsi="Arial" w:cs="Arial"/>
          <w:sz w:val="24"/>
          <w:szCs w:val="24"/>
        </w:rPr>
        <w:t>os</w:t>
      </w:r>
      <w:r w:rsidRPr="00E93608">
        <w:rPr>
          <w:rFonts w:ascii="Arial" w:hAnsi="Arial" w:cs="Arial"/>
          <w:sz w:val="24"/>
          <w:szCs w:val="24"/>
        </w:rPr>
        <w:t>, pareja 170</w:t>
      </w:r>
      <w:r>
        <w:rPr>
          <w:rFonts w:ascii="Arial" w:hAnsi="Arial" w:cs="Arial"/>
          <w:sz w:val="24"/>
          <w:szCs w:val="24"/>
        </w:rPr>
        <w:t xml:space="preserve"> ciento setenta</w:t>
      </w:r>
      <w:r w:rsidRPr="00E93608">
        <w:rPr>
          <w:rFonts w:ascii="Arial" w:hAnsi="Arial" w:cs="Arial"/>
          <w:sz w:val="24"/>
          <w:szCs w:val="24"/>
        </w:rPr>
        <w:t xml:space="preserve"> y familiar 340</w:t>
      </w:r>
      <w:r>
        <w:rPr>
          <w:rFonts w:ascii="Arial" w:hAnsi="Arial" w:cs="Arial"/>
          <w:sz w:val="24"/>
          <w:szCs w:val="24"/>
        </w:rPr>
        <w:t xml:space="preserve"> trecientos cuarenta</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 xml:space="preserve">Por ahí hubo inquietudes de varios compañeros y de su servidor respecto a que pudiera bajarse </w:t>
      </w:r>
      <w:r w:rsidR="006E3ED6" w:rsidRPr="00E93608">
        <w:rPr>
          <w:rFonts w:ascii="Arial" w:hAnsi="Arial" w:cs="Arial"/>
          <w:sz w:val="24"/>
          <w:szCs w:val="24"/>
        </w:rPr>
        <w:t>la tarifa</w:t>
      </w:r>
      <w:r w:rsidRPr="00E93608">
        <w:rPr>
          <w:rFonts w:ascii="Arial" w:hAnsi="Arial" w:cs="Arial"/>
          <w:sz w:val="24"/>
          <w:szCs w:val="24"/>
        </w:rPr>
        <w:t xml:space="preserve"> propuesta atendiendo pues a la</w:t>
      </w:r>
      <w:r>
        <w:rPr>
          <w:rFonts w:ascii="Arial" w:hAnsi="Arial" w:cs="Arial"/>
          <w:sz w:val="24"/>
          <w:szCs w:val="24"/>
        </w:rPr>
        <w:t xml:space="preserve"> </w:t>
      </w:r>
      <w:r w:rsidRPr="00E93608">
        <w:rPr>
          <w:rFonts w:ascii="Arial" w:hAnsi="Arial" w:cs="Arial"/>
          <w:sz w:val="24"/>
          <w:szCs w:val="24"/>
        </w:rPr>
        <w:t>necesidad de las de salud mental en el municipio y a todas las la importancia que ha venido</w:t>
      </w:r>
      <w:r>
        <w:rPr>
          <w:rFonts w:ascii="Arial" w:hAnsi="Arial" w:cs="Arial"/>
          <w:sz w:val="24"/>
          <w:szCs w:val="24"/>
        </w:rPr>
        <w:t xml:space="preserve"> </w:t>
      </w:r>
      <w:r w:rsidRPr="00E93608">
        <w:rPr>
          <w:rFonts w:ascii="Arial" w:hAnsi="Arial" w:cs="Arial"/>
          <w:sz w:val="24"/>
          <w:szCs w:val="24"/>
        </w:rPr>
        <w:t>subiendo respecto a este tema muy en particular y pues me gustaría hacer el uso de la voz a la doctora Mariana para que nos pudiera ahondar en el tema.</w:t>
      </w:r>
      <w:r>
        <w:rPr>
          <w:rFonts w:ascii="Arial" w:hAnsi="Arial" w:cs="Arial"/>
          <w:sz w:val="24"/>
          <w:szCs w:val="24"/>
        </w:rPr>
        <w:t xml:space="preserve"> </w:t>
      </w:r>
      <w:r w:rsidRPr="00E93608">
        <w:rPr>
          <w:rFonts w:ascii="Arial" w:hAnsi="Arial" w:cs="Arial"/>
          <w:sz w:val="24"/>
          <w:szCs w:val="24"/>
        </w:rPr>
        <w:t>Bueno, primero que nada, buenos días.</w:t>
      </w:r>
    </w:p>
    <w:p w14:paraId="4C5EEE14" w14:textId="203BF3D3" w:rsidR="00EA0C28" w:rsidRPr="00E93608" w:rsidRDefault="006E3ED6" w:rsidP="00E93608">
      <w:pPr>
        <w:jc w:val="both"/>
        <w:rPr>
          <w:rFonts w:ascii="Arial" w:hAnsi="Arial" w:cs="Arial"/>
          <w:sz w:val="24"/>
          <w:szCs w:val="24"/>
        </w:rPr>
      </w:pPr>
      <w:r>
        <w:rPr>
          <w:rFonts w:ascii="Arial" w:hAnsi="Arial" w:cs="Arial"/>
          <w:b/>
          <w:bCs/>
          <w:sz w:val="24"/>
          <w:szCs w:val="24"/>
        </w:rPr>
        <w:t xml:space="preserve">C. MARIANA CELESTE LOPEZ MENDEZ. - </w:t>
      </w:r>
      <w:r w:rsidRPr="00E93608">
        <w:rPr>
          <w:rFonts w:ascii="Arial" w:hAnsi="Arial" w:cs="Arial"/>
          <w:sz w:val="24"/>
          <w:szCs w:val="24"/>
        </w:rPr>
        <w:t>Este, el día viernes que hubo la reunión acudió con ustedes una doctora que trabaja ahí conmigo. Yo me encontraba fuera de la ciudad, por lo cual no pude</w:t>
      </w:r>
      <w:r>
        <w:rPr>
          <w:rFonts w:ascii="Arial" w:hAnsi="Arial" w:cs="Arial"/>
          <w:sz w:val="24"/>
          <w:szCs w:val="24"/>
        </w:rPr>
        <w:t xml:space="preserve"> </w:t>
      </w:r>
      <w:r w:rsidRPr="00E93608">
        <w:rPr>
          <w:rFonts w:ascii="Arial" w:hAnsi="Arial" w:cs="Arial"/>
          <w:sz w:val="24"/>
          <w:szCs w:val="24"/>
        </w:rPr>
        <w:t>asistir a la reunión, pero igual pues conoce él cómo maneja la unidad o cómo opera</w:t>
      </w:r>
      <w:r>
        <w:rPr>
          <w:rFonts w:ascii="Arial" w:hAnsi="Arial" w:cs="Arial"/>
          <w:sz w:val="24"/>
          <w:szCs w:val="24"/>
        </w:rPr>
        <w:t xml:space="preserve"> </w:t>
      </w:r>
      <w:r w:rsidRPr="00E93608">
        <w:rPr>
          <w:rFonts w:ascii="Arial" w:hAnsi="Arial" w:cs="Arial"/>
          <w:sz w:val="24"/>
          <w:szCs w:val="24"/>
        </w:rPr>
        <w:t>me comentó que había como un</w:t>
      </w:r>
      <w:r>
        <w:rPr>
          <w:rFonts w:ascii="Arial" w:hAnsi="Arial" w:cs="Arial"/>
          <w:sz w:val="24"/>
          <w:szCs w:val="24"/>
        </w:rPr>
        <w:t xml:space="preserve"> </w:t>
      </w:r>
      <w:r w:rsidRPr="00E93608">
        <w:rPr>
          <w:rFonts w:ascii="Arial" w:hAnsi="Arial" w:cs="Arial"/>
          <w:sz w:val="24"/>
          <w:szCs w:val="24"/>
        </w:rPr>
        <w:t>pues descontento, más bien no había como una no estaban muy de acuerdo con el aumento de los precios y me dijo que querían que o no se cobraran las</w:t>
      </w:r>
      <w:r>
        <w:rPr>
          <w:rFonts w:ascii="Arial" w:hAnsi="Arial" w:cs="Arial"/>
          <w:sz w:val="24"/>
          <w:szCs w:val="24"/>
        </w:rPr>
        <w:t xml:space="preserve"> </w:t>
      </w:r>
      <w:r w:rsidRPr="00E93608">
        <w:rPr>
          <w:rFonts w:ascii="Arial" w:hAnsi="Arial" w:cs="Arial"/>
          <w:sz w:val="24"/>
          <w:szCs w:val="24"/>
        </w:rPr>
        <w:t>consultas, que esa fue una o que la primera se cobrara, pero las demás no es correcto.</w:t>
      </w:r>
    </w:p>
    <w:p w14:paraId="161CF03B" w14:textId="4C199A04" w:rsidR="00EA0C28" w:rsidRPr="00E93608" w:rsidRDefault="006E3ED6" w:rsidP="00E93608">
      <w:pPr>
        <w:jc w:val="both"/>
        <w:rPr>
          <w:rFonts w:ascii="Arial" w:hAnsi="Arial" w:cs="Arial"/>
          <w:sz w:val="24"/>
          <w:szCs w:val="24"/>
        </w:rPr>
      </w:pPr>
      <w:r>
        <w:rPr>
          <w:rFonts w:ascii="Arial" w:hAnsi="Arial" w:cs="Arial"/>
          <w:b/>
          <w:bCs/>
          <w:sz w:val="24"/>
          <w:szCs w:val="24"/>
        </w:rPr>
        <w:t xml:space="preserve">C. JOSÉ BERTÍN CHAVEZ VARGAS. - </w:t>
      </w:r>
      <w:r w:rsidRPr="00E93608">
        <w:rPr>
          <w:rFonts w:ascii="Arial" w:hAnsi="Arial" w:cs="Arial"/>
          <w:sz w:val="24"/>
          <w:szCs w:val="24"/>
        </w:rPr>
        <w:t>Le paso el Doctora, buen día. Mucho gusto, qué bueno que nos acompañe el día de hoy.</w:t>
      </w:r>
      <w:r>
        <w:rPr>
          <w:rFonts w:ascii="Arial" w:hAnsi="Arial" w:cs="Arial"/>
          <w:sz w:val="24"/>
          <w:szCs w:val="24"/>
        </w:rPr>
        <w:t xml:space="preserve"> N</w:t>
      </w:r>
      <w:r w:rsidRPr="00E93608">
        <w:rPr>
          <w:rFonts w:ascii="Arial" w:hAnsi="Arial" w:cs="Arial"/>
          <w:sz w:val="24"/>
          <w:szCs w:val="24"/>
        </w:rPr>
        <w:t>o más lo pongo rápido en contexto.</w:t>
      </w:r>
      <w:r>
        <w:rPr>
          <w:rFonts w:ascii="Arial" w:hAnsi="Arial" w:cs="Arial"/>
          <w:sz w:val="24"/>
          <w:szCs w:val="24"/>
        </w:rPr>
        <w:t xml:space="preserve"> </w:t>
      </w:r>
      <w:r w:rsidRPr="00E93608">
        <w:rPr>
          <w:rFonts w:ascii="Arial" w:hAnsi="Arial" w:cs="Arial"/>
          <w:sz w:val="24"/>
          <w:szCs w:val="24"/>
        </w:rPr>
        <w:t xml:space="preserve">Digo, en la propuesta, por ejemplo, de un servidor, había varias propuestas. la propuesta de un servidor. </w:t>
      </w:r>
      <w:r>
        <w:rPr>
          <w:rFonts w:ascii="Arial" w:hAnsi="Arial" w:cs="Arial"/>
          <w:sz w:val="24"/>
          <w:szCs w:val="24"/>
        </w:rPr>
        <w:t>D</w:t>
      </w:r>
      <w:r w:rsidRPr="00E93608">
        <w:rPr>
          <w:rFonts w:ascii="Arial" w:hAnsi="Arial" w:cs="Arial"/>
          <w:sz w:val="24"/>
          <w:szCs w:val="24"/>
        </w:rPr>
        <w:t>ecíamos de entrada que la consulta psicológica</w:t>
      </w:r>
      <w:r>
        <w:rPr>
          <w:rFonts w:ascii="Arial" w:hAnsi="Arial" w:cs="Arial"/>
          <w:sz w:val="24"/>
          <w:szCs w:val="24"/>
        </w:rPr>
        <w:t xml:space="preserve"> </w:t>
      </w:r>
      <w:r w:rsidRPr="00E93608">
        <w:rPr>
          <w:rFonts w:ascii="Arial" w:hAnsi="Arial" w:cs="Arial"/>
          <w:sz w:val="24"/>
          <w:szCs w:val="24"/>
        </w:rPr>
        <w:t>conlleva una inicial y varias subsecuentes. No sé, ya la psicóloga dirá, "Se ocupan 5, 10, 20 sesiones de</w:t>
      </w:r>
      <w:r>
        <w:rPr>
          <w:rFonts w:ascii="Arial" w:hAnsi="Arial" w:cs="Arial"/>
          <w:sz w:val="24"/>
          <w:szCs w:val="24"/>
        </w:rPr>
        <w:t xml:space="preserve"> </w:t>
      </w:r>
      <w:r w:rsidRPr="00E93608">
        <w:rPr>
          <w:rFonts w:ascii="Arial" w:hAnsi="Arial" w:cs="Arial"/>
          <w:sz w:val="24"/>
          <w:szCs w:val="24"/>
        </w:rPr>
        <w:t xml:space="preserve">acuerdo al tema que traiga en lo particular cada persona que acuda al servicio, ¿no? Bajo ese tema, </w:t>
      </w:r>
      <w:r w:rsidRPr="00E93608">
        <w:rPr>
          <w:rFonts w:ascii="Arial" w:hAnsi="Arial" w:cs="Arial"/>
          <w:sz w:val="24"/>
          <w:szCs w:val="24"/>
        </w:rPr>
        <w:lastRenderedPageBreak/>
        <w:t>todas las demás a lo mejor son de una sola</w:t>
      </w:r>
      <w:r>
        <w:rPr>
          <w:rFonts w:ascii="Arial" w:hAnsi="Arial" w:cs="Arial"/>
          <w:sz w:val="24"/>
          <w:szCs w:val="24"/>
        </w:rPr>
        <w:t xml:space="preserve"> </w:t>
      </w:r>
      <w:r w:rsidRPr="00E93608">
        <w:rPr>
          <w:rFonts w:ascii="Arial" w:hAnsi="Arial" w:cs="Arial"/>
          <w:sz w:val="24"/>
          <w:szCs w:val="24"/>
        </w:rPr>
        <w:t>consulta, ¿no? En un sentido de que vas a una extracción dental y pues vas a la extracción y se a</w:t>
      </w:r>
      <w:r>
        <w:rPr>
          <w:rFonts w:ascii="Arial" w:hAnsi="Arial" w:cs="Arial"/>
          <w:sz w:val="24"/>
          <w:szCs w:val="24"/>
        </w:rPr>
        <w:t xml:space="preserve">caba en </w:t>
      </w:r>
      <w:r w:rsidRPr="00E93608">
        <w:rPr>
          <w:rFonts w:ascii="Arial" w:hAnsi="Arial" w:cs="Arial"/>
          <w:sz w:val="24"/>
          <w:szCs w:val="24"/>
        </w:rPr>
        <w:t>una revisión y se acabó, ¿no? y todos los demás a son como</w:t>
      </w:r>
      <w:r>
        <w:rPr>
          <w:rFonts w:ascii="Arial" w:hAnsi="Arial" w:cs="Arial"/>
          <w:sz w:val="24"/>
          <w:szCs w:val="24"/>
        </w:rPr>
        <w:t xml:space="preserve"> </w:t>
      </w:r>
      <w:r w:rsidRPr="00E93608">
        <w:rPr>
          <w:rFonts w:ascii="Arial" w:hAnsi="Arial" w:cs="Arial"/>
          <w:sz w:val="24"/>
          <w:szCs w:val="24"/>
        </w:rPr>
        <w:t>dieron sola la consulta y decíamos que a los demás estaba adelante, ¿no?, que estuviera de acuerdo a la inflación.</w:t>
      </w:r>
      <w:r>
        <w:rPr>
          <w:rFonts w:ascii="Arial" w:hAnsi="Arial" w:cs="Arial"/>
          <w:sz w:val="24"/>
          <w:szCs w:val="24"/>
        </w:rPr>
        <w:t xml:space="preserve"> </w:t>
      </w:r>
      <w:r w:rsidRPr="00E93608">
        <w:rPr>
          <w:rFonts w:ascii="Arial" w:hAnsi="Arial" w:cs="Arial"/>
          <w:sz w:val="24"/>
          <w:szCs w:val="24"/>
        </w:rPr>
        <w:t>Actualmente, el día de hoy, en repetidas ocasiones, en un tema en el pleno que hemos tenido ha sido el tema de las cuestiones psicológicas, la gran problemática en cuestiones psicológicas.</w:t>
      </w:r>
      <w:r>
        <w:rPr>
          <w:rFonts w:ascii="Arial" w:hAnsi="Arial" w:cs="Arial"/>
          <w:sz w:val="24"/>
          <w:szCs w:val="24"/>
        </w:rPr>
        <w:t xml:space="preserve"> </w:t>
      </w:r>
      <w:r w:rsidRPr="00E93608">
        <w:rPr>
          <w:rFonts w:ascii="Arial" w:hAnsi="Arial" w:cs="Arial"/>
          <w:sz w:val="24"/>
          <w:szCs w:val="24"/>
        </w:rPr>
        <w:t>De hecho, yo comentaba lo ideal a lo mejor sería tener hasta psiquiatras, ¿no?, en la en la este clínica.</w:t>
      </w:r>
      <w:r>
        <w:rPr>
          <w:rFonts w:ascii="Arial" w:hAnsi="Arial" w:cs="Arial"/>
          <w:sz w:val="24"/>
          <w:szCs w:val="24"/>
        </w:rPr>
        <w:t xml:space="preserve"> </w:t>
      </w:r>
      <w:r w:rsidRPr="00E93608">
        <w:rPr>
          <w:rFonts w:ascii="Arial" w:hAnsi="Arial" w:cs="Arial"/>
          <w:sz w:val="24"/>
          <w:szCs w:val="24"/>
        </w:rPr>
        <w:t>Desafortunadamente también sabemos el poco a sí que profesionistas, espacios profesionistas de psiquiatría que hay aquí en el municipio, en la</w:t>
      </w:r>
      <w:r>
        <w:rPr>
          <w:rFonts w:ascii="Arial" w:hAnsi="Arial" w:cs="Arial"/>
          <w:sz w:val="24"/>
          <w:szCs w:val="24"/>
        </w:rPr>
        <w:t xml:space="preserve"> </w:t>
      </w:r>
      <w:r w:rsidRPr="00E93608">
        <w:rPr>
          <w:rFonts w:ascii="Arial" w:hAnsi="Arial" w:cs="Arial"/>
          <w:sz w:val="24"/>
          <w:szCs w:val="24"/>
        </w:rPr>
        <w:t xml:space="preserve">región, está en el estado. Entonces, bajo ese tema, la propuesta de un servidor era que se cobrara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la consulta inicial y </w:t>
      </w:r>
      <w:r w:rsidR="00E52144">
        <w:rPr>
          <w:rFonts w:ascii="Arial" w:hAnsi="Arial" w:cs="Arial"/>
          <w:sz w:val="24"/>
          <w:szCs w:val="24"/>
        </w:rPr>
        <w:t>$</w:t>
      </w:r>
      <w:r w:rsidRPr="00E93608">
        <w:rPr>
          <w:rFonts w:ascii="Arial" w:hAnsi="Arial" w:cs="Arial"/>
          <w:sz w:val="24"/>
          <w:szCs w:val="24"/>
        </w:rPr>
        <w:t>25</w:t>
      </w:r>
      <w:r w:rsidR="00E52144">
        <w:rPr>
          <w:rFonts w:ascii="Arial" w:hAnsi="Arial" w:cs="Arial"/>
          <w:sz w:val="24"/>
          <w:szCs w:val="24"/>
        </w:rPr>
        <w:t>.00</w:t>
      </w:r>
      <w:r>
        <w:rPr>
          <w:rFonts w:ascii="Arial" w:hAnsi="Arial" w:cs="Arial"/>
          <w:sz w:val="24"/>
          <w:szCs w:val="24"/>
        </w:rPr>
        <w:t xml:space="preserve"> veinticinco</w:t>
      </w:r>
      <w:r w:rsidRPr="00E93608">
        <w:rPr>
          <w:rFonts w:ascii="Arial" w:hAnsi="Arial" w:cs="Arial"/>
          <w:sz w:val="24"/>
          <w:szCs w:val="24"/>
        </w:rPr>
        <w:t xml:space="preserve"> la subsecuente con</w:t>
      </w:r>
      <w:r>
        <w:rPr>
          <w:rFonts w:ascii="Arial" w:hAnsi="Arial" w:cs="Arial"/>
          <w:sz w:val="24"/>
          <w:szCs w:val="24"/>
        </w:rPr>
        <w:t xml:space="preserve"> </w:t>
      </w:r>
      <w:r w:rsidRPr="00E93608">
        <w:rPr>
          <w:rFonts w:ascii="Arial" w:hAnsi="Arial" w:cs="Arial"/>
          <w:sz w:val="24"/>
          <w:szCs w:val="24"/>
        </w:rPr>
        <w:t>el fin de garantizar pues que los pacientes concluyeran su proceso, ¿no?</w:t>
      </w:r>
      <w:r>
        <w:rPr>
          <w:rFonts w:ascii="Arial" w:hAnsi="Arial" w:cs="Arial"/>
          <w:sz w:val="24"/>
          <w:szCs w:val="24"/>
        </w:rPr>
        <w:t xml:space="preserve"> </w:t>
      </w:r>
      <w:r w:rsidRPr="00E93608">
        <w:rPr>
          <w:rFonts w:ascii="Arial" w:hAnsi="Arial" w:cs="Arial"/>
          <w:sz w:val="24"/>
          <w:szCs w:val="24"/>
        </w:rPr>
        <w:t>Que sí tuvieran las posibilidades económicas. decían, "No es tan on</w:t>
      </w:r>
      <w:r>
        <w:rPr>
          <w:rFonts w:ascii="Arial" w:hAnsi="Arial" w:cs="Arial"/>
          <w:sz w:val="24"/>
          <w:szCs w:val="24"/>
        </w:rPr>
        <w:t>er</w:t>
      </w:r>
      <w:r w:rsidRPr="00E93608">
        <w:rPr>
          <w:rFonts w:ascii="Arial" w:hAnsi="Arial" w:cs="Arial"/>
          <w:sz w:val="24"/>
          <w:szCs w:val="24"/>
        </w:rPr>
        <w:t>oso, a lo mejor, y lo digo con mucho respeto, ¿no? Para los que estamos aquí no es tan</w:t>
      </w:r>
      <w:r>
        <w:rPr>
          <w:rFonts w:ascii="Arial" w:hAnsi="Arial" w:cs="Arial"/>
          <w:sz w:val="24"/>
          <w:szCs w:val="24"/>
        </w:rPr>
        <w:t xml:space="preserve"> </w:t>
      </w:r>
      <w:r w:rsidRPr="00E93608">
        <w:rPr>
          <w:rFonts w:ascii="Arial" w:hAnsi="Arial" w:cs="Arial"/>
          <w:sz w:val="24"/>
          <w:szCs w:val="24"/>
        </w:rPr>
        <w:t xml:space="preserve">oneroso, ¿no? A lo mejor yo sí puedo pagar esos </w:t>
      </w:r>
      <w:r w:rsidR="00E52144">
        <w:rPr>
          <w:rFonts w:ascii="Arial" w:hAnsi="Arial" w:cs="Arial"/>
          <w:sz w:val="24"/>
          <w:szCs w:val="24"/>
        </w:rPr>
        <w:t>$</w:t>
      </w:r>
      <w:r w:rsidRPr="00E93608">
        <w:rPr>
          <w:rFonts w:ascii="Arial" w:hAnsi="Arial" w:cs="Arial"/>
          <w:sz w:val="24"/>
          <w:szCs w:val="24"/>
        </w:rPr>
        <w:t>94</w:t>
      </w:r>
      <w:r w:rsidR="00E52144">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Este, pero hay muchísima gente que a lo mejor dice, "O cómo me llevo a mi pareja y a mí o a mí,</w:t>
      </w:r>
      <w:r>
        <w:rPr>
          <w:rFonts w:ascii="Arial" w:hAnsi="Arial" w:cs="Arial"/>
          <w:sz w:val="24"/>
          <w:szCs w:val="24"/>
        </w:rPr>
        <w:t xml:space="preserve"> </w:t>
      </w:r>
      <w:r w:rsidRPr="00E93608">
        <w:rPr>
          <w:rFonts w:ascii="Arial" w:hAnsi="Arial" w:cs="Arial"/>
          <w:sz w:val="24"/>
          <w:szCs w:val="24"/>
        </w:rPr>
        <w:t xml:space="preserve">a mi hija a la consulta psicológica." Entonces, desde esa necesidad, tanto económica, pero más que nada que económica, de salud psicológica, </w:t>
      </w:r>
      <w:r>
        <w:rPr>
          <w:rFonts w:ascii="Arial" w:hAnsi="Arial" w:cs="Arial"/>
          <w:sz w:val="24"/>
          <w:szCs w:val="24"/>
        </w:rPr>
        <w:t>s</w:t>
      </w:r>
      <w:r w:rsidRPr="00E93608">
        <w:rPr>
          <w:rFonts w:ascii="Arial" w:hAnsi="Arial" w:cs="Arial"/>
          <w:sz w:val="24"/>
          <w:szCs w:val="24"/>
        </w:rPr>
        <w:t xml:space="preserve">alud </w:t>
      </w:r>
      <w:proofErr w:type="gramStart"/>
      <w:r w:rsidRPr="00E93608">
        <w:rPr>
          <w:rFonts w:ascii="Arial" w:hAnsi="Arial" w:cs="Arial"/>
          <w:sz w:val="24"/>
          <w:szCs w:val="24"/>
        </w:rPr>
        <w:t>mental,  es</w:t>
      </w:r>
      <w:proofErr w:type="gramEnd"/>
      <w:r w:rsidRPr="00E93608">
        <w:rPr>
          <w:rFonts w:ascii="Arial" w:hAnsi="Arial" w:cs="Arial"/>
          <w:sz w:val="24"/>
          <w:szCs w:val="24"/>
        </w:rPr>
        <w:t xml:space="preserve"> la propuesta de que fuera de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sidRPr="00E93608">
        <w:rPr>
          <w:rFonts w:ascii="Arial" w:hAnsi="Arial" w:cs="Arial"/>
          <w:sz w:val="24"/>
          <w:szCs w:val="24"/>
        </w:rPr>
        <w:t xml:space="preserve"> </w:t>
      </w:r>
      <w:r>
        <w:rPr>
          <w:rFonts w:ascii="Arial" w:hAnsi="Arial" w:cs="Arial"/>
          <w:sz w:val="24"/>
          <w:szCs w:val="24"/>
        </w:rPr>
        <w:t xml:space="preserve">cincuenta </w:t>
      </w:r>
      <w:r w:rsidRPr="00E93608">
        <w:rPr>
          <w:rFonts w:ascii="Arial" w:hAnsi="Arial" w:cs="Arial"/>
          <w:sz w:val="24"/>
          <w:szCs w:val="24"/>
        </w:rPr>
        <w:t>pesos la inicial y 25</w:t>
      </w:r>
      <w:r w:rsidR="00E52144">
        <w:rPr>
          <w:rFonts w:ascii="Arial" w:hAnsi="Arial" w:cs="Arial"/>
          <w:sz w:val="24"/>
          <w:szCs w:val="24"/>
        </w:rPr>
        <w:t>.00</w:t>
      </w:r>
      <w:r>
        <w:rPr>
          <w:rFonts w:ascii="Arial" w:hAnsi="Arial" w:cs="Arial"/>
          <w:sz w:val="24"/>
          <w:szCs w:val="24"/>
        </w:rPr>
        <w:t xml:space="preserve"> veinticinco pesos</w:t>
      </w:r>
      <w:r w:rsidRPr="00E93608">
        <w:rPr>
          <w:rFonts w:ascii="Arial" w:hAnsi="Arial" w:cs="Arial"/>
          <w:sz w:val="24"/>
          <w:szCs w:val="24"/>
        </w:rPr>
        <w:t xml:space="preserve"> la subsecuente. Es la única que tuvimos</w:t>
      </w:r>
      <w:r>
        <w:rPr>
          <w:rFonts w:ascii="Arial" w:hAnsi="Arial" w:cs="Arial"/>
          <w:sz w:val="24"/>
          <w:szCs w:val="24"/>
        </w:rPr>
        <w:t xml:space="preserve"> </w:t>
      </w:r>
      <w:r w:rsidRPr="00E93608">
        <w:rPr>
          <w:rFonts w:ascii="Arial" w:hAnsi="Arial" w:cs="Arial"/>
          <w:sz w:val="24"/>
          <w:szCs w:val="24"/>
        </w:rPr>
        <w:t>como tal como propuesta. De mi parte esa es una propuesta, igual los demás compañeros para poder determinarlo y que usted también pudiera determinar qué le</w:t>
      </w:r>
      <w:r>
        <w:rPr>
          <w:rFonts w:ascii="Arial" w:hAnsi="Arial" w:cs="Arial"/>
          <w:sz w:val="24"/>
          <w:szCs w:val="24"/>
        </w:rPr>
        <w:t xml:space="preserve"> </w:t>
      </w:r>
      <w:r w:rsidRPr="00E93608">
        <w:rPr>
          <w:rFonts w:ascii="Arial" w:hAnsi="Arial" w:cs="Arial"/>
          <w:sz w:val="24"/>
          <w:szCs w:val="24"/>
        </w:rPr>
        <w:t>parece las propuestas, ¿no? Es cuánto, doctora. Gracias.</w:t>
      </w:r>
    </w:p>
    <w:p w14:paraId="53144A82" w14:textId="0D36667F" w:rsidR="00EA0C28" w:rsidRPr="00E93608" w:rsidRDefault="006E3ED6" w:rsidP="00E93608">
      <w:pPr>
        <w:jc w:val="both"/>
        <w:rPr>
          <w:rFonts w:ascii="Arial" w:hAnsi="Arial" w:cs="Arial"/>
          <w:sz w:val="24"/>
          <w:szCs w:val="24"/>
        </w:rPr>
      </w:pPr>
      <w:r>
        <w:rPr>
          <w:rFonts w:ascii="Arial" w:hAnsi="Arial" w:cs="Arial"/>
          <w:b/>
          <w:bCs/>
          <w:sz w:val="24"/>
          <w:szCs w:val="24"/>
        </w:rPr>
        <w:t xml:space="preserve">C. MARÍA OLGA GARCIA YALA. - </w:t>
      </w:r>
      <w:r>
        <w:rPr>
          <w:rFonts w:ascii="Arial" w:hAnsi="Arial" w:cs="Arial"/>
          <w:sz w:val="24"/>
          <w:szCs w:val="24"/>
        </w:rPr>
        <w:t xml:space="preserve"> S</w:t>
      </w:r>
      <w:r w:rsidRPr="00E93608">
        <w:rPr>
          <w:rFonts w:ascii="Arial" w:hAnsi="Arial" w:cs="Arial"/>
          <w:sz w:val="24"/>
          <w:szCs w:val="24"/>
        </w:rPr>
        <w:t>í, buenos días, doctora. De hecho, sí fue tal cual como lo expresa el regidor y de hecho decíamos que para el</w:t>
      </w:r>
      <w:r>
        <w:rPr>
          <w:rFonts w:ascii="Arial" w:hAnsi="Arial" w:cs="Arial"/>
          <w:sz w:val="24"/>
          <w:szCs w:val="24"/>
        </w:rPr>
        <w:t xml:space="preserve"> </w:t>
      </w:r>
      <w:r w:rsidRPr="00E93608">
        <w:rPr>
          <w:rFonts w:ascii="Arial" w:hAnsi="Arial" w:cs="Arial"/>
          <w:sz w:val="24"/>
          <w:szCs w:val="24"/>
        </w:rPr>
        <w:t>tema de recaudar podrían de los demás rubros tal vez cobrar del dentista un poquito más, o sea, de otros servicios</w:t>
      </w:r>
      <w:r>
        <w:rPr>
          <w:rFonts w:ascii="Arial" w:hAnsi="Arial" w:cs="Arial"/>
          <w:sz w:val="24"/>
          <w:szCs w:val="24"/>
        </w:rPr>
        <w:t xml:space="preserve"> </w:t>
      </w:r>
      <w:r w:rsidRPr="00E93608">
        <w:rPr>
          <w:rFonts w:ascii="Arial" w:hAnsi="Arial" w:cs="Arial"/>
          <w:sz w:val="24"/>
          <w:szCs w:val="24"/>
        </w:rPr>
        <w:t>donde ocupen el material y demás, ahí se pudiera este subir, pero atendiendo a los que efectivamente lo decía ella</w:t>
      </w:r>
      <w:r>
        <w:rPr>
          <w:rFonts w:ascii="Arial" w:hAnsi="Arial" w:cs="Arial"/>
          <w:sz w:val="24"/>
          <w:szCs w:val="24"/>
        </w:rPr>
        <w:t xml:space="preserve"> </w:t>
      </w:r>
      <w:r w:rsidRPr="00E93608">
        <w:rPr>
          <w:rFonts w:ascii="Arial" w:hAnsi="Arial" w:cs="Arial"/>
          <w:sz w:val="24"/>
          <w:szCs w:val="24"/>
        </w:rPr>
        <w:t>tenían muchísimos clientes, pero además muchos en la espera. Entonces, entonces fue cuando dijimos señas de que</w:t>
      </w:r>
      <w:r>
        <w:rPr>
          <w:rFonts w:ascii="Arial" w:hAnsi="Arial" w:cs="Arial"/>
          <w:sz w:val="24"/>
          <w:szCs w:val="24"/>
        </w:rPr>
        <w:t xml:space="preserve"> </w:t>
      </w:r>
      <w:r w:rsidRPr="00E93608">
        <w:rPr>
          <w:rFonts w:ascii="Arial" w:hAnsi="Arial" w:cs="Arial"/>
          <w:sz w:val="24"/>
          <w:szCs w:val="24"/>
        </w:rPr>
        <w:t>si se ocupa el servicio y que si se necesita que Zapot</w:t>
      </w:r>
      <w:r>
        <w:rPr>
          <w:rFonts w:ascii="Arial" w:hAnsi="Arial" w:cs="Arial"/>
          <w:sz w:val="24"/>
          <w:szCs w:val="24"/>
        </w:rPr>
        <w:t>lán</w:t>
      </w:r>
      <w:r w:rsidRPr="00E93608">
        <w:rPr>
          <w:rFonts w:ascii="Arial" w:hAnsi="Arial" w:cs="Arial"/>
          <w:sz w:val="24"/>
          <w:szCs w:val="24"/>
        </w:rPr>
        <w:t xml:space="preserve"> les brindemos ese servicio a las familias. Entonces fue en</w:t>
      </w:r>
      <w:r>
        <w:rPr>
          <w:rFonts w:ascii="Arial" w:hAnsi="Arial" w:cs="Arial"/>
          <w:sz w:val="24"/>
          <w:szCs w:val="24"/>
        </w:rPr>
        <w:t xml:space="preserve"> </w:t>
      </w:r>
      <w:r w:rsidRPr="00E93608">
        <w:rPr>
          <w:rFonts w:ascii="Arial" w:hAnsi="Arial" w:cs="Arial"/>
          <w:sz w:val="24"/>
          <w:szCs w:val="24"/>
        </w:rPr>
        <w:t>ese en ese tenor que en ese solo en ese rubro se analizara este bajarle y en los</w:t>
      </w:r>
      <w:r>
        <w:rPr>
          <w:rFonts w:ascii="Arial" w:hAnsi="Arial" w:cs="Arial"/>
          <w:sz w:val="24"/>
          <w:szCs w:val="24"/>
        </w:rPr>
        <w:t xml:space="preserve"> </w:t>
      </w:r>
      <w:r w:rsidRPr="00E93608">
        <w:rPr>
          <w:rFonts w:ascii="Arial" w:hAnsi="Arial" w:cs="Arial"/>
          <w:sz w:val="24"/>
          <w:szCs w:val="24"/>
        </w:rPr>
        <w:t>otros rubros que fuera de dentista de consulta de otro de otra índole, pues ahí a lo mejor pudieran subirle un</w:t>
      </w:r>
      <w:r>
        <w:rPr>
          <w:rFonts w:ascii="Arial" w:hAnsi="Arial" w:cs="Arial"/>
          <w:sz w:val="24"/>
          <w:szCs w:val="24"/>
        </w:rPr>
        <w:t xml:space="preserve"> </w:t>
      </w:r>
      <w:r w:rsidRPr="00E93608">
        <w:rPr>
          <w:rFonts w:ascii="Arial" w:hAnsi="Arial" w:cs="Arial"/>
          <w:sz w:val="24"/>
          <w:szCs w:val="24"/>
        </w:rPr>
        <w:t>poquito más dependiendo pues el porcentaje que les han mencionado este sí es cuánto.</w:t>
      </w:r>
    </w:p>
    <w:p w14:paraId="672F79CA" w14:textId="3CFF6044" w:rsidR="006E3ED6" w:rsidRDefault="006E3ED6" w:rsidP="00E93608">
      <w:pPr>
        <w:jc w:val="both"/>
        <w:rPr>
          <w:rFonts w:ascii="Arial" w:hAnsi="Arial" w:cs="Arial"/>
          <w:sz w:val="24"/>
          <w:szCs w:val="24"/>
        </w:rPr>
      </w:pPr>
      <w:r>
        <w:rPr>
          <w:rFonts w:ascii="Arial" w:hAnsi="Arial" w:cs="Arial"/>
          <w:b/>
          <w:bCs/>
          <w:sz w:val="24"/>
          <w:szCs w:val="24"/>
        </w:rPr>
        <w:t xml:space="preserve">C. DUNIA CATALINA CRUZ MORENO. - </w:t>
      </w:r>
      <w:r w:rsidRPr="00E93608">
        <w:rPr>
          <w:rFonts w:ascii="Arial" w:hAnsi="Arial" w:cs="Arial"/>
          <w:sz w:val="24"/>
          <w:szCs w:val="24"/>
        </w:rPr>
        <w:t>Okay, gracias. Buenos días, doctora.</w:t>
      </w:r>
      <w:r>
        <w:rPr>
          <w:rFonts w:ascii="Arial" w:hAnsi="Arial" w:cs="Arial"/>
          <w:sz w:val="24"/>
          <w:szCs w:val="24"/>
        </w:rPr>
        <w:t xml:space="preserve"> </w:t>
      </w:r>
      <w:r w:rsidRPr="00E93608">
        <w:rPr>
          <w:rFonts w:ascii="Arial" w:hAnsi="Arial" w:cs="Arial"/>
          <w:sz w:val="24"/>
          <w:szCs w:val="24"/>
        </w:rPr>
        <w:t xml:space="preserve">Lo que yo comentaba la vez pasada, pues es que, a diferencia a lo mejor de las otras consultas, la consulta de nutrición o la consulta odontológica o </w:t>
      </w:r>
      <w:r>
        <w:rPr>
          <w:rFonts w:ascii="Arial" w:hAnsi="Arial" w:cs="Arial"/>
          <w:sz w:val="24"/>
          <w:szCs w:val="24"/>
        </w:rPr>
        <w:t>una</w:t>
      </w:r>
      <w:r w:rsidRPr="00E93608">
        <w:rPr>
          <w:rFonts w:ascii="Arial" w:hAnsi="Arial" w:cs="Arial"/>
          <w:sz w:val="24"/>
          <w:szCs w:val="24"/>
        </w:rPr>
        <w:t xml:space="preserve"> extracción, la consulta psicológica tiene la particularidad de que es necesaria con una periodicidad más</w:t>
      </w:r>
      <w:r>
        <w:rPr>
          <w:rFonts w:ascii="Arial" w:hAnsi="Arial" w:cs="Arial"/>
          <w:sz w:val="24"/>
          <w:szCs w:val="24"/>
        </w:rPr>
        <w:t xml:space="preserve"> </w:t>
      </w:r>
      <w:r w:rsidRPr="00E93608">
        <w:rPr>
          <w:rFonts w:ascii="Arial" w:hAnsi="Arial" w:cs="Arial"/>
          <w:sz w:val="24"/>
          <w:szCs w:val="24"/>
        </w:rPr>
        <w:t xml:space="preserve">regular, es decir, no </w:t>
      </w:r>
      <w:r w:rsidRPr="00E93608">
        <w:rPr>
          <w:rFonts w:ascii="Arial" w:hAnsi="Arial" w:cs="Arial"/>
          <w:sz w:val="24"/>
          <w:szCs w:val="24"/>
        </w:rPr>
        <w:lastRenderedPageBreak/>
        <w:t>sé si se les agenda a los pacientes una consulta o una sesión por semana o cada 15 días.</w:t>
      </w:r>
      <w:r>
        <w:rPr>
          <w:rFonts w:ascii="Arial" w:hAnsi="Arial" w:cs="Arial"/>
          <w:sz w:val="24"/>
          <w:szCs w:val="24"/>
        </w:rPr>
        <w:t xml:space="preserve"> </w:t>
      </w:r>
      <w:r w:rsidRPr="00E93608">
        <w:rPr>
          <w:rFonts w:ascii="Arial" w:hAnsi="Arial" w:cs="Arial"/>
          <w:sz w:val="24"/>
          <w:szCs w:val="24"/>
        </w:rPr>
        <w:t>Entonces, no es lo mismo, por ejemplo, que te que vayas y te hagas una extracción dental, que es una cada 6</w:t>
      </w:r>
      <w:r>
        <w:rPr>
          <w:rFonts w:ascii="Arial" w:hAnsi="Arial" w:cs="Arial"/>
          <w:sz w:val="24"/>
          <w:szCs w:val="24"/>
        </w:rPr>
        <w:t xml:space="preserve"> </w:t>
      </w:r>
      <w:r w:rsidRPr="00E93608">
        <w:rPr>
          <w:rFonts w:ascii="Arial" w:hAnsi="Arial" w:cs="Arial"/>
          <w:sz w:val="24"/>
          <w:szCs w:val="24"/>
        </w:rPr>
        <w:t>meses o cada año, no sé, a que tengas que ir a consultarte psicológicamente cada semana durante meses, no es</w:t>
      </w:r>
      <w:r>
        <w:rPr>
          <w:rFonts w:ascii="Arial" w:hAnsi="Arial" w:cs="Arial"/>
          <w:sz w:val="24"/>
          <w:szCs w:val="24"/>
        </w:rPr>
        <w:t xml:space="preserve"> </w:t>
      </w:r>
      <w:r w:rsidRPr="00E93608">
        <w:rPr>
          <w:rFonts w:ascii="Arial" w:hAnsi="Arial" w:cs="Arial"/>
          <w:sz w:val="24"/>
          <w:szCs w:val="24"/>
        </w:rPr>
        <w:t>solamente un mes o que en dos meses ya se resuelva el problema que tienes y más, por ejemplo, cuando son casos familiares.</w:t>
      </w:r>
      <w:r>
        <w:rPr>
          <w:rFonts w:ascii="Arial" w:hAnsi="Arial" w:cs="Arial"/>
          <w:sz w:val="24"/>
          <w:szCs w:val="24"/>
        </w:rPr>
        <w:t xml:space="preserve"> </w:t>
      </w:r>
      <w:r w:rsidRPr="00E93608">
        <w:rPr>
          <w:rFonts w:ascii="Arial" w:hAnsi="Arial" w:cs="Arial"/>
          <w:sz w:val="24"/>
          <w:szCs w:val="24"/>
        </w:rPr>
        <w:t>Esa es ese es el motivo por el cual yo sí consideraría que pudiéramos reducir y bueno, no hice una propuesta como tal la</w:t>
      </w:r>
      <w:r>
        <w:rPr>
          <w:rFonts w:ascii="Arial" w:hAnsi="Arial" w:cs="Arial"/>
          <w:sz w:val="24"/>
          <w:szCs w:val="24"/>
        </w:rPr>
        <w:t xml:space="preserve"> </w:t>
      </w:r>
      <w:r w:rsidRPr="00E93608">
        <w:rPr>
          <w:rFonts w:ascii="Arial" w:hAnsi="Arial" w:cs="Arial"/>
          <w:sz w:val="24"/>
          <w:szCs w:val="24"/>
        </w:rPr>
        <w:t xml:space="preserve">vez pasada, pero a lo mejor ahorita sí me atrevo a decir que a lo mejor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 </w:t>
      </w:r>
      <w:r w:rsidRPr="00E93608">
        <w:rPr>
          <w:rFonts w:ascii="Arial" w:hAnsi="Arial" w:cs="Arial"/>
          <w:sz w:val="24"/>
          <w:szCs w:val="24"/>
        </w:rPr>
        <w:t>pesos por persona sería una</w:t>
      </w:r>
      <w:r>
        <w:rPr>
          <w:rFonts w:ascii="Arial" w:hAnsi="Arial" w:cs="Arial"/>
          <w:sz w:val="24"/>
          <w:szCs w:val="24"/>
        </w:rPr>
        <w:t xml:space="preserve"> </w:t>
      </w:r>
      <w:r w:rsidRPr="00E93608">
        <w:rPr>
          <w:rFonts w:ascii="Arial" w:hAnsi="Arial" w:cs="Arial"/>
          <w:sz w:val="24"/>
          <w:szCs w:val="24"/>
        </w:rPr>
        <w:t>tarifa que a lo mejor estaría más alcance de las de las personas, de las</w:t>
      </w:r>
      <w:r>
        <w:rPr>
          <w:rFonts w:ascii="Arial" w:hAnsi="Arial" w:cs="Arial"/>
          <w:sz w:val="24"/>
          <w:szCs w:val="24"/>
        </w:rPr>
        <w:t xml:space="preserve"> </w:t>
      </w:r>
      <w:r w:rsidRPr="00E93608">
        <w:rPr>
          <w:rFonts w:ascii="Arial" w:hAnsi="Arial" w:cs="Arial"/>
          <w:sz w:val="24"/>
          <w:szCs w:val="24"/>
        </w:rPr>
        <w:t>familias y que no sé qué no se deje como está ahorita desglosado, que sé que se cobre</w:t>
      </w:r>
      <w:r>
        <w:rPr>
          <w:rFonts w:ascii="Arial" w:hAnsi="Arial" w:cs="Arial"/>
          <w:sz w:val="24"/>
          <w:szCs w:val="24"/>
        </w:rPr>
        <w:t xml:space="preserve"> </w:t>
      </w:r>
      <w:r w:rsidRPr="00E93608">
        <w:rPr>
          <w:rFonts w:ascii="Arial" w:hAnsi="Arial" w:cs="Arial"/>
          <w:sz w:val="24"/>
          <w:szCs w:val="24"/>
        </w:rPr>
        <w:t xml:space="preserve">igual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personas pesos, pero por persona nada más. Hay familias que son tres personas,</w:t>
      </w:r>
      <w:r>
        <w:rPr>
          <w:rFonts w:ascii="Arial" w:hAnsi="Arial" w:cs="Arial"/>
          <w:sz w:val="24"/>
          <w:szCs w:val="24"/>
        </w:rPr>
        <w:t xml:space="preserve"> </w:t>
      </w:r>
      <w:r w:rsidRPr="00E93608">
        <w:rPr>
          <w:rFonts w:ascii="Arial" w:hAnsi="Arial" w:cs="Arial"/>
          <w:sz w:val="24"/>
          <w:szCs w:val="24"/>
        </w:rPr>
        <w:t>hay familiares de o hay familias que tienen cuatro, cinco, seis miembros.</w:t>
      </w:r>
      <w:r>
        <w:rPr>
          <w:rFonts w:ascii="Arial" w:hAnsi="Arial" w:cs="Arial"/>
          <w:sz w:val="24"/>
          <w:szCs w:val="24"/>
        </w:rPr>
        <w:t xml:space="preserve"> </w:t>
      </w:r>
      <w:r w:rsidRPr="00E93608">
        <w:rPr>
          <w:rFonts w:ascii="Arial" w:hAnsi="Arial" w:cs="Arial"/>
          <w:sz w:val="24"/>
          <w:szCs w:val="24"/>
        </w:rPr>
        <w:t xml:space="preserve">Entonces, si lo dejamos con un costo individual, para mí sería mejor. </w:t>
      </w:r>
      <w:r>
        <w:rPr>
          <w:rFonts w:ascii="Arial" w:hAnsi="Arial" w:cs="Arial"/>
          <w:sz w:val="24"/>
          <w:szCs w:val="24"/>
        </w:rPr>
        <w:t>Y</w:t>
      </w:r>
      <w:r w:rsidRPr="00E93608">
        <w:rPr>
          <w:rFonts w:ascii="Arial" w:hAnsi="Arial" w:cs="Arial"/>
          <w:sz w:val="24"/>
          <w:szCs w:val="24"/>
        </w:rPr>
        <w:t xml:space="preserve"> este de esta manera a lo mejor sí</w:t>
      </w:r>
      <w:r>
        <w:rPr>
          <w:rFonts w:ascii="Arial" w:hAnsi="Arial" w:cs="Arial"/>
          <w:sz w:val="24"/>
          <w:szCs w:val="24"/>
        </w:rPr>
        <w:t xml:space="preserve"> </w:t>
      </w:r>
      <w:r w:rsidRPr="00E93608">
        <w:rPr>
          <w:rFonts w:ascii="Arial" w:hAnsi="Arial" w:cs="Arial"/>
          <w:sz w:val="24"/>
          <w:szCs w:val="24"/>
        </w:rPr>
        <w:t>podemos apoyar un poquito más. comentaba la otra doctora que tenía la agenda saturada y yo le decía, "Sí, tal vez</w:t>
      </w:r>
      <w:r>
        <w:rPr>
          <w:rFonts w:ascii="Arial" w:hAnsi="Arial" w:cs="Arial"/>
          <w:sz w:val="24"/>
          <w:szCs w:val="24"/>
        </w:rPr>
        <w:t xml:space="preserve"> </w:t>
      </w:r>
      <w:r w:rsidRPr="00E93608">
        <w:rPr>
          <w:rFonts w:ascii="Arial" w:hAnsi="Arial" w:cs="Arial"/>
          <w:sz w:val="24"/>
          <w:szCs w:val="24"/>
        </w:rPr>
        <w:t>está la agenda saturada de psicología porque precisamente se le está dando seguimiento a todos los casos que ya</w:t>
      </w:r>
      <w:r>
        <w:rPr>
          <w:rFonts w:ascii="Arial" w:hAnsi="Arial" w:cs="Arial"/>
          <w:sz w:val="24"/>
          <w:szCs w:val="24"/>
        </w:rPr>
        <w:t xml:space="preserve"> </w:t>
      </w:r>
      <w:r w:rsidRPr="00E93608">
        <w:rPr>
          <w:rFonts w:ascii="Arial" w:hAnsi="Arial" w:cs="Arial"/>
          <w:sz w:val="24"/>
          <w:szCs w:val="24"/>
        </w:rPr>
        <w:t>están actualmente activos. Entonces, esa es la manera por la que yo pienso que está que está ahorita saturada la agenda</w:t>
      </w:r>
      <w:r>
        <w:rPr>
          <w:rFonts w:ascii="Arial" w:hAnsi="Arial" w:cs="Arial"/>
          <w:sz w:val="24"/>
          <w:szCs w:val="24"/>
        </w:rPr>
        <w:t xml:space="preserve"> </w:t>
      </w:r>
      <w:r w:rsidRPr="00E93608">
        <w:rPr>
          <w:rFonts w:ascii="Arial" w:hAnsi="Arial" w:cs="Arial"/>
          <w:sz w:val="24"/>
          <w:szCs w:val="24"/>
        </w:rPr>
        <w:t>y va a seguir saturada mientras no tengamos algún cambio o alguna propuesta o algo que nos pueda ayudar</w:t>
      </w:r>
      <w:r>
        <w:rPr>
          <w:rFonts w:ascii="Arial" w:hAnsi="Arial" w:cs="Arial"/>
          <w:sz w:val="24"/>
          <w:szCs w:val="24"/>
        </w:rPr>
        <w:t xml:space="preserve"> </w:t>
      </w:r>
      <w:r w:rsidRPr="00E93608">
        <w:rPr>
          <w:rFonts w:ascii="Arial" w:hAnsi="Arial" w:cs="Arial"/>
          <w:sz w:val="24"/>
          <w:szCs w:val="24"/>
        </w:rPr>
        <w:t>como sociedad en general a que podamos abonarle realmente a la salud mental, que es lo que ahorita actualmente nos</w:t>
      </w:r>
      <w:r>
        <w:rPr>
          <w:rFonts w:ascii="Arial" w:hAnsi="Arial" w:cs="Arial"/>
          <w:sz w:val="24"/>
          <w:szCs w:val="24"/>
        </w:rPr>
        <w:t xml:space="preserve"> </w:t>
      </w:r>
      <w:r w:rsidRPr="00E93608">
        <w:rPr>
          <w:rFonts w:ascii="Arial" w:hAnsi="Arial" w:cs="Arial"/>
          <w:sz w:val="24"/>
          <w:szCs w:val="24"/>
        </w:rPr>
        <w:t>está preocupando y nos debería de estar ocupando un poquito más. ¿Es cuánto?</w:t>
      </w:r>
      <w:r>
        <w:rPr>
          <w:rFonts w:ascii="Arial" w:hAnsi="Arial" w:cs="Arial"/>
          <w:sz w:val="24"/>
          <w:szCs w:val="24"/>
        </w:rPr>
        <w:t xml:space="preserve"> </w:t>
      </w:r>
    </w:p>
    <w:p w14:paraId="6909FBC8" w14:textId="02B7F61E" w:rsidR="00EA0C28" w:rsidRPr="00E93608" w:rsidRDefault="006E3ED6" w:rsidP="00E93608">
      <w:pPr>
        <w:jc w:val="both"/>
        <w:rPr>
          <w:rFonts w:ascii="Arial" w:hAnsi="Arial" w:cs="Arial"/>
          <w:sz w:val="24"/>
          <w:szCs w:val="24"/>
        </w:rPr>
      </w:pPr>
      <w:r>
        <w:rPr>
          <w:rFonts w:ascii="Arial" w:hAnsi="Arial" w:cs="Arial"/>
          <w:b/>
          <w:bCs/>
          <w:sz w:val="24"/>
          <w:szCs w:val="24"/>
        </w:rPr>
        <w:t xml:space="preserve">C. MARIANA CELESTE LOPEZ MENDEZ. - </w:t>
      </w:r>
      <w:r w:rsidRPr="00E93608">
        <w:rPr>
          <w:rFonts w:ascii="Arial" w:hAnsi="Arial" w:cs="Arial"/>
          <w:sz w:val="24"/>
          <w:szCs w:val="24"/>
        </w:rPr>
        <w:t>¿Alguien más quiere opinar algo de los regidores? Adelante, regidor Óscar.</w:t>
      </w:r>
    </w:p>
    <w:p w14:paraId="60149A40" w14:textId="2D757A06" w:rsidR="00162446" w:rsidRDefault="006E3ED6" w:rsidP="00E93608">
      <w:pPr>
        <w:jc w:val="both"/>
        <w:rPr>
          <w:rFonts w:ascii="Arial" w:hAnsi="Arial" w:cs="Arial"/>
          <w:sz w:val="24"/>
          <w:szCs w:val="24"/>
        </w:rPr>
      </w:pPr>
      <w:r>
        <w:rPr>
          <w:rFonts w:ascii="Arial" w:hAnsi="Arial" w:cs="Arial"/>
          <w:b/>
          <w:bCs/>
          <w:sz w:val="24"/>
          <w:szCs w:val="24"/>
        </w:rPr>
        <w:t xml:space="preserve">C. OSCAR MURGÍA TORRES. - </w:t>
      </w:r>
      <w:r w:rsidRPr="00E93608">
        <w:rPr>
          <w:rFonts w:ascii="Arial" w:hAnsi="Arial" w:cs="Arial"/>
          <w:sz w:val="24"/>
          <w:szCs w:val="24"/>
        </w:rPr>
        <w:t>Sí, muchas gracias, desde luego consciente de la situación en la que está pasando la sociedad mexicana</w:t>
      </w:r>
      <w:r>
        <w:rPr>
          <w:rFonts w:ascii="Arial" w:hAnsi="Arial" w:cs="Arial"/>
          <w:sz w:val="24"/>
          <w:szCs w:val="24"/>
        </w:rPr>
        <w:t xml:space="preserve"> </w:t>
      </w:r>
      <w:r w:rsidRPr="00E93608">
        <w:rPr>
          <w:rFonts w:ascii="Arial" w:hAnsi="Arial" w:cs="Arial"/>
          <w:sz w:val="24"/>
          <w:szCs w:val="24"/>
        </w:rPr>
        <w:t>y más aún con el tema de un delito que desafortunadamente ha venido al alza y</w:t>
      </w:r>
      <w:r>
        <w:rPr>
          <w:rFonts w:ascii="Arial" w:hAnsi="Arial" w:cs="Arial"/>
          <w:sz w:val="24"/>
          <w:szCs w:val="24"/>
        </w:rPr>
        <w:t xml:space="preserve"> </w:t>
      </w:r>
      <w:r w:rsidRPr="00E93608">
        <w:rPr>
          <w:rFonts w:ascii="Arial" w:hAnsi="Arial" w:cs="Arial"/>
          <w:sz w:val="24"/>
          <w:szCs w:val="24"/>
        </w:rPr>
        <w:t>que en este distrito judicial está en primer lugar. Hablo delito de violencia familiar.</w:t>
      </w:r>
      <w:r>
        <w:rPr>
          <w:rFonts w:ascii="Arial" w:hAnsi="Arial" w:cs="Arial"/>
          <w:sz w:val="24"/>
          <w:szCs w:val="24"/>
        </w:rPr>
        <w:t xml:space="preserve"> </w:t>
      </w:r>
      <w:r w:rsidRPr="00E93608">
        <w:rPr>
          <w:rFonts w:ascii="Arial" w:hAnsi="Arial" w:cs="Arial"/>
          <w:sz w:val="24"/>
          <w:szCs w:val="24"/>
        </w:rPr>
        <w:t xml:space="preserve">El delito de violencia familiar, desde </w:t>
      </w:r>
      <w:r w:rsidR="00B02DD6" w:rsidRPr="00E93608">
        <w:rPr>
          <w:rFonts w:ascii="Arial" w:hAnsi="Arial" w:cs="Arial"/>
          <w:sz w:val="24"/>
          <w:szCs w:val="24"/>
        </w:rPr>
        <w:t>luego, conlleva</w:t>
      </w:r>
      <w:r w:rsidRPr="00E93608">
        <w:rPr>
          <w:rFonts w:ascii="Arial" w:hAnsi="Arial" w:cs="Arial"/>
          <w:sz w:val="24"/>
          <w:szCs w:val="24"/>
        </w:rPr>
        <w:t xml:space="preserve"> pues muchos aspectos de la vida en común</w:t>
      </w:r>
      <w:r>
        <w:rPr>
          <w:rFonts w:ascii="Arial" w:hAnsi="Arial" w:cs="Arial"/>
          <w:sz w:val="24"/>
          <w:szCs w:val="24"/>
        </w:rPr>
        <w:t xml:space="preserve"> </w:t>
      </w:r>
      <w:r w:rsidRPr="00E93608">
        <w:rPr>
          <w:rFonts w:ascii="Arial" w:hAnsi="Arial" w:cs="Arial"/>
          <w:sz w:val="24"/>
          <w:szCs w:val="24"/>
        </w:rPr>
        <w:t>de las familias en Zap</w:t>
      </w:r>
      <w:r w:rsidR="00E52144">
        <w:rPr>
          <w:rFonts w:ascii="Arial" w:hAnsi="Arial" w:cs="Arial"/>
          <w:sz w:val="24"/>
          <w:szCs w:val="24"/>
        </w:rPr>
        <w:t>o</w:t>
      </w:r>
      <w:r w:rsidRPr="00E93608">
        <w:rPr>
          <w:rFonts w:ascii="Arial" w:hAnsi="Arial" w:cs="Arial"/>
          <w:sz w:val="24"/>
          <w:szCs w:val="24"/>
        </w:rPr>
        <w:t>tlán y de la región, puesto que este tipo de delitos pues no solamente los viven las</w:t>
      </w:r>
      <w:r>
        <w:rPr>
          <w:rFonts w:ascii="Arial" w:hAnsi="Arial" w:cs="Arial"/>
          <w:sz w:val="24"/>
          <w:szCs w:val="24"/>
        </w:rPr>
        <w:t xml:space="preserve"> </w:t>
      </w:r>
      <w:r w:rsidRPr="00E93608">
        <w:rPr>
          <w:rFonts w:ascii="Arial" w:hAnsi="Arial" w:cs="Arial"/>
          <w:sz w:val="24"/>
          <w:szCs w:val="24"/>
        </w:rPr>
        <w:t>personas mayores, sino también los menores.</w:t>
      </w:r>
      <w:r>
        <w:rPr>
          <w:rFonts w:ascii="Arial" w:hAnsi="Arial" w:cs="Arial"/>
          <w:sz w:val="24"/>
          <w:szCs w:val="24"/>
        </w:rPr>
        <w:t xml:space="preserve"> </w:t>
      </w:r>
      <w:r w:rsidRPr="00E93608">
        <w:rPr>
          <w:rFonts w:ascii="Arial" w:hAnsi="Arial" w:cs="Arial"/>
          <w:sz w:val="24"/>
          <w:szCs w:val="24"/>
        </w:rPr>
        <w:t>Y para que pueda resarcirse el daño a un delito de este tipo, pues la autoridad</w:t>
      </w:r>
      <w:r>
        <w:rPr>
          <w:rFonts w:ascii="Arial" w:hAnsi="Arial" w:cs="Arial"/>
          <w:sz w:val="24"/>
          <w:szCs w:val="24"/>
        </w:rPr>
        <w:t xml:space="preserve"> </w:t>
      </w:r>
      <w:r w:rsidRPr="00E93608">
        <w:rPr>
          <w:rFonts w:ascii="Arial" w:hAnsi="Arial" w:cs="Arial"/>
          <w:sz w:val="24"/>
          <w:szCs w:val="24"/>
        </w:rPr>
        <w:t>judicial, independientemente de una cantidad pecuniaria, este también</w:t>
      </w:r>
      <w:r>
        <w:rPr>
          <w:rFonts w:ascii="Arial" w:hAnsi="Arial" w:cs="Arial"/>
          <w:sz w:val="24"/>
          <w:szCs w:val="24"/>
        </w:rPr>
        <w:t xml:space="preserve"> </w:t>
      </w:r>
      <w:r w:rsidRPr="00E93608">
        <w:rPr>
          <w:rFonts w:ascii="Arial" w:hAnsi="Arial" w:cs="Arial"/>
          <w:sz w:val="24"/>
          <w:szCs w:val="24"/>
        </w:rPr>
        <w:t>solicita una asistencia psicológica por el tiempo que determine el psicólogo que los trate.</w:t>
      </w:r>
      <w:r>
        <w:rPr>
          <w:rFonts w:ascii="Arial" w:hAnsi="Arial" w:cs="Arial"/>
          <w:sz w:val="24"/>
          <w:szCs w:val="24"/>
        </w:rPr>
        <w:t xml:space="preserve"> </w:t>
      </w:r>
      <w:r w:rsidRPr="00E93608">
        <w:rPr>
          <w:rFonts w:ascii="Arial" w:hAnsi="Arial" w:cs="Arial"/>
          <w:sz w:val="24"/>
          <w:szCs w:val="24"/>
        </w:rPr>
        <w:t>El delito de violencia familiar se da aún más en las familias de escasos recursos.</w:t>
      </w:r>
      <w:r>
        <w:rPr>
          <w:rFonts w:ascii="Arial" w:hAnsi="Arial" w:cs="Arial"/>
          <w:sz w:val="24"/>
          <w:szCs w:val="24"/>
        </w:rPr>
        <w:t xml:space="preserve"> </w:t>
      </w:r>
      <w:r w:rsidRPr="00E93608">
        <w:rPr>
          <w:rFonts w:ascii="Arial" w:hAnsi="Arial" w:cs="Arial"/>
          <w:sz w:val="24"/>
          <w:szCs w:val="24"/>
        </w:rPr>
        <w:t>No se diga, desde luego, el tema de salud mental que ha venido afectando a los jóvenes de diferentes edades.</w:t>
      </w:r>
      <w:r>
        <w:rPr>
          <w:rFonts w:ascii="Arial" w:hAnsi="Arial" w:cs="Arial"/>
          <w:sz w:val="24"/>
          <w:szCs w:val="24"/>
        </w:rPr>
        <w:t xml:space="preserve"> </w:t>
      </w:r>
      <w:r w:rsidRPr="00E93608">
        <w:rPr>
          <w:rFonts w:ascii="Arial" w:hAnsi="Arial" w:cs="Arial"/>
          <w:sz w:val="24"/>
          <w:szCs w:val="24"/>
        </w:rPr>
        <w:t xml:space="preserve">Coincido y creo que efectivamente la consulta psicológica y no solamente en este </w:t>
      </w:r>
      <w:r w:rsidRPr="00E93608">
        <w:rPr>
          <w:rFonts w:ascii="Arial" w:hAnsi="Arial" w:cs="Arial"/>
          <w:sz w:val="24"/>
          <w:szCs w:val="24"/>
        </w:rPr>
        <w:lastRenderedPageBreak/>
        <w:t>espacio del municipio, sino en otras hay un aumento</w:t>
      </w:r>
      <w:r>
        <w:rPr>
          <w:rFonts w:ascii="Arial" w:hAnsi="Arial" w:cs="Arial"/>
          <w:sz w:val="24"/>
          <w:szCs w:val="24"/>
        </w:rPr>
        <w:t xml:space="preserve"> </w:t>
      </w:r>
      <w:r w:rsidRPr="00E93608">
        <w:rPr>
          <w:rFonts w:ascii="Arial" w:hAnsi="Arial" w:cs="Arial"/>
          <w:sz w:val="24"/>
          <w:szCs w:val="24"/>
        </w:rPr>
        <w:t>y nosotros conscientes de esa situación pues debemos de ver desde luego, las posibilidades a las personas que sufren</w:t>
      </w:r>
      <w:r>
        <w:rPr>
          <w:rFonts w:ascii="Arial" w:hAnsi="Arial" w:cs="Arial"/>
          <w:sz w:val="24"/>
          <w:szCs w:val="24"/>
        </w:rPr>
        <w:t xml:space="preserve"> </w:t>
      </w:r>
      <w:r w:rsidRPr="00E93608">
        <w:rPr>
          <w:rFonts w:ascii="Arial" w:hAnsi="Arial" w:cs="Arial"/>
          <w:sz w:val="24"/>
          <w:szCs w:val="24"/>
        </w:rPr>
        <w:t xml:space="preserve">este tipo de </w:t>
      </w:r>
      <w:proofErr w:type="spellStart"/>
      <w:r w:rsidRPr="00E93608">
        <w:rPr>
          <w:rFonts w:ascii="Arial" w:hAnsi="Arial" w:cs="Arial"/>
          <w:sz w:val="24"/>
          <w:szCs w:val="24"/>
        </w:rPr>
        <w:t>padeceres</w:t>
      </w:r>
      <w:proofErr w:type="spellEnd"/>
      <w:r w:rsidRPr="00E93608">
        <w:rPr>
          <w:rFonts w:ascii="Arial" w:hAnsi="Arial" w:cs="Arial"/>
          <w:sz w:val="24"/>
          <w:szCs w:val="24"/>
        </w:rPr>
        <w:t xml:space="preserve"> para poderles ayudar. Es por eso que estoy muy de acuerdo también que se disminuya la</w:t>
      </w:r>
      <w:r>
        <w:rPr>
          <w:rFonts w:ascii="Arial" w:hAnsi="Arial" w:cs="Arial"/>
          <w:sz w:val="24"/>
          <w:szCs w:val="24"/>
        </w:rPr>
        <w:t xml:space="preserve"> </w:t>
      </w:r>
      <w:r w:rsidRPr="00E93608">
        <w:rPr>
          <w:rFonts w:ascii="Arial" w:hAnsi="Arial" w:cs="Arial"/>
          <w:sz w:val="24"/>
          <w:szCs w:val="24"/>
        </w:rPr>
        <w:t xml:space="preserve">cuota de la consulta psicológica y que fuese, por ejemplo, la individual en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como lo acaban de mencionar</w:t>
      </w:r>
      <w:r>
        <w:rPr>
          <w:rFonts w:ascii="Arial" w:hAnsi="Arial" w:cs="Arial"/>
          <w:sz w:val="24"/>
          <w:szCs w:val="24"/>
        </w:rPr>
        <w:t xml:space="preserve"> </w:t>
      </w:r>
      <w:r w:rsidRPr="00E93608">
        <w:rPr>
          <w:rFonts w:ascii="Arial" w:hAnsi="Arial" w:cs="Arial"/>
          <w:sz w:val="24"/>
          <w:szCs w:val="24"/>
        </w:rPr>
        <w:t>mis compañeros regidores, para que fuese más accesible a estas personas que de alguna u otra manera no tienen los</w:t>
      </w:r>
      <w:r>
        <w:rPr>
          <w:rFonts w:ascii="Arial" w:hAnsi="Arial" w:cs="Arial"/>
          <w:sz w:val="24"/>
          <w:szCs w:val="24"/>
        </w:rPr>
        <w:t xml:space="preserve"> </w:t>
      </w:r>
      <w:r w:rsidRPr="00E93608">
        <w:rPr>
          <w:rFonts w:ascii="Arial" w:hAnsi="Arial" w:cs="Arial"/>
          <w:sz w:val="24"/>
          <w:szCs w:val="24"/>
        </w:rPr>
        <w:t>recursos económicos para poder pagar este tipo de consultas y desde luego</w:t>
      </w:r>
      <w:r>
        <w:rPr>
          <w:rFonts w:ascii="Arial" w:hAnsi="Arial" w:cs="Arial"/>
          <w:sz w:val="24"/>
          <w:szCs w:val="24"/>
        </w:rPr>
        <w:t xml:space="preserve"> </w:t>
      </w:r>
      <w:r w:rsidRPr="00E93608">
        <w:rPr>
          <w:rFonts w:ascii="Arial" w:hAnsi="Arial" w:cs="Arial"/>
          <w:sz w:val="24"/>
          <w:szCs w:val="24"/>
        </w:rPr>
        <w:t>frenar el daño psicológico que se generó a raíz de un delito de violencia familiar</w:t>
      </w:r>
      <w:r>
        <w:rPr>
          <w:rFonts w:ascii="Arial" w:hAnsi="Arial" w:cs="Arial"/>
          <w:sz w:val="24"/>
          <w:szCs w:val="24"/>
        </w:rPr>
        <w:t xml:space="preserve"> </w:t>
      </w:r>
      <w:r w:rsidRPr="00E93608">
        <w:rPr>
          <w:rFonts w:ascii="Arial" w:hAnsi="Arial" w:cs="Arial"/>
          <w:sz w:val="24"/>
          <w:szCs w:val="24"/>
        </w:rPr>
        <w:t>o aún peor todavía. Bueno, iguales son los dos conceptos, de salud mental, porque también este conlleva a que los</w:t>
      </w:r>
      <w:r>
        <w:rPr>
          <w:rFonts w:ascii="Arial" w:hAnsi="Arial" w:cs="Arial"/>
          <w:sz w:val="24"/>
          <w:szCs w:val="24"/>
        </w:rPr>
        <w:t xml:space="preserve"> </w:t>
      </w:r>
      <w:r w:rsidRPr="00E93608">
        <w:rPr>
          <w:rFonts w:ascii="Arial" w:hAnsi="Arial" w:cs="Arial"/>
          <w:sz w:val="24"/>
          <w:szCs w:val="24"/>
        </w:rPr>
        <w:t>jóvenes o cualquier otra persona pueda atentar contra su vida.</w:t>
      </w:r>
      <w:r>
        <w:rPr>
          <w:rFonts w:ascii="Arial" w:hAnsi="Arial" w:cs="Arial"/>
          <w:sz w:val="24"/>
          <w:szCs w:val="24"/>
        </w:rPr>
        <w:t xml:space="preserve"> </w:t>
      </w:r>
      <w:r w:rsidRPr="00E93608">
        <w:rPr>
          <w:rFonts w:ascii="Arial" w:hAnsi="Arial" w:cs="Arial"/>
          <w:sz w:val="24"/>
          <w:szCs w:val="24"/>
        </w:rPr>
        <w:t>Y no solamente ahorita viene el tema del delito de violencia familiar, estamos hablando también de abuso sexual</w:t>
      </w:r>
      <w:r>
        <w:rPr>
          <w:rFonts w:ascii="Arial" w:hAnsi="Arial" w:cs="Arial"/>
          <w:sz w:val="24"/>
          <w:szCs w:val="24"/>
        </w:rPr>
        <w:t xml:space="preserve"> </w:t>
      </w:r>
      <w:r w:rsidRPr="00E93608">
        <w:rPr>
          <w:rFonts w:ascii="Arial" w:hAnsi="Arial" w:cs="Arial"/>
          <w:sz w:val="24"/>
          <w:szCs w:val="24"/>
        </w:rPr>
        <w:t xml:space="preserve">infantil, que también se </w:t>
      </w:r>
      <w:r w:rsidR="00852CA4" w:rsidRPr="00E93608">
        <w:rPr>
          <w:rFonts w:ascii="Arial" w:hAnsi="Arial" w:cs="Arial"/>
          <w:sz w:val="24"/>
          <w:szCs w:val="24"/>
        </w:rPr>
        <w:t>dan este</w:t>
      </w:r>
      <w:r w:rsidRPr="00E93608">
        <w:rPr>
          <w:rFonts w:ascii="Arial" w:hAnsi="Arial" w:cs="Arial"/>
          <w:sz w:val="24"/>
          <w:szCs w:val="24"/>
        </w:rPr>
        <w:t xml:space="preserve"> tipo de apoyos</w:t>
      </w:r>
      <w:r>
        <w:rPr>
          <w:rFonts w:ascii="Arial" w:hAnsi="Arial" w:cs="Arial"/>
          <w:sz w:val="24"/>
          <w:szCs w:val="24"/>
        </w:rPr>
        <w:t xml:space="preserve">, </w:t>
      </w:r>
      <w:r w:rsidRPr="00E93608">
        <w:rPr>
          <w:rFonts w:ascii="Arial" w:hAnsi="Arial" w:cs="Arial"/>
          <w:sz w:val="24"/>
          <w:szCs w:val="24"/>
        </w:rPr>
        <w:t>que incluso la autoridad judicial exige al imputado para que pueda resarcir el daño no solamente físico,</w:t>
      </w:r>
      <w:r>
        <w:rPr>
          <w:rFonts w:ascii="Arial" w:hAnsi="Arial" w:cs="Arial"/>
          <w:sz w:val="24"/>
          <w:szCs w:val="24"/>
        </w:rPr>
        <w:t xml:space="preserve"> </w:t>
      </w:r>
      <w:r w:rsidRPr="00E93608">
        <w:rPr>
          <w:rFonts w:ascii="Arial" w:hAnsi="Arial" w:cs="Arial"/>
          <w:sz w:val="24"/>
          <w:szCs w:val="24"/>
        </w:rPr>
        <w:t>sino también psicológico, entre otros delitos. Pero desafortunadamente esos dos delitos que acabo de mencionar</w:t>
      </w:r>
      <w:r>
        <w:rPr>
          <w:rFonts w:ascii="Arial" w:hAnsi="Arial" w:cs="Arial"/>
          <w:sz w:val="24"/>
          <w:szCs w:val="24"/>
        </w:rPr>
        <w:t xml:space="preserve"> </w:t>
      </w:r>
      <w:r w:rsidRPr="00E93608">
        <w:rPr>
          <w:rFonts w:ascii="Arial" w:hAnsi="Arial" w:cs="Arial"/>
          <w:sz w:val="24"/>
          <w:szCs w:val="24"/>
        </w:rPr>
        <w:t>son los que están en primer lugar en el distrito judicial.</w:t>
      </w:r>
      <w:r w:rsidR="00162446">
        <w:rPr>
          <w:rFonts w:ascii="Arial" w:hAnsi="Arial" w:cs="Arial"/>
          <w:sz w:val="24"/>
          <w:szCs w:val="24"/>
        </w:rPr>
        <w:t xml:space="preserve"> </w:t>
      </w:r>
      <w:r w:rsidRPr="00E93608">
        <w:rPr>
          <w:rFonts w:ascii="Arial" w:hAnsi="Arial" w:cs="Arial"/>
          <w:sz w:val="24"/>
          <w:szCs w:val="24"/>
        </w:rPr>
        <w:t>Entonces, atendiendo esta situación y sobre todo en el rango de la sociedad en donde se dan, son en aquellas familias de escasos recursos.</w:t>
      </w:r>
      <w:r w:rsidR="00162446">
        <w:rPr>
          <w:rFonts w:ascii="Arial" w:hAnsi="Arial" w:cs="Arial"/>
          <w:sz w:val="24"/>
          <w:szCs w:val="24"/>
        </w:rPr>
        <w:t xml:space="preserve"> </w:t>
      </w:r>
      <w:r w:rsidRPr="00E93608">
        <w:rPr>
          <w:rFonts w:ascii="Arial" w:hAnsi="Arial" w:cs="Arial"/>
          <w:sz w:val="24"/>
          <w:szCs w:val="24"/>
        </w:rPr>
        <w:t xml:space="preserve">Entonces, yo sí estoy de acuerdo que se disminuya la consulta psicológica a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sidR="00162446">
        <w:rPr>
          <w:rFonts w:ascii="Arial" w:hAnsi="Arial" w:cs="Arial"/>
          <w:sz w:val="24"/>
          <w:szCs w:val="24"/>
        </w:rPr>
        <w:t xml:space="preserve"> cincuenta</w:t>
      </w:r>
      <w:r w:rsidRPr="00E93608">
        <w:rPr>
          <w:rFonts w:ascii="Arial" w:hAnsi="Arial" w:cs="Arial"/>
          <w:sz w:val="24"/>
          <w:szCs w:val="24"/>
        </w:rPr>
        <w:t xml:space="preserve"> pesos por persona para que pueda ser más</w:t>
      </w:r>
      <w:r w:rsidR="00162446">
        <w:rPr>
          <w:rFonts w:ascii="Arial" w:hAnsi="Arial" w:cs="Arial"/>
          <w:sz w:val="24"/>
          <w:szCs w:val="24"/>
        </w:rPr>
        <w:t xml:space="preserve"> </w:t>
      </w:r>
      <w:r w:rsidRPr="00E93608">
        <w:rPr>
          <w:rFonts w:ascii="Arial" w:hAnsi="Arial" w:cs="Arial"/>
          <w:sz w:val="24"/>
          <w:szCs w:val="24"/>
        </w:rPr>
        <w:t>accesible a los familiares, a las parejas y a los individuos. ¿Es cuánto?</w:t>
      </w:r>
      <w:r w:rsidR="00162446">
        <w:rPr>
          <w:rFonts w:ascii="Arial" w:hAnsi="Arial" w:cs="Arial"/>
          <w:sz w:val="24"/>
          <w:szCs w:val="24"/>
        </w:rPr>
        <w:t xml:space="preserve"> </w:t>
      </w:r>
      <w:r w:rsidRPr="00E93608">
        <w:rPr>
          <w:rFonts w:ascii="Arial" w:hAnsi="Arial" w:cs="Arial"/>
          <w:sz w:val="24"/>
          <w:szCs w:val="24"/>
        </w:rPr>
        <w:t xml:space="preserve">Muchas gracias. </w:t>
      </w:r>
    </w:p>
    <w:p w14:paraId="15711265" w14:textId="151B3F43" w:rsidR="00162446" w:rsidRDefault="00162446" w:rsidP="00E93608">
      <w:pPr>
        <w:jc w:val="both"/>
        <w:rPr>
          <w:rFonts w:ascii="Arial" w:hAnsi="Arial" w:cs="Arial"/>
          <w:sz w:val="24"/>
          <w:szCs w:val="24"/>
        </w:rPr>
      </w:pPr>
      <w:r>
        <w:rPr>
          <w:rFonts w:ascii="Arial" w:hAnsi="Arial" w:cs="Arial"/>
          <w:b/>
          <w:bCs/>
          <w:sz w:val="24"/>
          <w:szCs w:val="24"/>
        </w:rPr>
        <w:t xml:space="preserve">C. MARIANA CELESTE LOPEZ MENDEZ. - </w:t>
      </w:r>
      <w:r w:rsidRPr="00E93608">
        <w:rPr>
          <w:rFonts w:ascii="Arial" w:hAnsi="Arial" w:cs="Arial"/>
          <w:sz w:val="24"/>
          <w:szCs w:val="24"/>
        </w:rPr>
        <w:t xml:space="preserve"> Bueno, antes de poder como explicarles la justificación del</w:t>
      </w:r>
      <w:r>
        <w:rPr>
          <w:rFonts w:ascii="Arial" w:hAnsi="Arial" w:cs="Arial"/>
          <w:sz w:val="24"/>
          <w:szCs w:val="24"/>
        </w:rPr>
        <w:t xml:space="preserve"> </w:t>
      </w:r>
      <w:r w:rsidRPr="00E93608">
        <w:rPr>
          <w:rFonts w:ascii="Arial" w:hAnsi="Arial" w:cs="Arial"/>
          <w:sz w:val="24"/>
          <w:szCs w:val="24"/>
        </w:rPr>
        <w:t>aumento, les voy a platicar cómo funciona la clínica, ¿no? La clínica aproximadamente tiene 2</w:t>
      </w:r>
      <w:r>
        <w:rPr>
          <w:rFonts w:ascii="Arial" w:hAnsi="Arial" w:cs="Arial"/>
          <w:sz w:val="24"/>
          <w:szCs w:val="24"/>
        </w:rPr>
        <w:t xml:space="preserve"> dos</w:t>
      </w:r>
      <w:r w:rsidRPr="00E93608">
        <w:rPr>
          <w:rFonts w:ascii="Arial" w:hAnsi="Arial" w:cs="Arial"/>
          <w:sz w:val="24"/>
          <w:szCs w:val="24"/>
        </w:rPr>
        <w:t xml:space="preserve"> años que abrió sus puertas, ¿no?</w:t>
      </w:r>
      <w:r>
        <w:rPr>
          <w:rFonts w:ascii="Arial" w:hAnsi="Arial" w:cs="Arial"/>
          <w:sz w:val="24"/>
          <w:szCs w:val="24"/>
        </w:rPr>
        <w:t xml:space="preserve"> </w:t>
      </w:r>
      <w:r w:rsidRPr="00E93608">
        <w:rPr>
          <w:rFonts w:ascii="Arial" w:hAnsi="Arial" w:cs="Arial"/>
          <w:sz w:val="24"/>
          <w:szCs w:val="24"/>
        </w:rPr>
        <w:t>Y el área de psicología en lo particular siempre se ha mantenido con una sola psicóloga que opera de lunes a viernes de 8:30 de la mañana a 3 de la tarde.</w:t>
      </w:r>
      <w:r>
        <w:rPr>
          <w:rFonts w:ascii="Arial" w:hAnsi="Arial" w:cs="Arial"/>
          <w:sz w:val="24"/>
          <w:szCs w:val="24"/>
        </w:rPr>
        <w:t xml:space="preserve"> </w:t>
      </w:r>
      <w:r w:rsidRPr="00E93608">
        <w:rPr>
          <w:rFonts w:ascii="Arial" w:hAnsi="Arial" w:cs="Arial"/>
          <w:sz w:val="24"/>
          <w:szCs w:val="24"/>
        </w:rPr>
        <w:t>Cada sesión dura, si es la primera sesión, dura de una y media a 2 de acuerdo a como se presente y</w:t>
      </w:r>
      <w:r>
        <w:rPr>
          <w:rFonts w:ascii="Arial" w:hAnsi="Arial" w:cs="Arial"/>
          <w:sz w:val="24"/>
          <w:szCs w:val="24"/>
        </w:rPr>
        <w:t xml:space="preserve"> </w:t>
      </w:r>
      <w:r w:rsidRPr="00E93608">
        <w:rPr>
          <w:rFonts w:ascii="Arial" w:hAnsi="Arial" w:cs="Arial"/>
          <w:sz w:val="24"/>
          <w:szCs w:val="24"/>
        </w:rPr>
        <w:t>las subsecuentes de una 45 como el psicólogo, la psicóloga lo vaya lo vaya planteando, ¿no?</w:t>
      </w:r>
      <w:r>
        <w:rPr>
          <w:rFonts w:ascii="Arial" w:hAnsi="Arial" w:cs="Arial"/>
          <w:sz w:val="24"/>
          <w:szCs w:val="24"/>
        </w:rPr>
        <w:t xml:space="preserve"> </w:t>
      </w:r>
      <w:r w:rsidRPr="00E93608">
        <w:rPr>
          <w:rFonts w:ascii="Arial" w:hAnsi="Arial" w:cs="Arial"/>
          <w:sz w:val="24"/>
          <w:szCs w:val="24"/>
        </w:rPr>
        <w:t>El precio de la de la consulta de psicología no solamente se basa en un costo, sino también en algo que genera una adherencia terapéutica a los pacientes.</w:t>
      </w:r>
      <w:r>
        <w:rPr>
          <w:rFonts w:ascii="Arial" w:hAnsi="Arial" w:cs="Arial"/>
          <w:sz w:val="24"/>
          <w:szCs w:val="24"/>
        </w:rPr>
        <w:t xml:space="preserve"> </w:t>
      </w:r>
      <w:r w:rsidRPr="00E93608">
        <w:rPr>
          <w:rFonts w:ascii="Arial" w:hAnsi="Arial" w:cs="Arial"/>
          <w:sz w:val="24"/>
          <w:szCs w:val="24"/>
        </w:rPr>
        <w:t>¿Por qué? Actualmente la razón por la cual nosotros queremos aumentar el precio no es solamente porque queramos cobrarle más a la gente. De hecho,</w:t>
      </w:r>
      <w:r>
        <w:rPr>
          <w:rFonts w:ascii="Arial" w:hAnsi="Arial" w:cs="Arial"/>
          <w:sz w:val="24"/>
          <w:szCs w:val="24"/>
        </w:rPr>
        <w:t xml:space="preserve"> </w:t>
      </w:r>
      <w:r w:rsidRPr="00E93608">
        <w:rPr>
          <w:rFonts w:ascii="Arial" w:hAnsi="Arial" w:cs="Arial"/>
          <w:sz w:val="24"/>
          <w:szCs w:val="24"/>
        </w:rPr>
        <w:t>nosotros tenemos un área de trabajo social que trabajo social se encarga de las situaciones de todos ustedes que mencionaron. Trabajo social funciona con</w:t>
      </w:r>
      <w:r>
        <w:rPr>
          <w:rFonts w:ascii="Arial" w:hAnsi="Arial" w:cs="Arial"/>
          <w:sz w:val="24"/>
          <w:szCs w:val="24"/>
        </w:rPr>
        <w:t xml:space="preserve"> </w:t>
      </w:r>
      <w:r w:rsidRPr="00E93608">
        <w:rPr>
          <w:rFonts w:ascii="Arial" w:hAnsi="Arial" w:cs="Arial"/>
          <w:sz w:val="24"/>
          <w:szCs w:val="24"/>
        </w:rPr>
        <w:t>estudios socioeconómicos para personas que no pueden pagar la consulta y no solamente no se les cobra la primera, no se les cobra todo el tratamiento.</w:t>
      </w:r>
      <w:r>
        <w:rPr>
          <w:rFonts w:ascii="Arial" w:hAnsi="Arial" w:cs="Arial"/>
          <w:sz w:val="24"/>
          <w:szCs w:val="24"/>
        </w:rPr>
        <w:t xml:space="preserve"> </w:t>
      </w:r>
      <w:r w:rsidRPr="00E93608">
        <w:rPr>
          <w:rFonts w:ascii="Arial" w:hAnsi="Arial" w:cs="Arial"/>
          <w:sz w:val="24"/>
          <w:szCs w:val="24"/>
        </w:rPr>
        <w:t>Pero si eso hacemos con todos los usuarios se genera lo que es el fenómeno de poca adherencia.</w:t>
      </w:r>
      <w:r>
        <w:rPr>
          <w:rFonts w:ascii="Arial" w:hAnsi="Arial" w:cs="Arial"/>
          <w:sz w:val="24"/>
          <w:szCs w:val="24"/>
        </w:rPr>
        <w:t xml:space="preserve"> </w:t>
      </w:r>
      <w:r w:rsidRPr="00E93608">
        <w:rPr>
          <w:rFonts w:ascii="Arial" w:hAnsi="Arial" w:cs="Arial"/>
          <w:sz w:val="24"/>
          <w:szCs w:val="24"/>
        </w:rPr>
        <w:t xml:space="preserve">En el ámbito de psicología clínica, la cuota de recuperación actúa como un elemento </w:t>
      </w:r>
      <w:r w:rsidRPr="00E93608">
        <w:rPr>
          <w:rFonts w:ascii="Arial" w:hAnsi="Arial" w:cs="Arial"/>
          <w:sz w:val="24"/>
          <w:szCs w:val="24"/>
        </w:rPr>
        <w:lastRenderedPageBreak/>
        <w:t>estructurante del encuadre psicoterapéutico.</w:t>
      </w:r>
      <w:r>
        <w:rPr>
          <w:rFonts w:ascii="Arial" w:hAnsi="Arial" w:cs="Arial"/>
          <w:sz w:val="24"/>
          <w:szCs w:val="24"/>
        </w:rPr>
        <w:t xml:space="preserve"> </w:t>
      </w:r>
      <w:r w:rsidRPr="00E93608">
        <w:rPr>
          <w:rFonts w:ascii="Arial" w:hAnsi="Arial" w:cs="Arial"/>
          <w:sz w:val="24"/>
          <w:szCs w:val="24"/>
        </w:rPr>
        <w:t>El aporte económico genera que el usuario genere una corresponsabilidad activa por su proceso de salud mental.</w:t>
      </w:r>
      <w:r>
        <w:rPr>
          <w:rFonts w:ascii="Arial" w:hAnsi="Arial" w:cs="Arial"/>
          <w:sz w:val="24"/>
          <w:szCs w:val="24"/>
        </w:rPr>
        <w:t xml:space="preserve"> </w:t>
      </w:r>
      <w:r w:rsidRPr="00E93608">
        <w:rPr>
          <w:rFonts w:ascii="Arial" w:hAnsi="Arial" w:cs="Arial"/>
          <w:sz w:val="24"/>
          <w:szCs w:val="24"/>
        </w:rPr>
        <w:t>Las cuotas 100% gratuitas suelen registrar tasas elevadas de inasistencia voluntaria, ausentismo sin previo aviso.</w:t>
      </w:r>
      <w:r>
        <w:rPr>
          <w:rFonts w:ascii="Arial" w:hAnsi="Arial" w:cs="Arial"/>
          <w:sz w:val="24"/>
          <w:szCs w:val="24"/>
        </w:rPr>
        <w:t xml:space="preserve"> </w:t>
      </w:r>
      <w:r w:rsidRPr="00E93608">
        <w:rPr>
          <w:rFonts w:ascii="Arial" w:hAnsi="Arial" w:cs="Arial"/>
          <w:sz w:val="24"/>
          <w:szCs w:val="24"/>
        </w:rPr>
        <w:t>Establecer un costo que motiva al paciente a priorizar su cita. cumplir con el rio establecido y disminuir las cancelaciones de último momento.</w:t>
      </w:r>
      <w:r>
        <w:rPr>
          <w:rFonts w:ascii="Arial" w:hAnsi="Arial" w:cs="Arial"/>
          <w:sz w:val="24"/>
          <w:szCs w:val="24"/>
        </w:rPr>
        <w:t xml:space="preserve"> </w:t>
      </w:r>
      <w:r w:rsidRPr="00E93608">
        <w:rPr>
          <w:rFonts w:ascii="Arial" w:hAnsi="Arial" w:cs="Arial"/>
          <w:sz w:val="24"/>
          <w:szCs w:val="24"/>
        </w:rPr>
        <w:t>Esto viene basado desde que se abrió el núcleo de salud mental en el 2023</w:t>
      </w:r>
      <w:r>
        <w:rPr>
          <w:rFonts w:ascii="Arial" w:hAnsi="Arial" w:cs="Arial"/>
          <w:sz w:val="24"/>
          <w:szCs w:val="24"/>
        </w:rPr>
        <w:t xml:space="preserve"> dos mil veintitrés</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 xml:space="preserve">Un psicólogo nos sugirió el precio en ese entonces era de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y la gente no iba porque se considera que los</w:t>
      </w:r>
      <w:r>
        <w:rPr>
          <w:rFonts w:ascii="Arial" w:hAnsi="Arial" w:cs="Arial"/>
          <w:sz w:val="24"/>
          <w:szCs w:val="24"/>
        </w:rPr>
        <w:t xml:space="preserve"> </w:t>
      </w:r>
      <w:r w:rsidRPr="00E93608">
        <w:rPr>
          <w:rFonts w:ascii="Arial" w:hAnsi="Arial" w:cs="Arial"/>
          <w:sz w:val="24"/>
          <w:szCs w:val="24"/>
        </w:rPr>
        <w:t>servicios públicos son malos servicios públicos, entonces la gente deja de ir.</w:t>
      </w:r>
      <w:r>
        <w:rPr>
          <w:rFonts w:ascii="Arial" w:hAnsi="Arial" w:cs="Arial"/>
          <w:sz w:val="24"/>
          <w:szCs w:val="24"/>
        </w:rPr>
        <w:t xml:space="preserve"> </w:t>
      </w:r>
      <w:r w:rsidRPr="00E93608">
        <w:rPr>
          <w:rFonts w:ascii="Arial" w:hAnsi="Arial" w:cs="Arial"/>
          <w:sz w:val="24"/>
          <w:szCs w:val="24"/>
        </w:rPr>
        <w:t>Actualmente en el en el municipio contamos con un solo psiquiatra solamente para usuarios de Secretaría de Salud. Ahorita que estaban en la reunión</w:t>
      </w:r>
      <w:r>
        <w:rPr>
          <w:rFonts w:ascii="Arial" w:hAnsi="Arial" w:cs="Arial"/>
          <w:sz w:val="24"/>
          <w:szCs w:val="24"/>
        </w:rPr>
        <w:t xml:space="preserve"> </w:t>
      </w:r>
      <w:r w:rsidRPr="00E93608">
        <w:rPr>
          <w:rFonts w:ascii="Arial" w:hAnsi="Arial" w:cs="Arial"/>
          <w:sz w:val="24"/>
          <w:szCs w:val="24"/>
        </w:rPr>
        <w:t>me acababa de marcar el psiquiatra para decirme que a yo tengo que ver a los pacientes de una manera general mandarlos con previo tratamiento como</w:t>
      </w:r>
      <w:r>
        <w:rPr>
          <w:rFonts w:ascii="Arial" w:hAnsi="Arial" w:cs="Arial"/>
          <w:sz w:val="24"/>
          <w:szCs w:val="24"/>
        </w:rPr>
        <w:t xml:space="preserve"> </w:t>
      </w:r>
      <w:r w:rsidRPr="00E93608">
        <w:rPr>
          <w:rFonts w:ascii="Arial" w:hAnsi="Arial" w:cs="Arial"/>
          <w:sz w:val="24"/>
          <w:szCs w:val="24"/>
        </w:rPr>
        <w:t>médico general para que las citas se las den de octubre a diciembre.</w:t>
      </w:r>
      <w:r>
        <w:rPr>
          <w:rFonts w:ascii="Arial" w:hAnsi="Arial" w:cs="Arial"/>
          <w:sz w:val="24"/>
          <w:szCs w:val="24"/>
        </w:rPr>
        <w:t xml:space="preserve"> </w:t>
      </w:r>
      <w:r w:rsidRPr="00E93608">
        <w:rPr>
          <w:rFonts w:ascii="Arial" w:hAnsi="Arial" w:cs="Arial"/>
          <w:sz w:val="24"/>
          <w:szCs w:val="24"/>
        </w:rPr>
        <w:t>El problema no es el precio definitivamente porque se pueden hacer los ajustes de manera individual. El problema es que no tenemos ni</w:t>
      </w:r>
      <w:r>
        <w:rPr>
          <w:rFonts w:ascii="Arial" w:hAnsi="Arial" w:cs="Arial"/>
          <w:sz w:val="24"/>
          <w:szCs w:val="24"/>
        </w:rPr>
        <w:t xml:space="preserve"> </w:t>
      </w:r>
      <w:r w:rsidRPr="00E93608">
        <w:rPr>
          <w:rFonts w:ascii="Arial" w:hAnsi="Arial" w:cs="Arial"/>
          <w:sz w:val="24"/>
          <w:szCs w:val="24"/>
        </w:rPr>
        <w:t xml:space="preserve">psicólogos, psiquiatras, ni siquiera lo pudiera mencionar porque existen cuatro psiquiatras en todo el en todo el municipio. Sus consultas van de </w:t>
      </w:r>
      <w:r w:rsidR="00E52144">
        <w:rPr>
          <w:rFonts w:ascii="Arial" w:hAnsi="Arial" w:cs="Arial"/>
          <w:sz w:val="24"/>
          <w:szCs w:val="24"/>
        </w:rPr>
        <w:t>$</w:t>
      </w:r>
      <w:r w:rsidRPr="00E93608">
        <w:rPr>
          <w:rFonts w:ascii="Arial" w:hAnsi="Arial" w:cs="Arial"/>
          <w:sz w:val="24"/>
          <w:szCs w:val="24"/>
        </w:rPr>
        <w:t>1</w:t>
      </w:r>
      <w:r>
        <w:rPr>
          <w:rFonts w:ascii="Arial" w:hAnsi="Arial" w:cs="Arial"/>
          <w:sz w:val="24"/>
          <w:szCs w:val="24"/>
        </w:rPr>
        <w:t>,500</w:t>
      </w:r>
      <w:r w:rsidR="00E52144">
        <w:rPr>
          <w:rFonts w:ascii="Arial" w:hAnsi="Arial" w:cs="Arial"/>
          <w:sz w:val="24"/>
          <w:szCs w:val="24"/>
        </w:rPr>
        <w:t>.00</w:t>
      </w:r>
      <w:r w:rsidRPr="00E93608">
        <w:rPr>
          <w:rFonts w:ascii="Arial" w:hAnsi="Arial" w:cs="Arial"/>
          <w:sz w:val="24"/>
          <w:szCs w:val="24"/>
        </w:rPr>
        <w:t xml:space="preserve"> a </w:t>
      </w:r>
      <w:r w:rsidR="00E52144">
        <w:rPr>
          <w:rFonts w:ascii="Arial" w:hAnsi="Arial" w:cs="Arial"/>
          <w:sz w:val="24"/>
          <w:szCs w:val="24"/>
        </w:rPr>
        <w:t>$</w:t>
      </w:r>
      <w:r w:rsidRPr="00E93608">
        <w:rPr>
          <w:rFonts w:ascii="Arial" w:hAnsi="Arial" w:cs="Arial"/>
          <w:sz w:val="24"/>
          <w:szCs w:val="24"/>
        </w:rPr>
        <w:t>2,000</w:t>
      </w:r>
      <w:r w:rsidR="00E52144">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xml:space="preserve"> y psicología de </w:t>
      </w:r>
      <w:r w:rsidR="00E52144">
        <w:rPr>
          <w:rFonts w:ascii="Arial" w:hAnsi="Arial" w:cs="Arial"/>
          <w:sz w:val="24"/>
          <w:szCs w:val="24"/>
        </w:rPr>
        <w:t>$</w:t>
      </w:r>
      <w:r w:rsidRPr="00E93608">
        <w:rPr>
          <w:rFonts w:ascii="Arial" w:hAnsi="Arial" w:cs="Arial"/>
          <w:sz w:val="24"/>
          <w:szCs w:val="24"/>
        </w:rPr>
        <w:t>400</w:t>
      </w:r>
      <w:r w:rsidR="00E52144">
        <w:rPr>
          <w:rFonts w:ascii="Arial" w:hAnsi="Arial" w:cs="Arial"/>
          <w:sz w:val="24"/>
          <w:szCs w:val="24"/>
        </w:rPr>
        <w:t>.00</w:t>
      </w:r>
      <w:r w:rsidRPr="00E93608">
        <w:rPr>
          <w:rFonts w:ascii="Arial" w:hAnsi="Arial" w:cs="Arial"/>
          <w:sz w:val="24"/>
          <w:szCs w:val="24"/>
        </w:rPr>
        <w:t xml:space="preserve"> a </w:t>
      </w:r>
      <w:r w:rsidR="00E52144">
        <w:rPr>
          <w:rFonts w:ascii="Arial" w:hAnsi="Arial" w:cs="Arial"/>
          <w:sz w:val="24"/>
          <w:szCs w:val="24"/>
        </w:rPr>
        <w:t>$</w:t>
      </w:r>
      <w:r w:rsidRPr="00E93608">
        <w:rPr>
          <w:rFonts w:ascii="Arial" w:hAnsi="Arial" w:cs="Arial"/>
          <w:sz w:val="24"/>
          <w:szCs w:val="24"/>
        </w:rPr>
        <w:t>1</w:t>
      </w:r>
      <w:r>
        <w:rPr>
          <w:rFonts w:ascii="Arial" w:hAnsi="Arial" w:cs="Arial"/>
          <w:sz w:val="24"/>
          <w:szCs w:val="24"/>
        </w:rPr>
        <w:t>,2</w:t>
      </w:r>
      <w:r w:rsidRPr="00E93608">
        <w:rPr>
          <w:rFonts w:ascii="Arial" w:hAnsi="Arial" w:cs="Arial"/>
          <w:sz w:val="24"/>
          <w:szCs w:val="24"/>
        </w:rPr>
        <w:t>00.</w:t>
      </w:r>
      <w:r w:rsidR="00E52144">
        <w:rPr>
          <w:rFonts w:ascii="Arial" w:hAnsi="Arial" w:cs="Arial"/>
          <w:sz w:val="24"/>
          <w:szCs w:val="24"/>
        </w:rPr>
        <w:t xml:space="preserve">00. </w:t>
      </w:r>
      <w:r>
        <w:rPr>
          <w:rFonts w:ascii="Arial" w:hAnsi="Arial" w:cs="Arial"/>
          <w:sz w:val="24"/>
          <w:szCs w:val="24"/>
        </w:rPr>
        <w:t xml:space="preserve"> </w:t>
      </w:r>
      <w:r w:rsidRPr="00E93608">
        <w:rPr>
          <w:rFonts w:ascii="Arial" w:hAnsi="Arial" w:cs="Arial"/>
          <w:sz w:val="24"/>
          <w:szCs w:val="24"/>
        </w:rPr>
        <w:t>Los pacientes se citan cada 15</w:t>
      </w:r>
      <w:r>
        <w:rPr>
          <w:rFonts w:ascii="Arial" w:hAnsi="Arial" w:cs="Arial"/>
          <w:sz w:val="24"/>
          <w:szCs w:val="24"/>
        </w:rPr>
        <w:t xml:space="preserve"> quince</w:t>
      </w:r>
      <w:r w:rsidRPr="00E93608">
        <w:rPr>
          <w:rFonts w:ascii="Arial" w:hAnsi="Arial" w:cs="Arial"/>
          <w:sz w:val="24"/>
          <w:szCs w:val="24"/>
        </w:rPr>
        <w:t xml:space="preserve"> días, cada 3</w:t>
      </w:r>
      <w:r>
        <w:rPr>
          <w:rFonts w:ascii="Arial" w:hAnsi="Arial" w:cs="Arial"/>
          <w:sz w:val="24"/>
          <w:szCs w:val="24"/>
        </w:rPr>
        <w:t xml:space="preserve"> tres</w:t>
      </w:r>
      <w:r w:rsidRPr="00E93608">
        <w:rPr>
          <w:rFonts w:ascii="Arial" w:hAnsi="Arial" w:cs="Arial"/>
          <w:sz w:val="24"/>
          <w:szCs w:val="24"/>
        </w:rPr>
        <w:t xml:space="preserve"> semanas, pero la valoración que se hace de manera individual creo que justifica perfectamente el precio que</w:t>
      </w:r>
      <w:r>
        <w:rPr>
          <w:rFonts w:ascii="Arial" w:hAnsi="Arial" w:cs="Arial"/>
          <w:sz w:val="24"/>
          <w:szCs w:val="24"/>
        </w:rPr>
        <w:t xml:space="preserve"> </w:t>
      </w:r>
      <w:r w:rsidRPr="00E93608">
        <w:rPr>
          <w:rFonts w:ascii="Arial" w:hAnsi="Arial" w:cs="Arial"/>
          <w:sz w:val="24"/>
          <w:szCs w:val="24"/>
        </w:rPr>
        <w:t>estamos haciendo, porque sí, la lista de espera es altísima, pero también tenemos protocolos para urgencias, tenemos pacientes que llegan que, si tienen</w:t>
      </w:r>
      <w:r>
        <w:rPr>
          <w:rFonts w:ascii="Arial" w:hAnsi="Arial" w:cs="Arial"/>
          <w:sz w:val="24"/>
          <w:szCs w:val="24"/>
        </w:rPr>
        <w:t xml:space="preserve"> </w:t>
      </w:r>
      <w:r w:rsidRPr="00E93608">
        <w:rPr>
          <w:rFonts w:ascii="Arial" w:hAnsi="Arial" w:cs="Arial"/>
          <w:sz w:val="24"/>
          <w:szCs w:val="24"/>
        </w:rPr>
        <w:t xml:space="preserve">alguna situación de intentos </w:t>
      </w:r>
      <w:r>
        <w:rPr>
          <w:rFonts w:ascii="Arial" w:hAnsi="Arial" w:cs="Arial"/>
          <w:sz w:val="24"/>
          <w:szCs w:val="24"/>
        </w:rPr>
        <w:t>suicidio</w:t>
      </w:r>
      <w:r w:rsidRPr="00E93608">
        <w:rPr>
          <w:rFonts w:ascii="Arial" w:hAnsi="Arial" w:cs="Arial"/>
          <w:sz w:val="24"/>
          <w:szCs w:val="24"/>
        </w:rPr>
        <w:t>, de violencia intrafamiliar, de abuso sexual, entran como prioritarios a la unidad. También tenemos semáforos de</w:t>
      </w:r>
      <w:r>
        <w:rPr>
          <w:rFonts w:ascii="Arial" w:hAnsi="Arial" w:cs="Arial"/>
          <w:sz w:val="24"/>
          <w:szCs w:val="24"/>
        </w:rPr>
        <w:t xml:space="preserve"> </w:t>
      </w:r>
      <w:r w:rsidRPr="00E93608">
        <w:rPr>
          <w:rFonts w:ascii="Arial" w:hAnsi="Arial" w:cs="Arial"/>
          <w:sz w:val="24"/>
          <w:szCs w:val="24"/>
        </w:rPr>
        <w:t>inasistencia. Solamente se le dan dos faltas a cada usuario. No asiste a las sesiones, se tiene que pasar al siguiente. ¿Qué es lo que hace con esto?</w:t>
      </w:r>
      <w:r>
        <w:rPr>
          <w:rFonts w:ascii="Arial" w:hAnsi="Arial" w:cs="Arial"/>
          <w:sz w:val="24"/>
          <w:szCs w:val="24"/>
        </w:rPr>
        <w:t xml:space="preserve"> </w:t>
      </w:r>
      <w:r w:rsidRPr="00E93608">
        <w:rPr>
          <w:rFonts w:ascii="Arial" w:hAnsi="Arial" w:cs="Arial"/>
          <w:sz w:val="24"/>
          <w:szCs w:val="24"/>
        </w:rPr>
        <w:t>Que se valore también el servicio y que la única psicóloga que se encarga de hacer talleres, de hacer campañas, de andar en la ciudad, en escuelas, centros</w:t>
      </w:r>
      <w:r>
        <w:rPr>
          <w:rFonts w:ascii="Arial" w:hAnsi="Arial" w:cs="Arial"/>
          <w:sz w:val="24"/>
          <w:szCs w:val="24"/>
        </w:rPr>
        <w:t xml:space="preserve"> </w:t>
      </w:r>
      <w:r w:rsidRPr="00E93608">
        <w:rPr>
          <w:rFonts w:ascii="Arial" w:hAnsi="Arial" w:cs="Arial"/>
          <w:sz w:val="24"/>
          <w:szCs w:val="24"/>
        </w:rPr>
        <w:t>educativos, empresas para brindar talleres, tenga aparte el tiempo suficiente y brindar otras para poder la atención psicológica. A lo</w:t>
      </w:r>
      <w:r>
        <w:rPr>
          <w:rFonts w:ascii="Arial" w:hAnsi="Arial" w:cs="Arial"/>
          <w:sz w:val="24"/>
          <w:szCs w:val="24"/>
        </w:rPr>
        <w:t xml:space="preserve"> </w:t>
      </w:r>
      <w:r w:rsidRPr="00E93608">
        <w:rPr>
          <w:rFonts w:ascii="Arial" w:hAnsi="Arial" w:cs="Arial"/>
          <w:sz w:val="24"/>
          <w:szCs w:val="24"/>
        </w:rPr>
        <w:t xml:space="preserve">mejor pueden decir, "La Universidad de Guadalajara presta prestadores de servicio." Sí, es correcto, pero su </w:t>
      </w:r>
      <w:proofErr w:type="spellStart"/>
      <w:r w:rsidRPr="00E93608">
        <w:rPr>
          <w:rFonts w:ascii="Arial" w:hAnsi="Arial" w:cs="Arial"/>
          <w:sz w:val="24"/>
          <w:szCs w:val="24"/>
        </w:rPr>
        <w:t>currícula</w:t>
      </w:r>
      <w:proofErr w:type="spellEnd"/>
      <w:r w:rsidRPr="00E93608">
        <w:rPr>
          <w:rFonts w:ascii="Arial" w:hAnsi="Arial" w:cs="Arial"/>
          <w:sz w:val="24"/>
          <w:szCs w:val="24"/>
        </w:rPr>
        <w:t xml:space="preserve"> de ellos es diferente a la de</w:t>
      </w:r>
      <w:r>
        <w:rPr>
          <w:rFonts w:ascii="Arial" w:hAnsi="Arial" w:cs="Arial"/>
          <w:sz w:val="24"/>
          <w:szCs w:val="24"/>
        </w:rPr>
        <w:t xml:space="preserve"> </w:t>
      </w:r>
      <w:r w:rsidRPr="00E93608">
        <w:rPr>
          <w:rFonts w:ascii="Arial" w:hAnsi="Arial" w:cs="Arial"/>
          <w:sz w:val="24"/>
          <w:szCs w:val="24"/>
        </w:rPr>
        <w:t>un médico general. Cuando yo estaba en el internado, desde el día uno del internado se atienden partos, asistes en cirugías y haces procedimientos más</w:t>
      </w:r>
      <w:r>
        <w:rPr>
          <w:rFonts w:ascii="Arial" w:hAnsi="Arial" w:cs="Arial"/>
          <w:sz w:val="24"/>
          <w:szCs w:val="24"/>
        </w:rPr>
        <w:t xml:space="preserve"> </w:t>
      </w:r>
      <w:r w:rsidRPr="00E93608">
        <w:rPr>
          <w:rFonts w:ascii="Arial" w:hAnsi="Arial" w:cs="Arial"/>
          <w:sz w:val="24"/>
          <w:szCs w:val="24"/>
        </w:rPr>
        <w:t>complejos. Un psicólogo no puede hacer eso. Haces una consulta que se llama consultoría psicológica y nada más te</w:t>
      </w:r>
      <w:r>
        <w:rPr>
          <w:rFonts w:ascii="Arial" w:hAnsi="Arial" w:cs="Arial"/>
          <w:sz w:val="24"/>
          <w:szCs w:val="24"/>
        </w:rPr>
        <w:t xml:space="preserve"> </w:t>
      </w:r>
      <w:r w:rsidRPr="00E93608">
        <w:rPr>
          <w:rFonts w:ascii="Arial" w:hAnsi="Arial" w:cs="Arial"/>
          <w:sz w:val="24"/>
          <w:szCs w:val="24"/>
        </w:rPr>
        <w:t xml:space="preserve">dice, "Bueno, </w:t>
      </w:r>
      <w:proofErr w:type="spellStart"/>
      <w:r w:rsidRPr="00E93608">
        <w:rPr>
          <w:rFonts w:ascii="Arial" w:hAnsi="Arial" w:cs="Arial"/>
          <w:sz w:val="24"/>
          <w:szCs w:val="24"/>
        </w:rPr>
        <w:t>si</w:t>
      </w:r>
      <w:proofErr w:type="spellEnd"/>
      <w:r w:rsidRPr="00E93608">
        <w:rPr>
          <w:rFonts w:ascii="Arial" w:hAnsi="Arial" w:cs="Arial"/>
          <w:sz w:val="24"/>
          <w:szCs w:val="24"/>
        </w:rPr>
        <w:t xml:space="preserve"> ocupa psicóloga y te tiene que referir con el psicólogo encargado." Entonces sí ayudan en una parte, sí, pero no pueden dar una atención terapéutica constante.</w:t>
      </w:r>
      <w:r>
        <w:rPr>
          <w:rFonts w:ascii="Arial" w:hAnsi="Arial" w:cs="Arial"/>
          <w:sz w:val="24"/>
          <w:szCs w:val="24"/>
        </w:rPr>
        <w:t xml:space="preserve"> </w:t>
      </w:r>
      <w:r w:rsidRPr="00E93608">
        <w:rPr>
          <w:rFonts w:ascii="Arial" w:hAnsi="Arial" w:cs="Arial"/>
          <w:sz w:val="24"/>
          <w:szCs w:val="24"/>
        </w:rPr>
        <w:t xml:space="preserve">Por eso yo, la verdad, sé que la doctora se los mencionó, tampoco </w:t>
      </w:r>
      <w:r w:rsidR="00852CA4" w:rsidRPr="00E93608">
        <w:rPr>
          <w:rFonts w:ascii="Arial" w:hAnsi="Arial" w:cs="Arial"/>
          <w:sz w:val="24"/>
          <w:szCs w:val="24"/>
        </w:rPr>
        <w:t>estoy de</w:t>
      </w:r>
      <w:r w:rsidRPr="00E93608">
        <w:rPr>
          <w:rFonts w:ascii="Arial" w:hAnsi="Arial" w:cs="Arial"/>
          <w:sz w:val="24"/>
          <w:szCs w:val="24"/>
        </w:rPr>
        <w:t xml:space="preserve"> acuerdo. si vemos lo del</w:t>
      </w:r>
      <w:r>
        <w:rPr>
          <w:rFonts w:ascii="Arial" w:hAnsi="Arial" w:cs="Arial"/>
          <w:sz w:val="24"/>
          <w:szCs w:val="24"/>
        </w:rPr>
        <w:t xml:space="preserve"> </w:t>
      </w:r>
      <w:r w:rsidRPr="00E93608">
        <w:rPr>
          <w:rFonts w:ascii="Arial" w:hAnsi="Arial" w:cs="Arial"/>
          <w:sz w:val="24"/>
          <w:szCs w:val="24"/>
        </w:rPr>
        <w:t>precio del de familiar de hasta cinco miembros porque no se va a necesitar una, se van a ver de manera en conjunta e individual. Obviamente el precio se va cambiando a una a un formato individual.</w:t>
      </w:r>
      <w:r>
        <w:rPr>
          <w:rFonts w:ascii="Arial" w:hAnsi="Arial" w:cs="Arial"/>
          <w:sz w:val="24"/>
          <w:szCs w:val="24"/>
        </w:rPr>
        <w:t xml:space="preserve"> </w:t>
      </w:r>
      <w:r w:rsidRPr="00E93608">
        <w:rPr>
          <w:rFonts w:ascii="Arial" w:hAnsi="Arial" w:cs="Arial"/>
          <w:sz w:val="24"/>
          <w:szCs w:val="24"/>
        </w:rPr>
        <w:t xml:space="preserve">la primera es de </w:t>
      </w:r>
      <w:r w:rsidR="00E52144">
        <w:rPr>
          <w:rFonts w:ascii="Arial" w:hAnsi="Arial" w:cs="Arial"/>
          <w:sz w:val="24"/>
          <w:szCs w:val="24"/>
        </w:rPr>
        <w:lastRenderedPageBreak/>
        <w:t>$</w:t>
      </w:r>
      <w:r w:rsidRPr="00E93608">
        <w:rPr>
          <w:rFonts w:ascii="Arial" w:hAnsi="Arial" w:cs="Arial"/>
          <w:sz w:val="24"/>
          <w:szCs w:val="24"/>
        </w:rPr>
        <w:t>340</w:t>
      </w:r>
      <w:r w:rsidR="00E52144">
        <w:rPr>
          <w:rFonts w:ascii="Arial" w:hAnsi="Arial" w:cs="Arial"/>
          <w:sz w:val="24"/>
          <w:szCs w:val="24"/>
        </w:rPr>
        <w:t>.00</w:t>
      </w:r>
      <w:r w:rsidRPr="00E93608">
        <w:rPr>
          <w:rFonts w:ascii="Arial" w:hAnsi="Arial" w:cs="Arial"/>
          <w:sz w:val="24"/>
          <w:szCs w:val="24"/>
        </w:rPr>
        <w:t xml:space="preserve"> </w:t>
      </w:r>
      <w:r>
        <w:rPr>
          <w:rFonts w:ascii="Arial" w:hAnsi="Arial" w:cs="Arial"/>
          <w:sz w:val="24"/>
          <w:szCs w:val="24"/>
        </w:rPr>
        <w:t xml:space="preserve">trecientos cuarenta </w:t>
      </w:r>
      <w:r w:rsidRPr="00E93608">
        <w:rPr>
          <w:rFonts w:ascii="Arial" w:hAnsi="Arial" w:cs="Arial"/>
          <w:sz w:val="24"/>
          <w:szCs w:val="24"/>
        </w:rPr>
        <w:t>para conocer el entorno de la familia en el que está y posteriormente se citan de manera diferente a cada uno, pero también el no</w:t>
      </w:r>
      <w:r>
        <w:rPr>
          <w:rFonts w:ascii="Arial" w:hAnsi="Arial" w:cs="Arial"/>
          <w:sz w:val="24"/>
          <w:szCs w:val="24"/>
        </w:rPr>
        <w:t xml:space="preserve"> </w:t>
      </w:r>
      <w:r w:rsidRPr="00E93608">
        <w:rPr>
          <w:rFonts w:ascii="Arial" w:hAnsi="Arial" w:cs="Arial"/>
          <w:sz w:val="24"/>
          <w:szCs w:val="24"/>
        </w:rPr>
        <w:t xml:space="preserve">cobrar el servicio o disminuirlo a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creo que lo único que va a hacer es que se haga más o un poco más</w:t>
      </w:r>
      <w:r>
        <w:rPr>
          <w:rFonts w:ascii="Arial" w:hAnsi="Arial" w:cs="Arial"/>
          <w:sz w:val="24"/>
          <w:szCs w:val="24"/>
        </w:rPr>
        <w:t xml:space="preserve"> </w:t>
      </w:r>
      <w:r w:rsidRPr="00E93608">
        <w:rPr>
          <w:rFonts w:ascii="Arial" w:hAnsi="Arial" w:cs="Arial"/>
          <w:sz w:val="24"/>
          <w:szCs w:val="24"/>
        </w:rPr>
        <w:t>deteriorado la responsabilidad que tiene el usuario para el servicio.</w:t>
      </w:r>
    </w:p>
    <w:p w14:paraId="072B0C56" w14:textId="6A449E48" w:rsidR="00EA0C28" w:rsidRPr="00E93608" w:rsidRDefault="00162446"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doctora, por la información y por abrirnos el panorama respecto a lo que estábamos debatiendo el otro día. Adelante, regidor Bertín.</w:t>
      </w:r>
    </w:p>
    <w:p w14:paraId="2CBFA433" w14:textId="2789AAEE" w:rsidR="00EA0C28" w:rsidRPr="00E93608" w:rsidRDefault="00162446" w:rsidP="00E93608">
      <w:pPr>
        <w:jc w:val="both"/>
        <w:rPr>
          <w:rFonts w:ascii="Arial" w:hAnsi="Arial" w:cs="Arial"/>
          <w:sz w:val="24"/>
          <w:szCs w:val="24"/>
        </w:rPr>
      </w:pPr>
      <w:r>
        <w:rPr>
          <w:rFonts w:ascii="Arial" w:hAnsi="Arial" w:cs="Arial"/>
          <w:b/>
          <w:bCs/>
          <w:sz w:val="24"/>
          <w:szCs w:val="24"/>
        </w:rPr>
        <w:t xml:space="preserve">C. JOSÉ BERTÍN CHAVEZ VARGAS. - </w:t>
      </w:r>
      <w:r w:rsidRPr="00E93608">
        <w:rPr>
          <w:rFonts w:ascii="Arial" w:hAnsi="Arial" w:cs="Arial"/>
          <w:sz w:val="24"/>
          <w:szCs w:val="24"/>
        </w:rPr>
        <w:t>En base a lo que comenta, doctora, gracias por la explicación</w:t>
      </w:r>
      <w:r>
        <w:rPr>
          <w:rFonts w:ascii="Arial" w:hAnsi="Arial" w:cs="Arial"/>
          <w:sz w:val="24"/>
          <w:szCs w:val="24"/>
        </w:rPr>
        <w:t>, d</w:t>
      </w:r>
      <w:r w:rsidRPr="00E93608">
        <w:rPr>
          <w:rFonts w:ascii="Arial" w:hAnsi="Arial" w:cs="Arial"/>
          <w:sz w:val="24"/>
          <w:szCs w:val="24"/>
        </w:rPr>
        <w:t>e entrada, coincido con usted, el dejarla completamente gratuita es creo que a lo</w:t>
      </w:r>
      <w:r>
        <w:rPr>
          <w:rFonts w:ascii="Arial" w:hAnsi="Arial" w:cs="Arial"/>
          <w:sz w:val="24"/>
          <w:szCs w:val="24"/>
        </w:rPr>
        <w:t xml:space="preserve"> </w:t>
      </w:r>
      <w:r w:rsidRPr="00E93608">
        <w:rPr>
          <w:rFonts w:ascii="Arial" w:hAnsi="Arial" w:cs="Arial"/>
          <w:sz w:val="24"/>
          <w:szCs w:val="24"/>
        </w:rPr>
        <w:t xml:space="preserve">mejor no es lo más atinado por la falta de corresponsabilidad que debe haber también en los </w:t>
      </w:r>
      <w:r w:rsidR="00852CA4" w:rsidRPr="00E93608">
        <w:rPr>
          <w:rFonts w:ascii="Arial" w:hAnsi="Arial" w:cs="Arial"/>
          <w:sz w:val="24"/>
          <w:szCs w:val="24"/>
        </w:rPr>
        <w:t>pacientes en</w:t>
      </w:r>
      <w:r w:rsidRPr="00E93608">
        <w:rPr>
          <w:rFonts w:ascii="Arial" w:hAnsi="Arial" w:cs="Arial"/>
          <w:sz w:val="24"/>
          <w:szCs w:val="24"/>
        </w:rPr>
        <w:t xml:space="preserve"> pagar un poco, este, de invertirle un poco. Creo</w:t>
      </w:r>
      <w:r>
        <w:rPr>
          <w:rFonts w:ascii="Arial" w:hAnsi="Arial" w:cs="Arial"/>
          <w:sz w:val="24"/>
          <w:szCs w:val="24"/>
        </w:rPr>
        <w:t xml:space="preserve"> </w:t>
      </w:r>
      <w:r w:rsidRPr="00E93608">
        <w:rPr>
          <w:rFonts w:ascii="Arial" w:hAnsi="Arial" w:cs="Arial"/>
          <w:sz w:val="24"/>
          <w:szCs w:val="24"/>
        </w:rPr>
        <w:t>que es parte de ser responsables y de acudir a sus citas, ¿no? En primera. En segunda, creo que la solución no es aumentar la consulta a todas las</w:t>
      </w:r>
      <w:r>
        <w:rPr>
          <w:rFonts w:ascii="Arial" w:hAnsi="Arial" w:cs="Arial"/>
          <w:sz w:val="24"/>
          <w:szCs w:val="24"/>
        </w:rPr>
        <w:t xml:space="preserve"> </w:t>
      </w:r>
      <w:r w:rsidRPr="00E93608">
        <w:rPr>
          <w:rFonts w:ascii="Arial" w:hAnsi="Arial" w:cs="Arial"/>
          <w:sz w:val="24"/>
          <w:szCs w:val="24"/>
        </w:rPr>
        <w:t>necesidades que tiene. Definitivamente la solución es contratar más psicólogos, ¿no? Eso sería lo en primero lo que se necesita por la cantidad de lista de</w:t>
      </w:r>
      <w:r>
        <w:rPr>
          <w:rFonts w:ascii="Arial" w:hAnsi="Arial" w:cs="Arial"/>
          <w:sz w:val="24"/>
          <w:szCs w:val="24"/>
        </w:rPr>
        <w:t xml:space="preserve"> </w:t>
      </w:r>
      <w:r w:rsidRPr="00E93608">
        <w:rPr>
          <w:rFonts w:ascii="Arial" w:hAnsi="Arial" w:cs="Arial"/>
          <w:sz w:val="24"/>
          <w:szCs w:val="24"/>
        </w:rPr>
        <w:t xml:space="preserve">espera que comenta que prácticamente las están dando hasta octubre. Estamos hablando perdón, en el ah en el </w:t>
      </w:r>
      <w:r>
        <w:rPr>
          <w:rFonts w:ascii="Arial" w:hAnsi="Arial" w:cs="Arial"/>
          <w:sz w:val="24"/>
          <w:szCs w:val="24"/>
        </w:rPr>
        <w:t>SISAME, b</w:t>
      </w:r>
      <w:r w:rsidRPr="00E93608">
        <w:rPr>
          <w:rFonts w:ascii="Arial" w:hAnsi="Arial" w:cs="Arial"/>
          <w:sz w:val="24"/>
          <w:szCs w:val="24"/>
        </w:rPr>
        <w:t>ueno</w:t>
      </w:r>
      <w:r>
        <w:rPr>
          <w:rFonts w:ascii="Arial" w:hAnsi="Arial" w:cs="Arial"/>
          <w:sz w:val="24"/>
          <w:szCs w:val="24"/>
        </w:rPr>
        <w:t xml:space="preserve"> u</w:t>
      </w:r>
      <w:r w:rsidRPr="00E93608">
        <w:rPr>
          <w:rFonts w:ascii="Arial" w:hAnsi="Arial" w:cs="Arial"/>
          <w:sz w:val="24"/>
          <w:szCs w:val="24"/>
        </w:rPr>
        <w:t>na atención</w:t>
      </w:r>
      <w:r>
        <w:rPr>
          <w:rFonts w:ascii="Arial" w:hAnsi="Arial" w:cs="Arial"/>
          <w:sz w:val="24"/>
          <w:szCs w:val="24"/>
        </w:rPr>
        <w:t xml:space="preserve"> </w:t>
      </w:r>
      <w:r w:rsidRPr="00E93608">
        <w:rPr>
          <w:rFonts w:ascii="Arial" w:hAnsi="Arial" w:cs="Arial"/>
          <w:sz w:val="24"/>
          <w:szCs w:val="24"/>
        </w:rPr>
        <w:t xml:space="preserve">más </w:t>
      </w:r>
      <w:r w:rsidR="00852CA4" w:rsidRPr="00E93608">
        <w:rPr>
          <w:rFonts w:ascii="Arial" w:hAnsi="Arial" w:cs="Arial"/>
          <w:sz w:val="24"/>
          <w:szCs w:val="24"/>
        </w:rPr>
        <w:t>hay en</w:t>
      </w:r>
      <w:r w:rsidRPr="00E93608">
        <w:rPr>
          <w:rFonts w:ascii="Arial" w:hAnsi="Arial" w:cs="Arial"/>
          <w:sz w:val="24"/>
          <w:szCs w:val="24"/>
        </w:rPr>
        <w:t xml:space="preserve"> un sentido pues de la cantidad de lista de espera, perdón, que tienen actualmente, y como miembro de la Comisión de Hacienda, digo, estamos próximos también a checar lo que es el</w:t>
      </w:r>
      <w:r>
        <w:rPr>
          <w:rFonts w:ascii="Arial" w:hAnsi="Arial" w:cs="Arial"/>
          <w:sz w:val="24"/>
          <w:szCs w:val="24"/>
        </w:rPr>
        <w:t xml:space="preserve"> </w:t>
      </w:r>
      <w:r w:rsidRPr="00E93608">
        <w:rPr>
          <w:rFonts w:ascii="Arial" w:hAnsi="Arial" w:cs="Arial"/>
          <w:sz w:val="24"/>
          <w:szCs w:val="24"/>
        </w:rPr>
        <w:t xml:space="preserve">presupuesto de egresos. Yo aquí le pediría al compañero este </w:t>
      </w:r>
      <w:r>
        <w:rPr>
          <w:rFonts w:ascii="Arial" w:hAnsi="Arial" w:cs="Arial"/>
          <w:sz w:val="24"/>
          <w:szCs w:val="24"/>
        </w:rPr>
        <w:t>R</w:t>
      </w:r>
      <w:r w:rsidRPr="00E93608">
        <w:rPr>
          <w:rFonts w:ascii="Arial" w:hAnsi="Arial" w:cs="Arial"/>
          <w:sz w:val="24"/>
          <w:szCs w:val="24"/>
        </w:rPr>
        <w:t>egidor Miguel Marentes en el sentido de poder considerar en su momento en la parte del</w:t>
      </w:r>
      <w:r>
        <w:rPr>
          <w:rFonts w:ascii="Arial" w:hAnsi="Arial" w:cs="Arial"/>
          <w:sz w:val="24"/>
          <w:szCs w:val="24"/>
        </w:rPr>
        <w:t xml:space="preserve"> </w:t>
      </w:r>
      <w:r w:rsidRPr="00E93608">
        <w:rPr>
          <w:rFonts w:ascii="Arial" w:hAnsi="Arial" w:cs="Arial"/>
          <w:sz w:val="24"/>
          <w:szCs w:val="24"/>
        </w:rPr>
        <w:t xml:space="preserve">capítulo 1000 el poder hacer una propuesta justamente para el sector que está aquí la doctora para la clínica. Yo sé de antemano </w:t>
      </w:r>
      <w:r w:rsidR="00852CA4" w:rsidRPr="00E93608">
        <w:rPr>
          <w:rFonts w:ascii="Arial" w:hAnsi="Arial" w:cs="Arial"/>
          <w:sz w:val="24"/>
          <w:szCs w:val="24"/>
        </w:rPr>
        <w:t>que,</w:t>
      </w:r>
      <w:r w:rsidRPr="00E93608">
        <w:rPr>
          <w:rFonts w:ascii="Arial" w:hAnsi="Arial" w:cs="Arial"/>
          <w:sz w:val="24"/>
          <w:szCs w:val="24"/>
        </w:rPr>
        <w:t xml:space="preserve"> a lo mejor, con mucho</w:t>
      </w:r>
      <w:r>
        <w:rPr>
          <w:rFonts w:ascii="Arial" w:hAnsi="Arial" w:cs="Arial"/>
          <w:sz w:val="24"/>
          <w:szCs w:val="24"/>
        </w:rPr>
        <w:t xml:space="preserve"> </w:t>
      </w:r>
      <w:r w:rsidRPr="00E93608">
        <w:rPr>
          <w:rFonts w:ascii="Arial" w:hAnsi="Arial" w:cs="Arial"/>
          <w:sz w:val="24"/>
          <w:szCs w:val="24"/>
        </w:rPr>
        <w:t>respeto lo digo a los compañeros de Hacienda, pueden decir, "Pero es que ingresan 10</w:t>
      </w:r>
      <w:r>
        <w:rPr>
          <w:rFonts w:ascii="Arial" w:hAnsi="Arial" w:cs="Arial"/>
          <w:sz w:val="24"/>
          <w:szCs w:val="24"/>
        </w:rPr>
        <w:t xml:space="preserve"> </w:t>
      </w:r>
      <w:r w:rsidRPr="00E93608">
        <w:rPr>
          <w:rFonts w:ascii="Arial" w:hAnsi="Arial" w:cs="Arial"/>
          <w:sz w:val="24"/>
          <w:szCs w:val="24"/>
        </w:rPr>
        <w:t>y ya pagamos 20 del que está actualmente de psicólogo, pues cómo</w:t>
      </w:r>
      <w:r>
        <w:rPr>
          <w:rFonts w:ascii="Arial" w:hAnsi="Arial" w:cs="Arial"/>
          <w:sz w:val="24"/>
          <w:szCs w:val="24"/>
        </w:rPr>
        <w:t xml:space="preserve"> </w:t>
      </w:r>
      <w:r w:rsidRPr="00E93608">
        <w:rPr>
          <w:rFonts w:ascii="Arial" w:hAnsi="Arial" w:cs="Arial"/>
          <w:sz w:val="24"/>
          <w:szCs w:val="24"/>
        </w:rPr>
        <w:t>quieres que paguemos otro, ¿no</w:t>
      </w:r>
      <w:r w:rsidR="00852CA4" w:rsidRPr="00E93608">
        <w:rPr>
          <w:rFonts w:ascii="Arial" w:hAnsi="Arial" w:cs="Arial"/>
          <w:sz w:val="24"/>
          <w:szCs w:val="24"/>
        </w:rPr>
        <w:t>?,</w:t>
      </w:r>
      <w:r w:rsidRPr="00E93608">
        <w:rPr>
          <w:rFonts w:ascii="Arial" w:hAnsi="Arial" w:cs="Arial"/>
          <w:sz w:val="24"/>
          <w:szCs w:val="24"/>
        </w:rPr>
        <w:t xml:space="preserve"> yo entiendo esa parte también de decir, no estamos en condiciones de contratar otros y ni siquiera ingresa para pagarle</w:t>
      </w:r>
      <w:r>
        <w:rPr>
          <w:rFonts w:ascii="Arial" w:hAnsi="Arial" w:cs="Arial"/>
          <w:sz w:val="24"/>
          <w:szCs w:val="24"/>
        </w:rPr>
        <w:t xml:space="preserve"> </w:t>
      </w:r>
      <w:r w:rsidRPr="00E93608">
        <w:rPr>
          <w:rFonts w:ascii="Arial" w:hAnsi="Arial" w:cs="Arial"/>
          <w:sz w:val="24"/>
          <w:szCs w:val="24"/>
        </w:rPr>
        <w:t>al que está actualmente." Pero es la parte donde creo que si hacen ajustes de otros ingresos que pudiera ver de otras</w:t>
      </w:r>
      <w:r>
        <w:rPr>
          <w:rFonts w:ascii="Arial" w:hAnsi="Arial" w:cs="Arial"/>
          <w:sz w:val="24"/>
          <w:szCs w:val="24"/>
        </w:rPr>
        <w:t xml:space="preserve"> </w:t>
      </w:r>
      <w:r w:rsidRPr="00E93608">
        <w:rPr>
          <w:rFonts w:ascii="Arial" w:hAnsi="Arial" w:cs="Arial"/>
          <w:sz w:val="24"/>
          <w:szCs w:val="24"/>
        </w:rPr>
        <w:t>áreas, a lo mejor de esa misma de otras áreas en miras de que es un espacio de mucha sensibilidad, miras de que es un</w:t>
      </w:r>
      <w:r>
        <w:rPr>
          <w:rFonts w:ascii="Arial" w:hAnsi="Arial" w:cs="Arial"/>
          <w:sz w:val="24"/>
          <w:szCs w:val="24"/>
        </w:rPr>
        <w:t xml:space="preserve"> </w:t>
      </w:r>
      <w:r w:rsidRPr="00E93608">
        <w:rPr>
          <w:rFonts w:ascii="Arial" w:hAnsi="Arial" w:cs="Arial"/>
          <w:sz w:val="24"/>
          <w:szCs w:val="24"/>
        </w:rPr>
        <w:t>espacio de mucha necesidad, pues sí, el sí, híjole, que fueran dos psicólogos más que se contrataran para esa área por</w:t>
      </w:r>
      <w:r>
        <w:rPr>
          <w:rFonts w:ascii="Arial" w:hAnsi="Arial" w:cs="Arial"/>
          <w:sz w:val="24"/>
          <w:szCs w:val="24"/>
        </w:rPr>
        <w:t xml:space="preserve"> </w:t>
      </w:r>
      <w:r w:rsidRPr="00E93608">
        <w:rPr>
          <w:rFonts w:ascii="Arial" w:hAnsi="Arial" w:cs="Arial"/>
          <w:sz w:val="24"/>
          <w:szCs w:val="24"/>
        </w:rPr>
        <w:t>la cantidad de lo que comenta de  actividades prácticas, actividades técnicas, actividades de administración, actividades en general que llevan a cabo</w:t>
      </w:r>
      <w:r>
        <w:rPr>
          <w:rFonts w:ascii="Arial" w:hAnsi="Arial" w:cs="Arial"/>
          <w:sz w:val="24"/>
          <w:szCs w:val="24"/>
        </w:rPr>
        <w:t xml:space="preserve"> </w:t>
      </w:r>
      <w:r w:rsidRPr="00E93608">
        <w:rPr>
          <w:rFonts w:ascii="Arial" w:hAnsi="Arial" w:cs="Arial"/>
          <w:sz w:val="24"/>
          <w:szCs w:val="24"/>
        </w:rPr>
        <w:t xml:space="preserve">una sola psicóloga en la en la clínica,  pues creo que  pues va a tronar la pobre muchacha, ¿no?, de tanto trabajo. Entonces, en ese </w:t>
      </w:r>
      <w:r w:rsidR="00852CA4" w:rsidRPr="00E93608">
        <w:rPr>
          <w:rFonts w:ascii="Arial" w:hAnsi="Arial" w:cs="Arial"/>
          <w:sz w:val="24"/>
          <w:szCs w:val="24"/>
        </w:rPr>
        <w:t>sentido yo</w:t>
      </w:r>
      <w:r w:rsidRPr="00E93608">
        <w:rPr>
          <w:rFonts w:ascii="Arial" w:hAnsi="Arial" w:cs="Arial"/>
          <w:sz w:val="24"/>
          <w:szCs w:val="24"/>
        </w:rPr>
        <w:t xml:space="preserve"> creo que sería la propuesta, doctora</w:t>
      </w:r>
      <w:r>
        <w:rPr>
          <w:rFonts w:ascii="Arial" w:hAnsi="Arial" w:cs="Arial"/>
          <w:sz w:val="24"/>
          <w:szCs w:val="24"/>
        </w:rPr>
        <w:t>,</w:t>
      </w:r>
      <w:r w:rsidRPr="00E93608">
        <w:rPr>
          <w:rFonts w:ascii="Arial" w:hAnsi="Arial" w:cs="Arial"/>
          <w:sz w:val="24"/>
          <w:szCs w:val="24"/>
        </w:rPr>
        <w:t xml:space="preserve"> la propuesta no sería, repito, subir la consulta, sino el poder en su </w:t>
      </w:r>
      <w:r w:rsidR="00852CA4" w:rsidRPr="00E93608">
        <w:rPr>
          <w:rFonts w:ascii="Arial" w:hAnsi="Arial" w:cs="Arial"/>
          <w:sz w:val="24"/>
          <w:szCs w:val="24"/>
        </w:rPr>
        <w:t>momento de</w:t>
      </w:r>
      <w:r w:rsidRPr="00E93608">
        <w:rPr>
          <w:rFonts w:ascii="Arial" w:hAnsi="Arial" w:cs="Arial"/>
          <w:sz w:val="24"/>
          <w:szCs w:val="24"/>
        </w:rPr>
        <w:t xml:space="preserve"> mi parte, repito, proponer aquí al</w:t>
      </w:r>
      <w:r>
        <w:rPr>
          <w:rFonts w:ascii="Arial" w:hAnsi="Arial" w:cs="Arial"/>
          <w:sz w:val="24"/>
          <w:szCs w:val="24"/>
        </w:rPr>
        <w:t xml:space="preserve"> </w:t>
      </w:r>
      <w:r w:rsidRPr="00E93608">
        <w:rPr>
          <w:rFonts w:ascii="Arial" w:hAnsi="Arial" w:cs="Arial"/>
          <w:sz w:val="24"/>
          <w:szCs w:val="24"/>
        </w:rPr>
        <w:t xml:space="preserve">presidente de la comisión y cuando estemos en ese punto, en su </w:t>
      </w:r>
      <w:r w:rsidRPr="00E93608">
        <w:rPr>
          <w:rFonts w:ascii="Arial" w:hAnsi="Arial" w:cs="Arial"/>
          <w:sz w:val="24"/>
          <w:szCs w:val="24"/>
        </w:rPr>
        <w:lastRenderedPageBreak/>
        <w:t>momento, el presupuesto de egresos, pues considerar para esta área</w:t>
      </w:r>
      <w:r>
        <w:rPr>
          <w:rFonts w:ascii="Arial" w:hAnsi="Arial" w:cs="Arial"/>
          <w:sz w:val="24"/>
          <w:szCs w:val="24"/>
        </w:rPr>
        <w:t xml:space="preserve"> </w:t>
      </w:r>
      <w:r w:rsidRPr="00E93608">
        <w:rPr>
          <w:rFonts w:ascii="Arial" w:hAnsi="Arial" w:cs="Arial"/>
          <w:sz w:val="24"/>
          <w:szCs w:val="24"/>
        </w:rPr>
        <w:t>más</w:t>
      </w:r>
      <w:r>
        <w:rPr>
          <w:rFonts w:ascii="Arial" w:hAnsi="Arial" w:cs="Arial"/>
          <w:sz w:val="24"/>
          <w:szCs w:val="24"/>
        </w:rPr>
        <w:t xml:space="preserve"> </w:t>
      </w:r>
      <w:r w:rsidRPr="00E93608">
        <w:rPr>
          <w:rFonts w:ascii="Arial" w:hAnsi="Arial" w:cs="Arial"/>
          <w:sz w:val="24"/>
          <w:szCs w:val="24"/>
        </w:rPr>
        <w:t xml:space="preserve">psicólogos, ¿no?, que sería como lo prioritario para poder atender la gran cantidad de demanda. </w:t>
      </w:r>
      <w:r>
        <w:rPr>
          <w:rFonts w:ascii="Arial" w:hAnsi="Arial" w:cs="Arial"/>
          <w:sz w:val="24"/>
          <w:szCs w:val="24"/>
        </w:rPr>
        <w:t>D</w:t>
      </w:r>
      <w:r w:rsidRPr="00E93608">
        <w:rPr>
          <w:rFonts w:ascii="Arial" w:hAnsi="Arial" w:cs="Arial"/>
          <w:sz w:val="24"/>
          <w:szCs w:val="24"/>
        </w:rPr>
        <w:t>e antemano, si</w:t>
      </w:r>
      <w:r>
        <w:rPr>
          <w:rFonts w:ascii="Arial" w:hAnsi="Arial" w:cs="Arial"/>
          <w:sz w:val="24"/>
          <w:szCs w:val="24"/>
        </w:rPr>
        <w:t xml:space="preserve"> </w:t>
      </w:r>
      <w:r w:rsidRPr="00E93608">
        <w:rPr>
          <w:rFonts w:ascii="Arial" w:hAnsi="Arial" w:cs="Arial"/>
          <w:sz w:val="24"/>
          <w:szCs w:val="24"/>
        </w:rPr>
        <w:t>hay otros dos psicólogos, a lo mejor va a ingresar otro poquito más porque no es el objetivo que se condone el 100% la consulta, pero que sí los que estén</w:t>
      </w:r>
      <w:r>
        <w:rPr>
          <w:rFonts w:ascii="Arial" w:hAnsi="Arial" w:cs="Arial"/>
          <w:sz w:val="24"/>
          <w:szCs w:val="24"/>
        </w:rPr>
        <w:t xml:space="preserve"> </w:t>
      </w:r>
      <w:r w:rsidRPr="00E93608">
        <w:rPr>
          <w:rFonts w:ascii="Arial" w:hAnsi="Arial" w:cs="Arial"/>
          <w:sz w:val="24"/>
          <w:szCs w:val="24"/>
        </w:rPr>
        <w:t xml:space="preserve">acudiendo acudan con certeza sus 10, 15, 20 sesiones y los que van a acudir por primera vez pues tienen condiciones de pagar mínimo esos </w:t>
      </w:r>
      <w:r w:rsidR="00E52144">
        <w:rPr>
          <w:rFonts w:ascii="Arial" w:hAnsi="Arial" w:cs="Arial"/>
          <w:sz w:val="24"/>
          <w:szCs w:val="24"/>
        </w:rPr>
        <w:t>$</w:t>
      </w:r>
      <w:r w:rsidRPr="00E93608">
        <w:rPr>
          <w:rFonts w:ascii="Arial" w:hAnsi="Arial" w:cs="Arial"/>
          <w:sz w:val="24"/>
          <w:szCs w:val="24"/>
        </w:rPr>
        <w:t>50</w:t>
      </w:r>
      <w:r w:rsidR="00E52144">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¿no?</w:t>
      </w:r>
      <w:r>
        <w:rPr>
          <w:rFonts w:ascii="Arial" w:hAnsi="Arial" w:cs="Arial"/>
          <w:sz w:val="24"/>
          <w:szCs w:val="24"/>
        </w:rPr>
        <w:t xml:space="preserve"> </w:t>
      </w:r>
      <w:r w:rsidRPr="00E93608">
        <w:rPr>
          <w:rFonts w:ascii="Arial" w:hAnsi="Arial" w:cs="Arial"/>
          <w:sz w:val="24"/>
          <w:szCs w:val="24"/>
        </w:rPr>
        <w:t>Entonces, es la propuesta que yo le haría, doctora, como parte de la de la Comisión de Hacienda, que es un servidor, en su momento subirlo a los esté a la Comisión de Hacienda cuando esté en su momento la discusión del presupuesto de egresos y de antemano</w:t>
      </w:r>
      <w:r w:rsidR="00906D98">
        <w:rPr>
          <w:rFonts w:ascii="Arial" w:hAnsi="Arial" w:cs="Arial"/>
          <w:sz w:val="24"/>
          <w:szCs w:val="24"/>
        </w:rPr>
        <w:t xml:space="preserve"> </w:t>
      </w:r>
      <w:r w:rsidRPr="00E93608">
        <w:rPr>
          <w:rFonts w:ascii="Arial" w:hAnsi="Arial" w:cs="Arial"/>
          <w:sz w:val="24"/>
          <w:szCs w:val="24"/>
        </w:rPr>
        <w:t>la propuesta se mantiene firme en lo que comenté hace ratito del por qué no subirla, sino que incluso bajarla, ver</w:t>
      </w:r>
      <w:r w:rsidR="00906D98">
        <w:rPr>
          <w:rFonts w:ascii="Arial" w:hAnsi="Arial" w:cs="Arial"/>
          <w:sz w:val="24"/>
          <w:szCs w:val="24"/>
        </w:rPr>
        <w:t>dad</w:t>
      </w:r>
      <w:r w:rsidRPr="00E93608">
        <w:rPr>
          <w:rFonts w:ascii="Arial" w:hAnsi="Arial" w:cs="Arial"/>
          <w:sz w:val="24"/>
          <w:szCs w:val="24"/>
        </w:rPr>
        <w:t xml:space="preserve">. Sería cuánto, doctora. Es </w:t>
      </w:r>
      <w:r w:rsidR="00906D98" w:rsidRPr="00E93608">
        <w:rPr>
          <w:rFonts w:ascii="Arial" w:hAnsi="Arial" w:cs="Arial"/>
          <w:sz w:val="24"/>
          <w:szCs w:val="24"/>
        </w:rPr>
        <w:t>cuánto. Gracias</w:t>
      </w:r>
      <w:r w:rsidRPr="00E93608">
        <w:rPr>
          <w:rFonts w:ascii="Arial" w:hAnsi="Arial" w:cs="Arial"/>
          <w:sz w:val="24"/>
          <w:szCs w:val="24"/>
        </w:rPr>
        <w:t>.</w:t>
      </w:r>
    </w:p>
    <w:p w14:paraId="4F0AF84A" w14:textId="44DC31CA" w:rsidR="00EA0C28" w:rsidRPr="00E93608" w:rsidRDefault="00906D98"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R</w:t>
      </w:r>
      <w:r w:rsidRPr="00E93608">
        <w:rPr>
          <w:rFonts w:ascii="Arial" w:hAnsi="Arial" w:cs="Arial"/>
          <w:sz w:val="24"/>
          <w:szCs w:val="24"/>
        </w:rPr>
        <w:t>egidor Ber</w:t>
      </w:r>
      <w:r>
        <w:rPr>
          <w:rFonts w:ascii="Arial" w:hAnsi="Arial" w:cs="Arial"/>
          <w:sz w:val="24"/>
          <w:szCs w:val="24"/>
        </w:rPr>
        <w:t>tín</w:t>
      </w:r>
      <w:r w:rsidRPr="00E93608">
        <w:rPr>
          <w:rFonts w:ascii="Arial" w:hAnsi="Arial" w:cs="Arial"/>
          <w:sz w:val="24"/>
          <w:szCs w:val="24"/>
        </w:rPr>
        <w:t>. El uso de la voz la regidora Dunia.</w:t>
      </w:r>
    </w:p>
    <w:p w14:paraId="1442E74A" w14:textId="0B0E3E39" w:rsidR="00EA0C28" w:rsidRPr="00E93608" w:rsidRDefault="00906D98" w:rsidP="00E93608">
      <w:pPr>
        <w:jc w:val="both"/>
        <w:rPr>
          <w:rFonts w:ascii="Arial" w:hAnsi="Arial" w:cs="Arial"/>
          <w:sz w:val="24"/>
          <w:szCs w:val="24"/>
        </w:rPr>
      </w:pPr>
      <w:r>
        <w:rPr>
          <w:rFonts w:ascii="Arial" w:hAnsi="Arial" w:cs="Arial"/>
          <w:b/>
          <w:bCs/>
          <w:sz w:val="24"/>
          <w:szCs w:val="24"/>
        </w:rPr>
        <w:t xml:space="preserve">C. </w:t>
      </w:r>
      <w:r w:rsidR="008B4CE6">
        <w:rPr>
          <w:rFonts w:ascii="Arial" w:hAnsi="Arial" w:cs="Arial"/>
          <w:b/>
          <w:bCs/>
          <w:sz w:val="24"/>
          <w:szCs w:val="24"/>
        </w:rPr>
        <w:t>DUNIA CATALINA CRUZ MORENO</w:t>
      </w:r>
      <w:r>
        <w:rPr>
          <w:rFonts w:ascii="Arial" w:hAnsi="Arial" w:cs="Arial"/>
          <w:b/>
          <w:bCs/>
          <w:sz w:val="24"/>
          <w:szCs w:val="24"/>
        </w:rPr>
        <w:t xml:space="preserve">. - </w:t>
      </w:r>
      <w:r w:rsidRPr="00E93608">
        <w:rPr>
          <w:rFonts w:ascii="Arial" w:hAnsi="Arial" w:cs="Arial"/>
          <w:sz w:val="24"/>
          <w:szCs w:val="24"/>
        </w:rPr>
        <w:t>Gracias. Bueno, a mí me queda claro que inclusive si lo subiéramos al doble o al triple, no ajusta ingreso para cubrir el</w:t>
      </w:r>
      <w:r>
        <w:rPr>
          <w:rFonts w:ascii="Arial" w:hAnsi="Arial" w:cs="Arial"/>
          <w:sz w:val="24"/>
          <w:szCs w:val="24"/>
        </w:rPr>
        <w:t xml:space="preserve"> </w:t>
      </w:r>
      <w:r w:rsidRPr="00E93608">
        <w:rPr>
          <w:rFonts w:ascii="Arial" w:hAnsi="Arial" w:cs="Arial"/>
          <w:sz w:val="24"/>
          <w:szCs w:val="24"/>
        </w:rPr>
        <w:t>salario y no sale de ahí, de esos ingresos, el salario para para pagar esa</w:t>
      </w:r>
      <w:r>
        <w:rPr>
          <w:rFonts w:ascii="Arial" w:hAnsi="Arial" w:cs="Arial"/>
          <w:sz w:val="24"/>
          <w:szCs w:val="24"/>
        </w:rPr>
        <w:t xml:space="preserve"> </w:t>
      </w:r>
      <w:r w:rsidRPr="00E93608">
        <w:rPr>
          <w:rFonts w:ascii="Arial" w:hAnsi="Arial" w:cs="Arial"/>
          <w:sz w:val="24"/>
          <w:szCs w:val="24"/>
        </w:rPr>
        <w:t>psicóloga. Entonces, sé que la unidad tiene necesidades como todas las unidades en el área de la salud y como</w:t>
      </w:r>
      <w:r>
        <w:rPr>
          <w:rFonts w:ascii="Arial" w:hAnsi="Arial" w:cs="Arial"/>
          <w:sz w:val="24"/>
          <w:szCs w:val="24"/>
        </w:rPr>
        <w:t xml:space="preserve"> </w:t>
      </w:r>
      <w:r w:rsidRPr="00E93608">
        <w:rPr>
          <w:rFonts w:ascii="Arial" w:hAnsi="Arial" w:cs="Arial"/>
          <w:sz w:val="24"/>
          <w:szCs w:val="24"/>
        </w:rPr>
        <w:t>todas las áreas del ayuntamiento, pero yo sí solicitaría que si no se va a</w:t>
      </w:r>
      <w:r>
        <w:rPr>
          <w:rFonts w:ascii="Arial" w:hAnsi="Arial" w:cs="Arial"/>
          <w:sz w:val="24"/>
          <w:szCs w:val="24"/>
        </w:rPr>
        <w:t xml:space="preserve"> </w:t>
      </w:r>
      <w:r w:rsidRPr="00E93608">
        <w:rPr>
          <w:rFonts w:ascii="Arial" w:hAnsi="Arial" w:cs="Arial"/>
          <w:sz w:val="24"/>
          <w:szCs w:val="24"/>
        </w:rPr>
        <w:t xml:space="preserve">bajar a </w:t>
      </w:r>
      <w:r w:rsidR="00C707AD">
        <w:rPr>
          <w:rFonts w:ascii="Arial" w:hAnsi="Arial" w:cs="Arial"/>
          <w:sz w:val="24"/>
          <w:szCs w:val="24"/>
        </w:rPr>
        <w:t>$</w:t>
      </w:r>
      <w:r w:rsidRPr="00E93608">
        <w:rPr>
          <w:rFonts w:ascii="Arial" w:hAnsi="Arial" w:cs="Arial"/>
          <w:sz w:val="24"/>
          <w:szCs w:val="24"/>
        </w:rPr>
        <w:t>50</w:t>
      </w:r>
      <w:r w:rsidR="00C707AD">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no se aumente, que quede igual como estaba el año pasado, </w:t>
      </w:r>
      <w:r w:rsidR="00C707AD">
        <w:rPr>
          <w:rFonts w:ascii="Arial" w:hAnsi="Arial" w:cs="Arial"/>
          <w:sz w:val="24"/>
          <w:szCs w:val="24"/>
        </w:rPr>
        <w:t>$</w:t>
      </w:r>
      <w:r w:rsidRPr="00E93608">
        <w:rPr>
          <w:rFonts w:ascii="Arial" w:hAnsi="Arial" w:cs="Arial"/>
          <w:sz w:val="24"/>
          <w:szCs w:val="24"/>
        </w:rPr>
        <w:t>78</w:t>
      </w:r>
      <w:r w:rsidR="00C707AD">
        <w:rPr>
          <w:rFonts w:ascii="Arial" w:hAnsi="Arial" w:cs="Arial"/>
          <w:sz w:val="24"/>
          <w:szCs w:val="24"/>
        </w:rPr>
        <w:t>.00</w:t>
      </w:r>
      <w:r>
        <w:rPr>
          <w:rFonts w:ascii="Arial" w:hAnsi="Arial" w:cs="Arial"/>
          <w:sz w:val="24"/>
          <w:szCs w:val="24"/>
        </w:rPr>
        <w:t xml:space="preserve"> setenta y ocho</w:t>
      </w:r>
      <w:r w:rsidRPr="00E93608">
        <w:rPr>
          <w:rFonts w:ascii="Arial" w:hAnsi="Arial" w:cs="Arial"/>
          <w:sz w:val="24"/>
          <w:szCs w:val="24"/>
        </w:rPr>
        <w:t xml:space="preserve"> pesos, porque inclusive no sabemos, a</w:t>
      </w:r>
      <w:r>
        <w:rPr>
          <w:rFonts w:ascii="Arial" w:hAnsi="Arial" w:cs="Arial"/>
          <w:sz w:val="24"/>
          <w:szCs w:val="24"/>
        </w:rPr>
        <w:t xml:space="preserve"> </w:t>
      </w:r>
      <w:r w:rsidRPr="00E93608">
        <w:rPr>
          <w:rFonts w:ascii="Arial" w:hAnsi="Arial" w:cs="Arial"/>
          <w:sz w:val="24"/>
          <w:szCs w:val="24"/>
        </w:rPr>
        <w:t>lo mejor la trabajadora social tiene los datos precisos, yo no, pero puede ser sí un motivo para que las personas que</w:t>
      </w:r>
      <w:r>
        <w:rPr>
          <w:rFonts w:ascii="Arial" w:hAnsi="Arial" w:cs="Arial"/>
          <w:sz w:val="24"/>
          <w:szCs w:val="24"/>
        </w:rPr>
        <w:t xml:space="preserve"> </w:t>
      </w:r>
      <w:r w:rsidRPr="00E93608">
        <w:rPr>
          <w:rFonts w:ascii="Arial" w:hAnsi="Arial" w:cs="Arial"/>
          <w:sz w:val="24"/>
          <w:szCs w:val="24"/>
        </w:rPr>
        <w:t>están pagando actualmente su consulta puedan dejar de hacerlo si ven que van a estar  teniendo que pagar más por ese</w:t>
      </w:r>
      <w:r>
        <w:rPr>
          <w:rFonts w:ascii="Arial" w:hAnsi="Arial" w:cs="Arial"/>
          <w:sz w:val="24"/>
          <w:szCs w:val="24"/>
        </w:rPr>
        <w:t xml:space="preserve"> </w:t>
      </w:r>
      <w:r w:rsidRPr="00E93608">
        <w:rPr>
          <w:rFonts w:ascii="Arial" w:hAnsi="Arial" w:cs="Arial"/>
          <w:sz w:val="24"/>
          <w:szCs w:val="24"/>
        </w:rPr>
        <w:t xml:space="preserve">servicio. Entonces, si no se baja como la propuesta que dice de </w:t>
      </w:r>
      <w:r w:rsidR="00C707AD">
        <w:rPr>
          <w:rFonts w:ascii="Arial" w:hAnsi="Arial" w:cs="Arial"/>
          <w:sz w:val="24"/>
          <w:szCs w:val="24"/>
        </w:rPr>
        <w:t>$</w:t>
      </w:r>
      <w:r w:rsidRPr="00E93608">
        <w:rPr>
          <w:rFonts w:ascii="Arial" w:hAnsi="Arial" w:cs="Arial"/>
          <w:sz w:val="24"/>
          <w:szCs w:val="24"/>
        </w:rPr>
        <w:t>50</w:t>
      </w:r>
      <w:r w:rsidR="00C707AD">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 xml:space="preserve">sí solicitaría que quedara la tarifa como el año pasado de </w:t>
      </w:r>
      <w:r w:rsidR="00C707AD">
        <w:rPr>
          <w:rFonts w:ascii="Arial" w:hAnsi="Arial" w:cs="Arial"/>
          <w:sz w:val="24"/>
          <w:szCs w:val="24"/>
        </w:rPr>
        <w:t>$</w:t>
      </w:r>
      <w:r w:rsidRPr="00E93608">
        <w:rPr>
          <w:rFonts w:ascii="Arial" w:hAnsi="Arial" w:cs="Arial"/>
          <w:sz w:val="24"/>
          <w:szCs w:val="24"/>
        </w:rPr>
        <w:t>78</w:t>
      </w:r>
      <w:r w:rsidR="00C707AD">
        <w:rPr>
          <w:rFonts w:ascii="Arial" w:hAnsi="Arial" w:cs="Arial"/>
          <w:sz w:val="24"/>
          <w:szCs w:val="24"/>
        </w:rPr>
        <w:t>.00</w:t>
      </w:r>
      <w:r>
        <w:rPr>
          <w:rFonts w:ascii="Arial" w:hAnsi="Arial" w:cs="Arial"/>
          <w:sz w:val="24"/>
          <w:szCs w:val="24"/>
        </w:rPr>
        <w:t xml:space="preserve"> </w:t>
      </w:r>
      <w:r w:rsidR="00777F82">
        <w:rPr>
          <w:rFonts w:ascii="Arial" w:hAnsi="Arial" w:cs="Arial"/>
          <w:sz w:val="24"/>
          <w:szCs w:val="24"/>
        </w:rPr>
        <w:t xml:space="preserve">setenta </w:t>
      </w:r>
      <w:r>
        <w:rPr>
          <w:rFonts w:ascii="Arial" w:hAnsi="Arial" w:cs="Arial"/>
          <w:sz w:val="24"/>
          <w:szCs w:val="24"/>
        </w:rPr>
        <w:t>y ocho</w:t>
      </w:r>
      <w:r w:rsidRPr="00E93608">
        <w:rPr>
          <w:rFonts w:ascii="Arial" w:hAnsi="Arial" w:cs="Arial"/>
          <w:sz w:val="24"/>
          <w:szCs w:val="24"/>
        </w:rPr>
        <w:t xml:space="preserve"> pesos. Es cuánto</w:t>
      </w:r>
      <w:r>
        <w:rPr>
          <w:rFonts w:ascii="Arial" w:hAnsi="Arial" w:cs="Arial"/>
          <w:sz w:val="24"/>
          <w:szCs w:val="24"/>
        </w:rPr>
        <w:t>.</w:t>
      </w:r>
    </w:p>
    <w:p w14:paraId="65AFBC2D" w14:textId="66D280CF" w:rsidR="00EA0C28" w:rsidRPr="00E93608" w:rsidRDefault="00432281"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regidora. No sé si antes de ceder usado la voz al regidor Gustavo, si la doctora Mariana gusta intervenir.</w:t>
      </w:r>
    </w:p>
    <w:p w14:paraId="425192FB" w14:textId="1654A412" w:rsidR="00EA0C28" w:rsidRPr="00DC6D30" w:rsidRDefault="00432281" w:rsidP="00E93608">
      <w:pPr>
        <w:jc w:val="both"/>
        <w:rPr>
          <w:rFonts w:ascii="Arial" w:hAnsi="Arial" w:cs="Arial"/>
          <w:sz w:val="24"/>
          <w:szCs w:val="24"/>
        </w:rPr>
      </w:pPr>
      <w:r>
        <w:rPr>
          <w:rFonts w:ascii="Arial" w:hAnsi="Arial" w:cs="Arial"/>
          <w:b/>
          <w:bCs/>
          <w:sz w:val="24"/>
          <w:szCs w:val="24"/>
        </w:rPr>
        <w:t xml:space="preserve">C. MARIANA CELESTE LOPEZ MENDEZ. - </w:t>
      </w:r>
      <w:r w:rsidRPr="00E93608">
        <w:rPr>
          <w:rFonts w:ascii="Arial" w:hAnsi="Arial" w:cs="Arial"/>
          <w:sz w:val="24"/>
          <w:szCs w:val="24"/>
        </w:rPr>
        <w:t xml:space="preserve">Sí, este sí entiendo que quieren como como que se mantenga el precio, pero de verdad es que la clínica </w:t>
      </w:r>
      <w:r>
        <w:rPr>
          <w:rFonts w:ascii="Arial" w:hAnsi="Arial" w:cs="Arial"/>
          <w:sz w:val="24"/>
          <w:szCs w:val="24"/>
        </w:rPr>
        <w:t xml:space="preserve">ha </w:t>
      </w:r>
      <w:r w:rsidRPr="00E93608">
        <w:rPr>
          <w:rFonts w:ascii="Arial" w:hAnsi="Arial" w:cs="Arial"/>
          <w:sz w:val="24"/>
          <w:szCs w:val="24"/>
        </w:rPr>
        <w:t>crecido mucho, pues, o sea, yo quisiera que algún día fueran a conocer la clínica o tuvieran la noción de la cantidad de pacientes que estamos</w:t>
      </w:r>
      <w:r>
        <w:rPr>
          <w:rFonts w:ascii="Arial" w:hAnsi="Arial" w:cs="Arial"/>
          <w:sz w:val="24"/>
          <w:szCs w:val="24"/>
        </w:rPr>
        <w:t xml:space="preserve"> </w:t>
      </w:r>
      <w:r w:rsidRPr="00E93608">
        <w:rPr>
          <w:rFonts w:ascii="Arial" w:hAnsi="Arial" w:cs="Arial"/>
          <w:sz w:val="24"/>
          <w:szCs w:val="24"/>
        </w:rPr>
        <w:t>atendiendo actualmente. Desde que abrió las puertas la clínica a la fecha de junio atendimos a 20.000</w:t>
      </w:r>
      <w:r>
        <w:rPr>
          <w:rFonts w:ascii="Arial" w:hAnsi="Arial" w:cs="Arial"/>
          <w:sz w:val="24"/>
          <w:szCs w:val="24"/>
        </w:rPr>
        <w:t xml:space="preserve"> veinte </w:t>
      </w:r>
      <w:r w:rsidR="009140EF">
        <w:rPr>
          <w:rFonts w:ascii="Arial" w:hAnsi="Arial" w:cs="Arial"/>
          <w:sz w:val="24"/>
          <w:szCs w:val="24"/>
        </w:rPr>
        <w:t xml:space="preserve">mil </w:t>
      </w:r>
      <w:r w:rsidR="009140EF" w:rsidRPr="00E93608">
        <w:rPr>
          <w:rFonts w:ascii="Arial" w:hAnsi="Arial" w:cs="Arial"/>
          <w:sz w:val="24"/>
          <w:szCs w:val="24"/>
        </w:rPr>
        <w:t>personas</w:t>
      </w:r>
      <w:r w:rsidRPr="00E93608">
        <w:rPr>
          <w:rFonts w:ascii="Arial" w:hAnsi="Arial" w:cs="Arial"/>
          <w:sz w:val="24"/>
          <w:szCs w:val="24"/>
        </w:rPr>
        <w:t xml:space="preserve"> de los</w:t>
      </w:r>
      <w:r>
        <w:rPr>
          <w:rFonts w:ascii="Arial" w:hAnsi="Arial" w:cs="Arial"/>
          <w:sz w:val="24"/>
          <w:szCs w:val="24"/>
        </w:rPr>
        <w:t xml:space="preserve"> </w:t>
      </w:r>
      <w:r w:rsidRPr="00E93608">
        <w:rPr>
          <w:rFonts w:ascii="Arial" w:hAnsi="Arial" w:cs="Arial"/>
          <w:sz w:val="24"/>
          <w:szCs w:val="24"/>
        </w:rPr>
        <w:t>diferentes servicios de salud de todos los que tenemos en el municipio. Las instalaciones las hay también, pero sobre todo es que los pacientes no faltan.</w:t>
      </w:r>
      <w:r>
        <w:rPr>
          <w:rFonts w:ascii="Arial" w:hAnsi="Arial" w:cs="Arial"/>
          <w:sz w:val="24"/>
          <w:szCs w:val="24"/>
        </w:rPr>
        <w:t xml:space="preserve"> </w:t>
      </w:r>
      <w:r w:rsidRPr="00E93608">
        <w:rPr>
          <w:rFonts w:ascii="Arial" w:hAnsi="Arial" w:cs="Arial"/>
          <w:sz w:val="24"/>
          <w:szCs w:val="24"/>
        </w:rPr>
        <w:t xml:space="preserve">Cuando inició al principio que cobraban </w:t>
      </w:r>
      <w:r w:rsidR="00C707AD">
        <w:rPr>
          <w:rFonts w:ascii="Arial" w:hAnsi="Arial" w:cs="Arial"/>
          <w:sz w:val="24"/>
          <w:szCs w:val="24"/>
        </w:rPr>
        <w:t>$</w:t>
      </w:r>
      <w:r w:rsidRPr="00E93608">
        <w:rPr>
          <w:rFonts w:ascii="Arial" w:hAnsi="Arial" w:cs="Arial"/>
          <w:sz w:val="24"/>
          <w:szCs w:val="24"/>
        </w:rPr>
        <w:t>50</w:t>
      </w:r>
      <w:r w:rsidR="00C707AD">
        <w:rPr>
          <w:rFonts w:ascii="Arial" w:hAnsi="Arial" w:cs="Arial"/>
          <w:sz w:val="24"/>
          <w:szCs w:val="24"/>
        </w:rPr>
        <w:t>.00</w:t>
      </w:r>
      <w:r>
        <w:rPr>
          <w:rFonts w:ascii="Arial" w:hAnsi="Arial" w:cs="Arial"/>
          <w:sz w:val="24"/>
          <w:szCs w:val="24"/>
        </w:rPr>
        <w:t xml:space="preserve"> cincuenta</w:t>
      </w:r>
      <w:r w:rsidRPr="00E93608">
        <w:rPr>
          <w:rFonts w:ascii="Arial" w:hAnsi="Arial" w:cs="Arial"/>
          <w:sz w:val="24"/>
          <w:szCs w:val="24"/>
        </w:rPr>
        <w:t xml:space="preserve"> pesos, llegaron a faltar más que ahorita. Lo pueden revisar en caja sobre</w:t>
      </w:r>
      <w:r w:rsidR="009140EF">
        <w:rPr>
          <w:rFonts w:ascii="Arial" w:hAnsi="Arial" w:cs="Arial"/>
          <w:sz w:val="24"/>
          <w:szCs w:val="24"/>
        </w:rPr>
        <w:t xml:space="preserve"> </w:t>
      </w:r>
      <w:r w:rsidRPr="00E93608">
        <w:rPr>
          <w:rFonts w:ascii="Arial" w:hAnsi="Arial" w:cs="Arial"/>
          <w:sz w:val="24"/>
          <w:szCs w:val="24"/>
        </w:rPr>
        <w:t xml:space="preserve">las </w:t>
      </w:r>
      <w:r w:rsidRPr="00E93608">
        <w:rPr>
          <w:rFonts w:ascii="Arial" w:hAnsi="Arial" w:cs="Arial"/>
          <w:sz w:val="24"/>
          <w:szCs w:val="24"/>
        </w:rPr>
        <w:lastRenderedPageBreak/>
        <w:t>consultas y todos los pacientes asisten. ¿Por qué? porque hacen que se les dé un buen servicio, porque hacen que los pacientes se les dé el</w:t>
      </w:r>
      <w:r w:rsidR="009140EF">
        <w:rPr>
          <w:rFonts w:ascii="Arial" w:hAnsi="Arial" w:cs="Arial"/>
          <w:sz w:val="24"/>
          <w:szCs w:val="24"/>
        </w:rPr>
        <w:t xml:space="preserve"> </w:t>
      </w:r>
      <w:r w:rsidRPr="00E93608">
        <w:rPr>
          <w:rFonts w:ascii="Arial" w:hAnsi="Arial" w:cs="Arial"/>
          <w:sz w:val="24"/>
          <w:szCs w:val="24"/>
        </w:rPr>
        <w:t>seguimiento constante y porque a la par de eso también priorizamos situaciones de urgencia. lo mencionaba el regidor, en relación a los que se cometían</w:t>
      </w:r>
      <w:r w:rsidR="009140EF">
        <w:rPr>
          <w:rFonts w:ascii="Arial" w:hAnsi="Arial" w:cs="Arial"/>
          <w:sz w:val="24"/>
          <w:szCs w:val="24"/>
        </w:rPr>
        <w:t xml:space="preserve"> </w:t>
      </w:r>
      <w:r w:rsidRPr="00E93608">
        <w:rPr>
          <w:rFonts w:ascii="Arial" w:hAnsi="Arial" w:cs="Arial"/>
          <w:sz w:val="24"/>
          <w:szCs w:val="24"/>
        </w:rPr>
        <w:t>por parte de la fiscalía y como yo tengo un cajón lleno de expedientes así que quieren que vea todos los pacientes que traen una situación de algún abuso</w:t>
      </w:r>
      <w:r w:rsidR="009140EF">
        <w:rPr>
          <w:rFonts w:ascii="Arial" w:hAnsi="Arial" w:cs="Arial"/>
          <w:sz w:val="24"/>
          <w:szCs w:val="24"/>
        </w:rPr>
        <w:t xml:space="preserve"> </w:t>
      </w:r>
      <w:r w:rsidRPr="00E93608">
        <w:rPr>
          <w:rFonts w:ascii="Arial" w:hAnsi="Arial" w:cs="Arial"/>
          <w:sz w:val="24"/>
          <w:szCs w:val="24"/>
        </w:rPr>
        <w:t xml:space="preserve">sexual, de </w:t>
      </w:r>
      <w:r w:rsidR="009140EF" w:rsidRPr="00E93608">
        <w:rPr>
          <w:rFonts w:ascii="Arial" w:hAnsi="Arial" w:cs="Arial"/>
          <w:sz w:val="24"/>
          <w:szCs w:val="24"/>
        </w:rPr>
        <w:t>algún tipo</w:t>
      </w:r>
      <w:r w:rsidRPr="00E93608">
        <w:rPr>
          <w:rFonts w:ascii="Arial" w:hAnsi="Arial" w:cs="Arial"/>
          <w:sz w:val="24"/>
          <w:szCs w:val="24"/>
        </w:rPr>
        <w:t xml:space="preserve"> de violencia y todo lo demás, los priorizamos, sí, se les da la atención lo más pronto</w:t>
      </w:r>
      <w:r w:rsidR="009140EF">
        <w:rPr>
          <w:rFonts w:ascii="Arial" w:hAnsi="Arial" w:cs="Arial"/>
          <w:sz w:val="24"/>
          <w:szCs w:val="24"/>
        </w:rPr>
        <w:t xml:space="preserve"> </w:t>
      </w:r>
      <w:r w:rsidRPr="00E93608">
        <w:rPr>
          <w:rFonts w:ascii="Arial" w:hAnsi="Arial" w:cs="Arial"/>
          <w:sz w:val="24"/>
          <w:szCs w:val="24"/>
        </w:rPr>
        <w:t>posible, pero ese mínimo ingreso que genera hace que se le dé una mayor calidad al servicio. Al final de cuentas, pues nosotros no nos quedamos</w:t>
      </w:r>
      <w:r w:rsidR="009140EF">
        <w:rPr>
          <w:rFonts w:ascii="Arial" w:hAnsi="Arial" w:cs="Arial"/>
          <w:sz w:val="24"/>
          <w:szCs w:val="24"/>
        </w:rPr>
        <w:t xml:space="preserve"> </w:t>
      </w:r>
      <w:r w:rsidRPr="00E93608">
        <w:rPr>
          <w:rFonts w:ascii="Arial" w:hAnsi="Arial" w:cs="Arial"/>
          <w:sz w:val="24"/>
          <w:szCs w:val="24"/>
        </w:rPr>
        <w:t>con ese ingreso, ¿no? Pero si se utiliza mucho, no solamente en psicología, en nutrición, en odontología, este, en</w:t>
      </w:r>
      <w:r w:rsidR="009140EF">
        <w:rPr>
          <w:rFonts w:ascii="Arial" w:hAnsi="Arial" w:cs="Arial"/>
          <w:sz w:val="24"/>
          <w:szCs w:val="24"/>
        </w:rPr>
        <w:t xml:space="preserve"> r</w:t>
      </w:r>
      <w:r w:rsidR="00852CA4">
        <w:rPr>
          <w:rFonts w:ascii="Arial" w:hAnsi="Arial" w:cs="Arial"/>
          <w:sz w:val="24"/>
          <w:szCs w:val="24"/>
        </w:rPr>
        <w:t>eh</w:t>
      </w:r>
      <w:r w:rsidRPr="00E93608">
        <w:rPr>
          <w:rFonts w:ascii="Arial" w:hAnsi="Arial" w:cs="Arial"/>
          <w:sz w:val="24"/>
          <w:szCs w:val="24"/>
        </w:rPr>
        <w:t>abilitación, las condonaciones de servicios por bajos recursos. ¿Para qué?</w:t>
      </w:r>
      <w:r w:rsidR="009140EF">
        <w:rPr>
          <w:rFonts w:ascii="Arial" w:hAnsi="Arial" w:cs="Arial"/>
          <w:sz w:val="24"/>
          <w:szCs w:val="24"/>
        </w:rPr>
        <w:t xml:space="preserve"> </w:t>
      </w:r>
      <w:r w:rsidRPr="00E93608">
        <w:rPr>
          <w:rFonts w:ascii="Arial" w:hAnsi="Arial" w:cs="Arial"/>
          <w:sz w:val="24"/>
          <w:szCs w:val="24"/>
        </w:rPr>
        <w:t>para que justamente se les dé a las personas que realmente lo necesitan, pero al que sí lo puede pagar se pueda</w:t>
      </w:r>
      <w:r w:rsidR="009140EF">
        <w:rPr>
          <w:rFonts w:ascii="Arial" w:hAnsi="Arial" w:cs="Arial"/>
          <w:sz w:val="24"/>
          <w:szCs w:val="24"/>
        </w:rPr>
        <w:t xml:space="preserve"> </w:t>
      </w:r>
      <w:r w:rsidRPr="00E93608">
        <w:rPr>
          <w:rFonts w:ascii="Arial" w:hAnsi="Arial" w:cs="Arial"/>
          <w:sz w:val="24"/>
          <w:szCs w:val="24"/>
        </w:rPr>
        <w:t>mantener ese costo de recuperación, que es mina mínimamente eso. Si yo solicitara tes evaluación y todo eso, la</w:t>
      </w:r>
      <w:r w:rsidR="009140EF">
        <w:rPr>
          <w:rFonts w:ascii="Arial" w:hAnsi="Arial" w:cs="Arial"/>
          <w:sz w:val="24"/>
          <w:szCs w:val="24"/>
        </w:rPr>
        <w:t xml:space="preserve"> </w:t>
      </w:r>
      <w:r w:rsidRPr="00E93608">
        <w:rPr>
          <w:rFonts w:ascii="Arial" w:hAnsi="Arial" w:cs="Arial"/>
          <w:sz w:val="24"/>
          <w:szCs w:val="24"/>
        </w:rPr>
        <w:t xml:space="preserve">psicóloga me los cotiza en </w:t>
      </w:r>
      <w:r w:rsidR="001B485C">
        <w:rPr>
          <w:rFonts w:ascii="Arial" w:hAnsi="Arial" w:cs="Arial"/>
          <w:sz w:val="24"/>
          <w:szCs w:val="24"/>
        </w:rPr>
        <w:t>$</w:t>
      </w:r>
      <w:r w:rsidRPr="00E93608">
        <w:rPr>
          <w:rFonts w:ascii="Arial" w:hAnsi="Arial" w:cs="Arial"/>
          <w:sz w:val="24"/>
          <w:szCs w:val="24"/>
        </w:rPr>
        <w:t>6,000</w:t>
      </w:r>
      <w:r w:rsidR="001B485C">
        <w:rPr>
          <w:rFonts w:ascii="Arial" w:hAnsi="Arial" w:cs="Arial"/>
          <w:sz w:val="24"/>
          <w:szCs w:val="24"/>
        </w:rPr>
        <w:t>.00</w:t>
      </w:r>
      <w:proofErr w:type="gramStart"/>
      <w:r w:rsidR="009140EF">
        <w:rPr>
          <w:rFonts w:ascii="Arial" w:hAnsi="Arial" w:cs="Arial"/>
          <w:sz w:val="24"/>
          <w:szCs w:val="24"/>
        </w:rPr>
        <w:t>,</w:t>
      </w:r>
      <w:r w:rsidR="00DC6D30">
        <w:rPr>
          <w:rFonts w:ascii="Arial" w:hAnsi="Arial" w:cs="Arial"/>
          <w:sz w:val="24"/>
          <w:szCs w:val="24"/>
        </w:rPr>
        <w:t xml:space="preserve"> </w:t>
      </w:r>
      <w:r w:rsidRPr="00E93608">
        <w:rPr>
          <w:rFonts w:ascii="Arial" w:hAnsi="Arial" w:cs="Arial"/>
          <w:sz w:val="24"/>
          <w:szCs w:val="24"/>
        </w:rPr>
        <w:t xml:space="preserve"> </w:t>
      </w:r>
      <w:r w:rsidR="001B485C">
        <w:rPr>
          <w:rFonts w:ascii="Arial" w:hAnsi="Arial" w:cs="Arial"/>
          <w:sz w:val="24"/>
          <w:szCs w:val="24"/>
        </w:rPr>
        <w:t>$</w:t>
      </w:r>
      <w:proofErr w:type="gramEnd"/>
      <w:r w:rsidRPr="00E93608">
        <w:rPr>
          <w:rFonts w:ascii="Arial" w:hAnsi="Arial" w:cs="Arial"/>
          <w:sz w:val="24"/>
          <w:szCs w:val="24"/>
        </w:rPr>
        <w:t>7,000</w:t>
      </w:r>
      <w:r w:rsidR="001B485C">
        <w:rPr>
          <w:rFonts w:ascii="Arial" w:hAnsi="Arial" w:cs="Arial"/>
          <w:sz w:val="24"/>
          <w:szCs w:val="24"/>
        </w:rPr>
        <w:t>.00</w:t>
      </w:r>
      <w:r w:rsidRPr="00E93608">
        <w:rPr>
          <w:rFonts w:ascii="Arial" w:hAnsi="Arial" w:cs="Arial"/>
          <w:sz w:val="24"/>
          <w:szCs w:val="24"/>
        </w:rPr>
        <w:t xml:space="preserve"> pesos que se pudieran aplicar, sí, pero no los tenemos, no los tenemos todos.</w:t>
      </w:r>
      <w:r w:rsidR="009140EF">
        <w:rPr>
          <w:rFonts w:ascii="Arial" w:hAnsi="Arial" w:cs="Arial"/>
          <w:sz w:val="24"/>
          <w:szCs w:val="24"/>
        </w:rPr>
        <w:t xml:space="preserve"> </w:t>
      </w:r>
      <w:r w:rsidRPr="00E93608">
        <w:rPr>
          <w:rFonts w:ascii="Arial" w:hAnsi="Arial" w:cs="Arial"/>
          <w:sz w:val="24"/>
          <w:szCs w:val="24"/>
        </w:rPr>
        <w:t>Entonces, si nosotros bajamos la cuota o la mantenemos como el año pasado, pues al final de cuentas esa ese apoyo que se</w:t>
      </w:r>
      <w:r w:rsidR="009140EF">
        <w:rPr>
          <w:rFonts w:ascii="Arial" w:hAnsi="Arial" w:cs="Arial"/>
          <w:sz w:val="24"/>
          <w:szCs w:val="24"/>
        </w:rPr>
        <w:t xml:space="preserve"> </w:t>
      </w:r>
      <w:r w:rsidRPr="00E93608">
        <w:rPr>
          <w:rFonts w:ascii="Arial" w:hAnsi="Arial" w:cs="Arial"/>
          <w:sz w:val="24"/>
          <w:szCs w:val="24"/>
        </w:rPr>
        <w:t>le da a las personas vulnerables se va a generalizar porque en realidad todos los van a necesitar, pero hay unos que los necesitan todavía más. Por eso en</w:t>
      </w:r>
      <w:r w:rsidR="009140EF">
        <w:rPr>
          <w:rFonts w:ascii="Arial" w:hAnsi="Arial" w:cs="Arial"/>
          <w:sz w:val="24"/>
          <w:szCs w:val="24"/>
        </w:rPr>
        <w:t xml:space="preserve"> </w:t>
      </w:r>
      <w:r w:rsidRPr="00E93608">
        <w:rPr>
          <w:rFonts w:ascii="Arial" w:hAnsi="Arial" w:cs="Arial"/>
          <w:sz w:val="24"/>
          <w:szCs w:val="24"/>
        </w:rPr>
        <w:t>odontología cuando van escuelas de casa a orfanatos que van escuelas, que hay niños que no pueden, ese recurso se</w:t>
      </w:r>
      <w:r w:rsidR="009140EF">
        <w:rPr>
          <w:rFonts w:ascii="Arial" w:hAnsi="Arial" w:cs="Arial"/>
          <w:sz w:val="24"/>
          <w:szCs w:val="24"/>
        </w:rPr>
        <w:t xml:space="preserve"> </w:t>
      </w:r>
      <w:r w:rsidRPr="00E93608">
        <w:rPr>
          <w:rFonts w:ascii="Arial" w:hAnsi="Arial" w:cs="Arial"/>
          <w:sz w:val="24"/>
          <w:szCs w:val="24"/>
        </w:rPr>
        <w:t>utiliza para ellos no cobrarles, para que ellos puedan tener igual los mismos tratamientos, pero sin generarles un costo extra. Por eso se prioriza los que realmente lo necesitan.</w:t>
      </w:r>
      <w:r w:rsidR="009140EF">
        <w:rPr>
          <w:rFonts w:ascii="Arial" w:hAnsi="Arial" w:cs="Arial"/>
          <w:sz w:val="24"/>
          <w:szCs w:val="24"/>
        </w:rPr>
        <w:t xml:space="preserve"> </w:t>
      </w:r>
      <w:r w:rsidRPr="00E93608">
        <w:rPr>
          <w:rFonts w:ascii="Arial" w:hAnsi="Arial" w:cs="Arial"/>
          <w:sz w:val="24"/>
          <w:szCs w:val="24"/>
        </w:rPr>
        <w:t xml:space="preserve">Gracias, doctora. </w:t>
      </w:r>
      <w:r w:rsidR="00B246C1">
        <w:rPr>
          <w:rFonts w:ascii="Arial" w:hAnsi="Arial" w:cs="Arial"/>
          <w:sz w:val="24"/>
          <w:szCs w:val="24"/>
        </w:rPr>
        <w:t>N</w:t>
      </w:r>
      <w:r w:rsidRPr="00E93608">
        <w:rPr>
          <w:rFonts w:ascii="Arial" w:hAnsi="Arial" w:cs="Arial"/>
          <w:sz w:val="24"/>
          <w:szCs w:val="24"/>
        </w:rPr>
        <w:t xml:space="preserve">o si hubiera alguna otra intervención. Adelante, </w:t>
      </w:r>
      <w:r w:rsidR="00B246C1">
        <w:rPr>
          <w:rFonts w:ascii="Arial" w:hAnsi="Arial" w:cs="Arial"/>
          <w:sz w:val="24"/>
          <w:szCs w:val="24"/>
        </w:rPr>
        <w:t>R</w:t>
      </w:r>
      <w:r w:rsidRPr="00E93608">
        <w:rPr>
          <w:rFonts w:ascii="Arial" w:hAnsi="Arial" w:cs="Arial"/>
          <w:sz w:val="24"/>
          <w:szCs w:val="24"/>
        </w:rPr>
        <w:t>egidor Óscar.</w:t>
      </w:r>
      <w:r w:rsidR="00DC6D30">
        <w:rPr>
          <w:rFonts w:ascii="Arial" w:hAnsi="Arial" w:cs="Arial"/>
          <w:sz w:val="24"/>
          <w:szCs w:val="24"/>
        </w:rPr>
        <w:t xml:space="preserve"> </w:t>
      </w:r>
      <w:r w:rsidRPr="00DC6D30">
        <w:rPr>
          <w:rFonts w:ascii="Arial" w:hAnsi="Arial" w:cs="Arial"/>
          <w:sz w:val="24"/>
          <w:szCs w:val="24"/>
        </w:rPr>
        <w:t xml:space="preserve">Perdón, </w:t>
      </w:r>
      <w:r w:rsidR="00B246C1">
        <w:rPr>
          <w:rFonts w:ascii="Arial" w:hAnsi="Arial" w:cs="Arial"/>
          <w:sz w:val="24"/>
          <w:szCs w:val="24"/>
        </w:rPr>
        <w:t>R</w:t>
      </w:r>
      <w:r w:rsidRPr="00DC6D30">
        <w:rPr>
          <w:rFonts w:ascii="Arial" w:hAnsi="Arial" w:cs="Arial"/>
          <w:sz w:val="24"/>
          <w:szCs w:val="24"/>
        </w:rPr>
        <w:t xml:space="preserve">egidor Óscar, si dese uso de la voz al </w:t>
      </w:r>
      <w:r w:rsidR="00B246C1">
        <w:rPr>
          <w:rFonts w:ascii="Arial" w:hAnsi="Arial" w:cs="Arial"/>
          <w:sz w:val="24"/>
          <w:szCs w:val="24"/>
        </w:rPr>
        <w:t>R</w:t>
      </w:r>
      <w:r w:rsidRPr="00DC6D30">
        <w:rPr>
          <w:rFonts w:ascii="Arial" w:hAnsi="Arial" w:cs="Arial"/>
          <w:sz w:val="24"/>
          <w:szCs w:val="24"/>
        </w:rPr>
        <w:t>egidor Gustavo, olvidé que estaba en la lista de prelación, por favor.</w:t>
      </w:r>
    </w:p>
    <w:p w14:paraId="2BF039C1" w14:textId="41991476" w:rsidR="00F833FC" w:rsidRDefault="00DC6D30" w:rsidP="00E93608">
      <w:pPr>
        <w:jc w:val="both"/>
        <w:rPr>
          <w:rFonts w:ascii="Arial" w:hAnsi="Arial" w:cs="Arial"/>
          <w:sz w:val="24"/>
          <w:szCs w:val="24"/>
        </w:rPr>
      </w:pPr>
      <w:r>
        <w:rPr>
          <w:rFonts w:ascii="Arial" w:hAnsi="Arial" w:cs="Arial"/>
          <w:b/>
          <w:bCs/>
          <w:sz w:val="24"/>
          <w:szCs w:val="24"/>
        </w:rPr>
        <w:t xml:space="preserve">C. GUSTAVO LOPEZ SANDOVAL. - </w:t>
      </w:r>
      <w:r w:rsidRPr="00DC6D30">
        <w:rPr>
          <w:rFonts w:ascii="Arial" w:hAnsi="Arial" w:cs="Arial"/>
          <w:sz w:val="24"/>
          <w:szCs w:val="24"/>
        </w:rPr>
        <w:t>Sí, gracias. No, es que estaba analizando lo que dice la doctora.</w:t>
      </w:r>
      <w:r>
        <w:rPr>
          <w:rFonts w:ascii="Arial" w:hAnsi="Arial" w:cs="Arial"/>
          <w:sz w:val="24"/>
          <w:szCs w:val="24"/>
        </w:rPr>
        <w:t xml:space="preserve"> </w:t>
      </w:r>
      <w:r w:rsidRPr="00DC6D30">
        <w:rPr>
          <w:rFonts w:ascii="Arial" w:hAnsi="Arial" w:cs="Arial"/>
          <w:sz w:val="24"/>
          <w:szCs w:val="24"/>
        </w:rPr>
        <w:t>Gracias, doctora, por venir</w:t>
      </w:r>
      <w:r>
        <w:rPr>
          <w:rFonts w:ascii="Arial" w:hAnsi="Arial" w:cs="Arial"/>
          <w:sz w:val="24"/>
          <w:szCs w:val="24"/>
        </w:rPr>
        <w:t>.</w:t>
      </w:r>
      <w:r w:rsidRPr="00DC6D30">
        <w:rPr>
          <w:rFonts w:ascii="Arial" w:hAnsi="Arial" w:cs="Arial"/>
          <w:sz w:val="24"/>
          <w:szCs w:val="24"/>
        </w:rPr>
        <w:t xml:space="preserve"> </w:t>
      </w:r>
      <w:r>
        <w:rPr>
          <w:rFonts w:ascii="Arial" w:hAnsi="Arial" w:cs="Arial"/>
          <w:sz w:val="24"/>
          <w:szCs w:val="24"/>
        </w:rPr>
        <w:t>L</w:t>
      </w:r>
      <w:r w:rsidRPr="00DC6D30">
        <w:rPr>
          <w:rFonts w:ascii="Arial" w:hAnsi="Arial" w:cs="Arial"/>
          <w:sz w:val="24"/>
          <w:szCs w:val="24"/>
        </w:rPr>
        <w:t xml:space="preserve">a sesión </w:t>
      </w:r>
      <w:r w:rsidR="00852CA4" w:rsidRPr="00DC6D30">
        <w:rPr>
          <w:rFonts w:ascii="Arial" w:hAnsi="Arial" w:cs="Arial"/>
          <w:sz w:val="24"/>
          <w:szCs w:val="24"/>
        </w:rPr>
        <w:t>pasada que</w:t>
      </w:r>
      <w:r w:rsidRPr="00DC6D30">
        <w:rPr>
          <w:rFonts w:ascii="Arial" w:hAnsi="Arial" w:cs="Arial"/>
          <w:sz w:val="24"/>
          <w:szCs w:val="24"/>
        </w:rPr>
        <w:t xml:space="preserve"> yo asistí,</w:t>
      </w:r>
      <w:r>
        <w:rPr>
          <w:rFonts w:ascii="Arial" w:hAnsi="Arial" w:cs="Arial"/>
          <w:sz w:val="24"/>
          <w:szCs w:val="24"/>
        </w:rPr>
        <w:t xml:space="preserve"> R</w:t>
      </w:r>
      <w:r w:rsidRPr="00E93608">
        <w:rPr>
          <w:rFonts w:ascii="Arial" w:hAnsi="Arial" w:cs="Arial"/>
          <w:sz w:val="24"/>
          <w:szCs w:val="24"/>
        </w:rPr>
        <w:t>egidor Óscar, creo que</w:t>
      </w:r>
      <w:r>
        <w:rPr>
          <w:rFonts w:ascii="Arial" w:hAnsi="Arial" w:cs="Arial"/>
          <w:sz w:val="24"/>
          <w:szCs w:val="24"/>
        </w:rPr>
        <w:t xml:space="preserve"> </w:t>
      </w:r>
      <w:r w:rsidRPr="00E93608">
        <w:rPr>
          <w:rFonts w:ascii="Arial" w:hAnsi="Arial" w:cs="Arial"/>
          <w:sz w:val="24"/>
          <w:szCs w:val="24"/>
        </w:rPr>
        <w:t>nada más para ponerlo en contexto, yo di la opción de que en tema de psicología no se cobrara y jugar con los números.</w:t>
      </w:r>
      <w:r>
        <w:rPr>
          <w:rFonts w:ascii="Arial" w:hAnsi="Arial" w:cs="Arial"/>
          <w:sz w:val="24"/>
          <w:szCs w:val="24"/>
        </w:rPr>
        <w:t xml:space="preserve"> N</w:t>
      </w:r>
      <w:r w:rsidRPr="00E93608">
        <w:rPr>
          <w:rFonts w:ascii="Arial" w:hAnsi="Arial" w:cs="Arial"/>
          <w:sz w:val="24"/>
          <w:szCs w:val="24"/>
        </w:rPr>
        <w:t>o es que la limpieza</w:t>
      </w:r>
      <w:r>
        <w:rPr>
          <w:rFonts w:ascii="Arial" w:hAnsi="Arial" w:cs="Arial"/>
          <w:sz w:val="24"/>
          <w:szCs w:val="24"/>
        </w:rPr>
        <w:t xml:space="preserve"> </w:t>
      </w:r>
      <w:r w:rsidRPr="00E93608">
        <w:rPr>
          <w:rFonts w:ascii="Arial" w:hAnsi="Arial" w:cs="Arial"/>
          <w:sz w:val="24"/>
          <w:szCs w:val="24"/>
        </w:rPr>
        <w:t>dental o extracciones dentales sean</w:t>
      </w:r>
      <w:r>
        <w:rPr>
          <w:rFonts w:ascii="Arial" w:hAnsi="Arial" w:cs="Arial"/>
          <w:sz w:val="24"/>
          <w:szCs w:val="24"/>
        </w:rPr>
        <w:t xml:space="preserve"> </w:t>
      </w:r>
      <w:r w:rsidRPr="00E93608">
        <w:rPr>
          <w:rFonts w:ascii="Arial" w:hAnsi="Arial" w:cs="Arial"/>
          <w:sz w:val="24"/>
          <w:szCs w:val="24"/>
        </w:rPr>
        <w:t>menos importantes, pero no tanto como como el tema psicológico que creo que hay que atenderlo. Como bien</w:t>
      </w:r>
      <w:r>
        <w:rPr>
          <w:rFonts w:ascii="Arial" w:hAnsi="Arial" w:cs="Arial"/>
          <w:sz w:val="24"/>
          <w:szCs w:val="24"/>
        </w:rPr>
        <w:t xml:space="preserve"> </w:t>
      </w:r>
      <w:r w:rsidRPr="00E93608">
        <w:rPr>
          <w:rFonts w:ascii="Arial" w:hAnsi="Arial" w:cs="Arial"/>
          <w:sz w:val="24"/>
          <w:szCs w:val="24"/>
        </w:rPr>
        <w:t xml:space="preserve">comentas el regidor </w:t>
      </w:r>
      <w:r w:rsidR="00852CA4" w:rsidRPr="00E93608">
        <w:rPr>
          <w:rFonts w:ascii="Arial" w:hAnsi="Arial" w:cs="Arial"/>
          <w:sz w:val="24"/>
          <w:szCs w:val="24"/>
        </w:rPr>
        <w:t>Óscar, hay</w:t>
      </w:r>
      <w:r w:rsidRPr="00E93608">
        <w:rPr>
          <w:rFonts w:ascii="Arial" w:hAnsi="Arial" w:cs="Arial"/>
          <w:sz w:val="24"/>
          <w:szCs w:val="24"/>
        </w:rPr>
        <w:t xml:space="preserve"> muchas personas vulnerables, es una tasa muy alta y me di la tarea. ¿Por qué? </w:t>
      </w:r>
      <w:proofErr w:type="gramStart"/>
      <w:r w:rsidRPr="00E93608">
        <w:rPr>
          <w:rFonts w:ascii="Arial" w:hAnsi="Arial" w:cs="Arial"/>
          <w:sz w:val="24"/>
          <w:szCs w:val="24"/>
        </w:rPr>
        <w:t>¿Por</w:t>
      </w:r>
      <w:r>
        <w:rPr>
          <w:rFonts w:ascii="Arial" w:hAnsi="Arial" w:cs="Arial"/>
          <w:sz w:val="24"/>
          <w:szCs w:val="24"/>
        </w:rPr>
        <w:t xml:space="preserve"> </w:t>
      </w:r>
      <w:r w:rsidRPr="00E93608">
        <w:rPr>
          <w:rFonts w:ascii="Arial" w:hAnsi="Arial" w:cs="Arial"/>
          <w:sz w:val="24"/>
          <w:szCs w:val="24"/>
        </w:rPr>
        <w:t>qué creo que es importante ver el tema psicológico como parte de la canasta básica, por así</w:t>
      </w:r>
      <w:r>
        <w:rPr>
          <w:rFonts w:ascii="Arial" w:hAnsi="Arial" w:cs="Arial"/>
          <w:sz w:val="24"/>
          <w:szCs w:val="24"/>
        </w:rPr>
        <w:t xml:space="preserve"> </w:t>
      </w:r>
      <w:r w:rsidRPr="00E93608">
        <w:rPr>
          <w:rFonts w:ascii="Arial" w:hAnsi="Arial" w:cs="Arial"/>
          <w:sz w:val="24"/>
          <w:szCs w:val="24"/>
        </w:rPr>
        <w:t xml:space="preserve">decirlo, </w:t>
      </w:r>
      <w:r w:rsidR="00852CA4" w:rsidRPr="00E93608">
        <w:rPr>
          <w:rFonts w:ascii="Arial" w:hAnsi="Arial" w:cs="Arial"/>
          <w:sz w:val="24"/>
          <w:szCs w:val="24"/>
        </w:rPr>
        <w:t>porque estaba</w:t>
      </w:r>
      <w:r w:rsidRPr="00E93608">
        <w:rPr>
          <w:rFonts w:ascii="Arial" w:hAnsi="Arial" w:cs="Arial"/>
          <w:sz w:val="24"/>
          <w:szCs w:val="24"/>
        </w:rPr>
        <w:t xml:space="preserve"> analizando y en el 2024 </w:t>
      </w:r>
      <w:r>
        <w:rPr>
          <w:rFonts w:ascii="Arial" w:hAnsi="Arial" w:cs="Arial"/>
          <w:sz w:val="24"/>
          <w:szCs w:val="24"/>
        </w:rPr>
        <w:t xml:space="preserve">dos mil veinticuatro </w:t>
      </w:r>
      <w:r w:rsidRPr="00E93608">
        <w:rPr>
          <w:rFonts w:ascii="Arial" w:hAnsi="Arial" w:cs="Arial"/>
          <w:sz w:val="24"/>
          <w:szCs w:val="24"/>
        </w:rPr>
        <w:t xml:space="preserve">la tasa es de 68 suicidios por cada 100,000 </w:t>
      </w:r>
      <w:r>
        <w:rPr>
          <w:rFonts w:ascii="Arial" w:hAnsi="Arial" w:cs="Arial"/>
          <w:sz w:val="24"/>
          <w:szCs w:val="24"/>
        </w:rPr>
        <w:t xml:space="preserve">cien mil </w:t>
      </w:r>
      <w:r w:rsidRPr="00E93608">
        <w:rPr>
          <w:rFonts w:ascii="Arial" w:hAnsi="Arial" w:cs="Arial"/>
          <w:sz w:val="24"/>
          <w:szCs w:val="24"/>
        </w:rPr>
        <w:t>personas.</w:t>
      </w:r>
      <w:proofErr w:type="gramEnd"/>
      <w:r>
        <w:rPr>
          <w:rFonts w:ascii="Arial" w:hAnsi="Arial" w:cs="Arial"/>
          <w:sz w:val="24"/>
          <w:szCs w:val="24"/>
        </w:rPr>
        <w:t xml:space="preserve"> </w:t>
      </w:r>
      <w:r w:rsidRPr="00E93608">
        <w:rPr>
          <w:rFonts w:ascii="Arial" w:hAnsi="Arial" w:cs="Arial"/>
          <w:sz w:val="24"/>
          <w:szCs w:val="24"/>
        </w:rPr>
        <w:t>Esto quiere decir que ocho de cada 10 personas en México, en el mundo sol más mueren por suicidio, por no</w:t>
      </w:r>
      <w:r>
        <w:rPr>
          <w:rFonts w:ascii="Arial" w:hAnsi="Arial" w:cs="Arial"/>
          <w:sz w:val="24"/>
          <w:szCs w:val="24"/>
        </w:rPr>
        <w:t xml:space="preserve"> </w:t>
      </w:r>
      <w:r w:rsidRPr="00E93608">
        <w:rPr>
          <w:rFonts w:ascii="Arial" w:hAnsi="Arial" w:cs="Arial"/>
          <w:sz w:val="24"/>
          <w:szCs w:val="24"/>
        </w:rPr>
        <w:t>atenderse psicológicamente como debe de ser. Eso es nada más hablando temas de suicidios aparte violaciones, maltrato físico y híjole, extorsiones. No,</w:t>
      </w:r>
      <w:r>
        <w:rPr>
          <w:rFonts w:ascii="Arial" w:hAnsi="Arial" w:cs="Arial"/>
          <w:sz w:val="24"/>
          <w:szCs w:val="24"/>
        </w:rPr>
        <w:t xml:space="preserve"> </w:t>
      </w:r>
      <w:r w:rsidRPr="00E93608">
        <w:rPr>
          <w:rFonts w:ascii="Arial" w:hAnsi="Arial" w:cs="Arial"/>
          <w:sz w:val="24"/>
          <w:szCs w:val="24"/>
        </w:rPr>
        <w:t>soy yo</w:t>
      </w:r>
      <w:r>
        <w:rPr>
          <w:rFonts w:ascii="Arial" w:hAnsi="Arial" w:cs="Arial"/>
          <w:sz w:val="24"/>
          <w:szCs w:val="24"/>
        </w:rPr>
        <w:t xml:space="preserve"> </w:t>
      </w:r>
      <w:r w:rsidRPr="00E93608">
        <w:rPr>
          <w:rFonts w:ascii="Arial" w:hAnsi="Arial" w:cs="Arial"/>
          <w:sz w:val="24"/>
          <w:szCs w:val="24"/>
        </w:rPr>
        <w:t xml:space="preserve">experto en el tema. no sé qué tantas más variantes puede </w:t>
      </w:r>
      <w:r w:rsidRPr="00E93608">
        <w:rPr>
          <w:rFonts w:ascii="Arial" w:hAnsi="Arial" w:cs="Arial"/>
          <w:sz w:val="24"/>
          <w:szCs w:val="24"/>
        </w:rPr>
        <w:lastRenderedPageBreak/>
        <w:t>haber que es por eso que yo le estaba dando la importancia para para tener una mejor sociedad y</w:t>
      </w:r>
      <w:r>
        <w:rPr>
          <w:rFonts w:ascii="Arial" w:hAnsi="Arial" w:cs="Arial"/>
          <w:sz w:val="24"/>
          <w:szCs w:val="24"/>
        </w:rPr>
        <w:t xml:space="preserve"> </w:t>
      </w:r>
      <w:r w:rsidRPr="00E93608">
        <w:rPr>
          <w:rFonts w:ascii="Arial" w:hAnsi="Arial" w:cs="Arial"/>
          <w:sz w:val="24"/>
          <w:szCs w:val="24"/>
        </w:rPr>
        <w:t>meterlo, repito, como una canasta básica, por así decirlo, tener toda la opción a un psicólogo. Yo en</w:t>
      </w:r>
      <w:r>
        <w:rPr>
          <w:rFonts w:ascii="Arial" w:hAnsi="Arial" w:cs="Arial"/>
          <w:sz w:val="24"/>
          <w:szCs w:val="24"/>
        </w:rPr>
        <w:t xml:space="preserve"> </w:t>
      </w:r>
      <w:r w:rsidRPr="00E93608">
        <w:rPr>
          <w:rFonts w:ascii="Arial" w:hAnsi="Arial" w:cs="Arial"/>
          <w:sz w:val="24"/>
          <w:szCs w:val="24"/>
        </w:rPr>
        <w:t>estos días he estado en algunas colonias repartiendo despensas, ayudas a personas</w:t>
      </w:r>
      <w:r>
        <w:rPr>
          <w:rFonts w:ascii="Arial" w:hAnsi="Arial" w:cs="Arial"/>
          <w:sz w:val="24"/>
          <w:szCs w:val="24"/>
        </w:rPr>
        <w:t xml:space="preserve"> </w:t>
      </w:r>
      <w:r w:rsidRPr="00E93608">
        <w:rPr>
          <w:rFonts w:ascii="Arial" w:hAnsi="Arial" w:cs="Arial"/>
          <w:sz w:val="24"/>
          <w:szCs w:val="24"/>
        </w:rPr>
        <w:t>y te das cuenta que hay personas que viven en condiciones que no nos podemos imaginar, o sea, que en una casa viven</w:t>
      </w:r>
      <w:r>
        <w:rPr>
          <w:rFonts w:ascii="Arial" w:hAnsi="Arial" w:cs="Arial"/>
          <w:sz w:val="24"/>
          <w:szCs w:val="24"/>
        </w:rPr>
        <w:t xml:space="preserve"> </w:t>
      </w:r>
      <w:r w:rsidRPr="00E93608">
        <w:rPr>
          <w:rFonts w:ascii="Arial" w:hAnsi="Arial" w:cs="Arial"/>
          <w:sz w:val="24"/>
          <w:szCs w:val="24"/>
        </w:rPr>
        <w:t>seis familias y que realmente pagar 50 pesos de una consulta aquí a nosotros</w:t>
      </w:r>
      <w:r>
        <w:rPr>
          <w:rFonts w:ascii="Arial" w:hAnsi="Arial" w:cs="Arial"/>
          <w:sz w:val="24"/>
          <w:szCs w:val="24"/>
        </w:rPr>
        <w:t xml:space="preserve"> </w:t>
      </w:r>
      <w:r w:rsidRPr="00E93608">
        <w:rPr>
          <w:rFonts w:ascii="Arial" w:hAnsi="Arial" w:cs="Arial"/>
          <w:sz w:val="24"/>
          <w:szCs w:val="24"/>
        </w:rPr>
        <w:t>podemos decir que no es nada o es algo muy muy poco oneroso para nosotros</w:t>
      </w:r>
      <w:r>
        <w:rPr>
          <w:rFonts w:ascii="Arial" w:hAnsi="Arial" w:cs="Arial"/>
          <w:sz w:val="24"/>
          <w:szCs w:val="24"/>
        </w:rPr>
        <w:t xml:space="preserve"> </w:t>
      </w:r>
      <w:r w:rsidRPr="00E93608">
        <w:rPr>
          <w:rFonts w:ascii="Arial" w:hAnsi="Arial" w:cs="Arial"/>
          <w:sz w:val="24"/>
          <w:szCs w:val="24"/>
        </w:rPr>
        <w:t xml:space="preserve">y le doy gracias a Dios por poder decir esto, pero hay personas que sí son muchos </w:t>
      </w:r>
      <w:r w:rsidR="001B485C">
        <w:rPr>
          <w:rFonts w:ascii="Arial" w:hAnsi="Arial" w:cs="Arial"/>
          <w:sz w:val="24"/>
          <w:szCs w:val="24"/>
        </w:rPr>
        <w:t>$</w:t>
      </w:r>
      <w:r w:rsidRPr="00E93608">
        <w:rPr>
          <w:rFonts w:ascii="Arial" w:hAnsi="Arial" w:cs="Arial"/>
          <w:sz w:val="24"/>
          <w:szCs w:val="24"/>
        </w:rPr>
        <w:t>50</w:t>
      </w:r>
      <w:r w:rsidR="001B485C">
        <w:rPr>
          <w:rFonts w:ascii="Arial" w:hAnsi="Arial" w:cs="Arial"/>
          <w:sz w:val="24"/>
          <w:szCs w:val="24"/>
        </w:rPr>
        <w:t>.00</w:t>
      </w:r>
      <w:r w:rsidRPr="00E93608">
        <w:rPr>
          <w:rFonts w:ascii="Arial" w:hAnsi="Arial" w:cs="Arial"/>
          <w:sz w:val="24"/>
          <w:szCs w:val="24"/>
        </w:rPr>
        <w:t xml:space="preserve"> pesos, significa muchísimo y</w:t>
      </w:r>
      <w:r>
        <w:rPr>
          <w:rFonts w:ascii="Arial" w:hAnsi="Arial" w:cs="Arial"/>
          <w:sz w:val="24"/>
          <w:szCs w:val="24"/>
        </w:rPr>
        <w:t xml:space="preserve"> </w:t>
      </w:r>
      <w:r w:rsidRPr="00E93608">
        <w:rPr>
          <w:rFonts w:ascii="Arial" w:hAnsi="Arial" w:cs="Arial"/>
          <w:sz w:val="24"/>
          <w:szCs w:val="24"/>
        </w:rPr>
        <w:t xml:space="preserve">no lo pueden pagar. Entonces es lo que yo propuse, </w:t>
      </w:r>
      <w:r>
        <w:rPr>
          <w:rFonts w:ascii="Arial" w:hAnsi="Arial" w:cs="Arial"/>
          <w:sz w:val="24"/>
          <w:szCs w:val="24"/>
        </w:rPr>
        <w:t>R</w:t>
      </w:r>
      <w:r w:rsidRPr="00E93608">
        <w:rPr>
          <w:rFonts w:ascii="Arial" w:hAnsi="Arial" w:cs="Arial"/>
          <w:sz w:val="24"/>
          <w:szCs w:val="24"/>
        </w:rPr>
        <w:t>egidor Óscar, en el en el sentido para ponerlo en contexto, le</w:t>
      </w:r>
      <w:r>
        <w:rPr>
          <w:rFonts w:ascii="Arial" w:hAnsi="Arial" w:cs="Arial"/>
          <w:sz w:val="24"/>
          <w:szCs w:val="24"/>
        </w:rPr>
        <w:t xml:space="preserve"> </w:t>
      </w:r>
      <w:r w:rsidRPr="00E93608">
        <w:rPr>
          <w:rFonts w:ascii="Arial" w:hAnsi="Arial" w:cs="Arial"/>
          <w:sz w:val="24"/>
          <w:szCs w:val="24"/>
        </w:rPr>
        <w:t xml:space="preserve">repito, que fuera gratis esa consulta y jugar con los números en los otros temas de </w:t>
      </w:r>
      <w:r w:rsidR="00F833FC" w:rsidRPr="00E93608">
        <w:rPr>
          <w:rFonts w:ascii="Arial" w:hAnsi="Arial" w:cs="Arial"/>
          <w:sz w:val="24"/>
          <w:szCs w:val="24"/>
        </w:rPr>
        <w:t>salud</w:t>
      </w:r>
      <w:r w:rsidR="00F833FC">
        <w:rPr>
          <w:rFonts w:ascii="Arial" w:hAnsi="Arial" w:cs="Arial"/>
          <w:sz w:val="24"/>
          <w:szCs w:val="24"/>
        </w:rPr>
        <w:t xml:space="preserve"> </w:t>
      </w:r>
      <w:r w:rsidR="00F833FC" w:rsidRPr="00E93608">
        <w:rPr>
          <w:rFonts w:ascii="Arial" w:hAnsi="Arial" w:cs="Arial"/>
          <w:sz w:val="24"/>
          <w:szCs w:val="24"/>
        </w:rPr>
        <w:t>bucal</w:t>
      </w:r>
      <w:r w:rsidRPr="00E93608">
        <w:rPr>
          <w:rFonts w:ascii="Arial" w:hAnsi="Arial" w:cs="Arial"/>
          <w:sz w:val="24"/>
          <w:szCs w:val="24"/>
        </w:rPr>
        <w:t xml:space="preserve"> es cuánto</w:t>
      </w:r>
      <w:r w:rsidR="00F833FC">
        <w:rPr>
          <w:rFonts w:ascii="Arial" w:hAnsi="Arial" w:cs="Arial"/>
          <w:sz w:val="24"/>
          <w:szCs w:val="24"/>
        </w:rPr>
        <w:t>.</w:t>
      </w:r>
    </w:p>
    <w:p w14:paraId="2EB9A00A" w14:textId="0A12FDEC" w:rsidR="00EA0C28" w:rsidRPr="00E93608" w:rsidRDefault="00000000" w:rsidP="00E93608">
      <w:pPr>
        <w:jc w:val="both"/>
        <w:rPr>
          <w:rFonts w:ascii="Arial" w:hAnsi="Arial" w:cs="Arial"/>
          <w:sz w:val="24"/>
          <w:szCs w:val="24"/>
        </w:rPr>
      </w:pPr>
      <w:r w:rsidRPr="00E93608">
        <w:rPr>
          <w:rFonts w:ascii="Arial" w:hAnsi="Arial" w:cs="Arial"/>
          <w:sz w:val="24"/>
          <w:szCs w:val="24"/>
        </w:rPr>
        <w:t xml:space="preserve"> </w:t>
      </w:r>
      <w:r w:rsidR="00F833FC">
        <w:rPr>
          <w:rFonts w:ascii="Arial" w:hAnsi="Arial" w:cs="Arial"/>
          <w:b/>
          <w:bCs/>
          <w:sz w:val="24"/>
          <w:szCs w:val="24"/>
        </w:rPr>
        <w:t xml:space="preserve">C. MIGUEL MARENTES. - </w:t>
      </w:r>
      <w:r w:rsidR="00F833FC">
        <w:rPr>
          <w:rFonts w:ascii="Arial" w:hAnsi="Arial" w:cs="Arial"/>
          <w:sz w:val="24"/>
          <w:szCs w:val="24"/>
        </w:rPr>
        <w:t>E</w:t>
      </w:r>
      <w:r w:rsidRPr="00E93608">
        <w:rPr>
          <w:rFonts w:ascii="Arial" w:hAnsi="Arial" w:cs="Arial"/>
          <w:sz w:val="24"/>
          <w:szCs w:val="24"/>
        </w:rPr>
        <w:t xml:space="preserve">n uso de la voz </w:t>
      </w:r>
      <w:r w:rsidR="00F833FC" w:rsidRPr="00E93608">
        <w:rPr>
          <w:rFonts w:ascii="Arial" w:hAnsi="Arial" w:cs="Arial"/>
          <w:sz w:val="24"/>
          <w:szCs w:val="24"/>
        </w:rPr>
        <w:t>en la</w:t>
      </w:r>
      <w:r w:rsidRPr="00E93608">
        <w:rPr>
          <w:rFonts w:ascii="Arial" w:hAnsi="Arial" w:cs="Arial"/>
          <w:sz w:val="24"/>
          <w:szCs w:val="24"/>
        </w:rPr>
        <w:t xml:space="preserve"> </w:t>
      </w:r>
      <w:r w:rsidR="00F833FC">
        <w:rPr>
          <w:rFonts w:ascii="Arial" w:hAnsi="Arial" w:cs="Arial"/>
          <w:sz w:val="24"/>
          <w:szCs w:val="24"/>
        </w:rPr>
        <w:t>L</w:t>
      </w:r>
      <w:r w:rsidRPr="00E93608">
        <w:rPr>
          <w:rFonts w:ascii="Arial" w:hAnsi="Arial" w:cs="Arial"/>
          <w:sz w:val="24"/>
          <w:szCs w:val="24"/>
        </w:rPr>
        <w:t>icenciada</w:t>
      </w:r>
      <w:r w:rsidR="00F833FC">
        <w:rPr>
          <w:rFonts w:ascii="Arial" w:hAnsi="Arial" w:cs="Arial"/>
          <w:sz w:val="24"/>
          <w:szCs w:val="24"/>
        </w:rPr>
        <w:t xml:space="preserve"> </w:t>
      </w:r>
      <w:r w:rsidRPr="00E93608">
        <w:rPr>
          <w:rFonts w:ascii="Arial" w:hAnsi="Arial" w:cs="Arial"/>
          <w:sz w:val="24"/>
          <w:szCs w:val="24"/>
        </w:rPr>
        <w:t xml:space="preserve">Victoria Contreras, enseguida el regidor Óscar </w:t>
      </w:r>
      <w:r w:rsidR="003862AC" w:rsidRPr="00E93608">
        <w:rPr>
          <w:rFonts w:ascii="Arial" w:hAnsi="Arial" w:cs="Arial"/>
          <w:sz w:val="24"/>
          <w:szCs w:val="24"/>
        </w:rPr>
        <w:t>Mu</w:t>
      </w:r>
      <w:r w:rsidR="003862AC">
        <w:rPr>
          <w:rFonts w:ascii="Arial" w:hAnsi="Arial" w:cs="Arial"/>
          <w:sz w:val="24"/>
          <w:szCs w:val="24"/>
        </w:rPr>
        <w:t xml:space="preserve">rgía </w:t>
      </w:r>
      <w:r w:rsidR="003862AC" w:rsidRPr="00E93608">
        <w:rPr>
          <w:rFonts w:ascii="Arial" w:hAnsi="Arial" w:cs="Arial"/>
          <w:sz w:val="24"/>
          <w:szCs w:val="24"/>
        </w:rPr>
        <w:t>Torres</w:t>
      </w:r>
      <w:r w:rsidRPr="00E93608">
        <w:rPr>
          <w:rFonts w:ascii="Arial" w:hAnsi="Arial" w:cs="Arial"/>
          <w:sz w:val="24"/>
          <w:szCs w:val="24"/>
        </w:rPr>
        <w:t xml:space="preserve"> y después el regidor Adrián Brisaño Esparza.</w:t>
      </w:r>
    </w:p>
    <w:p w14:paraId="72EFF921" w14:textId="28E14998" w:rsidR="00EA0C28" w:rsidRPr="00E93608" w:rsidRDefault="003862AC"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 xml:space="preserve">Gracias, </w:t>
      </w:r>
      <w:r w:rsidR="00B246C1">
        <w:rPr>
          <w:rFonts w:ascii="Arial" w:hAnsi="Arial" w:cs="Arial"/>
          <w:sz w:val="24"/>
          <w:szCs w:val="24"/>
        </w:rPr>
        <w:t>R</w:t>
      </w:r>
      <w:r w:rsidRPr="00E93608">
        <w:rPr>
          <w:rFonts w:ascii="Arial" w:hAnsi="Arial" w:cs="Arial"/>
          <w:sz w:val="24"/>
          <w:szCs w:val="24"/>
        </w:rPr>
        <w:t>egidor. Bueno, solo este comentarles que, en efecto, bueno, como ya se manifestó por la doctora Celeste,</w:t>
      </w:r>
      <w:r>
        <w:rPr>
          <w:rFonts w:ascii="Arial" w:hAnsi="Arial" w:cs="Arial"/>
          <w:sz w:val="24"/>
          <w:szCs w:val="24"/>
        </w:rPr>
        <w:t xml:space="preserve"> </w:t>
      </w:r>
      <w:r w:rsidRPr="00E93608">
        <w:rPr>
          <w:rFonts w:ascii="Arial" w:hAnsi="Arial" w:cs="Arial"/>
          <w:sz w:val="24"/>
          <w:szCs w:val="24"/>
        </w:rPr>
        <w:t>la necesidad del personal en el en el área de psicología, pues para ellos es muy necesario, dado que tienen gran</w:t>
      </w:r>
      <w:r>
        <w:rPr>
          <w:rFonts w:ascii="Arial" w:hAnsi="Arial" w:cs="Arial"/>
          <w:sz w:val="24"/>
          <w:szCs w:val="24"/>
        </w:rPr>
        <w:t xml:space="preserve"> </w:t>
      </w:r>
      <w:r w:rsidRPr="00E93608">
        <w:rPr>
          <w:rFonts w:ascii="Arial" w:hAnsi="Arial" w:cs="Arial"/>
          <w:sz w:val="24"/>
          <w:szCs w:val="24"/>
        </w:rPr>
        <w:t xml:space="preserve">demanda. </w:t>
      </w:r>
      <w:r>
        <w:rPr>
          <w:rFonts w:ascii="Arial" w:hAnsi="Arial" w:cs="Arial"/>
          <w:sz w:val="24"/>
          <w:szCs w:val="24"/>
        </w:rPr>
        <w:t>A</w:t>
      </w:r>
      <w:r w:rsidRPr="00E93608">
        <w:rPr>
          <w:rFonts w:ascii="Arial" w:hAnsi="Arial" w:cs="Arial"/>
          <w:sz w:val="24"/>
          <w:szCs w:val="24"/>
        </w:rPr>
        <w:t xml:space="preserve"> en el mes de septiembre justamente es el momento para que haga llegar este su</w:t>
      </w:r>
      <w:r>
        <w:rPr>
          <w:rFonts w:ascii="Arial" w:hAnsi="Arial" w:cs="Arial"/>
          <w:sz w:val="24"/>
          <w:szCs w:val="24"/>
        </w:rPr>
        <w:t xml:space="preserve"> </w:t>
      </w:r>
      <w:r w:rsidRPr="00E93608">
        <w:rPr>
          <w:rFonts w:ascii="Arial" w:hAnsi="Arial" w:cs="Arial"/>
          <w:sz w:val="24"/>
          <w:szCs w:val="24"/>
        </w:rPr>
        <w:t>propuesta ante la Dirección de Innovación Gubernamental con la justificación de la necesidad de una o</w:t>
      </w:r>
      <w:r>
        <w:rPr>
          <w:rFonts w:ascii="Arial" w:hAnsi="Arial" w:cs="Arial"/>
          <w:sz w:val="24"/>
          <w:szCs w:val="24"/>
        </w:rPr>
        <w:t xml:space="preserve"> </w:t>
      </w:r>
      <w:r w:rsidRPr="00E93608">
        <w:rPr>
          <w:rFonts w:ascii="Arial" w:hAnsi="Arial" w:cs="Arial"/>
          <w:sz w:val="24"/>
          <w:szCs w:val="24"/>
        </w:rPr>
        <w:t>dos psicólogos, no sé cuáles son los que se requieran, a efecto de que este se pueda validar si este si es</w:t>
      </w:r>
      <w:r>
        <w:rPr>
          <w:rFonts w:ascii="Arial" w:hAnsi="Arial" w:cs="Arial"/>
          <w:sz w:val="24"/>
          <w:szCs w:val="24"/>
        </w:rPr>
        <w:t xml:space="preserve"> </w:t>
      </w:r>
      <w:r w:rsidRPr="00E93608">
        <w:rPr>
          <w:rFonts w:ascii="Arial" w:hAnsi="Arial" w:cs="Arial"/>
          <w:sz w:val="24"/>
          <w:szCs w:val="24"/>
        </w:rPr>
        <w:t>posible su integración en la plantilla de este presupuesto 2027</w:t>
      </w:r>
      <w:r>
        <w:rPr>
          <w:rFonts w:ascii="Arial" w:hAnsi="Arial" w:cs="Arial"/>
          <w:sz w:val="24"/>
          <w:szCs w:val="24"/>
        </w:rPr>
        <w:t xml:space="preserve"> dos mil veintisiete</w:t>
      </w:r>
      <w:r w:rsidRPr="00E93608">
        <w:rPr>
          <w:rFonts w:ascii="Arial" w:hAnsi="Arial" w:cs="Arial"/>
          <w:sz w:val="24"/>
          <w:szCs w:val="24"/>
        </w:rPr>
        <w:t>. Entonces, para que por favor este la haga llegar en ese</w:t>
      </w:r>
      <w:r>
        <w:rPr>
          <w:rFonts w:ascii="Arial" w:hAnsi="Arial" w:cs="Arial"/>
          <w:sz w:val="24"/>
          <w:szCs w:val="24"/>
        </w:rPr>
        <w:t xml:space="preserve"> </w:t>
      </w:r>
      <w:r w:rsidRPr="00E93608">
        <w:rPr>
          <w:rFonts w:ascii="Arial" w:hAnsi="Arial" w:cs="Arial"/>
          <w:sz w:val="24"/>
          <w:szCs w:val="24"/>
        </w:rPr>
        <w:t>tiempo y al menos no sea por falta de gestión el que no se pudiese incluir. Gracias.</w:t>
      </w:r>
    </w:p>
    <w:p w14:paraId="7604D737" w14:textId="37EF6B52" w:rsidR="00B246C1" w:rsidRDefault="003862AC" w:rsidP="00E93608">
      <w:pPr>
        <w:jc w:val="both"/>
        <w:rPr>
          <w:rFonts w:ascii="Arial" w:hAnsi="Arial" w:cs="Arial"/>
          <w:sz w:val="24"/>
          <w:szCs w:val="24"/>
        </w:rPr>
      </w:pPr>
      <w:r>
        <w:rPr>
          <w:rFonts w:ascii="Arial" w:hAnsi="Arial" w:cs="Arial"/>
          <w:b/>
          <w:bCs/>
          <w:sz w:val="24"/>
          <w:szCs w:val="24"/>
        </w:rPr>
        <w:t xml:space="preserve">C. ÓSCAR MURGÍA TORRES. - </w:t>
      </w:r>
      <w:r w:rsidRPr="00E93608">
        <w:rPr>
          <w:rFonts w:ascii="Arial" w:hAnsi="Arial" w:cs="Arial"/>
          <w:sz w:val="24"/>
          <w:szCs w:val="24"/>
        </w:rPr>
        <w:t>Sí, muchas gracias.</w:t>
      </w:r>
      <w:r>
        <w:rPr>
          <w:rFonts w:ascii="Arial" w:hAnsi="Arial" w:cs="Arial"/>
          <w:sz w:val="24"/>
          <w:szCs w:val="24"/>
        </w:rPr>
        <w:t xml:space="preserve"> </w:t>
      </w:r>
      <w:r w:rsidRPr="00E93608">
        <w:rPr>
          <w:rFonts w:ascii="Arial" w:hAnsi="Arial" w:cs="Arial"/>
          <w:sz w:val="24"/>
          <w:szCs w:val="24"/>
        </w:rPr>
        <w:t>Bueno, dentro de lo mi participación era hacerle esa pregunta a usted. Qué bueno que ya lo resolvió de esa manera. Y la</w:t>
      </w:r>
      <w:r>
        <w:rPr>
          <w:rFonts w:ascii="Arial" w:hAnsi="Arial" w:cs="Arial"/>
          <w:sz w:val="24"/>
          <w:szCs w:val="24"/>
        </w:rPr>
        <w:t xml:space="preserve"> </w:t>
      </w:r>
      <w:r w:rsidRPr="00E93608">
        <w:rPr>
          <w:rFonts w:ascii="Arial" w:hAnsi="Arial" w:cs="Arial"/>
          <w:sz w:val="24"/>
          <w:szCs w:val="24"/>
        </w:rPr>
        <w:t xml:space="preserve">otra, desde luego, de acuerdo a los a las manifestaciones aquí vertidas por la </w:t>
      </w:r>
      <w:r w:rsidR="00852CA4">
        <w:rPr>
          <w:rFonts w:ascii="Arial" w:hAnsi="Arial" w:cs="Arial"/>
          <w:sz w:val="24"/>
          <w:szCs w:val="24"/>
        </w:rPr>
        <w:t>D</w:t>
      </w:r>
      <w:r w:rsidRPr="00E93608">
        <w:rPr>
          <w:rFonts w:ascii="Arial" w:hAnsi="Arial" w:cs="Arial"/>
          <w:sz w:val="24"/>
          <w:szCs w:val="24"/>
        </w:rPr>
        <w:t xml:space="preserve">octora </w:t>
      </w:r>
      <w:r w:rsidR="00852CA4" w:rsidRPr="00E93608">
        <w:rPr>
          <w:rFonts w:ascii="Arial" w:hAnsi="Arial" w:cs="Arial"/>
          <w:sz w:val="24"/>
          <w:szCs w:val="24"/>
        </w:rPr>
        <w:t>Celeste, comentarle</w:t>
      </w:r>
      <w:r w:rsidRPr="00E93608">
        <w:rPr>
          <w:rFonts w:ascii="Arial" w:hAnsi="Arial" w:cs="Arial"/>
          <w:sz w:val="24"/>
          <w:szCs w:val="24"/>
        </w:rPr>
        <w:t xml:space="preserve"> que</w:t>
      </w:r>
      <w:r>
        <w:rPr>
          <w:rFonts w:ascii="Arial" w:hAnsi="Arial" w:cs="Arial"/>
          <w:sz w:val="24"/>
          <w:szCs w:val="24"/>
        </w:rPr>
        <w:t xml:space="preserve"> </w:t>
      </w:r>
      <w:r w:rsidRPr="00E93608">
        <w:rPr>
          <w:rFonts w:ascii="Arial" w:hAnsi="Arial" w:cs="Arial"/>
          <w:sz w:val="24"/>
          <w:szCs w:val="24"/>
        </w:rPr>
        <w:t xml:space="preserve">parcialmente estoy de acuerdo con usted, ¿verdad? Y lo digo por lo siguiente y de la misma manera con el </w:t>
      </w:r>
      <w:r>
        <w:rPr>
          <w:rFonts w:ascii="Arial" w:hAnsi="Arial" w:cs="Arial"/>
          <w:sz w:val="24"/>
          <w:szCs w:val="24"/>
        </w:rPr>
        <w:t>R</w:t>
      </w:r>
      <w:r w:rsidRPr="00E93608">
        <w:rPr>
          <w:rFonts w:ascii="Arial" w:hAnsi="Arial" w:cs="Arial"/>
          <w:sz w:val="24"/>
          <w:szCs w:val="24"/>
        </w:rPr>
        <w:t>egidor Gustavo,</w:t>
      </w:r>
      <w:r>
        <w:rPr>
          <w:rFonts w:ascii="Arial" w:hAnsi="Arial" w:cs="Arial"/>
          <w:sz w:val="24"/>
          <w:szCs w:val="24"/>
        </w:rPr>
        <w:t xml:space="preserve"> </w:t>
      </w:r>
      <w:r w:rsidRPr="00E93608">
        <w:rPr>
          <w:rFonts w:ascii="Arial" w:hAnsi="Arial" w:cs="Arial"/>
          <w:sz w:val="24"/>
          <w:szCs w:val="24"/>
        </w:rPr>
        <w:t>de manera muy respetuosa por lo que voy a comentar.</w:t>
      </w:r>
      <w:r>
        <w:rPr>
          <w:rFonts w:ascii="Arial" w:hAnsi="Arial" w:cs="Arial"/>
          <w:sz w:val="24"/>
          <w:szCs w:val="24"/>
        </w:rPr>
        <w:t xml:space="preserve"> R</w:t>
      </w:r>
      <w:r w:rsidRPr="00E93608">
        <w:rPr>
          <w:rFonts w:ascii="Arial" w:hAnsi="Arial" w:cs="Arial"/>
          <w:sz w:val="24"/>
          <w:szCs w:val="24"/>
        </w:rPr>
        <w:t>egalar un servicio de consulta psicológica, en verdad, ahí es donde le doy la razón</w:t>
      </w:r>
      <w:r>
        <w:rPr>
          <w:rFonts w:ascii="Arial" w:hAnsi="Arial" w:cs="Arial"/>
          <w:sz w:val="24"/>
          <w:szCs w:val="24"/>
        </w:rPr>
        <w:t xml:space="preserve"> </w:t>
      </w:r>
      <w:r w:rsidRPr="00E93608">
        <w:rPr>
          <w:rFonts w:ascii="Arial" w:hAnsi="Arial" w:cs="Arial"/>
          <w:sz w:val="24"/>
          <w:szCs w:val="24"/>
        </w:rPr>
        <w:t>a usted, la gente no lo valoraría, además de que también el organismo</w:t>
      </w:r>
      <w:r>
        <w:rPr>
          <w:rFonts w:ascii="Arial" w:hAnsi="Arial" w:cs="Arial"/>
          <w:sz w:val="24"/>
          <w:szCs w:val="24"/>
        </w:rPr>
        <w:t xml:space="preserve"> </w:t>
      </w:r>
      <w:r w:rsidRPr="00E93608">
        <w:rPr>
          <w:rFonts w:ascii="Arial" w:hAnsi="Arial" w:cs="Arial"/>
          <w:sz w:val="24"/>
          <w:szCs w:val="24"/>
        </w:rPr>
        <w:t>necesita recursos y no podemos ser ajenos tampoco a eso. Lo que, si pudiera yo proponer en este tema en particular</w:t>
      </w:r>
      <w:r>
        <w:rPr>
          <w:rFonts w:ascii="Arial" w:hAnsi="Arial" w:cs="Arial"/>
          <w:sz w:val="24"/>
          <w:szCs w:val="24"/>
        </w:rPr>
        <w:t xml:space="preserve"> </w:t>
      </w:r>
      <w:r w:rsidRPr="00E93608">
        <w:rPr>
          <w:rFonts w:ascii="Arial" w:hAnsi="Arial" w:cs="Arial"/>
          <w:sz w:val="24"/>
          <w:szCs w:val="24"/>
        </w:rPr>
        <w:t>para las personas que de alguna otra manera no puedan pagar ni siquiera 50</w:t>
      </w:r>
      <w:r>
        <w:rPr>
          <w:rFonts w:ascii="Arial" w:hAnsi="Arial" w:cs="Arial"/>
          <w:sz w:val="24"/>
          <w:szCs w:val="24"/>
        </w:rPr>
        <w:t xml:space="preserve"> cincuenta</w:t>
      </w:r>
      <w:r w:rsidRPr="00E93608">
        <w:rPr>
          <w:rFonts w:ascii="Arial" w:hAnsi="Arial" w:cs="Arial"/>
          <w:sz w:val="24"/>
          <w:szCs w:val="24"/>
        </w:rPr>
        <w:t xml:space="preserve"> pesos, bueno, se le tendría que condonar</w:t>
      </w:r>
      <w:r>
        <w:rPr>
          <w:rFonts w:ascii="Arial" w:hAnsi="Arial" w:cs="Arial"/>
          <w:sz w:val="24"/>
          <w:szCs w:val="24"/>
        </w:rPr>
        <w:t xml:space="preserve"> </w:t>
      </w:r>
      <w:r w:rsidRPr="00E93608">
        <w:rPr>
          <w:rFonts w:ascii="Arial" w:hAnsi="Arial" w:cs="Arial"/>
          <w:sz w:val="24"/>
          <w:szCs w:val="24"/>
        </w:rPr>
        <w:t>entonces el servicio y así cubrimos lo que dice el regidor Gustavo, ¿verdad? De</w:t>
      </w:r>
      <w:r>
        <w:rPr>
          <w:rFonts w:ascii="Arial" w:hAnsi="Arial" w:cs="Arial"/>
          <w:sz w:val="24"/>
          <w:szCs w:val="24"/>
        </w:rPr>
        <w:t xml:space="preserve"> </w:t>
      </w:r>
      <w:r w:rsidRPr="00E93608">
        <w:rPr>
          <w:rFonts w:ascii="Arial" w:hAnsi="Arial" w:cs="Arial"/>
          <w:sz w:val="24"/>
          <w:szCs w:val="24"/>
        </w:rPr>
        <w:t>poder arropar aquellas familias o aquellas personas de casos recursos que</w:t>
      </w:r>
      <w:r>
        <w:rPr>
          <w:rFonts w:ascii="Arial" w:hAnsi="Arial" w:cs="Arial"/>
          <w:sz w:val="24"/>
          <w:szCs w:val="24"/>
        </w:rPr>
        <w:t xml:space="preserve"> </w:t>
      </w:r>
      <w:r w:rsidRPr="00E93608">
        <w:rPr>
          <w:rFonts w:ascii="Arial" w:hAnsi="Arial" w:cs="Arial"/>
          <w:sz w:val="24"/>
          <w:szCs w:val="24"/>
        </w:rPr>
        <w:t xml:space="preserve">no tienen ni para pagar esa consulta, aun así, sean </w:t>
      </w:r>
      <w:r w:rsidR="001B485C">
        <w:rPr>
          <w:rFonts w:ascii="Arial" w:hAnsi="Arial" w:cs="Arial"/>
          <w:sz w:val="24"/>
          <w:szCs w:val="24"/>
        </w:rPr>
        <w:t>$</w:t>
      </w:r>
      <w:r w:rsidRPr="00E93608">
        <w:rPr>
          <w:rFonts w:ascii="Arial" w:hAnsi="Arial" w:cs="Arial"/>
          <w:sz w:val="24"/>
          <w:szCs w:val="24"/>
        </w:rPr>
        <w:t>50</w:t>
      </w:r>
      <w:r w:rsidR="001B485C">
        <w:rPr>
          <w:rFonts w:ascii="Arial" w:hAnsi="Arial" w:cs="Arial"/>
          <w:sz w:val="24"/>
          <w:szCs w:val="24"/>
        </w:rPr>
        <w:t>.00</w:t>
      </w:r>
      <w:r w:rsidRPr="00E93608">
        <w:rPr>
          <w:rFonts w:ascii="Arial" w:hAnsi="Arial" w:cs="Arial"/>
          <w:sz w:val="24"/>
          <w:szCs w:val="24"/>
        </w:rPr>
        <w:t xml:space="preserve">, </w:t>
      </w:r>
      <w:r w:rsidR="001B485C">
        <w:rPr>
          <w:rFonts w:ascii="Arial" w:hAnsi="Arial" w:cs="Arial"/>
          <w:sz w:val="24"/>
          <w:szCs w:val="24"/>
        </w:rPr>
        <w:t>$</w:t>
      </w:r>
      <w:r w:rsidRPr="00E93608">
        <w:rPr>
          <w:rFonts w:ascii="Arial" w:hAnsi="Arial" w:cs="Arial"/>
          <w:sz w:val="24"/>
          <w:szCs w:val="24"/>
        </w:rPr>
        <w:t>78</w:t>
      </w:r>
      <w:r w:rsidR="001B485C">
        <w:rPr>
          <w:rFonts w:ascii="Arial" w:hAnsi="Arial" w:cs="Arial"/>
          <w:sz w:val="24"/>
          <w:szCs w:val="24"/>
        </w:rPr>
        <w:t>.00</w:t>
      </w:r>
      <w:r w:rsidRPr="00E93608">
        <w:rPr>
          <w:rFonts w:ascii="Arial" w:hAnsi="Arial" w:cs="Arial"/>
          <w:sz w:val="24"/>
          <w:szCs w:val="24"/>
        </w:rPr>
        <w:t xml:space="preserve"> o </w:t>
      </w:r>
      <w:r w:rsidR="001B485C">
        <w:rPr>
          <w:rFonts w:ascii="Arial" w:hAnsi="Arial" w:cs="Arial"/>
          <w:sz w:val="24"/>
          <w:szCs w:val="24"/>
        </w:rPr>
        <w:t>$</w:t>
      </w:r>
      <w:r w:rsidRPr="00E93608">
        <w:rPr>
          <w:rFonts w:ascii="Arial" w:hAnsi="Arial" w:cs="Arial"/>
          <w:sz w:val="24"/>
          <w:szCs w:val="24"/>
        </w:rPr>
        <w:t>94</w:t>
      </w:r>
      <w:r w:rsidR="001B485C">
        <w:rPr>
          <w:rFonts w:ascii="Arial" w:hAnsi="Arial" w:cs="Arial"/>
          <w:sz w:val="24"/>
          <w:szCs w:val="24"/>
        </w:rPr>
        <w:t>.00</w:t>
      </w:r>
      <w:r>
        <w:rPr>
          <w:rFonts w:ascii="Arial" w:hAnsi="Arial" w:cs="Arial"/>
          <w:sz w:val="24"/>
          <w:szCs w:val="24"/>
        </w:rPr>
        <w:t xml:space="preserve"> pesos </w:t>
      </w:r>
      <w:r w:rsidRPr="00E93608">
        <w:rPr>
          <w:rFonts w:ascii="Arial" w:hAnsi="Arial" w:cs="Arial"/>
          <w:sz w:val="24"/>
          <w:szCs w:val="24"/>
        </w:rPr>
        <w:t xml:space="preserve">por ahí sería. A lo mejor lo hace y </w:t>
      </w:r>
      <w:r w:rsidRPr="00E93608">
        <w:rPr>
          <w:rFonts w:ascii="Arial" w:hAnsi="Arial" w:cs="Arial"/>
          <w:sz w:val="24"/>
          <w:szCs w:val="24"/>
        </w:rPr>
        <w:lastRenderedPageBreak/>
        <w:t>ahorita que usted intervenga nos dará nos dará mayor información. De ser así,</w:t>
      </w:r>
      <w:r>
        <w:rPr>
          <w:rFonts w:ascii="Arial" w:hAnsi="Arial" w:cs="Arial"/>
          <w:sz w:val="24"/>
          <w:szCs w:val="24"/>
        </w:rPr>
        <w:t xml:space="preserve"> </w:t>
      </w:r>
      <w:r w:rsidRPr="00E93608">
        <w:rPr>
          <w:rFonts w:ascii="Arial" w:hAnsi="Arial" w:cs="Arial"/>
          <w:sz w:val="24"/>
          <w:szCs w:val="24"/>
        </w:rPr>
        <w:t xml:space="preserve">pues qué bueno, ¿no? Ahí </w:t>
      </w:r>
      <w:r w:rsidR="00852CA4" w:rsidRPr="00E93608">
        <w:rPr>
          <w:rFonts w:ascii="Arial" w:hAnsi="Arial" w:cs="Arial"/>
          <w:sz w:val="24"/>
          <w:szCs w:val="24"/>
        </w:rPr>
        <w:t>estaremos por</w:t>
      </w:r>
      <w:r w:rsidRPr="00E93608">
        <w:rPr>
          <w:rFonts w:ascii="Arial" w:hAnsi="Arial" w:cs="Arial"/>
          <w:sz w:val="24"/>
          <w:szCs w:val="24"/>
        </w:rPr>
        <w:t xml:space="preserve"> lo pronto arropando este tipo de circunstancias.</w:t>
      </w:r>
      <w:r>
        <w:rPr>
          <w:rFonts w:ascii="Arial" w:hAnsi="Arial" w:cs="Arial"/>
          <w:sz w:val="24"/>
          <w:szCs w:val="24"/>
        </w:rPr>
        <w:t xml:space="preserve"> P</w:t>
      </w:r>
      <w:r w:rsidRPr="00E93608">
        <w:rPr>
          <w:rFonts w:ascii="Arial" w:hAnsi="Arial" w:cs="Arial"/>
          <w:sz w:val="24"/>
          <w:szCs w:val="24"/>
        </w:rPr>
        <w:t xml:space="preserve">or lo otro, de aumentar y leyendo desde </w:t>
      </w:r>
      <w:r w:rsidR="00852CA4" w:rsidRPr="00E93608">
        <w:rPr>
          <w:rFonts w:ascii="Arial" w:hAnsi="Arial" w:cs="Arial"/>
          <w:sz w:val="24"/>
          <w:szCs w:val="24"/>
        </w:rPr>
        <w:t>luego el</w:t>
      </w:r>
      <w:r w:rsidRPr="00E93608">
        <w:rPr>
          <w:rFonts w:ascii="Arial" w:hAnsi="Arial" w:cs="Arial"/>
          <w:sz w:val="24"/>
          <w:szCs w:val="24"/>
        </w:rPr>
        <w:t xml:space="preserve"> argumento del cual se solicita se aumenta el 20% porque probablemente dice ahí que más adelante podamos contratar a otro</w:t>
      </w:r>
      <w:r>
        <w:rPr>
          <w:rFonts w:ascii="Arial" w:hAnsi="Arial" w:cs="Arial"/>
          <w:sz w:val="24"/>
          <w:szCs w:val="24"/>
        </w:rPr>
        <w:t xml:space="preserve"> </w:t>
      </w:r>
      <w:r w:rsidRPr="00E93608">
        <w:rPr>
          <w:rFonts w:ascii="Arial" w:hAnsi="Arial" w:cs="Arial"/>
          <w:sz w:val="24"/>
          <w:szCs w:val="24"/>
        </w:rPr>
        <w:t>prestador de servicio ecología. Bueno, pues la ruta ya la tenemos marcada con la tesorera, sin necesidad de tomar en</w:t>
      </w:r>
      <w:r>
        <w:rPr>
          <w:rFonts w:ascii="Arial" w:hAnsi="Arial" w:cs="Arial"/>
          <w:sz w:val="24"/>
          <w:szCs w:val="24"/>
        </w:rPr>
        <w:t xml:space="preserve"> </w:t>
      </w:r>
      <w:r w:rsidRPr="00E93608">
        <w:rPr>
          <w:rFonts w:ascii="Arial" w:hAnsi="Arial" w:cs="Arial"/>
          <w:sz w:val="24"/>
          <w:szCs w:val="24"/>
        </w:rPr>
        <w:t>cuenta el aumento y el criterio que ahí se dice para poder en un futuro poder contratar a alguien más. La ruta ya nos</w:t>
      </w:r>
      <w:r w:rsidR="00B246C1">
        <w:rPr>
          <w:rFonts w:ascii="Arial" w:hAnsi="Arial" w:cs="Arial"/>
          <w:sz w:val="24"/>
          <w:szCs w:val="24"/>
        </w:rPr>
        <w:t xml:space="preserve"> </w:t>
      </w:r>
      <w:r w:rsidRPr="00E93608">
        <w:rPr>
          <w:rFonts w:ascii="Arial" w:hAnsi="Arial" w:cs="Arial"/>
          <w:sz w:val="24"/>
          <w:szCs w:val="24"/>
        </w:rPr>
        <w:t>la dijo la tesorera, que yo creo que sería la más eficiente y pronto poder contratar a alguien más en esa</w:t>
      </w:r>
      <w:r w:rsidR="00B246C1">
        <w:rPr>
          <w:rFonts w:ascii="Arial" w:hAnsi="Arial" w:cs="Arial"/>
          <w:sz w:val="24"/>
          <w:szCs w:val="24"/>
        </w:rPr>
        <w:t xml:space="preserve"> </w:t>
      </w:r>
      <w:r w:rsidRPr="00E93608">
        <w:rPr>
          <w:rFonts w:ascii="Arial" w:hAnsi="Arial" w:cs="Arial"/>
          <w:sz w:val="24"/>
          <w:szCs w:val="24"/>
        </w:rPr>
        <w:t xml:space="preserve">área, sí sigo yo manteniéndome en el tema de que la consulta individual sea en </w:t>
      </w:r>
      <w:r w:rsidR="001B485C">
        <w:rPr>
          <w:rFonts w:ascii="Arial" w:hAnsi="Arial" w:cs="Arial"/>
          <w:sz w:val="24"/>
          <w:szCs w:val="24"/>
        </w:rPr>
        <w:t>$</w:t>
      </w:r>
      <w:r w:rsidRPr="00E93608">
        <w:rPr>
          <w:rFonts w:ascii="Arial" w:hAnsi="Arial" w:cs="Arial"/>
          <w:sz w:val="24"/>
          <w:szCs w:val="24"/>
        </w:rPr>
        <w:t>50</w:t>
      </w:r>
      <w:r w:rsidR="001B485C">
        <w:rPr>
          <w:rFonts w:ascii="Arial" w:hAnsi="Arial" w:cs="Arial"/>
          <w:sz w:val="24"/>
          <w:szCs w:val="24"/>
        </w:rPr>
        <w:t>.00</w:t>
      </w:r>
      <w:r w:rsidRPr="00E93608">
        <w:rPr>
          <w:rFonts w:ascii="Arial" w:hAnsi="Arial" w:cs="Arial"/>
          <w:sz w:val="24"/>
          <w:szCs w:val="24"/>
        </w:rPr>
        <w:t xml:space="preserve"> pesos.</w:t>
      </w:r>
      <w:r w:rsidR="00B246C1">
        <w:rPr>
          <w:rFonts w:ascii="Arial" w:hAnsi="Arial" w:cs="Arial"/>
          <w:sz w:val="24"/>
          <w:szCs w:val="24"/>
        </w:rPr>
        <w:t xml:space="preserve"> N</w:t>
      </w:r>
      <w:r w:rsidRPr="00E93608">
        <w:rPr>
          <w:rFonts w:ascii="Arial" w:hAnsi="Arial" w:cs="Arial"/>
          <w:sz w:val="24"/>
          <w:szCs w:val="24"/>
        </w:rPr>
        <w:t xml:space="preserve">o estoy de acuerdo en que se diga </w:t>
      </w:r>
      <w:r w:rsidR="00B246C1" w:rsidRPr="00E93608">
        <w:rPr>
          <w:rFonts w:ascii="Arial" w:hAnsi="Arial" w:cs="Arial"/>
          <w:sz w:val="24"/>
          <w:szCs w:val="24"/>
        </w:rPr>
        <w:t>que,</w:t>
      </w:r>
      <w:r w:rsidRPr="00E93608">
        <w:rPr>
          <w:rFonts w:ascii="Arial" w:hAnsi="Arial" w:cs="Arial"/>
          <w:sz w:val="24"/>
          <w:szCs w:val="24"/>
        </w:rPr>
        <w:t xml:space="preserve"> si tenemos que aumentarle la gente va a valorar más, ¿no? La gente que</w:t>
      </w:r>
      <w:r w:rsidR="00B246C1">
        <w:rPr>
          <w:rFonts w:ascii="Arial" w:hAnsi="Arial" w:cs="Arial"/>
          <w:sz w:val="24"/>
          <w:szCs w:val="24"/>
        </w:rPr>
        <w:t xml:space="preserve"> </w:t>
      </w:r>
      <w:r w:rsidRPr="00E93608">
        <w:rPr>
          <w:rFonts w:ascii="Arial" w:hAnsi="Arial" w:cs="Arial"/>
          <w:sz w:val="24"/>
          <w:szCs w:val="24"/>
        </w:rPr>
        <w:t>tiene necesidad simple y sencillamente va a acudir en donde le alcance el presupuesto.</w:t>
      </w:r>
      <w:r w:rsidR="00B246C1">
        <w:rPr>
          <w:rFonts w:ascii="Arial" w:hAnsi="Arial" w:cs="Arial"/>
          <w:sz w:val="24"/>
          <w:szCs w:val="24"/>
        </w:rPr>
        <w:t xml:space="preserve"> </w:t>
      </w:r>
      <w:r w:rsidRPr="00E93608">
        <w:rPr>
          <w:rFonts w:ascii="Arial" w:hAnsi="Arial" w:cs="Arial"/>
          <w:sz w:val="24"/>
          <w:szCs w:val="24"/>
        </w:rPr>
        <w:t xml:space="preserve">De que lo valore el servicio después de esa consulta va a depender mucho del servidor o en este </w:t>
      </w:r>
      <w:r w:rsidR="00852CA4" w:rsidRPr="00E93608">
        <w:rPr>
          <w:rFonts w:ascii="Arial" w:hAnsi="Arial" w:cs="Arial"/>
          <w:sz w:val="24"/>
          <w:szCs w:val="24"/>
        </w:rPr>
        <w:t>caso del</w:t>
      </w:r>
      <w:r w:rsidRPr="00E93608">
        <w:rPr>
          <w:rFonts w:ascii="Arial" w:hAnsi="Arial" w:cs="Arial"/>
          <w:sz w:val="24"/>
          <w:szCs w:val="24"/>
        </w:rPr>
        <w:t xml:space="preserve"> psicólogo</w:t>
      </w:r>
      <w:r w:rsidR="00B246C1">
        <w:rPr>
          <w:rFonts w:ascii="Arial" w:hAnsi="Arial" w:cs="Arial"/>
          <w:sz w:val="24"/>
          <w:szCs w:val="24"/>
        </w:rPr>
        <w:t xml:space="preserve"> </w:t>
      </w:r>
      <w:r w:rsidRPr="00E93608">
        <w:rPr>
          <w:rFonts w:ascii="Arial" w:hAnsi="Arial" w:cs="Arial"/>
          <w:sz w:val="24"/>
          <w:szCs w:val="24"/>
        </w:rPr>
        <w:t>que brinde la consulta, ¿verdad? de la calidad de la que la brinde para que entonces la persona que la reciba pueda</w:t>
      </w:r>
      <w:r w:rsidR="00B246C1">
        <w:rPr>
          <w:rFonts w:ascii="Arial" w:hAnsi="Arial" w:cs="Arial"/>
          <w:sz w:val="24"/>
          <w:szCs w:val="24"/>
        </w:rPr>
        <w:t xml:space="preserve"> </w:t>
      </w:r>
      <w:r w:rsidRPr="00E93608">
        <w:rPr>
          <w:rFonts w:ascii="Arial" w:hAnsi="Arial" w:cs="Arial"/>
          <w:sz w:val="24"/>
          <w:szCs w:val="24"/>
        </w:rPr>
        <w:t>determinar si es conveniente seguir ahí o no, pero primero tendrá que ver esa persona si le</w:t>
      </w:r>
      <w:r w:rsidR="00B246C1">
        <w:rPr>
          <w:rFonts w:ascii="Arial" w:hAnsi="Arial" w:cs="Arial"/>
          <w:sz w:val="24"/>
          <w:szCs w:val="24"/>
        </w:rPr>
        <w:t xml:space="preserve"> </w:t>
      </w:r>
      <w:r w:rsidRPr="00E93608">
        <w:rPr>
          <w:rFonts w:ascii="Arial" w:hAnsi="Arial" w:cs="Arial"/>
          <w:sz w:val="24"/>
          <w:szCs w:val="24"/>
        </w:rPr>
        <w:t xml:space="preserve">alcanza a pagar </w:t>
      </w:r>
      <w:r w:rsidR="001B485C">
        <w:rPr>
          <w:rFonts w:ascii="Arial" w:hAnsi="Arial" w:cs="Arial"/>
          <w:sz w:val="24"/>
          <w:szCs w:val="24"/>
        </w:rPr>
        <w:t>$</w:t>
      </w:r>
      <w:r w:rsidRPr="00E93608">
        <w:rPr>
          <w:rFonts w:ascii="Arial" w:hAnsi="Arial" w:cs="Arial"/>
          <w:sz w:val="24"/>
          <w:szCs w:val="24"/>
        </w:rPr>
        <w:t>78</w:t>
      </w:r>
      <w:r w:rsidR="001B485C">
        <w:rPr>
          <w:rFonts w:ascii="Arial" w:hAnsi="Arial" w:cs="Arial"/>
          <w:sz w:val="24"/>
          <w:szCs w:val="24"/>
        </w:rPr>
        <w:t>.00</w:t>
      </w:r>
      <w:r w:rsidRPr="00E93608">
        <w:rPr>
          <w:rFonts w:ascii="Arial" w:hAnsi="Arial" w:cs="Arial"/>
          <w:sz w:val="24"/>
          <w:szCs w:val="24"/>
        </w:rPr>
        <w:t xml:space="preserve"> o </w:t>
      </w:r>
      <w:r w:rsidR="001B485C">
        <w:rPr>
          <w:rFonts w:ascii="Arial" w:hAnsi="Arial" w:cs="Arial"/>
          <w:sz w:val="24"/>
          <w:szCs w:val="24"/>
        </w:rPr>
        <w:t>$</w:t>
      </w:r>
      <w:r w:rsidRPr="00E93608">
        <w:rPr>
          <w:rFonts w:ascii="Arial" w:hAnsi="Arial" w:cs="Arial"/>
          <w:sz w:val="24"/>
          <w:szCs w:val="24"/>
        </w:rPr>
        <w:t>90</w:t>
      </w:r>
      <w:r w:rsidR="001B485C">
        <w:rPr>
          <w:rFonts w:ascii="Arial" w:hAnsi="Arial" w:cs="Arial"/>
          <w:sz w:val="24"/>
          <w:szCs w:val="24"/>
        </w:rPr>
        <w:t>.00</w:t>
      </w:r>
      <w:r w:rsidRPr="00E93608">
        <w:rPr>
          <w:rFonts w:ascii="Arial" w:hAnsi="Arial" w:cs="Arial"/>
          <w:sz w:val="24"/>
          <w:szCs w:val="24"/>
        </w:rPr>
        <w:t xml:space="preserve"> y tantos pesos o </w:t>
      </w:r>
      <w:r w:rsidR="001B485C">
        <w:rPr>
          <w:rFonts w:ascii="Arial" w:hAnsi="Arial" w:cs="Arial"/>
          <w:sz w:val="24"/>
          <w:szCs w:val="24"/>
        </w:rPr>
        <w:t>$</w:t>
      </w:r>
      <w:r w:rsidRPr="00E93608">
        <w:rPr>
          <w:rFonts w:ascii="Arial" w:hAnsi="Arial" w:cs="Arial"/>
          <w:sz w:val="24"/>
          <w:szCs w:val="24"/>
        </w:rPr>
        <w:t>50</w:t>
      </w:r>
      <w:r w:rsidR="001B485C">
        <w:rPr>
          <w:rFonts w:ascii="Arial" w:hAnsi="Arial" w:cs="Arial"/>
          <w:sz w:val="24"/>
          <w:szCs w:val="24"/>
        </w:rPr>
        <w:t>.00</w:t>
      </w:r>
      <w:r w:rsidRPr="00E93608">
        <w:rPr>
          <w:rFonts w:ascii="Arial" w:hAnsi="Arial" w:cs="Arial"/>
          <w:sz w:val="24"/>
          <w:szCs w:val="24"/>
        </w:rPr>
        <w:t>.</w:t>
      </w:r>
      <w:r w:rsidR="00B246C1">
        <w:rPr>
          <w:rFonts w:ascii="Arial" w:hAnsi="Arial" w:cs="Arial"/>
          <w:sz w:val="24"/>
          <w:szCs w:val="24"/>
        </w:rPr>
        <w:t xml:space="preserve"> </w:t>
      </w:r>
      <w:r w:rsidRPr="00E93608">
        <w:rPr>
          <w:rFonts w:ascii="Arial" w:hAnsi="Arial" w:cs="Arial"/>
          <w:sz w:val="24"/>
          <w:szCs w:val="24"/>
        </w:rPr>
        <w:t>Entonces de ahí va a partir la persona, ¿hasta dónde puedo yo? Porque las consultas psicológicas, y usted me dará</w:t>
      </w:r>
      <w:r w:rsidR="00B246C1">
        <w:rPr>
          <w:rFonts w:ascii="Arial" w:hAnsi="Arial" w:cs="Arial"/>
          <w:sz w:val="24"/>
          <w:szCs w:val="24"/>
        </w:rPr>
        <w:t xml:space="preserve"> </w:t>
      </w:r>
      <w:r w:rsidRPr="00E93608">
        <w:rPr>
          <w:rFonts w:ascii="Arial" w:hAnsi="Arial" w:cs="Arial"/>
          <w:sz w:val="24"/>
          <w:szCs w:val="24"/>
        </w:rPr>
        <w:t>la razón, no solamente se da en una ocasión, dependiendo de la gravedad de la situación en la que está la</w:t>
      </w:r>
      <w:r w:rsidR="00B246C1">
        <w:rPr>
          <w:rFonts w:ascii="Arial" w:hAnsi="Arial" w:cs="Arial"/>
          <w:sz w:val="24"/>
          <w:szCs w:val="24"/>
        </w:rPr>
        <w:t xml:space="preserve"> </w:t>
      </w:r>
      <w:r w:rsidRPr="00E93608">
        <w:rPr>
          <w:rFonts w:ascii="Arial" w:hAnsi="Arial" w:cs="Arial"/>
          <w:sz w:val="24"/>
          <w:szCs w:val="24"/>
        </w:rPr>
        <w:t>persona viviendo. Y si hablamos de los delitos antes referidos, que incluso puede ser lesiones entre otros, pues</w:t>
      </w:r>
      <w:r w:rsidR="00B246C1">
        <w:rPr>
          <w:rFonts w:ascii="Arial" w:hAnsi="Arial" w:cs="Arial"/>
          <w:sz w:val="24"/>
          <w:szCs w:val="24"/>
        </w:rPr>
        <w:t xml:space="preserve"> </w:t>
      </w:r>
      <w:r w:rsidRPr="00E93608">
        <w:rPr>
          <w:rFonts w:ascii="Arial" w:hAnsi="Arial" w:cs="Arial"/>
          <w:sz w:val="24"/>
          <w:szCs w:val="24"/>
        </w:rPr>
        <w:t>puede el psicólogo decir, bueno, cinco o 10 sesiones.</w:t>
      </w:r>
      <w:r w:rsidR="00B246C1">
        <w:rPr>
          <w:rFonts w:ascii="Arial" w:hAnsi="Arial" w:cs="Arial"/>
          <w:sz w:val="24"/>
          <w:szCs w:val="24"/>
        </w:rPr>
        <w:t xml:space="preserve"> </w:t>
      </w:r>
      <w:r w:rsidRPr="00E93608">
        <w:rPr>
          <w:rFonts w:ascii="Arial" w:hAnsi="Arial" w:cs="Arial"/>
          <w:sz w:val="24"/>
          <w:szCs w:val="24"/>
        </w:rPr>
        <w:t xml:space="preserve">Entonces, cinco o 10 sesiones para una familia o para una persona pagando </w:t>
      </w:r>
      <w:r w:rsidR="001B485C">
        <w:rPr>
          <w:rFonts w:ascii="Arial" w:hAnsi="Arial" w:cs="Arial"/>
          <w:sz w:val="24"/>
          <w:szCs w:val="24"/>
        </w:rPr>
        <w:t>$</w:t>
      </w:r>
      <w:r w:rsidRPr="00E93608">
        <w:rPr>
          <w:rFonts w:ascii="Arial" w:hAnsi="Arial" w:cs="Arial"/>
          <w:sz w:val="24"/>
          <w:szCs w:val="24"/>
        </w:rPr>
        <w:t>300</w:t>
      </w:r>
      <w:r w:rsidR="001B485C">
        <w:rPr>
          <w:rFonts w:ascii="Arial" w:hAnsi="Arial" w:cs="Arial"/>
          <w:sz w:val="24"/>
          <w:szCs w:val="24"/>
        </w:rPr>
        <w:t>.00</w:t>
      </w:r>
      <w:r w:rsidRPr="00E93608">
        <w:rPr>
          <w:rFonts w:ascii="Arial" w:hAnsi="Arial" w:cs="Arial"/>
          <w:sz w:val="24"/>
          <w:szCs w:val="24"/>
        </w:rPr>
        <w:t xml:space="preserve"> y pico, </w:t>
      </w:r>
      <w:r w:rsidR="001B485C">
        <w:rPr>
          <w:rFonts w:ascii="Arial" w:hAnsi="Arial" w:cs="Arial"/>
          <w:sz w:val="24"/>
          <w:szCs w:val="24"/>
        </w:rPr>
        <w:t>$</w:t>
      </w:r>
      <w:r w:rsidRPr="00E93608">
        <w:rPr>
          <w:rFonts w:ascii="Arial" w:hAnsi="Arial" w:cs="Arial"/>
          <w:sz w:val="24"/>
          <w:szCs w:val="24"/>
        </w:rPr>
        <w:t>340</w:t>
      </w:r>
      <w:r w:rsidR="001B485C">
        <w:rPr>
          <w:rFonts w:ascii="Arial" w:hAnsi="Arial" w:cs="Arial"/>
          <w:sz w:val="24"/>
          <w:szCs w:val="24"/>
        </w:rPr>
        <w:t>.00</w:t>
      </w:r>
      <w:r w:rsidRPr="00E93608">
        <w:rPr>
          <w:rFonts w:ascii="Arial" w:hAnsi="Arial" w:cs="Arial"/>
          <w:sz w:val="24"/>
          <w:szCs w:val="24"/>
        </w:rPr>
        <w:t xml:space="preserve"> pesos, lo que va a pasar es que va a dejar de ir.</w:t>
      </w:r>
      <w:r w:rsidR="00B246C1">
        <w:rPr>
          <w:rFonts w:ascii="Arial" w:hAnsi="Arial" w:cs="Arial"/>
          <w:sz w:val="24"/>
          <w:szCs w:val="24"/>
        </w:rPr>
        <w:t xml:space="preserve"> </w:t>
      </w:r>
      <w:r w:rsidRPr="00E93608">
        <w:rPr>
          <w:rFonts w:ascii="Arial" w:hAnsi="Arial" w:cs="Arial"/>
          <w:sz w:val="24"/>
          <w:szCs w:val="24"/>
        </w:rPr>
        <w:t>va a dejar de ir, lo vamos a dejar a medias y el objetivo no se va a cumplir y la persona va a seguir sufriendo el</w:t>
      </w:r>
      <w:r w:rsidR="00B246C1">
        <w:rPr>
          <w:rFonts w:ascii="Arial" w:hAnsi="Arial" w:cs="Arial"/>
          <w:sz w:val="24"/>
          <w:szCs w:val="24"/>
        </w:rPr>
        <w:t xml:space="preserve"> </w:t>
      </w:r>
      <w:r w:rsidRPr="00E93608">
        <w:rPr>
          <w:rFonts w:ascii="Arial" w:hAnsi="Arial" w:cs="Arial"/>
          <w:sz w:val="24"/>
          <w:szCs w:val="24"/>
        </w:rPr>
        <w:t xml:space="preserve">daño y el día de </w:t>
      </w:r>
      <w:r w:rsidR="00852CA4" w:rsidRPr="00E93608">
        <w:rPr>
          <w:rFonts w:ascii="Arial" w:hAnsi="Arial" w:cs="Arial"/>
          <w:sz w:val="24"/>
          <w:szCs w:val="24"/>
        </w:rPr>
        <w:t>mañana las</w:t>
      </w:r>
      <w:r w:rsidRPr="00E93608">
        <w:rPr>
          <w:rFonts w:ascii="Arial" w:hAnsi="Arial" w:cs="Arial"/>
          <w:sz w:val="24"/>
          <w:szCs w:val="24"/>
        </w:rPr>
        <w:t xml:space="preserve"> consecuencias pudieran ser incluso fatales.</w:t>
      </w:r>
      <w:r w:rsidR="00B246C1">
        <w:rPr>
          <w:rFonts w:ascii="Arial" w:hAnsi="Arial" w:cs="Arial"/>
          <w:sz w:val="24"/>
          <w:szCs w:val="24"/>
        </w:rPr>
        <w:t xml:space="preserve"> </w:t>
      </w:r>
      <w:r w:rsidRPr="00E93608">
        <w:rPr>
          <w:rFonts w:ascii="Arial" w:hAnsi="Arial" w:cs="Arial"/>
          <w:sz w:val="24"/>
          <w:szCs w:val="24"/>
        </w:rPr>
        <w:t>Entonces, atendiendo esos razonamientos, yo sigo posicionándome</w:t>
      </w:r>
      <w:r w:rsidR="00B246C1">
        <w:rPr>
          <w:rFonts w:ascii="Arial" w:hAnsi="Arial" w:cs="Arial"/>
          <w:sz w:val="24"/>
          <w:szCs w:val="24"/>
        </w:rPr>
        <w:t xml:space="preserve"> </w:t>
      </w:r>
      <w:r w:rsidRPr="00E93608">
        <w:rPr>
          <w:rFonts w:ascii="Arial" w:hAnsi="Arial" w:cs="Arial"/>
          <w:sz w:val="24"/>
          <w:szCs w:val="24"/>
        </w:rPr>
        <w:t>en la propuesta de que fuesen 50</w:t>
      </w:r>
      <w:r w:rsidR="00B246C1">
        <w:rPr>
          <w:rFonts w:ascii="Arial" w:hAnsi="Arial" w:cs="Arial"/>
          <w:sz w:val="24"/>
          <w:szCs w:val="24"/>
        </w:rPr>
        <w:t xml:space="preserve"> cincuenta</w:t>
      </w:r>
      <w:r w:rsidRPr="00E93608">
        <w:rPr>
          <w:rFonts w:ascii="Arial" w:hAnsi="Arial" w:cs="Arial"/>
          <w:sz w:val="24"/>
          <w:szCs w:val="24"/>
        </w:rPr>
        <w:t xml:space="preserve"> pesos y que de las personas que no pudiesen pagar, que así lo manifiesten, se haga</w:t>
      </w:r>
      <w:r w:rsidR="00B246C1">
        <w:rPr>
          <w:rFonts w:ascii="Arial" w:hAnsi="Arial" w:cs="Arial"/>
          <w:sz w:val="24"/>
          <w:szCs w:val="24"/>
        </w:rPr>
        <w:t xml:space="preserve"> </w:t>
      </w:r>
      <w:r w:rsidRPr="00E93608">
        <w:rPr>
          <w:rFonts w:ascii="Arial" w:hAnsi="Arial" w:cs="Arial"/>
          <w:sz w:val="24"/>
          <w:szCs w:val="24"/>
        </w:rPr>
        <w:t>un estudio un estudio socioeconómico y de determinar si es candidato a</w:t>
      </w:r>
      <w:r w:rsidR="00B246C1">
        <w:rPr>
          <w:rFonts w:ascii="Arial" w:hAnsi="Arial" w:cs="Arial"/>
          <w:sz w:val="24"/>
          <w:szCs w:val="24"/>
        </w:rPr>
        <w:t xml:space="preserve"> la </w:t>
      </w:r>
      <w:r w:rsidRPr="00E93608">
        <w:rPr>
          <w:rFonts w:ascii="Arial" w:hAnsi="Arial" w:cs="Arial"/>
          <w:sz w:val="24"/>
          <w:szCs w:val="24"/>
        </w:rPr>
        <w:t>condonación de esos servicios y desde luego manteniendo los precios ahí pactados.</w:t>
      </w:r>
      <w:r w:rsidR="00B246C1">
        <w:rPr>
          <w:rFonts w:ascii="Arial" w:hAnsi="Arial" w:cs="Arial"/>
          <w:sz w:val="24"/>
          <w:szCs w:val="24"/>
        </w:rPr>
        <w:t xml:space="preserve"> L</w:t>
      </w:r>
      <w:r w:rsidRPr="00E93608">
        <w:rPr>
          <w:rFonts w:ascii="Arial" w:hAnsi="Arial" w:cs="Arial"/>
          <w:sz w:val="24"/>
          <w:szCs w:val="24"/>
        </w:rPr>
        <w:t>o anterior lo comento en</w:t>
      </w:r>
      <w:r w:rsidR="00B246C1">
        <w:rPr>
          <w:rFonts w:ascii="Arial" w:hAnsi="Arial" w:cs="Arial"/>
          <w:sz w:val="24"/>
          <w:szCs w:val="24"/>
        </w:rPr>
        <w:t xml:space="preserve"> </w:t>
      </w:r>
      <w:r w:rsidRPr="00E93608">
        <w:rPr>
          <w:rFonts w:ascii="Arial" w:hAnsi="Arial" w:cs="Arial"/>
          <w:sz w:val="24"/>
          <w:szCs w:val="24"/>
        </w:rPr>
        <w:t>razón de los argumentos que se mencionan ahí para crecentar el al 20% de los servicios de ecología. Yo creo que</w:t>
      </w:r>
      <w:r w:rsidR="00B246C1">
        <w:rPr>
          <w:rFonts w:ascii="Arial" w:hAnsi="Arial" w:cs="Arial"/>
          <w:sz w:val="24"/>
          <w:szCs w:val="24"/>
        </w:rPr>
        <w:t xml:space="preserve"> </w:t>
      </w:r>
      <w:r w:rsidRPr="00E93608">
        <w:rPr>
          <w:rFonts w:ascii="Arial" w:hAnsi="Arial" w:cs="Arial"/>
          <w:sz w:val="24"/>
          <w:szCs w:val="24"/>
        </w:rPr>
        <w:t>independientemente de ver la recaudación tenemos que ver la salud mental de las personas que van a acudir con nosotros</w:t>
      </w:r>
      <w:r w:rsidR="00B246C1">
        <w:rPr>
          <w:rFonts w:ascii="Arial" w:hAnsi="Arial" w:cs="Arial"/>
          <w:sz w:val="24"/>
          <w:szCs w:val="24"/>
        </w:rPr>
        <w:t xml:space="preserve"> </w:t>
      </w:r>
      <w:r w:rsidRPr="00E93608">
        <w:rPr>
          <w:rFonts w:ascii="Arial" w:hAnsi="Arial" w:cs="Arial"/>
          <w:sz w:val="24"/>
          <w:szCs w:val="24"/>
        </w:rPr>
        <w:t>que es en realidad lo que nos debe de ocupar.</w:t>
      </w:r>
      <w:r w:rsidR="00B246C1">
        <w:rPr>
          <w:rFonts w:ascii="Arial" w:hAnsi="Arial" w:cs="Arial"/>
          <w:sz w:val="24"/>
          <w:szCs w:val="24"/>
        </w:rPr>
        <w:t xml:space="preserve"> </w:t>
      </w:r>
      <w:r w:rsidRPr="00E93608">
        <w:rPr>
          <w:rFonts w:ascii="Arial" w:hAnsi="Arial" w:cs="Arial"/>
          <w:sz w:val="24"/>
          <w:szCs w:val="24"/>
        </w:rPr>
        <w:t>Es cuánto</w:t>
      </w:r>
      <w:r w:rsidR="00B246C1">
        <w:rPr>
          <w:rFonts w:ascii="Arial" w:hAnsi="Arial" w:cs="Arial"/>
          <w:sz w:val="24"/>
          <w:szCs w:val="24"/>
        </w:rPr>
        <w:t>.</w:t>
      </w:r>
    </w:p>
    <w:p w14:paraId="73DCCB92" w14:textId="77777777" w:rsidR="00B246C1" w:rsidRDefault="00B246C1"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 Óscar. en uso de la voz al regidor Adrián Briseño Esparza. </w:t>
      </w:r>
    </w:p>
    <w:p w14:paraId="02170737" w14:textId="5ECAE57A" w:rsidR="00EA0C28" w:rsidRPr="00E93608" w:rsidRDefault="00B246C1" w:rsidP="00E93608">
      <w:pPr>
        <w:jc w:val="both"/>
        <w:rPr>
          <w:rFonts w:ascii="Arial" w:hAnsi="Arial" w:cs="Arial"/>
          <w:sz w:val="24"/>
          <w:szCs w:val="24"/>
        </w:rPr>
      </w:pPr>
      <w:r w:rsidRPr="00B246C1">
        <w:rPr>
          <w:rFonts w:ascii="Arial" w:hAnsi="Arial" w:cs="Arial"/>
          <w:b/>
          <w:bCs/>
          <w:sz w:val="24"/>
          <w:szCs w:val="24"/>
        </w:rPr>
        <w:lastRenderedPageBreak/>
        <w:t>C. ADRIÁN BRISEÑO ESPARZA. -</w:t>
      </w:r>
      <w:r>
        <w:rPr>
          <w:rFonts w:ascii="Arial" w:hAnsi="Arial" w:cs="Arial"/>
          <w:sz w:val="24"/>
          <w:szCs w:val="24"/>
        </w:rPr>
        <w:t xml:space="preserve"> </w:t>
      </w:r>
      <w:r w:rsidRPr="00E93608">
        <w:rPr>
          <w:rFonts w:ascii="Arial" w:hAnsi="Arial" w:cs="Arial"/>
          <w:sz w:val="24"/>
          <w:szCs w:val="24"/>
        </w:rPr>
        <w:t>Muchas gracias, déjenme decirles que nosotros tuvimos la oportunidad</w:t>
      </w:r>
      <w:r>
        <w:rPr>
          <w:rFonts w:ascii="Arial" w:hAnsi="Arial" w:cs="Arial"/>
          <w:sz w:val="24"/>
          <w:szCs w:val="24"/>
        </w:rPr>
        <w:t xml:space="preserve"> </w:t>
      </w:r>
      <w:r w:rsidRPr="00E93608">
        <w:rPr>
          <w:rFonts w:ascii="Arial" w:hAnsi="Arial" w:cs="Arial"/>
          <w:sz w:val="24"/>
          <w:szCs w:val="24"/>
        </w:rPr>
        <w:t xml:space="preserve">que en todo el 2025 </w:t>
      </w:r>
      <w:r>
        <w:rPr>
          <w:rFonts w:ascii="Arial" w:hAnsi="Arial" w:cs="Arial"/>
          <w:sz w:val="24"/>
          <w:szCs w:val="24"/>
        </w:rPr>
        <w:t xml:space="preserve">dos mil veinticinco </w:t>
      </w:r>
      <w:r w:rsidRPr="00E93608">
        <w:rPr>
          <w:rFonts w:ascii="Arial" w:hAnsi="Arial" w:cs="Arial"/>
          <w:sz w:val="24"/>
          <w:szCs w:val="24"/>
        </w:rPr>
        <w:t>hicimos un ejercicio en todas y cada, bueno, en la mayoría de las colonias</w:t>
      </w:r>
      <w:r>
        <w:rPr>
          <w:rFonts w:ascii="Arial" w:hAnsi="Arial" w:cs="Arial"/>
          <w:sz w:val="24"/>
          <w:szCs w:val="24"/>
        </w:rPr>
        <w:t xml:space="preserve"> </w:t>
      </w:r>
      <w:r w:rsidRPr="00E93608">
        <w:rPr>
          <w:rFonts w:ascii="Arial" w:hAnsi="Arial" w:cs="Arial"/>
          <w:sz w:val="24"/>
          <w:szCs w:val="24"/>
        </w:rPr>
        <w:t>donde nosotros a través del programa regidor en tu colonia llevábamos consultas médicas gratis a las colonias</w:t>
      </w:r>
      <w:r>
        <w:rPr>
          <w:rFonts w:ascii="Arial" w:hAnsi="Arial" w:cs="Arial"/>
          <w:sz w:val="24"/>
          <w:szCs w:val="24"/>
        </w:rPr>
        <w:t xml:space="preserve"> </w:t>
      </w:r>
      <w:r w:rsidRPr="00E93608">
        <w:rPr>
          <w:rFonts w:ascii="Arial" w:hAnsi="Arial" w:cs="Arial"/>
          <w:sz w:val="24"/>
          <w:szCs w:val="24"/>
        </w:rPr>
        <w:t>más vulnerables. Si hablamos de una consulta en materia de psicología,</w:t>
      </w:r>
      <w:r>
        <w:rPr>
          <w:rFonts w:ascii="Arial" w:hAnsi="Arial" w:cs="Arial"/>
          <w:sz w:val="24"/>
          <w:szCs w:val="24"/>
        </w:rPr>
        <w:t xml:space="preserve"> </w:t>
      </w:r>
      <w:r w:rsidRPr="00E93608">
        <w:rPr>
          <w:rFonts w:ascii="Arial" w:hAnsi="Arial" w:cs="Arial"/>
          <w:sz w:val="24"/>
          <w:szCs w:val="24"/>
        </w:rPr>
        <w:t xml:space="preserve">estamos hablando que un psicólogo te cobra </w:t>
      </w:r>
      <w:r w:rsidR="001B485C">
        <w:rPr>
          <w:rFonts w:ascii="Arial" w:hAnsi="Arial" w:cs="Arial"/>
          <w:sz w:val="24"/>
          <w:szCs w:val="24"/>
        </w:rPr>
        <w:t>$</w:t>
      </w:r>
      <w:r w:rsidRPr="00E93608">
        <w:rPr>
          <w:rFonts w:ascii="Arial" w:hAnsi="Arial" w:cs="Arial"/>
          <w:sz w:val="24"/>
          <w:szCs w:val="24"/>
        </w:rPr>
        <w:t>700</w:t>
      </w:r>
      <w:r w:rsidR="001B485C">
        <w:rPr>
          <w:rFonts w:ascii="Arial" w:hAnsi="Arial" w:cs="Arial"/>
          <w:sz w:val="24"/>
          <w:szCs w:val="24"/>
        </w:rPr>
        <w:t>.00</w:t>
      </w:r>
      <w:r w:rsidRPr="00E93608">
        <w:rPr>
          <w:rFonts w:ascii="Arial" w:hAnsi="Arial" w:cs="Arial"/>
          <w:sz w:val="24"/>
          <w:szCs w:val="24"/>
        </w:rPr>
        <w:t xml:space="preserve">, </w:t>
      </w:r>
      <w:r w:rsidR="001B485C">
        <w:rPr>
          <w:rFonts w:ascii="Arial" w:hAnsi="Arial" w:cs="Arial"/>
          <w:sz w:val="24"/>
          <w:szCs w:val="24"/>
        </w:rPr>
        <w:t>$</w:t>
      </w:r>
      <w:r w:rsidRPr="00E93608">
        <w:rPr>
          <w:rFonts w:ascii="Arial" w:hAnsi="Arial" w:cs="Arial"/>
          <w:sz w:val="24"/>
          <w:szCs w:val="24"/>
        </w:rPr>
        <w:t>800</w:t>
      </w:r>
      <w:r w:rsidR="001B485C">
        <w:rPr>
          <w:rFonts w:ascii="Arial" w:hAnsi="Arial" w:cs="Arial"/>
          <w:sz w:val="24"/>
          <w:szCs w:val="24"/>
        </w:rPr>
        <w:t>.00</w:t>
      </w:r>
      <w:r w:rsidRPr="00E93608">
        <w:rPr>
          <w:rFonts w:ascii="Arial" w:hAnsi="Arial" w:cs="Arial"/>
          <w:sz w:val="24"/>
          <w:szCs w:val="24"/>
        </w:rPr>
        <w:t xml:space="preserve">, </w:t>
      </w:r>
      <w:r w:rsidR="001B485C">
        <w:rPr>
          <w:rFonts w:ascii="Arial" w:hAnsi="Arial" w:cs="Arial"/>
          <w:sz w:val="24"/>
          <w:szCs w:val="24"/>
        </w:rPr>
        <w:t>o $</w:t>
      </w:r>
      <w:r w:rsidRPr="00E93608">
        <w:rPr>
          <w:rFonts w:ascii="Arial" w:hAnsi="Arial" w:cs="Arial"/>
          <w:sz w:val="24"/>
          <w:szCs w:val="24"/>
        </w:rPr>
        <w:t>1000</w:t>
      </w:r>
      <w:r w:rsidR="001B485C">
        <w:rPr>
          <w:rFonts w:ascii="Arial" w:hAnsi="Arial" w:cs="Arial"/>
          <w:sz w:val="24"/>
          <w:szCs w:val="24"/>
        </w:rPr>
        <w:t>.00</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 xml:space="preserve">Nosotros este dimos de diferentes especialidades, </w:t>
      </w:r>
      <w:r w:rsidR="00852CA4" w:rsidRPr="00E93608">
        <w:rPr>
          <w:rFonts w:ascii="Arial" w:hAnsi="Arial" w:cs="Arial"/>
          <w:sz w:val="24"/>
          <w:szCs w:val="24"/>
        </w:rPr>
        <w:t>dimos cardiología</w:t>
      </w:r>
      <w:r w:rsidRPr="00E93608">
        <w:rPr>
          <w:rFonts w:ascii="Arial" w:hAnsi="Arial" w:cs="Arial"/>
          <w:sz w:val="24"/>
          <w:szCs w:val="24"/>
        </w:rPr>
        <w:t>,</w:t>
      </w:r>
      <w:r>
        <w:rPr>
          <w:rFonts w:ascii="Arial" w:hAnsi="Arial" w:cs="Arial"/>
          <w:sz w:val="24"/>
          <w:szCs w:val="24"/>
        </w:rPr>
        <w:t xml:space="preserve"> </w:t>
      </w:r>
      <w:r w:rsidR="00852CA4" w:rsidRPr="00E93608">
        <w:rPr>
          <w:rFonts w:ascii="Arial" w:hAnsi="Arial" w:cs="Arial"/>
          <w:sz w:val="24"/>
          <w:szCs w:val="24"/>
        </w:rPr>
        <w:t>angiología, pediatría</w:t>
      </w:r>
      <w:r w:rsidRPr="00E93608">
        <w:rPr>
          <w:rFonts w:ascii="Arial" w:hAnsi="Arial" w:cs="Arial"/>
          <w:sz w:val="24"/>
          <w:szCs w:val="24"/>
        </w:rPr>
        <w:t>, psicología</w:t>
      </w:r>
      <w:r>
        <w:rPr>
          <w:rFonts w:ascii="Arial" w:hAnsi="Arial" w:cs="Arial"/>
          <w:sz w:val="24"/>
          <w:szCs w:val="24"/>
        </w:rPr>
        <w:t xml:space="preserve"> </w:t>
      </w:r>
      <w:r w:rsidRPr="00E93608">
        <w:rPr>
          <w:rFonts w:ascii="Arial" w:hAnsi="Arial" w:cs="Arial"/>
          <w:sz w:val="24"/>
          <w:szCs w:val="24"/>
        </w:rPr>
        <w:t>y de verdad la hay gente que en realidad o se consulta o come</w:t>
      </w:r>
      <w:r>
        <w:rPr>
          <w:rFonts w:ascii="Arial" w:hAnsi="Arial" w:cs="Arial"/>
          <w:sz w:val="24"/>
          <w:szCs w:val="24"/>
        </w:rPr>
        <w:t>, a</w:t>
      </w:r>
      <w:r w:rsidRPr="00E93608">
        <w:rPr>
          <w:rFonts w:ascii="Arial" w:hAnsi="Arial" w:cs="Arial"/>
          <w:sz w:val="24"/>
          <w:szCs w:val="24"/>
        </w:rPr>
        <w:t>sí está de radical el tema.</w:t>
      </w:r>
      <w:r>
        <w:rPr>
          <w:rFonts w:ascii="Arial" w:hAnsi="Arial" w:cs="Arial"/>
          <w:sz w:val="24"/>
          <w:szCs w:val="24"/>
        </w:rPr>
        <w:t xml:space="preserve"> </w:t>
      </w:r>
      <w:r w:rsidRPr="00E93608">
        <w:rPr>
          <w:rFonts w:ascii="Arial" w:hAnsi="Arial" w:cs="Arial"/>
          <w:sz w:val="24"/>
          <w:szCs w:val="24"/>
        </w:rPr>
        <w:t xml:space="preserve">Entonces, si hablamos, por ejemplo, de una consulta médica de cardiología, pues son </w:t>
      </w:r>
      <w:r w:rsidR="001B485C">
        <w:rPr>
          <w:rFonts w:ascii="Arial" w:hAnsi="Arial" w:cs="Arial"/>
          <w:sz w:val="24"/>
          <w:szCs w:val="24"/>
        </w:rPr>
        <w:t>$</w:t>
      </w:r>
      <w:r w:rsidRPr="00E93608">
        <w:rPr>
          <w:rFonts w:ascii="Arial" w:hAnsi="Arial" w:cs="Arial"/>
          <w:sz w:val="24"/>
          <w:szCs w:val="24"/>
        </w:rPr>
        <w:t>1</w:t>
      </w:r>
      <w:r w:rsidR="001B485C">
        <w:rPr>
          <w:rFonts w:ascii="Arial" w:hAnsi="Arial" w:cs="Arial"/>
          <w:sz w:val="24"/>
          <w:szCs w:val="24"/>
        </w:rPr>
        <w:t>,</w:t>
      </w:r>
      <w:r w:rsidRPr="00E93608">
        <w:rPr>
          <w:rFonts w:ascii="Arial" w:hAnsi="Arial" w:cs="Arial"/>
          <w:sz w:val="24"/>
          <w:szCs w:val="24"/>
        </w:rPr>
        <w:t>500</w:t>
      </w:r>
      <w:r w:rsidR="001B485C">
        <w:rPr>
          <w:rFonts w:ascii="Arial" w:hAnsi="Arial" w:cs="Arial"/>
          <w:sz w:val="24"/>
          <w:szCs w:val="24"/>
        </w:rPr>
        <w:t>.00</w:t>
      </w:r>
      <w:r>
        <w:rPr>
          <w:rFonts w:ascii="Arial" w:hAnsi="Arial" w:cs="Arial"/>
          <w:sz w:val="24"/>
          <w:szCs w:val="24"/>
        </w:rPr>
        <w:t xml:space="preserve"> mil quinientos pesos</w:t>
      </w:r>
      <w:r w:rsidRPr="00E93608">
        <w:rPr>
          <w:rFonts w:ascii="Arial" w:hAnsi="Arial" w:cs="Arial"/>
          <w:sz w:val="24"/>
          <w:szCs w:val="24"/>
        </w:rPr>
        <w:t xml:space="preserve"> y la</w:t>
      </w:r>
      <w:r w:rsidR="004B6260">
        <w:rPr>
          <w:rFonts w:ascii="Arial" w:hAnsi="Arial" w:cs="Arial"/>
          <w:sz w:val="24"/>
          <w:szCs w:val="24"/>
        </w:rPr>
        <w:t xml:space="preserve"> </w:t>
      </w:r>
      <w:r w:rsidRPr="00E93608">
        <w:rPr>
          <w:rFonts w:ascii="Arial" w:hAnsi="Arial" w:cs="Arial"/>
          <w:sz w:val="24"/>
          <w:szCs w:val="24"/>
        </w:rPr>
        <w:t xml:space="preserve">gente, hay gente que con </w:t>
      </w:r>
      <w:r w:rsidR="001B485C">
        <w:rPr>
          <w:rFonts w:ascii="Arial" w:hAnsi="Arial" w:cs="Arial"/>
          <w:sz w:val="24"/>
          <w:szCs w:val="24"/>
        </w:rPr>
        <w:t>$</w:t>
      </w:r>
      <w:r w:rsidRPr="00E93608">
        <w:rPr>
          <w:rFonts w:ascii="Arial" w:hAnsi="Arial" w:cs="Arial"/>
          <w:sz w:val="24"/>
          <w:szCs w:val="24"/>
        </w:rPr>
        <w:t>1</w:t>
      </w:r>
      <w:r w:rsidR="001B485C">
        <w:rPr>
          <w:rFonts w:ascii="Arial" w:hAnsi="Arial" w:cs="Arial"/>
          <w:sz w:val="24"/>
          <w:szCs w:val="24"/>
        </w:rPr>
        <w:t>,</w:t>
      </w:r>
      <w:r w:rsidRPr="00E93608">
        <w:rPr>
          <w:rFonts w:ascii="Arial" w:hAnsi="Arial" w:cs="Arial"/>
          <w:sz w:val="24"/>
          <w:szCs w:val="24"/>
        </w:rPr>
        <w:t>500</w:t>
      </w:r>
      <w:r w:rsidR="001B485C">
        <w:rPr>
          <w:rFonts w:ascii="Arial" w:hAnsi="Arial" w:cs="Arial"/>
          <w:sz w:val="24"/>
          <w:szCs w:val="24"/>
        </w:rPr>
        <w:t>.00</w:t>
      </w:r>
      <w:r w:rsidR="004B6260">
        <w:rPr>
          <w:rFonts w:ascii="Arial" w:hAnsi="Arial" w:cs="Arial"/>
          <w:sz w:val="24"/>
          <w:szCs w:val="24"/>
        </w:rPr>
        <w:t xml:space="preserve"> mil quinientos</w:t>
      </w:r>
      <w:r w:rsidR="001B485C">
        <w:rPr>
          <w:rFonts w:ascii="Arial" w:hAnsi="Arial" w:cs="Arial"/>
          <w:sz w:val="24"/>
          <w:szCs w:val="24"/>
        </w:rPr>
        <w:t>,</w:t>
      </w:r>
      <w:r w:rsidRPr="00E93608">
        <w:rPr>
          <w:rFonts w:ascii="Arial" w:hAnsi="Arial" w:cs="Arial"/>
          <w:sz w:val="24"/>
          <w:szCs w:val="24"/>
        </w:rPr>
        <w:t xml:space="preserve"> dos semanas.</w:t>
      </w:r>
      <w:r w:rsidR="004B6260">
        <w:rPr>
          <w:rFonts w:ascii="Arial" w:hAnsi="Arial" w:cs="Arial"/>
          <w:sz w:val="24"/>
          <w:szCs w:val="24"/>
        </w:rPr>
        <w:t xml:space="preserve"> </w:t>
      </w:r>
      <w:r w:rsidRPr="00E93608">
        <w:rPr>
          <w:rFonts w:ascii="Arial" w:hAnsi="Arial" w:cs="Arial"/>
          <w:sz w:val="24"/>
          <w:szCs w:val="24"/>
        </w:rPr>
        <w:t>Entonces, creo muy importante porque le he dado seguimiento y porque también tuve</w:t>
      </w:r>
      <w:r w:rsidR="004B6260">
        <w:rPr>
          <w:rFonts w:ascii="Arial" w:hAnsi="Arial" w:cs="Arial"/>
          <w:sz w:val="24"/>
          <w:szCs w:val="24"/>
        </w:rPr>
        <w:t xml:space="preserve"> </w:t>
      </w:r>
      <w:r w:rsidRPr="00E93608">
        <w:rPr>
          <w:rFonts w:ascii="Arial" w:hAnsi="Arial" w:cs="Arial"/>
          <w:sz w:val="24"/>
          <w:szCs w:val="24"/>
        </w:rPr>
        <w:t>la oportunidad de hacer la gestión en el núcleo de salud mental que está, no me dejará mentir, doctora, que están constituyentes, donde hicimos bien a que la gente realmente se diera cuenta cuáles son los servicios</w:t>
      </w:r>
      <w:r w:rsidR="004B6260">
        <w:rPr>
          <w:rFonts w:ascii="Arial" w:hAnsi="Arial" w:cs="Arial"/>
          <w:sz w:val="24"/>
          <w:szCs w:val="24"/>
        </w:rPr>
        <w:t xml:space="preserve"> </w:t>
      </w:r>
      <w:r w:rsidRPr="00E93608">
        <w:rPr>
          <w:rFonts w:ascii="Arial" w:hAnsi="Arial" w:cs="Arial"/>
          <w:sz w:val="24"/>
          <w:szCs w:val="24"/>
        </w:rPr>
        <w:t>que otorga ese núcleo familiar y a través de esa simple gestión, pues bueno, subió cerca de un 20% las</w:t>
      </w:r>
      <w:r w:rsidR="004B6260">
        <w:rPr>
          <w:rFonts w:ascii="Arial" w:hAnsi="Arial" w:cs="Arial"/>
          <w:sz w:val="24"/>
          <w:szCs w:val="24"/>
        </w:rPr>
        <w:t xml:space="preserve"> </w:t>
      </w:r>
      <w:r w:rsidRPr="00E93608">
        <w:rPr>
          <w:rFonts w:ascii="Arial" w:hAnsi="Arial" w:cs="Arial"/>
          <w:sz w:val="24"/>
          <w:szCs w:val="24"/>
        </w:rPr>
        <w:t xml:space="preserve">consultas. Creo este muy importante si el debate está en que son </w:t>
      </w:r>
      <w:r w:rsidR="001B485C">
        <w:rPr>
          <w:rFonts w:ascii="Arial" w:hAnsi="Arial" w:cs="Arial"/>
          <w:sz w:val="24"/>
          <w:szCs w:val="24"/>
        </w:rPr>
        <w:t>$</w:t>
      </w:r>
      <w:r w:rsidRPr="00E93608">
        <w:rPr>
          <w:rFonts w:ascii="Arial" w:hAnsi="Arial" w:cs="Arial"/>
          <w:sz w:val="24"/>
          <w:szCs w:val="24"/>
        </w:rPr>
        <w:t>78</w:t>
      </w:r>
      <w:r w:rsidR="001B485C">
        <w:rPr>
          <w:rFonts w:ascii="Arial" w:hAnsi="Arial" w:cs="Arial"/>
          <w:sz w:val="24"/>
          <w:szCs w:val="24"/>
        </w:rPr>
        <w:t>.00</w:t>
      </w:r>
      <w:r w:rsidRPr="00E93608">
        <w:rPr>
          <w:rFonts w:ascii="Arial" w:hAnsi="Arial" w:cs="Arial"/>
          <w:sz w:val="24"/>
          <w:szCs w:val="24"/>
        </w:rPr>
        <w:t>, que si</w:t>
      </w:r>
      <w:r w:rsidR="004B6260">
        <w:rPr>
          <w:rFonts w:ascii="Arial" w:hAnsi="Arial" w:cs="Arial"/>
          <w:sz w:val="24"/>
          <w:szCs w:val="24"/>
        </w:rPr>
        <w:t xml:space="preserve"> </w:t>
      </w:r>
      <w:r w:rsidRPr="00E93608">
        <w:rPr>
          <w:rFonts w:ascii="Arial" w:hAnsi="Arial" w:cs="Arial"/>
          <w:sz w:val="24"/>
          <w:szCs w:val="24"/>
        </w:rPr>
        <w:t xml:space="preserve">son </w:t>
      </w:r>
      <w:r w:rsidR="001B485C">
        <w:rPr>
          <w:rFonts w:ascii="Arial" w:hAnsi="Arial" w:cs="Arial"/>
          <w:sz w:val="24"/>
          <w:szCs w:val="24"/>
        </w:rPr>
        <w:t>$</w:t>
      </w:r>
      <w:r w:rsidRPr="00E93608">
        <w:rPr>
          <w:rFonts w:ascii="Arial" w:hAnsi="Arial" w:cs="Arial"/>
          <w:sz w:val="24"/>
          <w:szCs w:val="24"/>
        </w:rPr>
        <w:t>50</w:t>
      </w:r>
      <w:r w:rsidR="001B485C">
        <w:rPr>
          <w:rFonts w:ascii="Arial" w:hAnsi="Arial" w:cs="Arial"/>
          <w:sz w:val="24"/>
          <w:szCs w:val="24"/>
        </w:rPr>
        <w:t>.00</w:t>
      </w:r>
      <w:r w:rsidRPr="00E93608">
        <w:rPr>
          <w:rFonts w:ascii="Arial" w:hAnsi="Arial" w:cs="Arial"/>
          <w:sz w:val="24"/>
          <w:szCs w:val="24"/>
        </w:rPr>
        <w:t>, que si es gratis. Creo que esta que este precio a estas consultas de</w:t>
      </w:r>
      <w:r w:rsidR="004B6260">
        <w:rPr>
          <w:rFonts w:ascii="Arial" w:hAnsi="Arial" w:cs="Arial"/>
          <w:sz w:val="24"/>
          <w:szCs w:val="24"/>
        </w:rPr>
        <w:t xml:space="preserve"> </w:t>
      </w:r>
      <w:r w:rsidRPr="00E93608">
        <w:rPr>
          <w:rFonts w:ascii="Arial" w:hAnsi="Arial" w:cs="Arial"/>
          <w:sz w:val="24"/>
          <w:szCs w:val="24"/>
        </w:rPr>
        <w:t>verdad hay que verlo como son como que son un tema simple y sencillamente significativo.</w:t>
      </w:r>
      <w:r w:rsidR="004B6260">
        <w:rPr>
          <w:rFonts w:ascii="Arial" w:hAnsi="Arial" w:cs="Arial"/>
          <w:sz w:val="24"/>
          <w:szCs w:val="24"/>
        </w:rPr>
        <w:t xml:space="preserve"> </w:t>
      </w:r>
      <w:r w:rsidRPr="00E93608">
        <w:rPr>
          <w:rFonts w:ascii="Arial" w:hAnsi="Arial" w:cs="Arial"/>
          <w:sz w:val="24"/>
          <w:szCs w:val="24"/>
        </w:rPr>
        <w:t>O sea, el hecho de que nosotros le demos seguimiento, porque yo se lo he dado y he estado en visitas constantes</w:t>
      </w:r>
      <w:r w:rsidR="004B6260">
        <w:rPr>
          <w:rFonts w:ascii="Arial" w:hAnsi="Arial" w:cs="Arial"/>
          <w:sz w:val="24"/>
          <w:szCs w:val="24"/>
        </w:rPr>
        <w:t xml:space="preserve"> </w:t>
      </w:r>
      <w:r w:rsidRPr="00E93608">
        <w:rPr>
          <w:rFonts w:ascii="Arial" w:hAnsi="Arial" w:cs="Arial"/>
          <w:sz w:val="24"/>
          <w:szCs w:val="24"/>
        </w:rPr>
        <w:t>ahí a ese núcleo, pues es simple y sencillamente para mantener el mismo núcleo. O sea, ni</w:t>
      </w:r>
      <w:r w:rsidR="00AF3869">
        <w:rPr>
          <w:rFonts w:ascii="Arial" w:hAnsi="Arial" w:cs="Arial"/>
          <w:sz w:val="24"/>
          <w:szCs w:val="24"/>
        </w:rPr>
        <w:t xml:space="preserve"> </w:t>
      </w:r>
      <w:r w:rsidR="00852CA4" w:rsidRPr="00E93608">
        <w:rPr>
          <w:rFonts w:ascii="Arial" w:hAnsi="Arial" w:cs="Arial"/>
          <w:sz w:val="24"/>
          <w:szCs w:val="24"/>
        </w:rPr>
        <w:t>siquiera si</w:t>
      </w:r>
      <w:r w:rsidRPr="00E93608">
        <w:rPr>
          <w:rFonts w:ascii="Arial" w:hAnsi="Arial" w:cs="Arial"/>
          <w:sz w:val="24"/>
          <w:szCs w:val="24"/>
        </w:rPr>
        <w:t xml:space="preserve"> lo vemos por el lado de que ay, pues es un tema de hacer negocio, no va por ahí. Entonces creo que sí es significativo y también hemos hecho las encuestas a las personas que han</w:t>
      </w:r>
      <w:r w:rsidR="004218C1">
        <w:rPr>
          <w:rFonts w:ascii="Arial" w:hAnsi="Arial" w:cs="Arial"/>
          <w:sz w:val="24"/>
          <w:szCs w:val="24"/>
        </w:rPr>
        <w:t xml:space="preserve"> </w:t>
      </w:r>
      <w:r w:rsidRPr="00E93608">
        <w:rPr>
          <w:rFonts w:ascii="Arial" w:hAnsi="Arial" w:cs="Arial"/>
          <w:sz w:val="24"/>
          <w:szCs w:val="24"/>
        </w:rPr>
        <w:t xml:space="preserve">ido y pues la verdad que sí se les hace muy accesible el precio. </w:t>
      </w:r>
      <w:r w:rsidR="004218C1">
        <w:rPr>
          <w:rFonts w:ascii="Arial" w:hAnsi="Arial" w:cs="Arial"/>
          <w:sz w:val="24"/>
          <w:szCs w:val="24"/>
        </w:rPr>
        <w:t xml:space="preserve"> </w:t>
      </w:r>
      <w:r w:rsidRPr="00E93608">
        <w:rPr>
          <w:rFonts w:ascii="Arial" w:hAnsi="Arial" w:cs="Arial"/>
          <w:sz w:val="24"/>
          <w:szCs w:val="24"/>
        </w:rPr>
        <w:t xml:space="preserve">no es como que </w:t>
      </w:r>
      <w:r w:rsidR="004218C1" w:rsidRPr="00E93608">
        <w:rPr>
          <w:rFonts w:ascii="Arial" w:hAnsi="Arial" w:cs="Arial"/>
          <w:sz w:val="24"/>
          <w:szCs w:val="24"/>
        </w:rPr>
        <w:t>digamos híjole</w:t>
      </w:r>
      <w:r w:rsidRPr="00E93608">
        <w:rPr>
          <w:rFonts w:ascii="Arial" w:hAnsi="Arial" w:cs="Arial"/>
          <w:sz w:val="24"/>
          <w:szCs w:val="24"/>
        </w:rPr>
        <w:t xml:space="preserve"> pues es menoscabo su economía, la verdad este no es cuánto.</w:t>
      </w:r>
    </w:p>
    <w:p w14:paraId="59D12950" w14:textId="28D25FC0" w:rsidR="00EA0C28" w:rsidRPr="00E93608" w:rsidRDefault="004218C1"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R</w:t>
      </w:r>
      <w:r w:rsidRPr="00E93608">
        <w:rPr>
          <w:rFonts w:ascii="Arial" w:hAnsi="Arial" w:cs="Arial"/>
          <w:sz w:val="24"/>
          <w:szCs w:val="24"/>
        </w:rPr>
        <w:t xml:space="preserve">egidor Adrián. Antes de hacer el uso de la voz, no sé si hubiera más más comentarios con </w:t>
      </w:r>
      <w:r w:rsidR="00852CA4">
        <w:rPr>
          <w:rFonts w:ascii="Arial" w:hAnsi="Arial" w:cs="Arial"/>
          <w:sz w:val="24"/>
          <w:szCs w:val="24"/>
        </w:rPr>
        <w:t xml:space="preserve">la </w:t>
      </w:r>
      <w:r w:rsidRPr="00E93608">
        <w:rPr>
          <w:rFonts w:ascii="Arial" w:hAnsi="Arial" w:cs="Arial"/>
          <w:sz w:val="24"/>
          <w:szCs w:val="24"/>
        </w:rPr>
        <w:t>atinada información que me</w:t>
      </w:r>
      <w:r>
        <w:rPr>
          <w:rFonts w:ascii="Arial" w:hAnsi="Arial" w:cs="Arial"/>
          <w:sz w:val="24"/>
          <w:szCs w:val="24"/>
        </w:rPr>
        <w:t xml:space="preserve"> </w:t>
      </w:r>
      <w:r w:rsidRPr="00E93608">
        <w:rPr>
          <w:rFonts w:ascii="Arial" w:hAnsi="Arial" w:cs="Arial"/>
          <w:sz w:val="24"/>
          <w:szCs w:val="24"/>
        </w:rPr>
        <w:t>probé la tesorera, el día de ayer analizamos los servicios de DIF Municipal y había un apartado justamente en el que se les condonaba a las personas en situación de vulnerabilidad.</w:t>
      </w:r>
      <w:r>
        <w:rPr>
          <w:rFonts w:ascii="Arial" w:hAnsi="Arial" w:cs="Arial"/>
          <w:sz w:val="24"/>
          <w:szCs w:val="24"/>
        </w:rPr>
        <w:t xml:space="preserve"> </w:t>
      </w:r>
      <w:r w:rsidRPr="00E93608">
        <w:rPr>
          <w:rFonts w:ascii="Arial" w:hAnsi="Arial" w:cs="Arial"/>
          <w:sz w:val="24"/>
          <w:szCs w:val="24"/>
        </w:rPr>
        <w:t>Me voy a permitir dar lectura a los párrafos que propongo que se incluyan al término de la de la fracción A, justamente previendo la condonación de estos servicios</w:t>
      </w:r>
      <w:r>
        <w:rPr>
          <w:rFonts w:ascii="Arial" w:hAnsi="Arial" w:cs="Arial"/>
          <w:sz w:val="24"/>
          <w:szCs w:val="24"/>
        </w:rPr>
        <w:t>. C</w:t>
      </w:r>
      <w:r w:rsidRPr="00E93608">
        <w:rPr>
          <w:rFonts w:ascii="Arial" w:hAnsi="Arial" w:cs="Arial"/>
          <w:sz w:val="24"/>
          <w:szCs w:val="24"/>
        </w:rPr>
        <w:t>on fundamento constitucional en los artículos primero y cuarto de la Constitución Política de los Estados Unidos Mexicanos y en estricta observancia de los artículos 2, 4 y 5 y al mandato expreso del artículo 7 del</w:t>
      </w:r>
      <w:r>
        <w:rPr>
          <w:rFonts w:ascii="Arial" w:hAnsi="Arial" w:cs="Arial"/>
          <w:sz w:val="24"/>
          <w:szCs w:val="24"/>
        </w:rPr>
        <w:t xml:space="preserve"> </w:t>
      </w:r>
      <w:r w:rsidRPr="00E93608">
        <w:rPr>
          <w:rFonts w:ascii="Arial" w:hAnsi="Arial" w:cs="Arial"/>
          <w:sz w:val="24"/>
          <w:szCs w:val="24"/>
        </w:rPr>
        <w:t>Código de Asistencia Social del Estado de Jalisco, la prestación de los servicios contemplados en este artículo sería en esta fracción se rige</w:t>
      </w:r>
      <w:r>
        <w:rPr>
          <w:rFonts w:ascii="Arial" w:hAnsi="Arial" w:cs="Arial"/>
          <w:sz w:val="24"/>
          <w:szCs w:val="24"/>
        </w:rPr>
        <w:t xml:space="preserve"> </w:t>
      </w:r>
      <w:r w:rsidRPr="00E93608">
        <w:rPr>
          <w:rFonts w:ascii="Arial" w:hAnsi="Arial" w:cs="Arial"/>
          <w:sz w:val="24"/>
          <w:szCs w:val="24"/>
        </w:rPr>
        <w:t>bajo los principios rectores de equidad, solidaridad social subsidiaridad y protección a los grupos vulnerables.</w:t>
      </w:r>
      <w:r>
        <w:rPr>
          <w:rFonts w:ascii="Arial" w:hAnsi="Arial" w:cs="Arial"/>
          <w:sz w:val="24"/>
          <w:szCs w:val="24"/>
        </w:rPr>
        <w:t xml:space="preserve"> </w:t>
      </w:r>
      <w:r w:rsidRPr="00E93608">
        <w:rPr>
          <w:rFonts w:ascii="Arial" w:hAnsi="Arial" w:cs="Arial"/>
          <w:sz w:val="24"/>
          <w:szCs w:val="24"/>
        </w:rPr>
        <w:t xml:space="preserve">En consecuencia, de las cuotas y tarifas listadas en esta fracción A. ostentarán de manera </w:t>
      </w:r>
      <w:r w:rsidRPr="00E93608">
        <w:rPr>
          <w:rFonts w:ascii="Arial" w:hAnsi="Arial" w:cs="Arial"/>
          <w:sz w:val="24"/>
          <w:szCs w:val="24"/>
        </w:rPr>
        <w:lastRenderedPageBreak/>
        <w:t>exclusiva el carácter de tarifas máximas de referencia. Todo</w:t>
      </w:r>
      <w:r>
        <w:rPr>
          <w:rFonts w:ascii="Arial" w:hAnsi="Arial" w:cs="Arial"/>
          <w:sz w:val="24"/>
          <w:szCs w:val="24"/>
        </w:rPr>
        <w:t xml:space="preserve"> </w:t>
      </w:r>
      <w:r w:rsidRPr="00E93608">
        <w:rPr>
          <w:rFonts w:ascii="Arial" w:hAnsi="Arial" w:cs="Arial"/>
          <w:sz w:val="24"/>
          <w:szCs w:val="24"/>
        </w:rPr>
        <w:t>usuario o usuaria de la unidad de salud integral de Zapot</w:t>
      </w:r>
      <w:r>
        <w:rPr>
          <w:rFonts w:ascii="Arial" w:hAnsi="Arial" w:cs="Arial"/>
          <w:sz w:val="24"/>
          <w:szCs w:val="24"/>
        </w:rPr>
        <w:t>lán</w:t>
      </w:r>
      <w:r w:rsidRPr="00E93608">
        <w:rPr>
          <w:rFonts w:ascii="Arial" w:hAnsi="Arial" w:cs="Arial"/>
          <w:sz w:val="24"/>
          <w:szCs w:val="24"/>
        </w:rPr>
        <w:t xml:space="preserve"> el Grande que se encuentra en situación de pobreza, vulnerabilidad económica </w:t>
      </w:r>
      <w:r>
        <w:rPr>
          <w:rFonts w:ascii="Arial" w:hAnsi="Arial" w:cs="Arial"/>
          <w:sz w:val="24"/>
          <w:szCs w:val="24"/>
        </w:rPr>
        <w:t>e</w:t>
      </w:r>
      <w:r w:rsidRPr="00E93608">
        <w:rPr>
          <w:rFonts w:ascii="Arial" w:hAnsi="Arial" w:cs="Arial"/>
          <w:sz w:val="24"/>
          <w:szCs w:val="24"/>
        </w:rPr>
        <w:t xml:space="preserve"> indigencia o que sus posibilidades financieras le</w:t>
      </w:r>
      <w:r>
        <w:rPr>
          <w:rFonts w:ascii="Arial" w:hAnsi="Arial" w:cs="Arial"/>
          <w:sz w:val="24"/>
          <w:szCs w:val="24"/>
        </w:rPr>
        <w:t xml:space="preserve"> </w:t>
      </w:r>
      <w:r w:rsidRPr="00E93608">
        <w:rPr>
          <w:rFonts w:ascii="Arial" w:hAnsi="Arial" w:cs="Arial"/>
          <w:sz w:val="24"/>
          <w:szCs w:val="24"/>
        </w:rPr>
        <w:t>impidan sufragar total o parcialmente el costo del servicio sin menoscabo de sus necesidades básicas de subsistencia, tiene el derecho garantizado a la</w:t>
      </w:r>
      <w:r>
        <w:rPr>
          <w:rFonts w:ascii="Arial" w:hAnsi="Arial" w:cs="Arial"/>
          <w:sz w:val="24"/>
          <w:szCs w:val="24"/>
        </w:rPr>
        <w:t xml:space="preserve"> </w:t>
      </w:r>
      <w:r w:rsidRPr="00E93608">
        <w:rPr>
          <w:rFonts w:ascii="Arial" w:hAnsi="Arial" w:cs="Arial"/>
          <w:sz w:val="24"/>
          <w:szCs w:val="24"/>
        </w:rPr>
        <w:t>reducción parcial o a la extensión total, que sería una condonación del 100% del pago de los derechos aquí descritos</w:t>
      </w:r>
      <w:r>
        <w:rPr>
          <w:rFonts w:ascii="Arial" w:hAnsi="Arial" w:cs="Arial"/>
          <w:sz w:val="24"/>
          <w:szCs w:val="24"/>
        </w:rPr>
        <w:t xml:space="preserve"> </w:t>
      </w:r>
      <w:r w:rsidRPr="00E93608">
        <w:rPr>
          <w:rFonts w:ascii="Arial" w:hAnsi="Arial" w:cs="Arial"/>
          <w:sz w:val="24"/>
          <w:szCs w:val="24"/>
        </w:rPr>
        <w:t>con la finalidad de poder  contemplar esta condonación del 100% que comenta la doctora y que aquí se ha</w:t>
      </w:r>
      <w:r>
        <w:rPr>
          <w:rFonts w:ascii="Arial" w:hAnsi="Arial" w:cs="Arial"/>
          <w:sz w:val="24"/>
          <w:szCs w:val="24"/>
        </w:rPr>
        <w:t xml:space="preserve"> </w:t>
      </w:r>
      <w:r w:rsidRPr="00E93608">
        <w:rPr>
          <w:rFonts w:ascii="Arial" w:hAnsi="Arial" w:cs="Arial"/>
          <w:sz w:val="24"/>
          <w:szCs w:val="24"/>
        </w:rPr>
        <w:t xml:space="preserve">vertido pues respecto a en el ánimo de poder ayudar a la población más vulnerable a </w:t>
      </w:r>
      <w:r>
        <w:rPr>
          <w:rFonts w:ascii="Arial" w:hAnsi="Arial" w:cs="Arial"/>
          <w:sz w:val="24"/>
          <w:szCs w:val="24"/>
        </w:rPr>
        <w:t>Zapotlán el</w:t>
      </w:r>
      <w:r w:rsidRPr="00E93608">
        <w:rPr>
          <w:rFonts w:ascii="Arial" w:hAnsi="Arial" w:cs="Arial"/>
          <w:sz w:val="24"/>
          <w:szCs w:val="24"/>
        </w:rPr>
        <w:t xml:space="preserve"> Grande y con el fin también de no menoscabar los ingresos</w:t>
      </w:r>
      <w:r>
        <w:rPr>
          <w:rFonts w:ascii="Arial" w:hAnsi="Arial" w:cs="Arial"/>
          <w:sz w:val="24"/>
          <w:szCs w:val="24"/>
        </w:rPr>
        <w:t xml:space="preserve"> </w:t>
      </w:r>
      <w:r w:rsidRPr="00E93608">
        <w:rPr>
          <w:rFonts w:ascii="Arial" w:hAnsi="Arial" w:cs="Arial"/>
          <w:sz w:val="24"/>
          <w:szCs w:val="24"/>
        </w:rPr>
        <w:t>municipales en particular de salud municipal  se pudiera ajustar conforme a este estos principios y la legislación</w:t>
      </w:r>
      <w:r>
        <w:rPr>
          <w:rFonts w:ascii="Arial" w:hAnsi="Arial" w:cs="Arial"/>
          <w:sz w:val="24"/>
          <w:szCs w:val="24"/>
        </w:rPr>
        <w:t xml:space="preserve"> </w:t>
      </w:r>
      <w:r w:rsidRPr="00E93608">
        <w:rPr>
          <w:rFonts w:ascii="Arial" w:hAnsi="Arial" w:cs="Arial"/>
          <w:sz w:val="24"/>
          <w:szCs w:val="24"/>
        </w:rPr>
        <w:t xml:space="preserve">estatal. </w:t>
      </w:r>
      <w:r w:rsidR="00852CA4" w:rsidRPr="00E93608">
        <w:rPr>
          <w:rFonts w:ascii="Arial" w:hAnsi="Arial" w:cs="Arial"/>
          <w:sz w:val="24"/>
          <w:szCs w:val="24"/>
        </w:rPr>
        <w:t>Incluso no</w:t>
      </w:r>
      <w:r w:rsidRPr="00E93608">
        <w:rPr>
          <w:rFonts w:ascii="Arial" w:hAnsi="Arial" w:cs="Arial"/>
          <w:sz w:val="24"/>
          <w:szCs w:val="24"/>
        </w:rPr>
        <w:t xml:space="preserve"> sé si el sí tiene bien la doctora considerar un</w:t>
      </w:r>
      <w:r>
        <w:rPr>
          <w:rFonts w:ascii="Arial" w:hAnsi="Arial" w:cs="Arial"/>
          <w:sz w:val="24"/>
          <w:szCs w:val="24"/>
        </w:rPr>
        <w:t xml:space="preserve"> </w:t>
      </w:r>
      <w:r w:rsidRPr="00E93608">
        <w:rPr>
          <w:rFonts w:ascii="Arial" w:hAnsi="Arial" w:cs="Arial"/>
          <w:sz w:val="24"/>
          <w:szCs w:val="24"/>
        </w:rPr>
        <w:t xml:space="preserve">aumento del del 5% del 78 peso subiría </w:t>
      </w:r>
      <w:r>
        <w:rPr>
          <w:rFonts w:ascii="Arial" w:hAnsi="Arial" w:cs="Arial"/>
          <w:sz w:val="24"/>
          <w:szCs w:val="24"/>
        </w:rPr>
        <w:t xml:space="preserve">a </w:t>
      </w:r>
      <w:r w:rsidRPr="00E93608">
        <w:rPr>
          <w:rFonts w:ascii="Arial" w:hAnsi="Arial" w:cs="Arial"/>
          <w:sz w:val="24"/>
          <w:szCs w:val="24"/>
        </w:rPr>
        <w:t xml:space="preserve">82 pesos únicamente y no y no al 20, pero igual es una es una propuesta que aquí se vierte, ¿no? Adelante, </w:t>
      </w:r>
      <w:r>
        <w:rPr>
          <w:rFonts w:ascii="Arial" w:hAnsi="Arial" w:cs="Arial"/>
          <w:sz w:val="24"/>
          <w:szCs w:val="24"/>
        </w:rPr>
        <w:t xml:space="preserve">Licenciado </w:t>
      </w:r>
      <w:r w:rsidRPr="00E93608">
        <w:rPr>
          <w:rFonts w:ascii="Arial" w:hAnsi="Arial" w:cs="Arial"/>
          <w:sz w:val="24"/>
          <w:szCs w:val="24"/>
        </w:rPr>
        <w:t>Antonio.</w:t>
      </w:r>
    </w:p>
    <w:p w14:paraId="4A6E4F31" w14:textId="61299AB2" w:rsidR="00EA0C28" w:rsidRPr="00E93608" w:rsidRDefault="004218C1" w:rsidP="00E93608">
      <w:pPr>
        <w:jc w:val="both"/>
        <w:rPr>
          <w:rFonts w:ascii="Arial" w:hAnsi="Arial" w:cs="Arial"/>
          <w:sz w:val="24"/>
          <w:szCs w:val="24"/>
        </w:rPr>
      </w:pPr>
      <w:r>
        <w:rPr>
          <w:rFonts w:ascii="Arial" w:hAnsi="Arial" w:cs="Arial"/>
          <w:b/>
          <w:bCs/>
          <w:sz w:val="24"/>
          <w:szCs w:val="24"/>
        </w:rPr>
        <w:t xml:space="preserve">C. JOSE ANTONIO ALVARES HERNANDEZ. </w:t>
      </w:r>
      <w:r w:rsidR="00066BBF">
        <w:rPr>
          <w:rFonts w:ascii="Arial" w:hAnsi="Arial" w:cs="Arial"/>
          <w:b/>
          <w:bCs/>
          <w:sz w:val="24"/>
          <w:szCs w:val="24"/>
        </w:rPr>
        <w:t>–</w:t>
      </w:r>
      <w:r>
        <w:rPr>
          <w:rFonts w:ascii="Arial" w:hAnsi="Arial" w:cs="Arial"/>
          <w:b/>
          <w:bCs/>
          <w:sz w:val="24"/>
          <w:szCs w:val="24"/>
        </w:rPr>
        <w:t xml:space="preserve"> </w:t>
      </w:r>
      <w:r w:rsidRPr="00E93608">
        <w:rPr>
          <w:rFonts w:ascii="Arial" w:hAnsi="Arial" w:cs="Arial"/>
          <w:sz w:val="24"/>
          <w:szCs w:val="24"/>
        </w:rPr>
        <w:t xml:space="preserve">Sí, muchas gracias, regidor Miguel. </w:t>
      </w:r>
      <w:r w:rsidR="009777A9">
        <w:rPr>
          <w:rFonts w:ascii="Arial" w:hAnsi="Arial" w:cs="Arial"/>
          <w:sz w:val="24"/>
          <w:szCs w:val="24"/>
        </w:rPr>
        <w:t>P</w:t>
      </w:r>
      <w:r w:rsidRPr="00E93608">
        <w:rPr>
          <w:rFonts w:ascii="Arial" w:hAnsi="Arial" w:cs="Arial"/>
          <w:sz w:val="24"/>
          <w:szCs w:val="24"/>
        </w:rPr>
        <w:t>rimero me gustaría agradecerles a todos y cada uno de los integrantes de esta comisión. Digo, la manera de que</w:t>
      </w:r>
      <w:r w:rsidR="009777A9">
        <w:rPr>
          <w:rFonts w:ascii="Arial" w:hAnsi="Arial" w:cs="Arial"/>
          <w:sz w:val="24"/>
          <w:szCs w:val="24"/>
        </w:rPr>
        <w:t xml:space="preserve"> </w:t>
      </w:r>
      <w:r w:rsidRPr="00E93608">
        <w:rPr>
          <w:rFonts w:ascii="Arial" w:hAnsi="Arial" w:cs="Arial"/>
          <w:sz w:val="24"/>
          <w:szCs w:val="24"/>
        </w:rPr>
        <w:t>expresan las ideas. Creo que aquí todos coincidimos en querer o la intención de ayudar a la gente, les agradecemos</w:t>
      </w:r>
      <w:r w:rsidR="009777A9">
        <w:rPr>
          <w:rFonts w:ascii="Arial" w:hAnsi="Arial" w:cs="Arial"/>
          <w:sz w:val="24"/>
          <w:szCs w:val="24"/>
        </w:rPr>
        <w:t xml:space="preserve"> </w:t>
      </w:r>
      <w:r w:rsidRPr="00E93608">
        <w:rPr>
          <w:rFonts w:ascii="Arial" w:hAnsi="Arial" w:cs="Arial"/>
          <w:sz w:val="24"/>
          <w:szCs w:val="24"/>
        </w:rPr>
        <w:t xml:space="preserve">que se en la manera en que se está llevando a cabo los comentarios de manera </w:t>
      </w:r>
      <w:r w:rsidR="00852CA4" w:rsidRPr="00E93608">
        <w:rPr>
          <w:rFonts w:ascii="Arial" w:hAnsi="Arial" w:cs="Arial"/>
          <w:sz w:val="24"/>
          <w:szCs w:val="24"/>
        </w:rPr>
        <w:t>respetuosa, con</w:t>
      </w:r>
      <w:r w:rsidRPr="00E93608">
        <w:rPr>
          <w:rFonts w:ascii="Arial" w:hAnsi="Arial" w:cs="Arial"/>
          <w:sz w:val="24"/>
          <w:szCs w:val="24"/>
        </w:rPr>
        <w:t xml:space="preserve"> mucho</w:t>
      </w:r>
      <w:r w:rsidR="009777A9">
        <w:rPr>
          <w:rFonts w:ascii="Arial" w:hAnsi="Arial" w:cs="Arial"/>
          <w:sz w:val="24"/>
          <w:szCs w:val="24"/>
        </w:rPr>
        <w:t xml:space="preserve"> </w:t>
      </w:r>
      <w:r w:rsidRPr="00E93608">
        <w:rPr>
          <w:rFonts w:ascii="Arial" w:hAnsi="Arial" w:cs="Arial"/>
          <w:sz w:val="24"/>
          <w:szCs w:val="24"/>
        </w:rPr>
        <w:t>razonamiento, con mucha sensibilidad hacia la población que más lo necesita.</w:t>
      </w:r>
      <w:r w:rsidR="008738A8">
        <w:rPr>
          <w:rFonts w:ascii="Arial" w:hAnsi="Arial" w:cs="Arial"/>
          <w:sz w:val="24"/>
          <w:szCs w:val="24"/>
        </w:rPr>
        <w:t xml:space="preserve"> </w:t>
      </w:r>
      <w:r w:rsidRPr="00E93608">
        <w:rPr>
          <w:rFonts w:ascii="Arial" w:hAnsi="Arial" w:cs="Arial"/>
          <w:sz w:val="24"/>
          <w:szCs w:val="24"/>
        </w:rPr>
        <w:t xml:space="preserve">Y también estoy de acuerdo aquí con el </w:t>
      </w:r>
      <w:r w:rsidR="008738A8">
        <w:rPr>
          <w:rFonts w:ascii="Arial" w:hAnsi="Arial" w:cs="Arial"/>
          <w:sz w:val="24"/>
          <w:szCs w:val="24"/>
        </w:rPr>
        <w:t>R</w:t>
      </w:r>
      <w:r w:rsidRPr="00E93608">
        <w:rPr>
          <w:rFonts w:ascii="Arial" w:hAnsi="Arial" w:cs="Arial"/>
          <w:sz w:val="24"/>
          <w:szCs w:val="24"/>
        </w:rPr>
        <w:t xml:space="preserve">egidor este </w:t>
      </w:r>
      <w:r w:rsidR="008738A8">
        <w:rPr>
          <w:rFonts w:ascii="Arial" w:hAnsi="Arial" w:cs="Arial"/>
          <w:sz w:val="24"/>
          <w:szCs w:val="24"/>
        </w:rPr>
        <w:t>B</w:t>
      </w:r>
      <w:r w:rsidRPr="00E93608">
        <w:rPr>
          <w:rFonts w:ascii="Arial" w:hAnsi="Arial" w:cs="Arial"/>
          <w:sz w:val="24"/>
          <w:szCs w:val="24"/>
        </w:rPr>
        <w:t>riseño en el sentido de que realmente las personas que no tengan para pagar, pues digo, se les puede</w:t>
      </w:r>
      <w:r w:rsidR="008738A8">
        <w:rPr>
          <w:rFonts w:ascii="Arial" w:hAnsi="Arial" w:cs="Arial"/>
          <w:sz w:val="24"/>
          <w:szCs w:val="24"/>
        </w:rPr>
        <w:t xml:space="preserve"> </w:t>
      </w:r>
      <w:r w:rsidRPr="00E93608">
        <w:rPr>
          <w:rFonts w:ascii="Arial" w:hAnsi="Arial" w:cs="Arial"/>
          <w:sz w:val="24"/>
          <w:szCs w:val="24"/>
        </w:rPr>
        <w:t>con</w:t>
      </w:r>
      <w:r w:rsidR="008738A8">
        <w:rPr>
          <w:rFonts w:ascii="Arial" w:hAnsi="Arial" w:cs="Arial"/>
          <w:sz w:val="24"/>
          <w:szCs w:val="24"/>
        </w:rPr>
        <w:t>d</w:t>
      </w:r>
      <w:r w:rsidRPr="00E93608">
        <w:rPr>
          <w:rFonts w:ascii="Arial" w:hAnsi="Arial" w:cs="Arial"/>
          <w:sz w:val="24"/>
          <w:szCs w:val="24"/>
        </w:rPr>
        <w:t>onar, como ya lo explicó aquí la doctora Celeste. Y también estoy de acuerdo con la propuesta del regidor</w:t>
      </w:r>
      <w:r w:rsidR="008738A8">
        <w:rPr>
          <w:rFonts w:ascii="Arial" w:hAnsi="Arial" w:cs="Arial"/>
          <w:sz w:val="24"/>
          <w:szCs w:val="24"/>
        </w:rPr>
        <w:t xml:space="preserve"> </w:t>
      </w:r>
      <w:r w:rsidRPr="00E93608">
        <w:rPr>
          <w:rFonts w:ascii="Arial" w:hAnsi="Arial" w:cs="Arial"/>
          <w:sz w:val="24"/>
          <w:szCs w:val="24"/>
        </w:rPr>
        <w:t xml:space="preserve">Miguel, agregar esa ese artículo </w:t>
      </w:r>
      <w:r w:rsidR="008738A8" w:rsidRPr="00E93608">
        <w:rPr>
          <w:rFonts w:ascii="Arial" w:hAnsi="Arial" w:cs="Arial"/>
          <w:sz w:val="24"/>
          <w:szCs w:val="24"/>
        </w:rPr>
        <w:t>7 del</w:t>
      </w:r>
      <w:r w:rsidRPr="00E93608">
        <w:rPr>
          <w:rFonts w:ascii="Arial" w:hAnsi="Arial" w:cs="Arial"/>
          <w:sz w:val="24"/>
          <w:szCs w:val="24"/>
        </w:rPr>
        <w:t xml:space="preserve"> Código de Asistencia Social, que si bien la asistencia </w:t>
      </w:r>
      <w:r w:rsidR="008738A8" w:rsidRPr="00E93608">
        <w:rPr>
          <w:rFonts w:ascii="Arial" w:hAnsi="Arial" w:cs="Arial"/>
          <w:sz w:val="24"/>
          <w:szCs w:val="24"/>
        </w:rPr>
        <w:t>social no</w:t>
      </w:r>
      <w:r w:rsidR="008738A8">
        <w:rPr>
          <w:rFonts w:ascii="Arial" w:hAnsi="Arial" w:cs="Arial"/>
          <w:sz w:val="24"/>
          <w:szCs w:val="24"/>
        </w:rPr>
        <w:t xml:space="preserve"> </w:t>
      </w:r>
      <w:r w:rsidRPr="00E93608">
        <w:rPr>
          <w:rFonts w:ascii="Arial" w:hAnsi="Arial" w:cs="Arial"/>
          <w:sz w:val="24"/>
          <w:szCs w:val="24"/>
        </w:rPr>
        <w:t>solamente bueno, dentro de los conceptos que contempla, también está la salud.</w:t>
      </w:r>
      <w:r w:rsidR="008738A8">
        <w:rPr>
          <w:rFonts w:ascii="Arial" w:hAnsi="Arial" w:cs="Arial"/>
          <w:sz w:val="24"/>
          <w:szCs w:val="24"/>
        </w:rPr>
        <w:t xml:space="preserve"> </w:t>
      </w:r>
      <w:r w:rsidRPr="00E93608">
        <w:rPr>
          <w:rFonts w:ascii="Arial" w:hAnsi="Arial" w:cs="Arial"/>
          <w:sz w:val="24"/>
          <w:szCs w:val="24"/>
        </w:rPr>
        <w:t>Entonces creo que se trataría de manera equitativa la población porque efectivamente no todos estamos en igualdad de condiciones. Entonces sería</w:t>
      </w:r>
      <w:r w:rsidR="008738A8">
        <w:rPr>
          <w:rFonts w:ascii="Arial" w:hAnsi="Arial" w:cs="Arial"/>
          <w:sz w:val="24"/>
          <w:szCs w:val="24"/>
        </w:rPr>
        <w:t xml:space="preserve"> </w:t>
      </w:r>
      <w:r w:rsidRPr="00E93608">
        <w:rPr>
          <w:rFonts w:ascii="Arial" w:hAnsi="Arial" w:cs="Arial"/>
          <w:sz w:val="24"/>
          <w:szCs w:val="24"/>
        </w:rPr>
        <w:t>promover y atender la equidad. ¿De qué manera? pues quien la población mediante un estudio socioeconómico que no pueda, pues digo, se le va a tratar  con esa</w:t>
      </w:r>
      <w:r w:rsidR="008738A8">
        <w:rPr>
          <w:rFonts w:ascii="Arial" w:hAnsi="Arial" w:cs="Arial"/>
          <w:sz w:val="24"/>
          <w:szCs w:val="24"/>
        </w:rPr>
        <w:t xml:space="preserve"> </w:t>
      </w:r>
      <w:r w:rsidRPr="00E93608">
        <w:rPr>
          <w:rFonts w:ascii="Arial" w:hAnsi="Arial" w:cs="Arial"/>
          <w:sz w:val="24"/>
          <w:szCs w:val="24"/>
        </w:rPr>
        <w:t xml:space="preserve">diferencia o esa </w:t>
      </w:r>
      <w:r w:rsidR="001B485C" w:rsidRPr="00E93608">
        <w:rPr>
          <w:rFonts w:ascii="Arial" w:hAnsi="Arial" w:cs="Arial"/>
          <w:sz w:val="24"/>
          <w:szCs w:val="24"/>
        </w:rPr>
        <w:t>beneficencia</w:t>
      </w:r>
      <w:r w:rsidRPr="00E93608">
        <w:rPr>
          <w:rFonts w:ascii="Arial" w:hAnsi="Arial" w:cs="Arial"/>
          <w:sz w:val="24"/>
          <w:szCs w:val="24"/>
        </w:rPr>
        <w:t xml:space="preserve"> mayor en alguna condonación y sobre todo atendiendo pues este artículo 7 del Código de Asistencia Social del Estado</w:t>
      </w:r>
      <w:r w:rsidR="008738A8">
        <w:rPr>
          <w:rFonts w:ascii="Arial" w:hAnsi="Arial" w:cs="Arial"/>
          <w:sz w:val="24"/>
          <w:szCs w:val="24"/>
        </w:rPr>
        <w:t xml:space="preserve"> </w:t>
      </w:r>
      <w:r w:rsidRPr="00E93608">
        <w:rPr>
          <w:rFonts w:ascii="Arial" w:hAnsi="Arial" w:cs="Arial"/>
          <w:sz w:val="24"/>
          <w:szCs w:val="24"/>
        </w:rPr>
        <w:t xml:space="preserve">de Jalisco, por lo que sería efectivamente, como dice el </w:t>
      </w:r>
      <w:r w:rsidR="008738A8">
        <w:rPr>
          <w:rFonts w:ascii="Arial" w:hAnsi="Arial" w:cs="Arial"/>
          <w:sz w:val="24"/>
          <w:szCs w:val="24"/>
        </w:rPr>
        <w:t>R</w:t>
      </w:r>
      <w:r w:rsidRPr="00E93608">
        <w:rPr>
          <w:rFonts w:ascii="Arial" w:hAnsi="Arial" w:cs="Arial"/>
          <w:sz w:val="24"/>
          <w:szCs w:val="24"/>
        </w:rPr>
        <w:t xml:space="preserve">egidor </w:t>
      </w:r>
      <w:r w:rsidR="008738A8">
        <w:rPr>
          <w:rFonts w:ascii="Arial" w:hAnsi="Arial" w:cs="Arial"/>
          <w:sz w:val="24"/>
          <w:szCs w:val="24"/>
        </w:rPr>
        <w:t>B</w:t>
      </w:r>
      <w:r w:rsidRPr="00E93608">
        <w:rPr>
          <w:rFonts w:ascii="Arial" w:hAnsi="Arial" w:cs="Arial"/>
          <w:sz w:val="24"/>
          <w:szCs w:val="24"/>
        </w:rPr>
        <w:t>riseño, un incremento meramente simbólico porque en realidad no genera</w:t>
      </w:r>
      <w:r w:rsidR="008738A8">
        <w:rPr>
          <w:rFonts w:ascii="Arial" w:hAnsi="Arial" w:cs="Arial"/>
          <w:sz w:val="24"/>
          <w:szCs w:val="24"/>
        </w:rPr>
        <w:t xml:space="preserve"> </w:t>
      </w:r>
      <w:r w:rsidRPr="00E93608">
        <w:rPr>
          <w:rFonts w:ascii="Arial" w:hAnsi="Arial" w:cs="Arial"/>
          <w:sz w:val="24"/>
          <w:szCs w:val="24"/>
        </w:rPr>
        <w:t>un menoscabo mayor y como ya lo repetía al principio, quienes realmente no tengan para pagar  ese incremento o</w:t>
      </w:r>
      <w:r w:rsidR="008738A8">
        <w:rPr>
          <w:rFonts w:ascii="Arial" w:hAnsi="Arial" w:cs="Arial"/>
          <w:sz w:val="24"/>
          <w:szCs w:val="24"/>
        </w:rPr>
        <w:t xml:space="preserve"> </w:t>
      </w:r>
      <w:r w:rsidRPr="00E93608">
        <w:rPr>
          <w:rFonts w:ascii="Arial" w:hAnsi="Arial" w:cs="Arial"/>
          <w:sz w:val="24"/>
          <w:szCs w:val="24"/>
        </w:rPr>
        <w:t>esa cantidad, pues digo, no sería mayor problema porque se le está dando la facultad con este artículo e esa esa parte que se marca en amarillo para</w:t>
      </w:r>
      <w:r w:rsidR="008738A8">
        <w:rPr>
          <w:rFonts w:ascii="Arial" w:hAnsi="Arial" w:cs="Arial"/>
          <w:sz w:val="24"/>
          <w:szCs w:val="24"/>
        </w:rPr>
        <w:t xml:space="preserve"> </w:t>
      </w:r>
      <w:r w:rsidRPr="00E93608">
        <w:rPr>
          <w:rFonts w:ascii="Arial" w:hAnsi="Arial" w:cs="Arial"/>
          <w:sz w:val="24"/>
          <w:szCs w:val="24"/>
        </w:rPr>
        <w:t>quien realmente tenga esa necesidad pues este hacerle la condonación. Es cuanto, regidor.</w:t>
      </w:r>
    </w:p>
    <w:p w14:paraId="04E0D655" w14:textId="00DBC37E" w:rsidR="00EA0C28" w:rsidRPr="00E93608" w:rsidRDefault="008738A8" w:rsidP="00E93608">
      <w:pPr>
        <w:jc w:val="both"/>
        <w:rPr>
          <w:rFonts w:ascii="Arial" w:hAnsi="Arial" w:cs="Arial"/>
          <w:sz w:val="24"/>
          <w:szCs w:val="24"/>
        </w:rPr>
      </w:pPr>
      <w:r>
        <w:rPr>
          <w:rFonts w:ascii="Arial" w:hAnsi="Arial" w:cs="Arial"/>
          <w:b/>
          <w:bCs/>
          <w:sz w:val="24"/>
          <w:szCs w:val="24"/>
        </w:rPr>
        <w:lastRenderedPageBreak/>
        <w:t xml:space="preserve">C. MIGUEL MARENTES. - </w:t>
      </w:r>
      <w:r w:rsidRPr="00E93608">
        <w:rPr>
          <w:rFonts w:ascii="Arial" w:hAnsi="Arial" w:cs="Arial"/>
          <w:sz w:val="24"/>
          <w:szCs w:val="24"/>
        </w:rPr>
        <w:t>Gracias, licenciado delante, regidora Dunia. Gracias.</w:t>
      </w:r>
    </w:p>
    <w:p w14:paraId="15727F8D" w14:textId="14208578" w:rsidR="008738A8" w:rsidRDefault="008738A8" w:rsidP="00E93608">
      <w:pPr>
        <w:jc w:val="both"/>
        <w:rPr>
          <w:rFonts w:ascii="Arial" w:hAnsi="Arial" w:cs="Arial"/>
          <w:sz w:val="24"/>
          <w:szCs w:val="24"/>
        </w:rPr>
      </w:pPr>
      <w:r>
        <w:rPr>
          <w:rFonts w:ascii="Arial" w:hAnsi="Arial" w:cs="Arial"/>
          <w:b/>
          <w:bCs/>
          <w:sz w:val="24"/>
          <w:szCs w:val="24"/>
        </w:rPr>
        <w:t xml:space="preserve">C. DUNIA CATALINA CRUZ MORENO. - </w:t>
      </w:r>
      <w:r>
        <w:rPr>
          <w:rFonts w:ascii="Arial" w:hAnsi="Arial" w:cs="Arial"/>
          <w:sz w:val="24"/>
          <w:szCs w:val="24"/>
        </w:rPr>
        <w:t>Y</w:t>
      </w:r>
      <w:r w:rsidRPr="00E93608">
        <w:rPr>
          <w:rFonts w:ascii="Arial" w:hAnsi="Arial" w:cs="Arial"/>
          <w:sz w:val="24"/>
          <w:szCs w:val="24"/>
        </w:rPr>
        <w:t>o pienso que todos estamos de acuerdo y el objetivo es común de todos nosotros de que podamos</w:t>
      </w:r>
      <w:r>
        <w:rPr>
          <w:rFonts w:ascii="Arial" w:hAnsi="Arial" w:cs="Arial"/>
          <w:sz w:val="24"/>
          <w:szCs w:val="24"/>
        </w:rPr>
        <w:t xml:space="preserve"> </w:t>
      </w:r>
      <w:r w:rsidRPr="00E93608">
        <w:rPr>
          <w:rFonts w:ascii="Arial" w:hAnsi="Arial" w:cs="Arial"/>
          <w:sz w:val="24"/>
          <w:szCs w:val="24"/>
        </w:rPr>
        <w:t>de alguna manera beneficiar ambas partes, tanto a la ciudadanía como a como a las áreas también que brindan</w:t>
      </w:r>
      <w:r>
        <w:rPr>
          <w:rFonts w:ascii="Arial" w:hAnsi="Arial" w:cs="Arial"/>
          <w:sz w:val="24"/>
          <w:szCs w:val="24"/>
        </w:rPr>
        <w:t xml:space="preserve"> </w:t>
      </w:r>
      <w:r w:rsidRPr="00E93608">
        <w:rPr>
          <w:rFonts w:ascii="Arial" w:hAnsi="Arial" w:cs="Arial"/>
          <w:sz w:val="24"/>
          <w:szCs w:val="24"/>
        </w:rPr>
        <w:t>este tipo de servicios. Entonces, comentaba la doctora al inicio que tiene razón, a lo mejor cuando nos cuesta un</w:t>
      </w:r>
      <w:r>
        <w:rPr>
          <w:rFonts w:ascii="Arial" w:hAnsi="Arial" w:cs="Arial"/>
          <w:sz w:val="24"/>
          <w:szCs w:val="24"/>
        </w:rPr>
        <w:t xml:space="preserve"> </w:t>
      </w:r>
      <w:r w:rsidRPr="00E93608">
        <w:rPr>
          <w:rFonts w:ascii="Arial" w:hAnsi="Arial" w:cs="Arial"/>
          <w:sz w:val="24"/>
          <w:szCs w:val="24"/>
        </w:rPr>
        <w:t>poquito las cosas es cuando más se valoran. Sin embargo, hay personas que les regales o no regales no lo van a</w:t>
      </w:r>
      <w:r>
        <w:rPr>
          <w:rFonts w:ascii="Arial" w:hAnsi="Arial" w:cs="Arial"/>
          <w:sz w:val="24"/>
          <w:szCs w:val="24"/>
        </w:rPr>
        <w:t xml:space="preserve"> </w:t>
      </w:r>
      <w:r w:rsidRPr="00E93608">
        <w:rPr>
          <w:rFonts w:ascii="Arial" w:hAnsi="Arial" w:cs="Arial"/>
          <w:sz w:val="24"/>
          <w:szCs w:val="24"/>
        </w:rPr>
        <w:t>agradecer, no lo van a valorar y hay personas que son muy agradecidas y que realmente toman en cuenta todas estas oportunidades que se les pueden estar dando. Entonces, estoy de acuerdo con la propuesta del regidor Miguel de</w:t>
      </w:r>
      <w:r>
        <w:rPr>
          <w:rFonts w:ascii="Arial" w:hAnsi="Arial" w:cs="Arial"/>
          <w:sz w:val="24"/>
          <w:szCs w:val="24"/>
        </w:rPr>
        <w:t xml:space="preserve"> </w:t>
      </w:r>
      <w:r w:rsidRPr="00E93608">
        <w:rPr>
          <w:rFonts w:ascii="Arial" w:hAnsi="Arial" w:cs="Arial"/>
          <w:sz w:val="24"/>
          <w:szCs w:val="24"/>
        </w:rPr>
        <w:t>que solamente se pudiera aumentar el 5% como en la mayoría de los de los apartados que hemos estado revisando en</w:t>
      </w:r>
      <w:r>
        <w:rPr>
          <w:rFonts w:ascii="Arial" w:hAnsi="Arial" w:cs="Arial"/>
          <w:sz w:val="24"/>
          <w:szCs w:val="24"/>
        </w:rPr>
        <w:t xml:space="preserve"> </w:t>
      </w:r>
      <w:r w:rsidRPr="00E93608">
        <w:rPr>
          <w:rFonts w:ascii="Arial" w:hAnsi="Arial" w:cs="Arial"/>
          <w:sz w:val="24"/>
          <w:szCs w:val="24"/>
        </w:rPr>
        <w:t xml:space="preserve">esta ley de ingresos. </w:t>
      </w:r>
      <w:r>
        <w:rPr>
          <w:rFonts w:ascii="Arial" w:hAnsi="Arial" w:cs="Arial"/>
          <w:sz w:val="24"/>
          <w:szCs w:val="24"/>
        </w:rPr>
        <w:t>E</w:t>
      </w:r>
      <w:r w:rsidRPr="00E93608">
        <w:rPr>
          <w:rFonts w:ascii="Arial" w:hAnsi="Arial" w:cs="Arial"/>
          <w:sz w:val="24"/>
          <w:szCs w:val="24"/>
        </w:rPr>
        <w:t>sa sería mi propuesta.</w:t>
      </w:r>
      <w:r>
        <w:rPr>
          <w:rFonts w:ascii="Arial" w:hAnsi="Arial" w:cs="Arial"/>
          <w:sz w:val="24"/>
          <w:szCs w:val="24"/>
        </w:rPr>
        <w:t xml:space="preserve"> </w:t>
      </w:r>
      <w:r w:rsidRPr="00E93608">
        <w:rPr>
          <w:rFonts w:ascii="Arial" w:hAnsi="Arial" w:cs="Arial"/>
          <w:sz w:val="24"/>
          <w:szCs w:val="24"/>
        </w:rPr>
        <w:t>Creo que con esto de alguna manera alcanzamos a cubrir las necesidades tanto que se tienen nuevas de la unidad</w:t>
      </w:r>
      <w:r>
        <w:rPr>
          <w:rFonts w:ascii="Arial" w:hAnsi="Arial" w:cs="Arial"/>
          <w:sz w:val="24"/>
          <w:szCs w:val="24"/>
        </w:rPr>
        <w:t xml:space="preserve"> </w:t>
      </w:r>
      <w:r w:rsidRPr="00E93608">
        <w:rPr>
          <w:rFonts w:ascii="Arial" w:hAnsi="Arial" w:cs="Arial"/>
          <w:sz w:val="24"/>
          <w:szCs w:val="24"/>
        </w:rPr>
        <w:t>como para que no se afecte tanto a la a la población. Es cuánto.</w:t>
      </w:r>
      <w:r>
        <w:rPr>
          <w:rFonts w:ascii="Arial" w:hAnsi="Arial" w:cs="Arial"/>
          <w:sz w:val="24"/>
          <w:szCs w:val="24"/>
        </w:rPr>
        <w:t xml:space="preserve"> </w:t>
      </w:r>
    </w:p>
    <w:p w14:paraId="27C8A25D" w14:textId="11A2FD47" w:rsidR="00EA0C28" w:rsidRPr="00E93608" w:rsidRDefault="008738A8"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regidora. Adelante, doctora Celeste López Méndez.</w:t>
      </w:r>
    </w:p>
    <w:p w14:paraId="39D07A49" w14:textId="1AC73FC5" w:rsidR="008738A8" w:rsidRDefault="008738A8" w:rsidP="00E93608">
      <w:pPr>
        <w:jc w:val="both"/>
        <w:rPr>
          <w:rFonts w:ascii="Arial" w:hAnsi="Arial" w:cs="Arial"/>
          <w:sz w:val="24"/>
          <w:szCs w:val="24"/>
        </w:rPr>
      </w:pPr>
      <w:r>
        <w:rPr>
          <w:rFonts w:ascii="Arial" w:hAnsi="Arial" w:cs="Arial"/>
          <w:b/>
          <w:bCs/>
          <w:sz w:val="24"/>
          <w:szCs w:val="24"/>
        </w:rPr>
        <w:t xml:space="preserve">C. MARIANA CELESTE LÓPEZ MENDÉZ. - </w:t>
      </w:r>
      <w:r>
        <w:rPr>
          <w:rFonts w:ascii="Arial" w:hAnsi="Arial" w:cs="Arial"/>
          <w:sz w:val="24"/>
          <w:szCs w:val="24"/>
        </w:rPr>
        <w:t>Lo</w:t>
      </w:r>
      <w:r w:rsidRPr="00E93608">
        <w:rPr>
          <w:rFonts w:ascii="Arial" w:hAnsi="Arial" w:cs="Arial"/>
          <w:sz w:val="24"/>
          <w:szCs w:val="24"/>
        </w:rPr>
        <w:t xml:space="preserve"> que mencionaba lo del </w:t>
      </w:r>
      <w:r>
        <w:rPr>
          <w:rFonts w:ascii="Arial" w:hAnsi="Arial" w:cs="Arial"/>
          <w:sz w:val="24"/>
          <w:szCs w:val="24"/>
        </w:rPr>
        <w:t>R</w:t>
      </w:r>
      <w:r w:rsidRPr="00E93608">
        <w:rPr>
          <w:rFonts w:ascii="Arial" w:hAnsi="Arial" w:cs="Arial"/>
          <w:sz w:val="24"/>
          <w:szCs w:val="24"/>
        </w:rPr>
        <w:t xml:space="preserve">egidor </w:t>
      </w:r>
      <w:r>
        <w:rPr>
          <w:rFonts w:ascii="Arial" w:hAnsi="Arial" w:cs="Arial"/>
          <w:sz w:val="24"/>
          <w:szCs w:val="24"/>
        </w:rPr>
        <w:t>B</w:t>
      </w:r>
      <w:r w:rsidRPr="00E93608">
        <w:rPr>
          <w:rFonts w:ascii="Arial" w:hAnsi="Arial" w:cs="Arial"/>
          <w:sz w:val="24"/>
          <w:szCs w:val="24"/>
        </w:rPr>
        <w:t>riseño, yo tomé la decisión en la clínica de hacer esos estudios</w:t>
      </w:r>
      <w:r>
        <w:rPr>
          <w:rFonts w:ascii="Arial" w:hAnsi="Arial" w:cs="Arial"/>
          <w:sz w:val="24"/>
          <w:szCs w:val="24"/>
        </w:rPr>
        <w:t xml:space="preserve"> </w:t>
      </w:r>
      <w:r w:rsidRPr="00E93608">
        <w:rPr>
          <w:rFonts w:ascii="Arial" w:hAnsi="Arial" w:cs="Arial"/>
          <w:sz w:val="24"/>
          <w:szCs w:val="24"/>
        </w:rPr>
        <w:t>socioeconómicos para todos los servicios. En r</w:t>
      </w:r>
      <w:r w:rsidR="00852CA4">
        <w:rPr>
          <w:rFonts w:ascii="Arial" w:hAnsi="Arial" w:cs="Arial"/>
          <w:sz w:val="24"/>
          <w:szCs w:val="24"/>
        </w:rPr>
        <w:t>eh</w:t>
      </w:r>
      <w:r w:rsidRPr="00E93608">
        <w:rPr>
          <w:rFonts w:ascii="Arial" w:hAnsi="Arial" w:cs="Arial"/>
          <w:sz w:val="24"/>
          <w:szCs w:val="24"/>
        </w:rPr>
        <w:t>abilitación hay personas que no pagan ni un solo peso durante todo su tratamiento. En</w:t>
      </w:r>
      <w:r>
        <w:rPr>
          <w:rFonts w:ascii="Arial" w:hAnsi="Arial" w:cs="Arial"/>
          <w:sz w:val="24"/>
          <w:szCs w:val="24"/>
        </w:rPr>
        <w:t xml:space="preserve"> </w:t>
      </w:r>
      <w:r w:rsidRPr="00E93608">
        <w:rPr>
          <w:rFonts w:ascii="Arial" w:hAnsi="Arial" w:cs="Arial"/>
          <w:sz w:val="24"/>
          <w:szCs w:val="24"/>
        </w:rPr>
        <w:t>odontología igual. En medicina es una consulta que nunca hemos decidido cobrar aun cuando tengamos todo el material para hacer muchos procedimientos que</w:t>
      </w:r>
      <w:r>
        <w:rPr>
          <w:rFonts w:ascii="Arial" w:hAnsi="Arial" w:cs="Arial"/>
          <w:sz w:val="24"/>
          <w:szCs w:val="24"/>
        </w:rPr>
        <w:t xml:space="preserve"> </w:t>
      </w:r>
      <w:r w:rsidRPr="00E93608">
        <w:rPr>
          <w:rFonts w:ascii="Arial" w:hAnsi="Arial" w:cs="Arial"/>
          <w:sz w:val="24"/>
          <w:szCs w:val="24"/>
        </w:rPr>
        <w:t>generan un costo fuerte. este entre otras áreas, ¿no? En psicología es lo mismo. Si vemos que una persona no lo</w:t>
      </w:r>
      <w:r>
        <w:rPr>
          <w:rFonts w:ascii="Arial" w:hAnsi="Arial" w:cs="Arial"/>
          <w:sz w:val="24"/>
          <w:szCs w:val="24"/>
        </w:rPr>
        <w:t xml:space="preserve"> </w:t>
      </w:r>
      <w:r w:rsidRPr="00E93608">
        <w:rPr>
          <w:rFonts w:ascii="Arial" w:hAnsi="Arial" w:cs="Arial"/>
          <w:sz w:val="24"/>
          <w:szCs w:val="24"/>
        </w:rPr>
        <w:t>puede pagar, se les condona todo. Lo único que sí se firman cartas compromiso. Esa carta compromiso nos sirve a nosotros para que, si a la</w:t>
      </w:r>
      <w:r>
        <w:rPr>
          <w:rFonts w:ascii="Arial" w:hAnsi="Arial" w:cs="Arial"/>
          <w:sz w:val="24"/>
          <w:szCs w:val="24"/>
        </w:rPr>
        <w:t xml:space="preserve"> </w:t>
      </w:r>
      <w:r w:rsidRPr="00E93608">
        <w:rPr>
          <w:rFonts w:ascii="Arial" w:hAnsi="Arial" w:cs="Arial"/>
          <w:sz w:val="24"/>
          <w:szCs w:val="24"/>
        </w:rPr>
        <w:t>persona no se le está cobrando, tenga la obligación de asistir de manera subsecuente a cada una de sus sesiones en cualquier servicio, pero más en</w:t>
      </w:r>
      <w:r>
        <w:rPr>
          <w:rFonts w:ascii="Arial" w:hAnsi="Arial" w:cs="Arial"/>
          <w:sz w:val="24"/>
          <w:szCs w:val="24"/>
        </w:rPr>
        <w:t xml:space="preserve"> </w:t>
      </w:r>
      <w:r w:rsidRPr="00E93608">
        <w:rPr>
          <w:rFonts w:ascii="Arial" w:hAnsi="Arial" w:cs="Arial"/>
          <w:sz w:val="24"/>
          <w:szCs w:val="24"/>
        </w:rPr>
        <w:t>psicología. Si llegan a faltar dos veces, se les retira el apoyo y se le da a alguien más que realmente lo necesite.</w:t>
      </w:r>
      <w:r>
        <w:rPr>
          <w:rFonts w:ascii="Arial" w:hAnsi="Arial" w:cs="Arial"/>
          <w:sz w:val="24"/>
          <w:szCs w:val="24"/>
        </w:rPr>
        <w:t xml:space="preserve"> </w:t>
      </w:r>
      <w:r w:rsidRPr="00E93608">
        <w:rPr>
          <w:rFonts w:ascii="Arial" w:hAnsi="Arial" w:cs="Arial"/>
          <w:sz w:val="24"/>
          <w:szCs w:val="24"/>
        </w:rPr>
        <w:t xml:space="preserve">Hablando de todo lo demás, la unidad tiene desde el año pasado que cubre prácticamente casi todos los tratamientos de los usuarios del </w:t>
      </w:r>
      <w:r>
        <w:rPr>
          <w:rFonts w:ascii="Arial" w:hAnsi="Arial" w:cs="Arial"/>
          <w:sz w:val="24"/>
          <w:szCs w:val="24"/>
        </w:rPr>
        <w:t>SISAME</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 xml:space="preserve">Tenemos medicamentos que van desde pacientes que tienen convulsiones, que tienen esquizofrenia, que tienen otro tipo de trastornos que el </w:t>
      </w:r>
      <w:r>
        <w:rPr>
          <w:rFonts w:ascii="Arial" w:hAnsi="Arial" w:cs="Arial"/>
          <w:sz w:val="24"/>
          <w:szCs w:val="24"/>
        </w:rPr>
        <w:t>SISAME</w:t>
      </w:r>
      <w:r w:rsidRPr="00E93608">
        <w:rPr>
          <w:rFonts w:ascii="Arial" w:hAnsi="Arial" w:cs="Arial"/>
          <w:sz w:val="24"/>
          <w:szCs w:val="24"/>
        </w:rPr>
        <w:t xml:space="preserve"> no lo</w:t>
      </w:r>
      <w:r>
        <w:rPr>
          <w:rFonts w:ascii="Arial" w:hAnsi="Arial" w:cs="Arial"/>
          <w:sz w:val="24"/>
          <w:szCs w:val="24"/>
        </w:rPr>
        <w:t xml:space="preserve"> </w:t>
      </w:r>
      <w:r w:rsidRPr="00E93608">
        <w:rPr>
          <w:rFonts w:ascii="Arial" w:hAnsi="Arial" w:cs="Arial"/>
          <w:sz w:val="24"/>
          <w:szCs w:val="24"/>
        </w:rPr>
        <w:t>puede ni siquiera cubrir y lo hacemos nosotros. ya sea que lo compremos, ya sea que busquemos proveedores que nos los asignen más económicos o incluso</w:t>
      </w:r>
      <w:r>
        <w:rPr>
          <w:rFonts w:ascii="Arial" w:hAnsi="Arial" w:cs="Arial"/>
          <w:sz w:val="24"/>
          <w:szCs w:val="24"/>
        </w:rPr>
        <w:t xml:space="preserve"> </w:t>
      </w:r>
      <w:r w:rsidRPr="00E93608">
        <w:rPr>
          <w:rFonts w:ascii="Arial" w:hAnsi="Arial" w:cs="Arial"/>
          <w:sz w:val="24"/>
          <w:szCs w:val="24"/>
        </w:rPr>
        <w:t>este por alguna donación de pacientes que ya no los van a utilizar. Y también tenemos un apoyo de estudios de</w:t>
      </w:r>
      <w:r>
        <w:rPr>
          <w:rFonts w:ascii="Arial" w:hAnsi="Arial" w:cs="Arial"/>
          <w:sz w:val="24"/>
          <w:szCs w:val="24"/>
        </w:rPr>
        <w:t xml:space="preserve"> </w:t>
      </w:r>
      <w:r w:rsidRPr="00E93608">
        <w:rPr>
          <w:rFonts w:ascii="Arial" w:hAnsi="Arial" w:cs="Arial"/>
          <w:sz w:val="24"/>
          <w:szCs w:val="24"/>
        </w:rPr>
        <w:t xml:space="preserve">laboratorio </w:t>
      </w:r>
      <w:r w:rsidR="00852CA4" w:rsidRPr="00E93608">
        <w:rPr>
          <w:rFonts w:ascii="Arial" w:hAnsi="Arial" w:cs="Arial"/>
          <w:sz w:val="24"/>
          <w:szCs w:val="24"/>
        </w:rPr>
        <w:t>y de</w:t>
      </w:r>
      <w:r w:rsidRPr="00E93608">
        <w:rPr>
          <w:rFonts w:ascii="Arial" w:hAnsi="Arial" w:cs="Arial"/>
          <w:sz w:val="24"/>
          <w:szCs w:val="24"/>
        </w:rPr>
        <w:t xml:space="preserve"> gabinete que se realizan o por el 100%, por el 50%, 75%</w:t>
      </w:r>
      <w:r>
        <w:rPr>
          <w:rFonts w:ascii="Arial" w:hAnsi="Arial" w:cs="Arial"/>
          <w:sz w:val="24"/>
          <w:szCs w:val="24"/>
        </w:rPr>
        <w:t xml:space="preserve"> </w:t>
      </w:r>
      <w:r w:rsidRPr="00E93608">
        <w:rPr>
          <w:rFonts w:ascii="Arial" w:hAnsi="Arial" w:cs="Arial"/>
          <w:sz w:val="24"/>
          <w:szCs w:val="24"/>
        </w:rPr>
        <w:t>o lo que el área de trabajo social considere necesario. A veces hemos nosotros a lo mejor por mes llegamos a</w:t>
      </w:r>
      <w:r>
        <w:rPr>
          <w:rFonts w:ascii="Arial" w:hAnsi="Arial" w:cs="Arial"/>
          <w:sz w:val="24"/>
          <w:szCs w:val="24"/>
        </w:rPr>
        <w:t xml:space="preserve"> </w:t>
      </w:r>
      <w:r w:rsidRPr="00E93608">
        <w:rPr>
          <w:rFonts w:ascii="Arial" w:hAnsi="Arial" w:cs="Arial"/>
          <w:sz w:val="24"/>
          <w:szCs w:val="24"/>
        </w:rPr>
        <w:t xml:space="preserve">cubrir hasta 50.000 pesos en apoyos a usuarios de todas las colonias, de todas las áreas, de todos los padecimientos, sin o con una </w:t>
      </w:r>
      <w:r w:rsidRPr="00E93608">
        <w:rPr>
          <w:rFonts w:ascii="Arial" w:hAnsi="Arial" w:cs="Arial"/>
          <w:sz w:val="24"/>
          <w:szCs w:val="24"/>
        </w:rPr>
        <w:lastRenderedPageBreak/>
        <w:t>derecho</w:t>
      </w:r>
      <w:r>
        <w:rPr>
          <w:rFonts w:ascii="Arial" w:hAnsi="Arial" w:cs="Arial"/>
          <w:sz w:val="24"/>
          <w:szCs w:val="24"/>
        </w:rPr>
        <w:t>habien</w:t>
      </w:r>
      <w:r w:rsidRPr="00E93608">
        <w:rPr>
          <w:rFonts w:ascii="Arial" w:hAnsi="Arial" w:cs="Arial"/>
          <w:sz w:val="24"/>
          <w:szCs w:val="24"/>
        </w:rPr>
        <w:t>cia vigente.</w:t>
      </w:r>
      <w:r>
        <w:rPr>
          <w:rFonts w:ascii="Arial" w:hAnsi="Arial" w:cs="Arial"/>
          <w:sz w:val="24"/>
          <w:szCs w:val="24"/>
        </w:rPr>
        <w:t xml:space="preserve"> </w:t>
      </w:r>
      <w:r w:rsidRPr="00E93608">
        <w:rPr>
          <w:rFonts w:ascii="Arial" w:hAnsi="Arial" w:cs="Arial"/>
          <w:sz w:val="24"/>
          <w:szCs w:val="24"/>
        </w:rPr>
        <w:t>Entonces creo que aumentar, estaba haciendo las cuentas, aumentar el 10%, que sería mi contrapropuesta, serían 85</w:t>
      </w:r>
      <w:r>
        <w:rPr>
          <w:rFonts w:ascii="Arial" w:hAnsi="Arial" w:cs="Arial"/>
          <w:sz w:val="24"/>
          <w:szCs w:val="24"/>
        </w:rPr>
        <w:t xml:space="preserve"> </w:t>
      </w:r>
      <w:r w:rsidRPr="00E93608">
        <w:rPr>
          <w:rFonts w:ascii="Arial" w:hAnsi="Arial" w:cs="Arial"/>
          <w:sz w:val="24"/>
          <w:szCs w:val="24"/>
        </w:rPr>
        <w:t>pesos cuando mucho. ¿Y a qué voy con esto? A lo mejor el comentario que voy a decir está un poco mal empleado, pero es el único que se me ocurre.</w:t>
      </w:r>
      <w:r>
        <w:rPr>
          <w:rFonts w:ascii="Arial" w:hAnsi="Arial" w:cs="Arial"/>
          <w:sz w:val="24"/>
          <w:szCs w:val="24"/>
        </w:rPr>
        <w:t xml:space="preserve"> </w:t>
      </w:r>
      <w:r w:rsidRPr="00E93608">
        <w:rPr>
          <w:rFonts w:ascii="Arial" w:hAnsi="Arial" w:cs="Arial"/>
          <w:sz w:val="24"/>
          <w:szCs w:val="24"/>
        </w:rPr>
        <w:t>Lo decía el regidor sobre la canasta básica, por eso me quedé pensando, ¿no?</w:t>
      </w:r>
      <w:r>
        <w:rPr>
          <w:rFonts w:ascii="Arial" w:hAnsi="Arial" w:cs="Arial"/>
          <w:sz w:val="24"/>
          <w:szCs w:val="24"/>
        </w:rPr>
        <w:t xml:space="preserve"> </w:t>
      </w:r>
      <w:r w:rsidRPr="00E93608">
        <w:rPr>
          <w:rFonts w:ascii="Arial" w:hAnsi="Arial" w:cs="Arial"/>
          <w:sz w:val="24"/>
          <w:szCs w:val="24"/>
        </w:rPr>
        <w:t>La canasta básica que nosotros llegamos a conocer abarca lentejas, huevo, aceite, frijol, galletas marías o lo más básico, ¿no?</w:t>
      </w:r>
      <w:r>
        <w:rPr>
          <w:rFonts w:ascii="Arial" w:hAnsi="Arial" w:cs="Arial"/>
          <w:sz w:val="24"/>
          <w:szCs w:val="24"/>
        </w:rPr>
        <w:t xml:space="preserve"> </w:t>
      </w:r>
      <w:r w:rsidRPr="00E93608">
        <w:rPr>
          <w:rFonts w:ascii="Arial" w:hAnsi="Arial" w:cs="Arial"/>
          <w:sz w:val="24"/>
          <w:szCs w:val="24"/>
        </w:rPr>
        <w:t>Pero en la mayoría de las personas que tiene que ver algo con una respuesta psicológica.</w:t>
      </w:r>
      <w:r>
        <w:rPr>
          <w:rFonts w:ascii="Arial" w:hAnsi="Arial" w:cs="Arial"/>
          <w:sz w:val="24"/>
          <w:szCs w:val="24"/>
        </w:rPr>
        <w:t xml:space="preserve"> </w:t>
      </w:r>
      <w:r w:rsidRPr="00E93608">
        <w:rPr>
          <w:rFonts w:ascii="Arial" w:hAnsi="Arial" w:cs="Arial"/>
          <w:sz w:val="24"/>
          <w:szCs w:val="24"/>
        </w:rPr>
        <w:t>es que sus prioridades se alteran mucho, mucho. ¿A qué voy con esto? Hay personas</w:t>
      </w:r>
      <w:r>
        <w:rPr>
          <w:rFonts w:ascii="Arial" w:hAnsi="Arial" w:cs="Arial"/>
          <w:sz w:val="24"/>
          <w:szCs w:val="24"/>
        </w:rPr>
        <w:t xml:space="preserve"> </w:t>
      </w:r>
      <w:r w:rsidRPr="00E93608">
        <w:rPr>
          <w:rFonts w:ascii="Arial" w:hAnsi="Arial" w:cs="Arial"/>
          <w:sz w:val="24"/>
          <w:szCs w:val="24"/>
        </w:rPr>
        <w:t>que tienen bajos recursos, que tienen bajos ingresos, que a lo mejor tienen otras necesidades, pero no es su</w:t>
      </w:r>
      <w:r>
        <w:rPr>
          <w:rFonts w:ascii="Arial" w:hAnsi="Arial" w:cs="Arial"/>
          <w:sz w:val="24"/>
          <w:szCs w:val="24"/>
        </w:rPr>
        <w:t xml:space="preserve"> </w:t>
      </w:r>
      <w:r w:rsidRPr="00E93608">
        <w:rPr>
          <w:rFonts w:ascii="Arial" w:hAnsi="Arial" w:cs="Arial"/>
          <w:sz w:val="24"/>
          <w:szCs w:val="24"/>
        </w:rPr>
        <w:t>prioridad. sus prioridades son otras, ¿no? Entonces, si estamos considerando entre todos, porque es un mismo ente, es</w:t>
      </w:r>
      <w:r>
        <w:rPr>
          <w:rFonts w:ascii="Arial" w:hAnsi="Arial" w:cs="Arial"/>
          <w:sz w:val="24"/>
          <w:szCs w:val="24"/>
        </w:rPr>
        <w:t xml:space="preserve"> </w:t>
      </w:r>
      <w:r w:rsidRPr="00E93608">
        <w:rPr>
          <w:rFonts w:ascii="Arial" w:hAnsi="Arial" w:cs="Arial"/>
          <w:sz w:val="24"/>
          <w:szCs w:val="24"/>
        </w:rPr>
        <w:t>una misma visión querer ayudar con alguien de la salud mental, una de las partes más importantes es que también los usuarios vean como prioridad atender</w:t>
      </w:r>
      <w:r>
        <w:rPr>
          <w:rFonts w:ascii="Arial" w:hAnsi="Arial" w:cs="Arial"/>
          <w:sz w:val="24"/>
          <w:szCs w:val="24"/>
        </w:rPr>
        <w:t xml:space="preserve"> </w:t>
      </w:r>
      <w:r w:rsidRPr="00E93608">
        <w:rPr>
          <w:rFonts w:ascii="Arial" w:hAnsi="Arial" w:cs="Arial"/>
          <w:sz w:val="24"/>
          <w:szCs w:val="24"/>
        </w:rPr>
        <w:t>su salud mental. Si alguien de ustedes ha ido a terapia o no, bueno, en mi caso, yo sé que, si en mi quincena mi</w:t>
      </w:r>
      <w:r>
        <w:rPr>
          <w:rFonts w:ascii="Arial" w:hAnsi="Arial" w:cs="Arial"/>
          <w:sz w:val="24"/>
          <w:szCs w:val="24"/>
        </w:rPr>
        <w:t xml:space="preserve"> </w:t>
      </w:r>
      <w:r w:rsidRPr="00E93608">
        <w:rPr>
          <w:rFonts w:ascii="Arial" w:hAnsi="Arial" w:cs="Arial"/>
          <w:sz w:val="24"/>
          <w:szCs w:val="24"/>
        </w:rPr>
        <w:t xml:space="preserve">terapia me sale </w:t>
      </w:r>
      <w:r w:rsidR="001B485C">
        <w:rPr>
          <w:rFonts w:ascii="Arial" w:hAnsi="Arial" w:cs="Arial"/>
          <w:sz w:val="24"/>
          <w:szCs w:val="24"/>
        </w:rPr>
        <w:t>$</w:t>
      </w:r>
      <w:r w:rsidRPr="00E93608">
        <w:rPr>
          <w:rFonts w:ascii="Arial" w:hAnsi="Arial" w:cs="Arial"/>
          <w:sz w:val="24"/>
          <w:szCs w:val="24"/>
        </w:rPr>
        <w:t>800</w:t>
      </w:r>
      <w:r w:rsidR="001B485C">
        <w:rPr>
          <w:rFonts w:ascii="Arial" w:hAnsi="Arial" w:cs="Arial"/>
          <w:sz w:val="24"/>
          <w:szCs w:val="24"/>
        </w:rPr>
        <w:t>.00</w:t>
      </w:r>
      <w:r w:rsidRPr="00E93608">
        <w:rPr>
          <w:rFonts w:ascii="Arial" w:hAnsi="Arial" w:cs="Arial"/>
          <w:sz w:val="24"/>
          <w:szCs w:val="24"/>
        </w:rPr>
        <w:t xml:space="preserve">, </w:t>
      </w:r>
      <w:r w:rsidR="001B485C">
        <w:rPr>
          <w:rFonts w:ascii="Arial" w:hAnsi="Arial" w:cs="Arial"/>
          <w:sz w:val="24"/>
          <w:szCs w:val="24"/>
        </w:rPr>
        <w:t>$</w:t>
      </w:r>
      <w:r w:rsidRPr="00E93608">
        <w:rPr>
          <w:rFonts w:ascii="Arial" w:hAnsi="Arial" w:cs="Arial"/>
          <w:sz w:val="24"/>
          <w:szCs w:val="24"/>
        </w:rPr>
        <w:t>900</w:t>
      </w:r>
      <w:r w:rsidR="001B485C">
        <w:rPr>
          <w:rFonts w:ascii="Arial" w:hAnsi="Arial" w:cs="Arial"/>
          <w:sz w:val="24"/>
          <w:szCs w:val="24"/>
        </w:rPr>
        <w:t>.00</w:t>
      </w:r>
      <w:r w:rsidRPr="00E93608">
        <w:rPr>
          <w:rFonts w:ascii="Arial" w:hAnsi="Arial" w:cs="Arial"/>
          <w:sz w:val="24"/>
          <w:szCs w:val="24"/>
        </w:rPr>
        <w:t xml:space="preserve"> pesos, yo tengo que guardar </w:t>
      </w:r>
      <w:r w:rsidR="001B485C">
        <w:rPr>
          <w:rFonts w:ascii="Arial" w:hAnsi="Arial" w:cs="Arial"/>
          <w:sz w:val="24"/>
          <w:szCs w:val="24"/>
        </w:rPr>
        <w:t>$</w:t>
      </w:r>
      <w:r w:rsidRPr="00E93608">
        <w:rPr>
          <w:rFonts w:ascii="Arial" w:hAnsi="Arial" w:cs="Arial"/>
          <w:sz w:val="24"/>
          <w:szCs w:val="24"/>
        </w:rPr>
        <w:t>450</w:t>
      </w:r>
      <w:r w:rsidR="001B485C">
        <w:rPr>
          <w:rFonts w:ascii="Arial" w:hAnsi="Arial" w:cs="Arial"/>
          <w:sz w:val="24"/>
          <w:szCs w:val="24"/>
        </w:rPr>
        <w:t>.00</w:t>
      </w:r>
      <w:r w:rsidRPr="00E93608">
        <w:rPr>
          <w:rFonts w:ascii="Arial" w:hAnsi="Arial" w:cs="Arial"/>
          <w:sz w:val="24"/>
          <w:szCs w:val="24"/>
        </w:rPr>
        <w:t xml:space="preserve"> por quincena. yo puedo pagar esa consulta, ¿no? Pero si</w:t>
      </w:r>
      <w:r>
        <w:rPr>
          <w:rFonts w:ascii="Arial" w:hAnsi="Arial" w:cs="Arial"/>
          <w:sz w:val="24"/>
          <w:szCs w:val="24"/>
        </w:rPr>
        <w:t xml:space="preserve"> </w:t>
      </w:r>
      <w:r w:rsidRPr="00E93608">
        <w:rPr>
          <w:rFonts w:ascii="Arial" w:hAnsi="Arial" w:cs="Arial"/>
          <w:sz w:val="24"/>
          <w:szCs w:val="24"/>
        </w:rPr>
        <w:t>yo me quedo sin eso, quiere decir que yo no estoy priorizando la consulta del siguiente mes. Y eso también en una</w:t>
      </w:r>
      <w:r>
        <w:rPr>
          <w:rFonts w:ascii="Arial" w:hAnsi="Arial" w:cs="Arial"/>
          <w:sz w:val="24"/>
          <w:szCs w:val="24"/>
        </w:rPr>
        <w:t xml:space="preserve"> </w:t>
      </w:r>
      <w:r w:rsidRPr="00E93608">
        <w:rPr>
          <w:rFonts w:ascii="Arial" w:hAnsi="Arial" w:cs="Arial"/>
          <w:sz w:val="24"/>
          <w:szCs w:val="24"/>
        </w:rPr>
        <w:t>parte psicológica indirecta te hace saber que realmente tus prioridades no están siendo estas, aunque así lo necesites. Pasa mucho, pasa mucho.</w:t>
      </w:r>
      <w:r>
        <w:rPr>
          <w:rFonts w:ascii="Arial" w:hAnsi="Arial" w:cs="Arial"/>
          <w:sz w:val="24"/>
          <w:szCs w:val="24"/>
        </w:rPr>
        <w:t xml:space="preserve"> </w:t>
      </w:r>
      <w:r w:rsidRPr="00E93608">
        <w:rPr>
          <w:rFonts w:ascii="Arial" w:hAnsi="Arial" w:cs="Arial"/>
          <w:sz w:val="24"/>
          <w:szCs w:val="24"/>
        </w:rPr>
        <w:t>Pacientes diabéticos, pacientes que tienen alguna alteración nutricional, pacientes que tienen otras enfermedades de higiene bucal, de todo. No es que</w:t>
      </w:r>
      <w:r>
        <w:rPr>
          <w:rFonts w:ascii="Arial" w:hAnsi="Arial" w:cs="Arial"/>
          <w:sz w:val="24"/>
          <w:szCs w:val="24"/>
        </w:rPr>
        <w:t xml:space="preserve"> </w:t>
      </w:r>
      <w:r w:rsidRPr="00E93608">
        <w:rPr>
          <w:rFonts w:ascii="Arial" w:hAnsi="Arial" w:cs="Arial"/>
          <w:sz w:val="24"/>
          <w:szCs w:val="24"/>
        </w:rPr>
        <w:t>nosotros no vayamos al servicio, ¿no? ni mucho menos, sino que también se hace esa corresponsabilidad al usuario de que te lo estamos dando aquí, pero tienes</w:t>
      </w:r>
      <w:r>
        <w:rPr>
          <w:rFonts w:ascii="Arial" w:hAnsi="Arial" w:cs="Arial"/>
          <w:sz w:val="24"/>
          <w:szCs w:val="24"/>
        </w:rPr>
        <w:t xml:space="preserve"> </w:t>
      </w:r>
      <w:r w:rsidRPr="00E93608">
        <w:rPr>
          <w:rFonts w:ascii="Arial" w:hAnsi="Arial" w:cs="Arial"/>
          <w:sz w:val="24"/>
          <w:szCs w:val="24"/>
        </w:rPr>
        <w:t>que ser constante, pero tienes que cuidarte, pero que, si no sigues un tratamiento, por más que nosotros queramos ayudar, no va a funcionar. Y</w:t>
      </w:r>
      <w:r>
        <w:rPr>
          <w:rFonts w:ascii="Arial" w:hAnsi="Arial" w:cs="Arial"/>
          <w:sz w:val="24"/>
          <w:szCs w:val="24"/>
        </w:rPr>
        <w:t xml:space="preserve"> </w:t>
      </w:r>
      <w:r w:rsidRPr="00E93608">
        <w:rPr>
          <w:rFonts w:ascii="Arial" w:hAnsi="Arial" w:cs="Arial"/>
          <w:sz w:val="24"/>
          <w:szCs w:val="24"/>
        </w:rPr>
        <w:t>así es como lo hacemos de una manera psicológica. Cuando hay un usuario que dice, "Oye, es que sabes qué, pues yo no puedo pagarla." No te preocupes, si es</w:t>
      </w:r>
      <w:r>
        <w:rPr>
          <w:rFonts w:ascii="Arial" w:hAnsi="Arial" w:cs="Arial"/>
          <w:sz w:val="24"/>
          <w:szCs w:val="24"/>
        </w:rPr>
        <w:t xml:space="preserve"> </w:t>
      </w:r>
      <w:r w:rsidRPr="00E93608">
        <w:rPr>
          <w:rFonts w:ascii="Arial" w:hAnsi="Arial" w:cs="Arial"/>
          <w:sz w:val="24"/>
          <w:szCs w:val="24"/>
        </w:rPr>
        <w:t>por eso que vas a dejar de venir, no te preocupes, se te condona el servicio y van y se vuelve una corresponsabilidad conjunta. ¿Sabes qué? Yo ya terminé</w:t>
      </w:r>
      <w:r>
        <w:rPr>
          <w:rFonts w:ascii="Arial" w:hAnsi="Arial" w:cs="Arial"/>
          <w:sz w:val="24"/>
          <w:szCs w:val="24"/>
        </w:rPr>
        <w:t xml:space="preserve"> </w:t>
      </w:r>
      <w:r w:rsidRPr="00E93608">
        <w:rPr>
          <w:rFonts w:ascii="Arial" w:hAnsi="Arial" w:cs="Arial"/>
          <w:sz w:val="24"/>
          <w:szCs w:val="24"/>
        </w:rPr>
        <w:t>mis sesiones, yo ya yo ya terminé mi proceso. Siempre se les deja una cita abierta subsecuente. Se habla con médicos, hablaba de consultas privadas.</w:t>
      </w:r>
      <w:r>
        <w:rPr>
          <w:rFonts w:ascii="Arial" w:hAnsi="Arial" w:cs="Arial"/>
          <w:sz w:val="24"/>
          <w:szCs w:val="24"/>
        </w:rPr>
        <w:t xml:space="preserve"> </w:t>
      </w:r>
      <w:r w:rsidRPr="00E93608">
        <w:rPr>
          <w:rFonts w:ascii="Arial" w:hAnsi="Arial" w:cs="Arial"/>
          <w:sz w:val="24"/>
          <w:szCs w:val="24"/>
        </w:rPr>
        <w:t xml:space="preserve">Yo conozco muchos médicos, nos dejan consultas más económicas, derivamos a los pacientes, tenemos formatos de referencia, hablamos con el del </w:t>
      </w:r>
      <w:r>
        <w:rPr>
          <w:rFonts w:ascii="Arial" w:hAnsi="Arial" w:cs="Arial"/>
          <w:sz w:val="24"/>
          <w:szCs w:val="24"/>
        </w:rPr>
        <w:t>SISAME</w:t>
      </w:r>
      <w:r w:rsidRPr="00E93608">
        <w:rPr>
          <w:rFonts w:ascii="Arial" w:hAnsi="Arial" w:cs="Arial"/>
          <w:sz w:val="24"/>
          <w:szCs w:val="24"/>
        </w:rPr>
        <w:t>, hablamos con los del seguro. ¿Para qué?</w:t>
      </w:r>
      <w:r>
        <w:rPr>
          <w:rFonts w:ascii="Arial" w:hAnsi="Arial" w:cs="Arial"/>
          <w:sz w:val="24"/>
          <w:szCs w:val="24"/>
        </w:rPr>
        <w:t xml:space="preserve"> </w:t>
      </w:r>
      <w:r w:rsidRPr="00E93608">
        <w:rPr>
          <w:rFonts w:ascii="Arial" w:hAnsi="Arial" w:cs="Arial"/>
          <w:sz w:val="24"/>
          <w:szCs w:val="24"/>
        </w:rPr>
        <w:t>Para que les hagamos el camino un poquito más fácil. Eso es lo que hacemos en la unidad, entre otras muchas cosas.</w:t>
      </w:r>
      <w:r>
        <w:rPr>
          <w:rFonts w:ascii="Arial" w:hAnsi="Arial" w:cs="Arial"/>
          <w:sz w:val="24"/>
          <w:szCs w:val="24"/>
        </w:rPr>
        <w:t xml:space="preserve"> </w:t>
      </w:r>
      <w:r w:rsidRPr="00E93608">
        <w:rPr>
          <w:rFonts w:ascii="Arial" w:hAnsi="Arial" w:cs="Arial"/>
          <w:sz w:val="24"/>
          <w:szCs w:val="24"/>
        </w:rPr>
        <w:t xml:space="preserve">Por eso es </w:t>
      </w:r>
      <w:proofErr w:type="gramStart"/>
      <w:r w:rsidRPr="00E93608">
        <w:rPr>
          <w:rFonts w:ascii="Arial" w:hAnsi="Arial" w:cs="Arial"/>
          <w:sz w:val="24"/>
          <w:szCs w:val="24"/>
        </w:rPr>
        <w:t>que</w:t>
      </w:r>
      <w:proofErr w:type="gramEnd"/>
      <w:r w:rsidRPr="00E93608">
        <w:rPr>
          <w:rFonts w:ascii="Arial" w:hAnsi="Arial" w:cs="Arial"/>
          <w:sz w:val="24"/>
          <w:szCs w:val="24"/>
        </w:rPr>
        <w:t xml:space="preserve"> si no quieren aceptar el 20%, lo entiendo, ustedes lo ven desde otra perspectiva, a la diferencia como yo lo veo estando operando en la unidad,</w:t>
      </w:r>
      <w:r>
        <w:rPr>
          <w:rFonts w:ascii="Arial" w:hAnsi="Arial" w:cs="Arial"/>
          <w:sz w:val="24"/>
          <w:szCs w:val="24"/>
        </w:rPr>
        <w:t xml:space="preserve"> </w:t>
      </w:r>
      <w:r w:rsidRPr="00E93608">
        <w:rPr>
          <w:rFonts w:ascii="Arial" w:hAnsi="Arial" w:cs="Arial"/>
          <w:sz w:val="24"/>
          <w:szCs w:val="24"/>
        </w:rPr>
        <w:t>pero el 10% estaríamos hablando que es un aumento de 83.6 pes. Una Coca-Cola de</w:t>
      </w:r>
      <w:r>
        <w:rPr>
          <w:rFonts w:ascii="Arial" w:hAnsi="Arial" w:cs="Arial"/>
          <w:sz w:val="24"/>
          <w:szCs w:val="24"/>
        </w:rPr>
        <w:t xml:space="preserve"> </w:t>
      </w:r>
      <w:r w:rsidRPr="00E93608">
        <w:rPr>
          <w:rFonts w:ascii="Arial" w:hAnsi="Arial" w:cs="Arial"/>
          <w:sz w:val="24"/>
          <w:szCs w:val="24"/>
        </w:rPr>
        <w:t xml:space="preserve">3.5 L cuesta casi </w:t>
      </w:r>
      <w:r w:rsidR="001B485C">
        <w:rPr>
          <w:rFonts w:ascii="Arial" w:hAnsi="Arial" w:cs="Arial"/>
          <w:sz w:val="24"/>
          <w:szCs w:val="24"/>
        </w:rPr>
        <w:t>$</w:t>
      </w:r>
      <w:r w:rsidRPr="00E93608">
        <w:rPr>
          <w:rFonts w:ascii="Arial" w:hAnsi="Arial" w:cs="Arial"/>
          <w:sz w:val="24"/>
          <w:szCs w:val="24"/>
        </w:rPr>
        <w:t>55</w:t>
      </w:r>
      <w:r w:rsidR="001B485C">
        <w:rPr>
          <w:rFonts w:ascii="Arial" w:hAnsi="Arial" w:cs="Arial"/>
          <w:sz w:val="24"/>
          <w:szCs w:val="24"/>
        </w:rPr>
        <w:t>.00</w:t>
      </w:r>
      <w:r w:rsidRPr="00E93608">
        <w:rPr>
          <w:rFonts w:ascii="Arial" w:hAnsi="Arial" w:cs="Arial"/>
          <w:sz w:val="24"/>
          <w:szCs w:val="24"/>
        </w:rPr>
        <w:t xml:space="preserve"> pesos y en cada mesa se compra la Coca-Cola día con día,</w:t>
      </w:r>
      <w:r>
        <w:rPr>
          <w:rFonts w:ascii="Arial" w:hAnsi="Arial" w:cs="Arial"/>
          <w:sz w:val="24"/>
          <w:szCs w:val="24"/>
        </w:rPr>
        <w:t xml:space="preserve"> </w:t>
      </w:r>
      <w:r w:rsidRPr="00E93608">
        <w:rPr>
          <w:rFonts w:ascii="Arial" w:hAnsi="Arial" w:cs="Arial"/>
          <w:sz w:val="24"/>
          <w:szCs w:val="24"/>
        </w:rPr>
        <w:t xml:space="preserve">no una no </w:t>
      </w:r>
      <w:r w:rsidRPr="00E93608">
        <w:rPr>
          <w:rFonts w:ascii="Arial" w:hAnsi="Arial" w:cs="Arial"/>
          <w:sz w:val="24"/>
          <w:szCs w:val="24"/>
        </w:rPr>
        <w:lastRenderedPageBreak/>
        <w:t>una vez cada 15 días, una vez diario y otros gastos que también se vuelven como prioridad para una casa</w:t>
      </w:r>
      <w:r>
        <w:rPr>
          <w:rFonts w:ascii="Arial" w:hAnsi="Arial" w:cs="Arial"/>
          <w:sz w:val="24"/>
          <w:szCs w:val="24"/>
        </w:rPr>
        <w:t xml:space="preserve"> </w:t>
      </w:r>
      <w:r w:rsidRPr="00E93608">
        <w:rPr>
          <w:rFonts w:ascii="Arial" w:hAnsi="Arial" w:cs="Arial"/>
          <w:sz w:val="24"/>
          <w:szCs w:val="24"/>
        </w:rPr>
        <w:t>psicológicamente hablando la justificación.</w:t>
      </w:r>
      <w:r>
        <w:rPr>
          <w:rFonts w:ascii="Arial" w:hAnsi="Arial" w:cs="Arial"/>
          <w:sz w:val="24"/>
          <w:szCs w:val="24"/>
        </w:rPr>
        <w:t xml:space="preserve"> </w:t>
      </w:r>
    </w:p>
    <w:p w14:paraId="63381BBF" w14:textId="3CB0A146" w:rsidR="00EA0C28" w:rsidRPr="00E93608" w:rsidRDefault="008738A8" w:rsidP="00E93608">
      <w:pPr>
        <w:jc w:val="both"/>
        <w:rPr>
          <w:rFonts w:ascii="Arial" w:hAnsi="Arial" w:cs="Arial"/>
          <w:sz w:val="24"/>
          <w:szCs w:val="24"/>
        </w:rPr>
      </w:pPr>
      <w:r>
        <w:rPr>
          <w:rFonts w:ascii="Arial" w:hAnsi="Arial" w:cs="Arial"/>
          <w:b/>
          <w:bCs/>
          <w:sz w:val="24"/>
          <w:szCs w:val="24"/>
        </w:rPr>
        <w:t>C. M</w:t>
      </w:r>
      <w:r w:rsidR="00B64EE9">
        <w:rPr>
          <w:rFonts w:ascii="Arial" w:hAnsi="Arial" w:cs="Arial"/>
          <w:b/>
          <w:bCs/>
          <w:sz w:val="24"/>
          <w:szCs w:val="24"/>
        </w:rPr>
        <w:t xml:space="preserve">IGUEL MARENTES. - </w:t>
      </w:r>
      <w:r w:rsidRPr="00E93608">
        <w:rPr>
          <w:rFonts w:ascii="Arial" w:hAnsi="Arial" w:cs="Arial"/>
          <w:sz w:val="24"/>
          <w:szCs w:val="24"/>
        </w:rPr>
        <w:t xml:space="preserve">Gracias, doctora. Bueno, </w:t>
      </w:r>
      <w:r w:rsidR="00852CA4" w:rsidRPr="00E93608">
        <w:rPr>
          <w:rFonts w:ascii="Arial" w:hAnsi="Arial" w:cs="Arial"/>
          <w:sz w:val="24"/>
          <w:szCs w:val="24"/>
        </w:rPr>
        <w:t>ya no</w:t>
      </w:r>
      <w:r w:rsidRPr="00E93608">
        <w:rPr>
          <w:rFonts w:ascii="Arial" w:hAnsi="Arial" w:cs="Arial"/>
          <w:sz w:val="24"/>
          <w:szCs w:val="24"/>
        </w:rPr>
        <w:t xml:space="preserve"> sé si hubiera más comentarios, pero ya debatido y analizado el tema desde la</w:t>
      </w:r>
      <w:r>
        <w:rPr>
          <w:rFonts w:ascii="Arial" w:hAnsi="Arial" w:cs="Arial"/>
          <w:sz w:val="24"/>
          <w:szCs w:val="24"/>
        </w:rPr>
        <w:t xml:space="preserve"> </w:t>
      </w:r>
      <w:r w:rsidRPr="00E93608">
        <w:rPr>
          <w:rFonts w:ascii="Arial" w:hAnsi="Arial" w:cs="Arial"/>
          <w:sz w:val="24"/>
          <w:szCs w:val="24"/>
        </w:rPr>
        <w:t>vez pasada y con ya el área técnica que nos explica profundidad de análisis que se hizo y con experiencias que se tiene</w:t>
      </w:r>
      <w:r>
        <w:rPr>
          <w:rFonts w:ascii="Arial" w:hAnsi="Arial" w:cs="Arial"/>
          <w:sz w:val="24"/>
          <w:szCs w:val="24"/>
        </w:rPr>
        <w:t xml:space="preserve"> </w:t>
      </w:r>
      <w:r w:rsidRPr="00E93608">
        <w:rPr>
          <w:rFonts w:ascii="Arial" w:hAnsi="Arial" w:cs="Arial"/>
          <w:sz w:val="24"/>
          <w:szCs w:val="24"/>
        </w:rPr>
        <w:t>desde ese lugar</w:t>
      </w:r>
      <w:r>
        <w:rPr>
          <w:rFonts w:ascii="Arial" w:hAnsi="Arial" w:cs="Arial"/>
          <w:sz w:val="24"/>
          <w:szCs w:val="24"/>
        </w:rPr>
        <w:t xml:space="preserve">, </w:t>
      </w:r>
      <w:r w:rsidRPr="00E93608">
        <w:rPr>
          <w:rFonts w:ascii="Arial" w:hAnsi="Arial" w:cs="Arial"/>
          <w:sz w:val="24"/>
          <w:szCs w:val="24"/>
        </w:rPr>
        <w:t>y con la adición del último párrafo, si me apoya compañera, este en bajarle para que</w:t>
      </w:r>
      <w:r>
        <w:rPr>
          <w:rFonts w:ascii="Arial" w:hAnsi="Arial" w:cs="Arial"/>
          <w:sz w:val="24"/>
          <w:szCs w:val="24"/>
        </w:rPr>
        <w:t xml:space="preserve"> </w:t>
      </w:r>
      <w:r w:rsidRPr="00E93608">
        <w:rPr>
          <w:rFonts w:ascii="Arial" w:hAnsi="Arial" w:cs="Arial"/>
          <w:sz w:val="24"/>
          <w:szCs w:val="24"/>
        </w:rPr>
        <w:t>puedan ver el apartado que usted le agregó. Respecto a lo que mencioné de la condonación de los servicios en caso de tener insolvencia económica, pues ya</w:t>
      </w:r>
      <w:r>
        <w:rPr>
          <w:rFonts w:ascii="Arial" w:hAnsi="Arial" w:cs="Arial"/>
          <w:sz w:val="24"/>
          <w:szCs w:val="24"/>
        </w:rPr>
        <w:t xml:space="preserve"> </w:t>
      </w:r>
      <w:r w:rsidRPr="00E93608">
        <w:rPr>
          <w:rFonts w:ascii="Arial" w:hAnsi="Arial" w:cs="Arial"/>
          <w:sz w:val="24"/>
          <w:szCs w:val="24"/>
        </w:rPr>
        <w:t xml:space="preserve">aplica aplicaría para todos los servicios, no nada más para la atención psicológica, </w:t>
      </w:r>
      <w:r w:rsidR="00B64EE9" w:rsidRPr="00E93608">
        <w:rPr>
          <w:rFonts w:ascii="Arial" w:hAnsi="Arial" w:cs="Arial"/>
          <w:sz w:val="24"/>
          <w:szCs w:val="24"/>
        </w:rPr>
        <w:t>que,</w:t>
      </w:r>
      <w:r w:rsidRPr="00E93608">
        <w:rPr>
          <w:rFonts w:ascii="Arial" w:hAnsi="Arial" w:cs="Arial"/>
          <w:sz w:val="24"/>
          <w:szCs w:val="24"/>
        </w:rPr>
        <w:t xml:space="preserve"> si bien en la práctica la doctora Mariana Celeste lo viene</w:t>
      </w:r>
      <w:r>
        <w:rPr>
          <w:rFonts w:ascii="Arial" w:hAnsi="Arial" w:cs="Arial"/>
          <w:sz w:val="24"/>
          <w:szCs w:val="24"/>
        </w:rPr>
        <w:t xml:space="preserve"> </w:t>
      </w:r>
      <w:r w:rsidRPr="00E93608">
        <w:rPr>
          <w:rFonts w:ascii="Arial" w:hAnsi="Arial" w:cs="Arial"/>
          <w:sz w:val="24"/>
          <w:szCs w:val="24"/>
        </w:rPr>
        <w:t>realizando en la unidad de salud integral, pues ya pudiera quedar establecido en la ley de ingresos.</w:t>
      </w:r>
      <w:r w:rsidR="00B64EE9">
        <w:rPr>
          <w:rFonts w:ascii="Arial" w:hAnsi="Arial" w:cs="Arial"/>
          <w:sz w:val="24"/>
          <w:szCs w:val="24"/>
        </w:rPr>
        <w:t xml:space="preserve"> </w:t>
      </w:r>
      <w:r w:rsidRPr="00E93608">
        <w:rPr>
          <w:rFonts w:ascii="Arial" w:hAnsi="Arial" w:cs="Arial"/>
          <w:sz w:val="24"/>
          <w:szCs w:val="24"/>
        </w:rPr>
        <w:t>Entonces, por lo que nos comenta la doctora, la propuesta sería que se mantuvieran igual, como ella lo está proponiendo por todo lo que nos ha comentado.</w:t>
      </w:r>
      <w:r w:rsidR="00B64EE9">
        <w:rPr>
          <w:rFonts w:ascii="Arial" w:hAnsi="Arial" w:cs="Arial"/>
          <w:sz w:val="24"/>
          <w:szCs w:val="24"/>
        </w:rPr>
        <w:t xml:space="preserve"> </w:t>
      </w:r>
      <w:r w:rsidRPr="00E93608">
        <w:rPr>
          <w:rFonts w:ascii="Arial" w:hAnsi="Arial" w:cs="Arial"/>
          <w:sz w:val="24"/>
          <w:szCs w:val="24"/>
        </w:rPr>
        <w:t>Y pues es sería la propuesta para poder continuar con el análisis de ya de lo que corresponde de gestión de la ciudad.</w:t>
      </w:r>
      <w:r w:rsidR="00B64EE9">
        <w:rPr>
          <w:rFonts w:ascii="Arial" w:hAnsi="Arial" w:cs="Arial"/>
          <w:sz w:val="24"/>
          <w:szCs w:val="24"/>
        </w:rPr>
        <w:t xml:space="preserve"> </w:t>
      </w:r>
      <w:r w:rsidRPr="00E93608">
        <w:rPr>
          <w:rFonts w:ascii="Arial" w:hAnsi="Arial" w:cs="Arial"/>
          <w:sz w:val="24"/>
          <w:szCs w:val="24"/>
        </w:rPr>
        <w:t xml:space="preserve">Sí, adelante, </w:t>
      </w:r>
      <w:r w:rsidR="00DB2C09">
        <w:rPr>
          <w:rFonts w:ascii="Arial" w:hAnsi="Arial" w:cs="Arial"/>
          <w:sz w:val="24"/>
          <w:szCs w:val="24"/>
        </w:rPr>
        <w:t>R</w:t>
      </w:r>
      <w:r w:rsidRPr="00E93608">
        <w:rPr>
          <w:rFonts w:ascii="Arial" w:hAnsi="Arial" w:cs="Arial"/>
          <w:sz w:val="24"/>
          <w:szCs w:val="24"/>
        </w:rPr>
        <w:t>egidor Óscar.</w:t>
      </w:r>
    </w:p>
    <w:p w14:paraId="611A27F4" w14:textId="17771C30" w:rsidR="00EA0C28" w:rsidRPr="00E93608" w:rsidRDefault="00B64EE9" w:rsidP="00E93608">
      <w:pPr>
        <w:jc w:val="both"/>
        <w:rPr>
          <w:rFonts w:ascii="Arial" w:hAnsi="Arial" w:cs="Arial"/>
          <w:sz w:val="24"/>
          <w:szCs w:val="24"/>
        </w:rPr>
      </w:pPr>
      <w:r>
        <w:rPr>
          <w:rFonts w:ascii="Arial" w:hAnsi="Arial" w:cs="Arial"/>
          <w:b/>
          <w:bCs/>
          <w:sz w:val="24"/>
          <w:szCs w:val="24"/>
        </w:rPr>
        <w:t xml:space="preserve">C. ÓSCAR MURGÍA TORES. - </w:t>
      </w:r>
      <w:r w:rsidRPr="00E93608">
        <w:rPr>
          <w:rFonts w:ascii="Arial" w:hAnsi="Arial" w:cs="Arial"/>
          <w:sz w:val="24"/>
          <w:szCs w:val="24"/>
        </w:rPr>
        <w:t>Bueno, este veo que no se mueven las cifras. Si se va a aumentar el 20 siempre, si lo van a aumentar al 15, al</w:t>
      </w:r>
      <w:r>
        <w:rPr>
          <w:rFonts w:ascii="Arial" w:hAnsi="Arial" w:cs="Arial"/>
          <w:sz w:val="24"/>
          <w:szCs w:val="24"/>
        </w:rPr>
        <w:t xml:space="preserve"> </w:t>
      </w:r>
      <w:r w:rsidRPr="00E93608">
        <w:rPr>
          <w:rFonts w:ascii="Arial" w:hAnsi="Arial" w:cs="Arial"/>
          <w:sz w:val="24"/>
          <w:szCs w:val="24"/>
        </w:rPr>
        <w:t>5 o al 3 o dejarlo en 50</w:t>
      </w:r>
      <w:r>
        <w:rPr>
          <w:rFonts w:ascii="Arial" w:hAnsi="Arial" w:cs="Arial"/>
          <w:sz w:val="24"/>
          <w:szCs w:val="24"/>
        </w:rPr>
        <w:t xml:space="preserve"> </w:t>
      </w:r>
      <w:r w:rsidRPr="00E93608">
        <w:rPr>
          <w:rFonts w:ascii="Arial" w:hAnsi="Arial" w:cs="Arial"/>
          <w:sz w:val="24"/>
          <w:szCs w:val="24"/>
        </w:rPr>
        <w:t>lo comento porque pues abajo ya se hizo la</w:t>
      </w:r>
      <w:r>
        <w:rPr>
          <w:rFonts w:ascii="Arial" w:hAnsi="Arial" w:cs="Arial"/>
          <w:sz w:val="24"/>
          <w:szCs w:val="24"/>
        </w:rPr>
        <w:t xml:space="preserve"> </w:t>
      </w:r>
      <w:r w:rsidRPr="00E93608">
        <w:rPr>
          <w:rFonts w:ascii="Arial" w:hAnsi="Arial" w:cs="Arial"/>
          <w:sz w:val="24"/>
          <w:szCs w:val="24"/>
        </w:rPr>
        <w:t>introducción de ese nuevo párrafo, pero arriba este no se ha aterrizado.</w:t>
      </w:r>
      <w:r>
        <w:rPr>
          <w:rFonts w:ascii="Arial" w:hAnsi="Arial" w:cs="Arial"/>
          <w:sz w:val="24"/>
          <w:szCs w:val="24"/>
        </w:rPr>
        <w:t xml:space="preserve"> </w:t>
      </w:r>
      <w:r w:rsidRPr="00E93608">
        <w:rPr>
          <w:rFonts w:ascii="Arial" w:hAnsi="Arial" w:cs="Arial"/>
          <w:sz w:val="24"/>
          <w:szCs w:val="24"/>
        </w:rPr>
        <w:t>Pero antes de que le puedan mover o quitar o ponerle es muy importante dar esta última reflexión.</w:t>
      </w:r>
      <w:r>
        <w:rPr>
          <w:rFonts w:ascii="Arial" w:hAnsi="Arial" w:cs="Arial"/>
          <w:sz w:val="24"/>
          <w:szCs w:val="24"/>
        </w:rPr>
        <w:t xml:space="preserve"> S</w:t>
      </w:r>
      <w:r w:rsidRPr="00E93608">
        <w:rPr>
          <w:rFonts w:ascii="Arial" w:hAnsi="Arial" w:cs="Arial"/>
          <w:sz w:val="24"/>
          <w:szCs w:val="24"/>
        </w:rPr>
        <w:t>u servidor cuando estuvo trabajando en la inmobiliaria y promotora de</w:t>
      </w:r>
      <w:r>
        <w:rPr>
          <w:rFonts w:ascii="Arial" w:hAnsi="Arial" w:cs="Arial"/>
          <w:sz w:val="24"/>
          <w:szCs w:val="24"/>
        </w:rPr>
        <w:t xml:space="preserve"> </w:t>
      </w:r>
      <w:r w:rsidRPr="00E93608">
        <w:rPr>
          <w:rFonts w:ascii="Arial" w:hAnsi="Arial" w:cs="Arial"/>
          <w:sz w:val="24"/>
          <w:szCs w:val="24"/>
        </w:rPr>
        <w:t xml:space="preserve">vivienda del estado de </w:t>
      </w:r>
      <w:r w:rsidR="00852CA4" w:rsidRPr="00E93608">
        <w:rPr>
          <w:rFonts w:ascii="Arial" w:hAnsi="Arial" w:cs="Arial"/>
          <w:sz w:val="24"/>
          <w:szCs w:val="24"/>
        </w:rPr>
        <w:t>Jalisco, ahí</w:t>
      </w:r>
      <w:r w:rsidRPr="00E93608">
        <w:rPr>
          <w:rFonts w:ascii="Arial" w:hAnsi="Arial" w:cs="Arial"/>
          <w:sz w:val="24"/>
          <w:szCs w:val="24"/>
        </w:rPr>
        <w:t xml:space="preserve"> me tocaba coordinar la región sur y sureste del estado.</w:t>
      </w:r>
      <w:r>
        <w:rPr>
          <w:rFonts w:ascii="Arial" w:hAnsi="Arial" w:cs="Arial"/>
          <w:sz w:val="24"/>
          <w:szCs w:val="24"/>
        </w:rPr>
        <w:t xml:space="preserve"> </w:t>
      </w:r>
      <w:r w:rsidRPr="00E93608">
        <w:rPr>
          <w:rFonts w:ascii="Arial" w:hAnsi="Arial" w:cs="Arial"/>
          <w:sz w:val="24"/>
          <w:szCs w:val="24"/>
        </w:rPr>
        <w:t>Ahí me tocaba efectivamente  aplicar el programa de vivienda</w:t>
      </w:r>
      <w:r>
        <w:rPr>
          <w:rFonts w:ascii="Arial" w:hAnsi="Arial" w:cs="Arial"/>
          <w:sz w:val="24"/>
          <w:szCs w:val="24"/>
        </w:rPr>
        <w:t xml:space="preserve"> </w:t>
      </w:r>
      <w:r w:rsidRPr="00E93608">
        <w:rPr>
          <w:rFonts w:ascii="Arial" w:hAnsi="Arial" w:cs="Arial"/>
          <w:sz w:val="24"/>
          <w:szCs w:val="24"/>
        </w:rPr>
        <w:t>y para que una persona  fuera beneficiada de un programa de este tipo debería de cumplir ciertos requisitos</w:t>
      </w:r>
      <w:r w:rsidR="00DB2C09">
        <w:rPr>
          <w:rFonts w:ascii="Arial" w:hAnsi="Arial" w:cs="Arial"/>
          <w:sz w:val="24"/>
          <w:szCs w:val="24"/>
        </w:rPr>
        <w:t xml:space="preserve"> </w:t>
      </w:r>
      <w:r w:rsidRPr="00E93608">
        <w:rPr>
          <w:rFonts w:ascii="Arial" w:hAnsi="Arial" w:cs="Arial"/>
          <w:sz w:val="24"/>
          <w:szCs w:val="24"/>
        </w:rPr>
        <w:t>entre otros que no tuvieron bien inmueble y que desde luego también fuese una persona de escasos recursos y para</w:t>
      </w:r>
      <w:r w:rsidR="00DB2C09">
        <w:rPr>
          <w:rFonts w:ascii="Arial" w:hAnsi="Arial" w:cs="Arial"/>
          <w:sz w:val="24"/>
          <w:szCs w:val="24"/>
        </w:rPr>
        <w:t xml:space="preserve"> </w:t>
      </w:r>
      <w:r w:rsidRPr="00E93608">
        <w:rPr>
          <w:rFonts w:ascii="Arial" w:hAnsi="Arial" w:cs="Arial"/>
          <w:sz w:val="24"/>
          <w:szCs w:val="24"/>
        </w:rPr>
        <w:t>eso se les se le hacía un estudio socioeconómico en donde uno como servidor público te das cuenta que las</w:t>
      </w:r>
      <w:r w:rsidR="00DB2C09">
        <w:rPr>
          <w:rFonts w:ascii="Arial" w:hAnsi="Arial" w:cs="Arial"/>
          <w:sz w:val="24"/>
          <w:szCs w:val="24"/>
        </w:rPr>
        <w:t xml:space="preserve"> </w:t>
      </w:r>
      <w:r w:rsidRPr="00E93608">
        <w:rPr>
          <w:rFonts w:ascii="Arial" w:hAnsi="Arial" w:cs="Arial"/>
          <w:sz w:val="24"/>
          <w:szCs w:val="24"/>
        </w:rPr>
        <w:t>personas que no tienen las mismas oportunidades de crecimiento, que a lo mejor muchos más lo tienen,</w:t>
      </w:r>
      <w:r w:rsidR="00DB2C09">
        <w:rPr>
          <w:rFonts w:ascii="Arial" w:hAnsi="Arial" w:cs="Arial"/>
          <w:sz w:val="24"/>
          <w:szCs w:val="24"/>
        </w:rPr>
        <w:t xml:space="preserve"> </w:t>
      </w:r>
      <w:r w:rsidRPr="00E93608">
        <w:rPr>
          <w:rFonts w:ascii="Arial" w:hAnsi="Arial" w:cs="Arial"/>
          <w:sz w:val="24"/>
          <w:szCs w:val="24"/>
        </w:rPr>
        <w:t>ellos prefieren gastar en jabón en polvo</w:t>
      </w:r>
      <w:r w:rsidR="00DB2C09">
        <w:rPr>
          <w:rFonts w:ascii="Arial" w:hAnsi="Arial" w:cs="Arial"/>
          <w:sz w:val="24"/>
          <w:szCs w:val="24"/>
        </w:rPr>
        <w:t xml:space="preserve"> </w:t>
      </w:r>
      <w:r w:rsidRPr="00E93608">
        <w:rPr>
          <w:rFonts w:ascii="Arial" w:hAnsi="Arial" w:cs="Arial"/>
          <w:sz w:val="24"/>
          <w:szCs w:val="24"/>
        </w:rPr>
        <w:t>para bañarse y para lavar su ropa, porque ellos el jabón que venden  para</w:t>
      </w:r>
      <w:r w:rsidR="00DB2C09">
        <w:rPr>
          <w:rFonts w:ascii="Arial" w:hAnsi="Arial" w:cs="Arial"/>
          <w:sz w:val="24"/>
          <w:szCs w:val="24"/>
        </w:rPr>
        <w:t xml:space="preserve"> </w:t>
      </w:r>
      <w:r w:rsidRPr="00E93608">
        <w:rPr>
          <w:rFonts w:ascii="Arial" w:hAnsi="Arial" w:cs="Arial"/>
          <w:sz w:val="24"/>
          <w:szCs w:val="24"/>
        </w:rPr>
        <w:t>bañarse propiamente o el champú no lo compran porque para ellos es un lujo.</w:t>
      </w:r>
      <w:r w:rsidR="00DB2C09">
        <w:rPr>
          <w:rFonts w:ascii="Arial" w:hAnsi="Arial" w:cs="Arial"/>
          <w:sz w:val="24"/>
          <w:szCs w:val="24"/>
        </w:rPr>
        <w:t xml:space="preserve"> </w:t>
      </w:r>
      <w:r w:rsidRPr="00E93608">
        <w:rPr>
          <w:rFonts w:ascii="Arial" w:hAnsi="Arial" w:cs="Arial"/>
          <w:sz w:val="24"/>
          <w:szCs w:val="24"/>
        </w:rPr>
        <w:t>Hablando de un tema de salud, desde luego la prioridad va a ser la salud, porque si no tienes salud simple y sencillamente no tienes nada.</w:t>
      </w:r>
      <w:r w:rsidR="00DB2C09">
        <w:rPr>
          <w:rFonts w:ascii="Arial" w:hAnsi="Arial" w:cs="Arial"/>
          <w:sz w:val="24"/>
          <w:szCs w:val="24"/>
        </w:rPr>
        <w:t xml:space="preserve"> </w:t>
      </w:r>
      <w:r w:rsidRPr="00E93608">
        <w:rPr>
          <w:rFonts w:ascii="Arial" w:hAnsi="Arial" w:cs="Arial"/>
          <w:sz w:val="24"/>
          <w:szCs w:val="24"/>
        </w:rPr>
        <w:t>Y lo comento esto porque aquí se hacía mención de que hay personas que prefieren gastar en una Coca-Cola.</w:t>
      </w:r>
      <w:r w:rsidR="00DB2C09">
        <w:rPr>
          <w:rFonts w:ascii="Arial" w:hAnsi="Arial" w:cs="Arial"/>
          <w:sz w:val="24"/>
          <w:szCs w:val="24"/>
        </w:rPr>
        <w:t xml:space="preserve"> </w:t>
      </w:r>
      <w:r w:rsidRPr="00E93608">
        <w:rPr>
          <w:rFonts w:ascii="Arial" w:hAnsi="Arial" w:cs="Arial"/>
          <w:sz w:val="24"/>
          <w:szCs w:val="24"/>
        </w:rPr>
        <w:t>Bueno, pues hay personas que en realidad ni para una Coca-Cola les ajusta porque viven simple y sencillamente al día.</w:t>
      </w:r>
      <w:r w:rsidR="00DB2C09">
        <w:rPr>
          <w:rFonts w:ascii="Arial" w:hAnsi="Arial" w:cs="Arial"/>
          <w:sz w:val="24"/>
          <w:szCs w:val="24"/>
        </w:rPr>
        <w:t xml:space="preserve"> </w:t>
      </w:r>
      <w:r w:rsidRPr="00E93608">
        <w:rPr>
          <w:rFonts w:ascii="Arial" w:hAnsi="Arial" w:cs="Arial"/>
          <w:sz w:val="24"/>
          <w:szCs w:val="24"/>
        </w:rPr>
        <w:t>Y si ellos les sumas aparte por el lugar donde viven, el as</w:t>
      </w:r>
      <w:r w:rsidR="00DB2C09">
        <w:rPr>
          <w:rFonts w:ascii="Arial" w:hAnsi="Arial" w:cs="Arial"/>
          <w:sz w:val="24"/>
          <w:szCs w:val="24"/>
        </w:rPr>
        <w:t>entamiento</w:t>
      </w:r>
      <w:r w:rsidRPr="00E93608">
        <w:rPr>
          <w:rFonts w:ascii="Arial" w:hAnsi="Arial" w:cs="Arial"/>
          <w:sz w:val="24"/>
          <w:szCs w:val="24"/>
        </w:rPr>
        <w:t xml:space="preserve"> donde viven, porque por lograr estas personas o estas</w:t>
      </w:r>
      <w:r w:rsidR="00DB2C09">
        <w:rPr>
          <w:rFonts w:ascii="Arial" w:hAnsi="Arial" w:cs="Arial"/>
          <w:sz w:val="24"/>
          <w:szCs w:val="24"/>
        </w:rPr>
        <w:t xml:space="preserve"> </w:t>
      </w:r>
      <w:r w:rsidRPr="00E93608">
        <w:rPr>
          <w:rFonts w:ascii="Arial" w:hAnsi="Arial" w:cs="Arial"/>
          <w:sz w:val="24"/>
          <w:szCs w:val="24"/>
        </w:rPr>
        <w:t xml:space="preserve">familias viven en lugares pequeños </w:t>
      </w:r>
      <w:r w:rsidRPr="00E93608">
        <w:rPr>
          <w:rFonts w:ascii="Arial" w:hAnsi="Arial" w:cs="Arial"/>
          <w:sz w:val="24"/>
          <w:szCs w:val="24"/>
        </w:rPr>
        <w:lastRenderedPageBreak/>
        <w:t>en donde se da mucho la violencia familiar, las lesiones, las violaciones, entre otros delitos.</w:t>
      </w:r>
      <w:r w:rsidR="00DB2C09">
        <w:rPr>
          <w:rFonts w:ascii="Arial" w:hAnsi="Arial" w:cs="Arial"/>
          <w:sz w:val="24"/>
          <w:szCs w:val="24"/>
        </w:rPr>
        <w:t xml:space="preserve"> </w:t>
      </w:r>
      <w:r w:rsidRPr="00E93608">
        <w:rPr>
          <w:rFonts w:ascii="Arial" w:hAnsi="Arial" w:cs="Arial"/>
          <w:sz w:val="24"/>
          <w:szCs w:val="24"/>
        </w:rPr>
        <w:t>No poderles acercar estos servicios a sus posibilidades, estaríamos atentando ante la salud</w:t>
      </w:r>
      <w:r w:rsidR="00DB2C09">
        <w:rPr>
          <w:rFonts w:ascii="Arial" w:hAnsi="Arial" w:cs="Arial"/>
          <w:sz w:val="24"/>
          <w:szCs w:val="24"/>
        </w:rPr>
        <w:t xml:space="preserve"> </w:t>
      </w:r>
      <w:r w:rsidRPr="00E93608">
        <w:rPr>
          <w:rFonts w:ascii="Arial" w:hAnsi="Arial" w:cs="Arial"/>
          <w:sz w:val="24"/>
          <w:szCs w:val="24"/>
        </w:rPr>
        <w:t xml:space="preserve"> la doctora Celeste es muy clara en decir que ella lo ve desde el punto de vista de doctora y por el área donde</w:t>
      </w:r>
      <w:r w:rsidR="00DB2C09">
        <w:rPr>
          <w:rFonts w:ascii="Arial" w:hAnsi="Arial" w:cs="Arial"/>
          <w:sz w:val="24"/>
          <w:szCs w:val="24"/>
        </w:rPr>
        <w:t xml:space="preserve"> </w:t>
      </w:r>
      <w:r w:rsidRPr="00E93608">
        <w:rPr>
          <w:rFonts w:ascii="Arial" w:hAnsi="Arial" w:cs="Arial"/>
          <w:sz w:val="24"/>
          <w:szCs w:val="24"/>
        </w:rPr>
        <w:t xml:space="preserve">ella trabaja y es válido y lo respetamos, pero sin embargo nosotros como </w:t>
      </w:r>
      <w:r w:rsidR="00DB2C09" w:rsidRPr="00E93608">
        <w:rPr>
          <w:rFonts w:ascii="Arial" w:hAnsi="Arial" w:cs="Arial"/>
          <w:sz w:val="24"/>
          <w:szCs w:val="24"/>
        </w:rPr>
        <w:t>ediles</w:t>
      </w:r>
      <w:r w:rsidRPr="00E93608">
        <w:rPr>
          <w:rFonts w:ascii="Arial" w:hAnsi="Arial" w:cs="Arial"/>
          <w:sz w:val="24"/>
          <w:szCs w:val="24"/>
        </w:rPr>
        <w:t xml:space="preserve"> municipales no solamente</w:t>
      </w:r>
      <w:r w:rsidR="00DB2C09">
        <w:rPr>
          <w:rFonts w:ascii="Arial" w:hAnsi="Arial" w:cs="Arial"/>
          <w:sz w:val="24"/>
          <w:szCs w:val="24"/>
        </w:rPr>
        <w:t xml:space="preserve"> </w:t>
      </w:r>
      <w:r w:rsidRPr="00E93608">
        <w:rPr>
          <w:rFonts w:ascii="Arial" w:hAnsi="Arial" w:cs="Arial"/>
          <w:sz w:val="24"/>
          <w:szCs w:val="24"/>
        </w:rPr>
        <w:t>tendremos que ver eso porque realmente lo que nos interesa y el objetivo por el cual fue creado este organismo es para</w:t>
      </w:r>
      <w:r w:rsidR="00DB2C09">
        <w:rPr>
          <w:rFonts w:ascii="Arial" w:hAnsi="Arial" w:cs="Arial"/>
          <w:sz w:val="24"/>
          <w:szCs w:val="24"/>
        </w:rPr>
        <w:t xml:space="preserve"> </w:t>
      </w:r>
      <w:r w:rsidRPr="00E93608">
        <w:rPr>
          <w:rFonts w:ascii="Arial" w:hAnsi="Arial" w:cs="Arial"/>
          <w:sz w:val="24"/>
          <w:szCs w:val="24"/>
        </w:rPr>
        <w:t>brindar salud a aquellas personas que no tienen la capacidad de poder atenderse en un hospital privado y no se diga en</w:t>
      </w:r>
      <w:r w:rsidR="00DB2C09">
        <w:rPr>
          <w:rFonts w:ascii="Arial" w:hAnsi="Arial" w:cs="Arial"/>
          <w:sz w:val="24"/>
          <w:szCs w:val="24"/>
        </w:rPr>
        <w:t xml:space="preserve"> </w:t>
      </w:r>
      <w:r w:rsidRPr="00E93608">
        <w:rPr>
          <w:rFonts w:ascii="Arial" w:hAnsi="Arial" w:cs="Arial"/>
          <w:sz w:val="24"/>
          <w:szCs w:val="24"/>
        </w:rPr>
        <w:t>el I</w:t>
      </w:r>
      <w:r w:rsidR="00DB2C09">
        <w:rPr>
          <w:rFonts w:ascii="Arial" w:hAnsi="Arial" w:cs="Arial"/>
          <w:sz w:val="24"/>
          <w:szCs w:val="24"/>
        </w:rPr>
        <w:t>MS</w:t>
      </w:r>
      <w:r w:rsidRPr="00E93608">
        <w:rPr>
          <w:rFonts w:ascii="Arial" w:hAnsi="Arial" w:cs="Arial"/>
          <w:sz w:val="24"/>
          <w:szCs w:val="24"/>
        </w:rPr>
        <w:t>S, porque en el IM</w:t>
      </w:r>
      <w:r w:rsidR="00DB2C09">
        <w:rPr>
          <w:rFonts w:ascii="Arial" w:hAnsi="Arial" w:cs="Arial"/>
          <w:sz w:val="24"/>
          <w:szCs w:val="24"/>
        </w:rPr>
        <w:t>SS</w:t>
      </w:r>
      <w:r w:rsidRPr="00E93608">
        <w:rPr>
          <w:rFonts w:ascii="Arial" w:hAnsi="Arial" w:cs="Arial"/>
          <w:sz w:val="24"/>
          <w:szCs w:val="24"/>
        </w:rPr>
        <w:t xml:space="preserve"> ni siquiera nos atienden y ni medicinas hay.</w:t>
      </w:r>
      <w:r w:rsidR="00DB2C09">
        <w:rPr>
          <w:rFonts w:ascii="Arial" w:hAnsi="Arial" w:cs="Arial"/>
          <w:sz w:val="24"/>
          <w:szCs w:val="24"/>
        </w:rPr>
        <w:t xml:space="preserve"> </w:t>
      </w:r>
      <w:r w:rsidRPr="00E93608">
        <w:rPr>
          <w:rFonts w:ascii="Arial" w:hAnsi="Arial" w:cs="Arial"/>
          <w:sz w:val="24"/>
          <w:szCs w:val="24"/>
        </w:rPr>
        <w:t>Entonces, si esto lo sumamos que es un problema nacional el tema de la salud, pues nosotros vamos abonándole aquí, ¿verdad?</w:t>
      </w:r>
      <w:r w:rsidR="00DB2C09">
        <w:rPr>
          <w:rFonts w:ascii="Arial" w:hAnsi="Arial" w:cs="Arial"/>
          <w:sz w:val="24"/>
          <w:szCs w:val="24"/>
        </w:rPr>
        <w:t xml:space="preserve"> </w:t>
      </w:r>
      <w:r w:rsidRPr="00E93608">
        <w:rPr>
          <w:rFonts w:ascii="Arial" w:hAnsi="Arial" w:cs="Arial"/>
          <w:sz w:val="24"/>
          <w:szCs w:val="24"/>
        </w:rPr>
        <w:t>Porque al final de cuentas nosotros tenemos que ser muy sensibles, no solamente ver el tema de recaudación, que no lo podemos dejar de ver, ni el</w:t>
      </w:r>
      <w:r w:rsidR="00DB2C09">
        <w:rPr>
          <w:rFonts w:ascii="Arial" w:hAnsi="Arial" w:cs="Arial"/>
          <w:sz w:val="24"/>
          <w:szCs w:val="24"/>
        </w:rPr>
        <w:t xml:space="preserve"> </w:t>
      </w:r>
      <w:r w:rsidRPr="00E93608">
        <w:rPr>
          <w:rFonts w:ascii="Arial" w:hAnsi="Arial" w:cs="Arial"/>
          <w:sz w:val="24"/>
          <w:szCs w:val="24"/>
        </w:rPr>
        <w:t>tema de lo que necesitan estos organismos en tema de personal. Bueno, el tema del personal, porque uno de los</w:t>
      </w:r>
      <w:r w:rsidR="00DB2C09">
        <w:rPr>
          <w:rFonts w:ascii="Arial" w:hAnsi="Arial" w:cs="Arial"/>
          <w:sz w:val="24"/>
          <w:szCs w:val="24"/>
        </w:rPr>
        <w:t xml:space="preserve"> </w:t>
      </w:r>
      <w:r w:rsidRPr="00E93608">
        <w:rPr>
          <w:rFonts w:ascii="Arial" w:hAnsi="Arial" w:cs="Arial"/>
          <w:sz w:val="24"/>
          <w:szCs w:val="24"/>
        </w:rPr>
        <w:t>argumentos aquí era aumentar las tarifas para tener el día de mañana más personal. Bueno, el argumento se cayó en</w:t>
      </w:r>
      <w:r w:rsidR="00DB2C09">
        <w:rPr>
          <w:rFonts w:ascii="Arial" w:hAnsi="Arial" w:cs="Arial"/>
          <w:sz w:val="24"/>
          <w:szCs w:val="24"/>
        </w:rPr>
        <w:t xml:space="preserve"> </w:t>
      </w:r>
      <w:r w:rsidRPr="00E93608">
        <w:rPr>
          <w:rFonts w:ascii="Arial" w:hAnsi="Arial" w:cs="Arial"/>
          <w:sz w:val="24"/>
          <w:szCs w:val="24"/>
        </w:rPr>
        <w:t>el momento de que nuestra tesorera dio otra alternativa distinta.</w:t>
      </w:r>
      <w:r w:rsidR="00DB2C09">
        <w:rPr>
          <w:rFonts w:ascii="Arial" w:hAnsi="Arial" w:cs="Arial"/>
          <w:sz w:val="24"/>
          <w:szCs w:val="24"/>
        </w:rPr>
        <w:t xml:space="preserve"> </w:t>
      </w:r>
      <w:r w:rsidRPr="00E93608">
        <w:rPr>
          <w:rFonts w:ascii="Arial" w:hAnsi="Arial" w:cs="Arial"/>
          <w:sz w:val="24"/>
          <w:szCs w:val="24"/>
        </w:rPr>
        <w:t xml:space="preserve">Entonces, si no le vamos a bajar el precio, pues vamos dejándolo como está, porque así lo hemos hecho en </w:t>
      </w:r>
      <w:r w:rsidR="00DB2C09" w:rsidRPr="00E93608">
        <w:rPr>
          <w:rFonts w:ascii="Arial" w:hAnsi="Arial" w:cs="Arial"/>
          <w:sz w:val="24"/>
          <w:szCs w:val="24"/>
        </w:rPr>
        <w:t>muchos otros apartados</w:t>
      </w:r>
      <w:r w:rsidRPr="00E93608">
        <w:rPr>
          <w:rFonts w:ascii="Arial" w:hAnsi="Arial" w:cs="Arial"/>
          <w:sz w:val="24"/>
          <w:szCs w:val="24"/>
        </w:rPr>
        <w:t>.</w:t>
      </w:r>
      <w:r w:rsidR="00DB2C09">
        <w:rPr>
          <w:rFonts w:ascii="Arial" w:hAnsi="Arial" w:cs="Arial"/>
          <w:sz w:val="24"/>
          <w:szCs w:val="24"/>
        </w:rPr>
        <w:t xml:space="preserve"> </w:t>
      </w:r>
      <w:r w:rsidRPr="00E93608">
        <w:rPr>
          <w:rFonts w:ascii="Arial" w:hAnsi="Arial" w:cs="Arial"/>
          <w:sz w:val="24"/>
          <w:szCs w:val="24"/>
        </w:rPr>
        <w:t xml:space="preserve">Pero no subirle, no subirle porque entonces las familias de cinco miembros no van a pagar 340 </w:t>
      </w:r>
      <w:r w:rsidR="00DB2C09">
        <w:rPr>
          <w:rFonts w:ascii="Arial" w:hAnsi="Arial" w:cs="Arial"/>
          <w:sz w:val="24"/>
          <w:szCs w:val="24"/>
        </w:rPr>
        <w:t xml:space="preserve">trecientos </w:t>
      </w:r>
      <w:r w:rsidRPr="00E93608">
        <w:rPr>
          <w:rFonts w:ascii="Arial" w:hAnsi="Arial" w:cs="Arial"/>
          <w:sz w:val="24"/>
          <w:szCs w:val="24"/>
        </w:rPr>
        <w:t>pesos o</w:t>
      </w:r>
      <w:r w:rsidR="00DB2C09">
        <w:rPr>
          <w:rFonts w:ascii="Arial" w:hAnsi="Arial" w:cs="Arial"/>
          <w:sz w:val="24"/>
          <w:szCs w:val="24"/>
        </w:rPr>
        <w:t xml:space="preserve"> </w:t>
      </w:r>
      <w:r w:rsidRPr="00E93608">
        <w:rPr>
          <w:rFonts w:ascii="Arial" w:hAnsi="Arial" w:cs="Arial"/>
          <w:sz w:val="24"/>
          <w:szCs w:val="24"/>
        </w:rPr>
        <w:t>van a pagar un 5% o más de que se lo va a aumentar. ¿Por qué? porque ellos van a preferir comer, porque es un tema de</w:t>
      </w:r>
      <w:r w:rsidR="00DB2C09">
        <w:rPr>
          <w:rFonts w:ascii="Arial" w:hAnsi="Arial" w:cs="Arial"/>
          <w:sz w:val="24"/>
          <w:szCs w:val="24"/>
        </w:rPr>
        <w:t xml:space="preserve"> </w:t>
      </w:r>
      <w:r w:rsidRPr="00E93608">
        <w:rPr>
          <w:rFonts w:ascii="Arial" w:hAnsi="Arial" w:cs="Arial"/>
          <w:sz w:val="24"/>
          <w:szCs w:val="24"/>
        </w:rPr>
        <w:t>salud mental, lo pueden seguir soportando hasta que el día de mañana pase una desgracia.</w:t>
      </w:r>
      <w:r w:rsidR="00DB2C09">
        <w:rPr>
          <w:rFonts w:ascii="Arial" w:hAnsi="Arial" w:cs="Arial"/>
          <w:sz w:val="24"/>
          <w:szCs w:val="24"/>
        </w:rPr>
        <w:t xml:space="preserve"> </w:t>
      </w:r>
      <w:r w:rsidRPr="00E93608">
        <w:rPr>
          <w:rFonts w:ascii="Arial" w:hAnsi="Arial" w:cs="Arial"/>
          <w:sz w:val="24"/>
          <w:szCs w:val="24"/>
        </w:rPr>
        <w:t>Entonces, este es un último argumento y última reflexión que les quiero dar</w:t>
      </w:r>
      <w:r w:rsidR="00DB2C09">
        <w:rPr>
          <w:rFonts w:ascii="Arial" w:hAnsi="Arial" w:cs="Arial"/>
          <w:sz w:val="24"/>
          <w:szCs w:val="24"/>
        </w:rPr>
        <w:t xml:space="preserve"> </w:t>
      </w:r>
      <w:r w:rsidRPr="00E93608">
        <w:rPr>
          <w:rFonts w:ascii="Arial" w:hAnsi="Arial" w:cs="Arial"/>
          <w:sz w:val="24"/>
          <w:szCs w:val="24"/>
        </w:rPr>
        <w:t>para decirles que no estoy de acuerdo que se les aumente.</w:t>
      </w:r>
    </w:p>
    <w:p w14:paraId="2BE56827" w14:textId="13E0CBF0" w:rsidR="00EA0C28" w:rsidRPr="00E93608" w:rsidRDefault="00DB2C0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R</w:t>
      </w:r>
      <w:r w:rsidRPr="00E93608">
        <w:rPr>
          <w:rFonts w:ascii="Arial" w:hAnsi="Arial" w:cs="Arial"/>
          <w:sz w:val="24"/>
          <w:szCs w:val="24"/>
        </w:rPr>
        <w:t xml:space="preserve">egidor Óscar. Antes de ceder uso de la voz al </w:t>
      </w:r>
      <w:r>
        <w:rPr>
          <w:rFonts w:ascii="Arial" w:hAnsi="Arial" w:cs="Arial"/>
          <w:sz w:val="24"/>
          <w:szCs w:val="24"/>
        </w:rPr>
        <w:t>R</w:t>
      </w:r>
      <w:r w:rsidRPr="00E93608">
        <w:rPr>
          <w:rFonts w:ascii="Arial" w:hAnsi="Arial" w:cs="Arial"/>
          <w:sz w:val="24"/>
          <w:szCs w:val="24"/>
        </w:rPr>
        <w:t>egidor Bertín, parte de lo que comentaba la doctora Celeste y</w:t>
      </w:r>
      <w:r>
        <w:rPr>
          <w:rFonts w:ascii="Arial" w:hAnsi="Arial" w:cs="Arial"/>
          <w:sz w:val="24"/>
          <w:szCs w:val="24"/>
        </w:rPr>
        <w:t xml:space="preserve"> </w:t>
      </w:r>
      <w:r w:rsidRPr="00E93608">
        <w:rPr>
          <w:rFonts w:ascii="Arial" w:hAnsi="Arial" w:cs="Arial"/>
          <w:sz w:val="24"/>
          <w:szCs w:val="24"/>
        </w:rPr>
        <w:t xml:space="preserve">el </w:t>
      </w:r>
      <w:r>
        <w:rPr>
          <w:rFonts w:ascii="Arial" w:hAnsi="Arial" w:cs="Arial"/>
          <w:sz w:val="24"/>
          <w:szCs w:val="24"/>
        </w:rPr>
        <w:t>R</w:t>
      </w:r>
      <w:r w:rsidRPr="00E93608">
        <w:rPr>
          <w:rFonts w:ascii="Arial" w:hAnsi="Arial" w:cs="Arial"/>
          <w:sz w:val="24"/>
          <w:szCs w:val="24"/>
        </w:rPr>
        <w:t>egidor Adrián en lo en lo que coincido, cuando si una persona acude y no tiene para pagar lo que actualmente se cobra,</w:t>
      </w:r>
      <w:r>
        <w:rPr>
          <w:rFonts w:ascii="Arial" w:hAnsi="Arial" w:cs="Arial"/>
          <w:sz w:val="24"/>
          <w:szCs w:val="24"/>
        </w:rPr>
        <w:t xml:space="preserve"> </w:t>
      </w:r>
      <w:r w:rsidRPr="00E93608">
        <w:rPr>
          <w:rFonts w:ascii="Arial" w:hAnsi="Arial" w:cs="Arial"/>
          <w:sz w:val="24"/>
          <w:szCs w:val="24"/>
        </w:rPr>
        <w:t>que son 78</w:t>
      </w:r>
      <w:r>
        <w:rPr>
          <w:rFonts w:ascii="Arial" w:hAnsi="Arial" w:cs="Arial"/>
          <w:sz w:val="24"/>
          <w:szCs w:val="24"/>
        </w:rPr>
        <w:t xml:space="preserve"> setenta y ocho</w:t>
      </w:r>
      <w:r w:rsidRPr="00E93608">
        <w:rPr>
          <w:rFonts w:ascii="Arial" w:hAnsi="Arial" w:cs="Arial"/>
          <w:sz w:val="24"/>
          <w:szCs w:val="24"/>
        </w:rPr>
        <w:t xml:space="preserve"> pesos, se le condona y se lo ofrece el servicio de salud de forma la consulta psicológica gratuita.</w:t>
      </w:r>
      <w:r>
        <w:rPr>
          <w:rFonts w:ascii="Arial" w:hAnsi="Arial" w:cs="Arial"/>
          <w:sz w:val="24"/>
          <w:szCs w:val="24"/>
        </w:rPr>
        <w:t xml:space="preserve"> </w:t>
      </w:r>
      <w:r w:rsidRPr="00E93608">
        <w:rPr>
          <w:rFonts w:ascii="Arial" w:hAnsi="Arial" w:cs="Arial"/>
          <w:sz w:val="24"/>
          <w:szCs w:val="24"/>
        </w:rPr>
        <w:t xml:space="preserve">Entonces, en este caso creo yo que si una persona que sí puede pagar </w:t>
      </w:r>
      <w:r w:rsidR="00457EA6">
        <w:rPr>
          <w:rFonts w:ascii="Arial" w:hAnsi="Arial" w:cs="Arial"/>
          <w:sz w:val="24"/>
          <w:szCs w:val="24"/>
        </w:rPr>
        <w:t>$</w:t>
      </w:r>
      <w:r w:rsidRPr="00E93608">
        <w:rPr>
          <w:rFonts w:ascii="Arial" w:hAnsi="Arial" w:cs="Arial"/>
          <w:sz w:val="24"/>
          <w:szCs w:val="24"/>
        </w:rPr>
        <w:t>78</w:t>
      </w:r>
      <w:r w:rsidR="00457EA6">
        <w:rPr>
          <w:rFonts w:ascii="Arial" w:hAnsi="Arial" w:cs="Arial"/>
          <w:sz w:val="24"/>
          <w:szCs w:val="24"/>
        </w:rPr>
        <w:t>.00</w:t>
      </w:r>
      <w:r w:rsidRPr="00E93608">
        <w:rPr>
          <w:rFonts w:ascii="Arial" w:hAnsi="Arial" w:cs="Arial"/>
          <w:sz w:val="24"/>
          <w:szCs w:val="24"/>
        </w:rPr>
        <w:t xml:space="preserve"> pes</w:t>
      </w:r>
      <w:r w:rsidR="0014742C">
        <w:rPr>
          <w:rFonts w:ascii="Arial" w:hAnsi="Arial" w:cs="Arial"/>
          <w:sz w:val="24"/>
          <w:szCs w:val="24"/>
        </w:rPr>
        <w:t>os</w:t>
      </w:r>
      <w:r w:rsidRPr="00E93608">
        <w:rPr>
          <w:rFonts w:ascii="Arial" w:hAnsi="Arial" w:cs="Arial"/>
          <w:sz w:val="24"/>
          <w:szCs w:val="24"/>
        </w:rPr>
        <w:t xml:space="preserve"> pudiera pagar </w:t>
      </w:r>
      <w:r w:rsidR="00457EA6">
        <w:rPr>
          <w:rFonts w:ascii="Arial" w:hAnsi="Arial" w:cs="Arial"/>
          <w:sz w:val="24"/>
          <w:szCs w:val="24"/>
        </w:rPr>
        <w:t>$</w:t>
      </w:r>
      <w:r w:rsidRPr="00E93608">
        <w:rPr>
          <w:rFonts w:ascii="Arial" w:hAnsi="Arial" w:cs="Arial"/>
          <w:sz w:val="24"/>
          <w:szCs w:val="24"/>
        </w:rPr>
        <w:t>88</w:t>
      </w:r>
      <w:r w:rsidR="00457EA6">
        <w:rPr>
          <w:rFonts w:ascii="Arial" w:hAnsi="Arial" w:cs="Arial"/>
          <w:sz w:val="24"/>
          <w:szCs w:val="24"/>
        </w:rPr>
        <w:t>.00</w:t>
      </w:r>
      <w:r w:rsidRPr="00E93608">
        <w:rPr>
          <w:rFonts w:ascii="Arial" w:hAnsi="Arial" w:cs="Arial"/>
          <w:sz w:val="24"/>
          <w:szCs w:val="24"/>
        </w:rPr>
        <w:t xml:space="preserve"> son </w:t>
      </w:r>
      <w:r w:rsidR="00457EA6">
        <w:rPr>
          <w:rFonts w:ascii="Arial" w:hAnsi="Arial" w:cs="Arial"/>
          <w:sz w:val="24"/>
          <w:szCs w:val="24"/>
        </w:rPr>
        <w:t>$</w:t>
      </w:r>
      <w:r w:rsidRPr="00E93608">
        <w:rPr>
          <w:rFonts w:ascii="Arial" w:hAnsi="Arial" w:cs="Arial"/>
          <w:sz w:val="24"/>
          <w:szCs w:val="24"/>
        </w:rPr>
        <w:t>10</w:t>
      </w:r>
      <w:r w:rsidR="00457EA6">
        <w:rPr>
          <w:rFonts w:ascii="Arial" w:hAnsi="Arial" w:cs="Arial"/>
          <w:sz w:val="24"/>
          <w:szCs w:val="24"/>
        </w:rPr>
        <w:t>.00</w:t>
      </w:r>
      <w:r w:rsidRPr="00E93608">
        <w:rPr>
          <w:rFonts w:ascii="Arial" w:hAnsi="Arial" w:cs="Arial"/>
          <w:sz w:val="24"/>
          <w:szCs w:val="24"/>
        </w:rPr>
        <w:t xml:space="preserve"> pesos, sí. Entonces, el hecho que eso aumente en este caso, ¿qué son? </w:t>
      </w:r>
      <w:r w:rsidR="00457EA6">
        <w:rPr>
          <w:rFonts w:ascii="Arial" w:hAnsi="Arial" w:cs="Arial"/>
          <w:sz w:val="24"/>
          <w:szCs w:val="24"/>
        </w:rPr>
        <w:t>$</w:t>
      </w:r>
      <w:r w:rsidRPr="00E93608">
        <w:rPr>
          <w:rFonts w:ascii="Arial" w:hAnsi="Arial" w:cs="Arial"/>
          <w:sz w:val="24"/>
          <w:szCs w:val="24"/>
        </w:rPr>
        <w:t>16</w:t>
      </w:r>
      <w:r w:rsidR="00457EA6">
        <w:rPr>
          <w:rFonts w:ascii="Arial" w:hAnsi="Arial" w:cs="Arial"/>
          <w:sz w:val="24"/>
          <w:szCs w:val="24"/>
        </w:rPr>
        <w:t>.00</w:t>
      </w:r>
      <w:r w:rsidRPr="00E93608">
        <w:rPr>
          <w:rFonts w:ascii="Arial" w:hAnsi="Arial" w:cs="Arial"/>
          <w:sz w:val="24"/>
          <w:szCs w:val="24"/>
        </w:rPr>
        <w:t xml:space="preserve"> pesos y pudiéramos ver la posibilidad de dejarlo cerrado </w:t>
      </w:r>
      <w:r w:rsidR="00457EA6">
        <w:rPr>
          <w:rFonts w:ascii="Arial" w:hAnsi="Arial" w:cs="Arial"/>
          <w:sz w:val="24"/>
          <w:szCs w:val="24"/>
        </w:rPr>
        <w:t>$</w:t>
      </w:r>
      <w:r w:rsidRPr="00E93608">
        <w:rPr>
          <w:rFonts w:ascii="Arial" w:hAnsi="Arial" w:cs="Arial"/>
          <w:sz w:val="24"/>
          <w:szCs w:val="24"/>
        </w:rPr>
        <w:t>90</w:t>
      </w:r>
      <w:r w:rsidR="00457EA6">
        <w:rPr>
          <w:rFonts w:ascii="Arial" w:hAnsi="Arial" w:cs="Arial"/>
          <w:sz w:val="24"/>
          <w:szCs w:val="24"/>
        </w:rPr>
        <w:t>.00</w:t>
      </w:r>
      <w:r w:rsidRPr="00E93608">
        <w:rPr>
          <w:rFonts w:ascii="Arial" w:hAnsi="Arial" w:cs="Arial"/>
          <w:sz w:val="24"/>
          <w:szCs w:val="24"/>
        </w:rPr>
        <w:t>, por ejemplo, no</w:t>
      </w:r>
      <w:r w:rsidR="0014742C">
        <w:rPr>
          <w:rFonts w:ascii="Arial" w:hAnsi="Arial" w:cs="Arial"/>
          <w:sz w:val="24"/>
          <w:szCs w:val="24"/>
        </w:rPr>
        <w:t xml:space="preserve"> </w:t>
      </w:r>
      <w:r w:rsidRPr="00E93608">
        <w:rPr>
          <w:rFonts w:ascii="Arial" w:hAnsi="Arial" w:cs="Arial"/>
          <w:sz w:val="24"/>
          <w:szCs w:val="24"/>
        </w:rPr>
        <w:t xml:space="preserve">serían </w:t>
      </w:r>
      <w:r w:rsidR="00457EA6">
        <w:rPr>
          <w:rFonts w:ascii="Arial" w:hAnsi="Arial" w:cs="Arial"/>
          <w:sz w:val="24"/>
          <w:szCs w:val="24"/>
        </w:rPr>
        <w:t>$</w:t>
      </w:r>
      <w:r w:rsidRPr="00E93608">
        <w:rPr>
          <w:rFonts w:ascii="Arial" w:hAnsi="Arial" w:cs="Arial"/>
          <w:sz w:val="24"/>
          <w:szCs w:val="24"/>
        </w:rPr>
        <w:t>12</w:t>
      </w:r>
      <w:r w:rsidR="00457EA6">
        <w:rPr>
          <w:rFonts w:ascii="Arial" w:hAnsi="Arial" w:cs="Arial"/>
          <w:sz w:val="24"/>
          <w:szCs w:val="24"/>
        </w:rPr>
        <w:t>.00</w:t>
      </w:r>
      <w:r w:rsidRPr="00E93608">
        <w:rPr>
          <w:rFonts w:ascii="Arial" w:hAnsi="Arial" w:cs="Arial"/>
          <w:sz w:val="24"/>
          <w:szCs w:val="24"/>
        </w:rPr>
        <w:t xml:space="preserve"> pesos de aumento. Si una persona es capaz de pagar, insisto, </w:t>
      </w:r>
      <w:r w:rsidR="00457EA6">
        <w:rPr>
          <w:rFonts w:ascii="Arial" w:hAnsi="Arial" w:cs="Arial"/>
          <w:sz w:val="24"/>
          <w:szCs w:val="24"/>
        </w:rPr>
        <w:t>$</w:t>
      </w:r>
      <w:r w:rsidRPr="00E93608">
        <w:rPr>
          <w:rFonts w:ascii="Arial" w:hAnsi="Arial" w:cs="Arial"/>
          <w:sz w:val="24"/>
          <w:szCs w:val="24"/>
        </w:rPr>
        <w:t>78</w:t>
      </w:r>
      <w:r w:rsidR="00457EA6">
        <w:rPr>
          <w:rFonts w:ascii="Arial" w:hAnsi="Arial" w:cs="Arial"/>
          <w:sz w:val="24"/>
          <w:szCs w:val="24"/>
        </w:rPr>
        <w:t>.00</w:t>
      </w:r>
      <w:r w:rsidRPr="00E93608">
        <w:rPr>
          <w:rFonts w:ascii="Arial" w:hAnsi="Arial" w:cs="Arial"/>
          <w:sz w:val="24"/>
          <w:szCs w:val="24"/>
        </w:rPr>
        <w:t xml:space="preserve"> pesos, yo creo que </w:t>
      </w:r>
      <w:r w:rsidR="00457EA6">
        <w:rPr>
          <w:rFonts w:ascii="Arial" w:hAnsi="Arial" w:cs="Arial"/>
          <w:sz w:val="24"/>
          <w:szCs w:val="24"/>
        </w:rPr>
        <w:t>$</w:t>
      </w:r>
      <w:r w:rsidRPr="00E93608">
        <w:rPr>
          <w:rFonts w:ascii="Arial" w:hAnsi="Arial" w:cs="Arial"/>
          <w:sz w:val="24"/>
          <w:szCs w:val="24"/>
        </w:rPr>
        <w:t>12</w:t>
      </w:r>
      <w:r w:rsidR="00457EA6">
        <w:rPr>
          <w:rFonts w:ascii="Arial" w:hAnsi="Arial" w:cs="Arial"/>
          <w:sz w:val="24"/>
          <w:szCs w:val="24"/>
        </w:rPr>
        <w:t>.00</w:t>
      </w:r>
      <w:r w:rsidRPr="00E93608">
        <w:rPr>
          <w:rFonts w:ascii="Arial" w:hAnsi="Arial" w:cs="Arial"/>
          <w:sz w:val="24"/>
          <w:szCs w:val="24"/>
        </w:rPr>
        <w:t xml:space="preserve"> pesos al siguiente año no sería tan gravoso.</w:t>
      </w:r>
      <w:r w:rsidR="0014742C">
        <w:rPr>
          <w:rFonts w:ascii="Arial" w:hAnsi="Arial" w:cs="Arial"/>
          <w:sz w:val="24"/>
          <w:szCs w:val="24"/>
        </w:rPr>
        <w:t xml:space="preserve"> </w:t>
      </w:r>
      <w:r w:rsidRPr="00E93608">
        <w:rPr>
          <w:rFonts w:ascii="Arial" w:hAnsi="Arial" w:cs="Arial"/>
          <w:sz w:val="24"/>
          <w:szCs w:val="24"/>
        </w:rPr>
        <w:t xml:space="preserve">Y si una persona no es capaz de pagar los </w:t>
      </w:r>
      <w:r w:rsidR="00457EA6">
        <w:rPr>
          <w:rFonts w:ascii="Arial" w:hAnsi="Arial" w:cs="Arial"/>
          <w:sz w:val="24"/>
          <w:szCs w:val="24"/>
        </w:rPr>
        <w:t>$</w:t>
      </w:r>
      <w:r w:rsidRPr="00E93608">
        <w:rPr>
          <w:rFonts w:ascii="Arial" w:hAnsi="Arial" w:cs="Arial"/>
          <w:sz w:val="24"/>
          <w:szCs w:val="24"/>
        </w:rPr>
        <w:t>90</w:t>
      </w:r>
      <w:r w:rsidR="00457EA6">
        <w:rPr>
          <w:rFonts w:ascii="Arial" w:hAnsi="Arial" w:cs="Arial"/>
          <w:sz w:val="24"/>
          <w:szCs w:val="24"/>
        </w:rPr>
        <w:t>.00</w:t>
      </w:r>
      <w:r w:rsidRPr="00E93608">
        <w:rPr>
          <w:rFonts w:ascii="Arial" w:hAnsi="Arial" w:cs="Arial"/>
          <w:sz w:val="24"/>
          <w:szCs w:val="24"/>
        </w:rPr>
        <w:t xml:space="preserve"> pes</w:t>
      </w:r>
      <w:r w:rsidR="0014742C">
        <w:rPr>
          <w:rFonts w:ascii="Arial" w:hAnsi="Arial" w:cs="Arial"/>
          <w:sz w:val="24"/>
          <w:szCs w:val="24"/>
        </w:rPr>
        <w:t>os</w:t>
      </w:r>
      <w:r w:rsidRPr="00E93608">
        <w:rPr>
          <w:rFonts w:ascii="Arial" w:hAnsi="Arial" w:cs="Arial"/>
          <w:sz w:val="24"/>
          <w:szCs w:val="24"/>
        </w:rPr>
        <w:t>, pues se le va a condonar.</w:t>
      </w:r>
      <w:r w:rsidR="0014742C">
        <w:rPr>
          <w:rFonts w:ascii="Arial" w:hAnsi="Arial" w:cs="Arial"/>
          <w:sz w:val="24"/>
          <w:szCs w:val="24"/>
        </w:rPr>
        <w:t xml:space="preserve"> </w:t>
      </w:r>
      <w:r w:rsidRPr="00E93608">
        <w:rPr>
          <w:rFonts w:ascii="Arial" w:hAnsi="Arial" w:cs="Arial"/>
          <w:sz w:val="24"/>
          <w:szCs w:val="24"/>
        </w:rPr>
        <w:t xml:space="preserve">Incluso si el argumento es la incapacidad económica de personas que puedan pagar </w:t>
      </w:r>
      <w:r w:rsidR="00457EA6">
        <w:rPr>
          <w:rFonts w:ascii="Arial" w:hAnsi="Arial" w:cs="Arial"/>
          <w:sz w:val="24"/>
          <w:szCs w:val="24"/>
        </w:rPr>
        <w:t>$</w:t>
      </w:r>
      <w:r w:rsidRPr="00E93608">
        <w:rPr>
          <w:rFonts w:ascii="Arial" w:hAnsi="Arial" w:cs="Arial"/>
          <w:sz w:val="24"/>
          <w:szCs w:val="24"/>
        </w:rPr>
        <w:t>90</w:t>
      </w:r>
      <w:r w:rsidR="00457EA6">
        <w:rPr>
          <w:rFonts w:ascii="Arial" w:hAnsi="Arial" w:cs="Arial"/>
          <w:sz w:val="24"/>
          <w:szCs w:val="24"/>
        </w:rPr>
        <w:t>.00</w:t>
      </w:r>
      <w:r w:rsidRPr="00E93608">
        <w:rPr>
          <w:rFonts w:ascii="Arial" w:hAnsi="Arial" w:cs="Arial"/>
          <w:sz w:val="24"/>
          <w:szCs w:val="24"/>
        </w:rPr>
        <w:t xml:space="preserve"> pesos la consulta, pues incluso eso tal vez aumentaría la</w:t>
      </w:r>
      <w:r w:rsidR="0014742C">
        <w:rPr>
          <w:rFonts w:ascii="Arial" w:hAnsi="Arial" w:cs="Arial"/>
          <w:sz w:val="24"/>
          <w:szCs w:val="24"/>
        </w:rPr>
        <w:t xml:space="preserve"> </w:t>
      </w:r>
      <w:r w:rsidRPr="00E93608">
        <w:rPr>
          <w:rFonts w:ascii="Arial" w:hAnsi="Arial" w:cs="Arial"/>
          <w:sz w:val="24"/>
          <w:szCs w:val="24"/>
        </w:rPr>
        <w:t>cantidad de personas a los que se les va a condonar, ¿no? O sea, estaríamos elevando el margen o el</w:t>
      </w:r>
      <w:r w:rsidR="0014742C">
        <w:rPr>
          <w:rFonts w:ascii="Arial" w:hAnsi="Arial" w:cs="Arial"/>
          <w:sz w:val="24"/>
          <w:szCs w:val="24"/>
        </w:rPr>
        <w:t xml:space="preserve"> </w:t>
      </w:r>
      <w:r w:rsidRPr="00E93608">
        <w:rPr>
          <w:rFonts w:ascii="Arial" w:hAnsi="Arial" w:cs="Arial"/>
          <w:sz w:val="24"/>
          <w:szCs w:val="24"/>
        </w:rPr>
        <w:t xml:space="preserve">rango de las personas al que pudieran acceder, más </w:t>
      </w:r>
      <w:r w:rsidRPr="00E93608">
        <w:rPr>
          <w:rFonts w:ascii="Arial" w:hAnsi="Arial" w:cs="Arial"/>
          <w:sz w:val="24"/>
          <w:szCs w:val="24"/>
        </w:rPr>
        <w:lastRenderedPageBreak/>
        <w:t>bien disminuyendo el margen de las personas que pudieran acceder al servicio, pero igual se les va a condonar.</w:t>
      </w:r>
      <w:r w:rsidR="0014742C">
        <w:rPr>
          <w:rFonts w:ascii="Arial" w:hAnsi="Arial" w:cs="Arial"/>
          <w:sz w:val="24"/>
          <w:szCs w:val="24"/>
        </w:rPr>
        <w:t xml:space="preserve"> </w:t>
      </w:r>
      <w:r w:rsidRPr="00E93608">
        <w:rPr>
          <w:rFonts w:ascii="Arial" w:hAnsi="Arial" w:cs="Arial"/>
          <w:sz w:val="24"/>
          <w:szCs w:val="24"/>
        </w:rPr>
        <w:t>No veo el mayor conflicto en este tema.</w:t>
      </w:r>
      <w:r w:rsidR="0014742C">
        <w:rPr>
          <w:rFonts w:ascii="Arial" w:hAnsi="Arial" w:cs="Arial"/>
          <w:sz w:val="24"/>
          <w:szCs w:val="24"/>
        </w:rPr>
        <w:t xml:space="preserve"> </w:t>
      </w:r>
      <w:r w:rsidRPr="00E93608">
        <w:rPr>
          <w:rFonts w:ascii="Arial" w:hAnsi="Arial" w:cs="Arial"/>
          <w:sz w:val="24"/>
          <w:szCs w:val="24"/>
        </w:rPr>
        <w:t xml:space="preserve">Igual en el tema de las cuotas de pareja y familiar, pues incluso sigue siendo por persona más barato. Si lo dejamos en </w:t>
      </w:r>
      <w:r w:rsidR="00457EA6">
        <w:rPr>
          <w:rFonts w:ascii="Arial" w:hAnsi="Arial" w:cs="Arial"/>
          <w:sz w:val="24"/>
          <w:szCs w:val="24"/>
        </w:rPr>
        <w:t>$</w:t>
      </w:r>
      <w:r w:rsidRPr="00E93608">
        <w:rPr>
          <w:rFonts w:ascii="Arial" w:hAnsi="Arial" w:cs="Arial"/>
          <w:sz w:val="24"/>
          <w:szCs w:val="24"/>
        </w:rPr>
        <w:t>90</w:t>
      </w:r>
      <w:r w:rsidR="00457EA6">
        <w:rPr>
          <w:rFonts w:ascii="Arial" w:hAnsi="Arial" w:cs="Arial"/>
          <w:sz w:val="24"/>
          <w:szCs w:val="24"/>
        </w:rPr>
        <w:t>.00</w:t>
      </w:r>
      <w:r w:rsidR="0014742C">
        <w:rPr>
          <w:rFonts w:ascii="Arial" w:hAnsi="Arial" w:cs="Arial"/>
          <w:sz w:val="24"/>
          <w:szCs w:val="24"/>
        </w:rPr>
        <w:t xml:space="preserve"> pesos</w:t>
      </w:r>
      <w:r w:rsidRPr="00E93608">
        <w:rPr>
          <w:rFonts w:ascii="Arial" w:hAnsi="Arial" w:cs="Arial"/>
          <w:sz w:val="24"/>
          <w:szCs w:val="24"/>
        </w:rPr>
        <w:t xml:space="preserve"> cuando se calcula por persona, ¿no?</w:t>
      </w:r>
      <w:r w:rsidR="0014742C">
        <w:rPr>
          <w:rFonts w:ascii="Arial" w:hAnsi="Arial" w:cs="Arial"/>
          <w:sz w:val="24"/>
          <w:szCs w:val="24"/>
        </w:rPr>
        <w:t xml:space="preserve"> </w:t>
      </w:r>
      <w:r w:rsidRPr="00E93608">
        <w:rPr>
          <w:rFonts w:ascii="Arial" w:hAnsi="Arial" w:cs="Arial"/>
          <w:sz w:val="24"/>
          <w:szCs w:val="24"/>
        </w:rPr>
        <w:t>No sé, creo que iba a comentar el regidor Bertín</w:t>
      </w:r>
      <w:r w:rsidR="0014742C">
        <w:rPr>
          <w:rFonts w:ascii="Arial" w:hAnsi="Arial" w:cs="Arial"/>
          <w:sz w:val="24"/>
          <w:szCs w:val="24"/>
        </w:rPr>
        <w:t xml:space="preserve">, </w:t>
      </w:r>
      <w:r w:rsidRPr="00E93608">
        <w:rPr>
          <w:rFonts w:ascii="Arial" w:hAnsi="Arial" w:cs="Arial"/>
          <w:sz w:val="24"/>
          <w:szCs w:val="24"/>
        </w:rPr>
        <w:t>adelant</w:t>
      </w:r>
      <w:r w:rsidR="0014742C">
        <w:rPr>
          <w:rFonts w:ascii="Arial" w:hAnsi="Arial" w:cs="Arial"/>
          <w:sz w:val="24"/>
          <w:szCs w:val="24"/>
        </w:rPr>
        <w:t>e.</w:t>
      </w:r>
    </w:p>
    <w:p w14:paraId="0E8C0EB5" w14:textId="2FB897E1" w:rsidR="00EA0C28" w:rsidRPr="00E93608" w:rsidRDefault="0014742C" w:rsidP="00E93608">
      <w:pPr>
        <w:jc w:val="both"/>
        <w:rPr>
          <w:rFonts w:ascii="Arial" w:hAnsi="Arial" w:cs="Arial"/>
          <w:sz w:val="24"/>
          <w:szCs w:val="24"/>
        </w:rPr>
      </w:pPr>
      <w:r>
        <w:rPr>
          <w:rFonts w:ascii="Arial" w:hAnsi="Arial" w:cs="Arial"/>
          <w:b/>
          <w:bCs/>
          <w:sz w:val="24"/>
          <w:szCs w:val="24"/>
        </w:rPr>
        <w:t xml:space="preserve">C. ÓSCAR MURGÍA TORRES. - </w:t>
      </w:r>
      <w:r w:rsidRPr="00E93608">
        <w:rPr>
          <w:rFonts w:ascii="Arial" w:hAnsi="Arial" w:cs="Arial"/>
          <w:sz w:val="24"/>
          <w:szCs w:val="24"/>
        </w:rPr>
        <w:t>Bueno,</w:t>
      </w:r>
      <w:r w:rsidR="00AE3150">
        <w:rPr>
          <w:rFonts w:ascii="Arial" w:hAnsi="Arial" w:cs="Arial"/>
          <w:sz w:val="24"/>
          <w:szCs w:val="24"/>
        </w:rPr>
        <w:t xml:space="preserve"> </w:t>
      </w:r>
      <w:r w:rsidR="00AE3150" w:rsidRPr="00E93608">
        <w:rPr>
          <w:rFonts w:ascii="Arial" w:hAnsi="Arial" w:cs="Arial"/>
          <w:sz w:val="24"/>
          <w:szCs w:val="24"/>
        </w:rPr>
        <w:t>sí</w:t>
      </w:r>
      <w:r w:rsidRPr="00E93608">
        <w:rPr>
          <w:rFonts w:ascii="Arial" w:hAnsi="Arial" w:cs="Arial"/>
          <w:sz w:val="24"/>
          <w:szCs w:val="24"/>
        </w:rPr>
        <w:t xml:space="preserve"> partimos de la exposición de motivos y del argumento que da la doctora Celeste del</w:t>
      </w:r>
      <w:r>
        <w:rPr>
          <w:rFonts w:ascii="Arial" w:hAnsi="Arial" w:cs="Arial"/>
          <w:sz w:val="24"/>
          <w:szCs w:val="24"/>
        </w:rPr>
        <w:t xml:space="preserve"> </w:t>
      </w:r>
      <w:r w:rsidRPr="00E93608">
        <w:rPr>
          <w:rFonts w:ascii="Arial" w:hAnsi="Arial" w:cs="Arial"/>
          <w:sz w:val="24"/>
          <w:szCs w:val="24"/>
        </w:rPr>
        <w:t>motivo por el cual quiero aumentar, creo que el argumento quedó abajo cuando la propuesta dio nuestra</w:t>
      </w:r>
      <w:r>
        <w:rPr>
          <w:rFonts w:ascii="Arial" w:hAnsi="Arial" w:cs="Arial"/>
          <w:sz w:val="24"/>
          <w:szCs w:val="24"/>
        </w:rPr>
        <w:t xml:space="preserve"> </w:t>
      </w:r>
      <w:r w:rsidRPr="00E93608">
        <w:rPr>
          <w:rFonts w:ascii="Arial" w:hAnsi="Arial" w:cs="Arial"/>
          <w:sz w:val="24"/>
          <w:szCs w:val="24"/>
        </w:rPr>
        <w:t>tesorera de poder solventar esa carga laboral poder contratar una persona más.</w:t>
      </w:r>
      <w:r>
        <w:rPr>
          <w:rFonts w:ascii="Arial" w:hAnsi="Arial" w:cs="Arial"/>
          <w:sz w:val="24"/>
          <w:szCs w:val="24"/>
        </w:rPr>
        <w:t xml:space="preserve"> </w:t>
      </w:r>
      <w:r w:rsidRPr="00E93608">
        <w:rPr>
          <w:rFonts w:ascii="Arial" w:hAnsi="Arial" w:cs="Arial"/>
          <w:sz w:val="24"/>
          <w:szCs w:val="24"/>
        </w:rPr>
        <w:t>Entonces, al quitarse ese argumento, porque yo no veo otro ahí, porque dice el otro que para valorar el servicio de</w:t>
      </w:r>
      <w:r>
        <w:rPr>
          <w:rFonts w:ascii="Arial" w:hAnsi="Arial" w:cs="Arial"/>
          <w:sz w:val="24"/>
          <w:szCs w:val="24"/>
        </w:rPr>
        <w:t xml:space="preserve"> </w:t>
      </w:r>
      <w:r w:rsidRPr="00E93608">
        <w:rPr>
          <w:rFonts w:ascii="Arial" w:hAnsi="Arial" w:cs="Arial"/>
          <w:sz w:val="24"/>
          <w:szCs w:val="24"/>
        </w:rPr>
        <w:t>las personas que van, pues ese la verdad es subjetiva, es un argumento subjetivo.</w:t>
      </w:r>
      <w:r>
        <w:rPr>
          <w:rFonts w:ascii="Arial" w:hAnsi="Arial" w:cs="Arial"/>
          <w:sz w:val="24"/>
          <w:szCs w:val="24"/>
        </w:rPr>
        <w:t xml:space="preserve"> </w:t>
      </w:r>
      <w:r w:rsidRPr="00E93608">
        <w:rPr>
          <w:rFonts w:ascii="Arial" w:hAnsi="Arial" w:cs="Arial"/>
          <w:sz w:val="24"/>
          <w:szCs w:val="24"/>
        </w:rPr>
        <w:t>Entonces, al no tener esos argumentos ya sustento, por lo que aquí ya se vertió, entonces yo no le veo otra razón. el por</w:t>
      </w:r>
      <w:r>
        <w:rPr>
          <w:rFonts w:ascii="Arial" w:hAnsi="Arial" w:cs="Arial"/>
          <w:sz w:val="24"/>
          <w:szCs w:val="24"/>
        </w:rPr>
        <w:t xml:space="preserve"> </w:t>
      </w:r>
      <w:r w:rsidRPr="00E93608">
        <w:rPr>
          <w:rFonts w:ascii="Arial" w:hAnsi="Arial" w:cs="Arial"/>
          <w:sz w:val="24"/>
          <w:szCs w:val="24"/>
        </w:rPr>
        <w:t>qué aumentarle el tres o el cinco o lo que quieran aumentarle.</w:t>
      </w:r>
      <w:r>
        <w:rPr>
          <w:rFonts w:ascii="Arial" w:hAnsi="Arial" w:cs="Arial"/>
          <w:sz w:val="24"/>
          <w:szCs w:val="24"/>
        </w:rPr>
        <w:t xml:space="preserve"> </w:t>
      </w:r>
      <w:r w:rsidRPr="00E93608">
        <w:rPr>
          <w:rFonts w:ascii="Arial" w:hAnsi="Arial" w:cs="Arial"/>
          <w:sz w:val="24"/>
          <w:szCs w:val="24"/>
        </w:rPr>
        <w:t>Si en otras en otros apartados no les aumentamos nada, ¿por qué este que va directamente dirigido a la salud de las</w:t>
      </w:r>
      <w:r>
        <w:rPr>
          <w:rFonts w:ascii="Arial" w:hAnsi="Arial" w:cs="Arial"/>
          <w:sz w:val="24"/>
          <w:szCs w:val="24"/>
        </w:rPr>
        <w:t xml:space="preserve"> </w:t>
      </w:r>
      <w:r w:rsidRPr="00E93608">
        <w:rPr>
          <w:rFonts w:ascii="Arial" w:hAnsi="Arial" w:cs="Arial"/>
          <w:sz w:val="24"/>
          <w:szCs w:val="24"/>
        </w:rPr>
        <w:t>personas y a la salud mental de las personas? Se les quiero aumentar si el argumento ya no existe,</w:t>
      </w:r>
      <w:r>
        <w:rPr>
          <w:rFonts w:ascii="Arial" w:hAnsi="Arial" w:cs="Arial"/>
          <w:sz w:val="24"/>
          <w:szCs w:val="24"/>
        </w:rPr>
        <w:t xml:space="preserve"> </w:t>
      </w:r>
      <w:r w:rsidRPr="00E93608">
        <w:rPr>
          <w:rFonts w:ascii="Arial" w:hAnsi="Arial" w:cs="Arial"/>
          <w:sz w:val="24"/>
          <w:szCs w:val="24"/>
        </w:rPr>
        <w:t>porque el argumento que usted dice, regidor, ya es otro, no está plasmado desde un principio. Eso ya se dio aquí.</w:t>
      </w:r>
      <w:r>
        <w:rPr>
          <w:rFonts w:ascii="Arial" w:hAnsi="Arial" w:cs="Arial"/>
          <w:sz w:val="24"/>
          <w:szCs w:val="24"/>
        </w:rPr>
        <w:t xml:space="preserve"> </w:t>
      </w:r>
      <w:r w:rsidRPr="00E93608">
        <w:rPr>
          <w:rFonts w:ascii="Arial" w:hAnsi="Arial" w:cs="Arial"/>
          <w:sz w:val="24"/>
          <w:szCs w:val="24"/>
        </w:rPr>
        <w:t>Entonces, si no se les va a bajar, entonces que se quede como como está, porque ni más</w:t>
      </w:r>
      <w:r>
        <w:rPr>
          <w:rFonts w:ascii="Arial" w:hAnsi="Arial" w:cs="Arial"/>
          <w:sz w:val="24"/>
          <w:szCs w:val="24"/>
        </w:rPr>
        <w:t xml:space="preserve"> </w:t>
      </w:r>
      <w:r w:rsidRPr="00E93608">
        <w:rPr>
          <w:rFonts w:ascii="Arial" w:hAnsi="Arial" w:cs="Arial"/>
          <w:sz w:val="24"/>
          <w:szCs w:val="24"/>
        </w:rPr>
        <w:t xml:space="preserve">pobre ni más rico se van a hacer el organismo al aumentarle </w:t>
      </w:r>
      <w:r w:rsidR="00AE3150">
        <w:rPr>
          <w:rFonts w:ascii="Arial" w:hAnsi="Arial" w:cs="Arial"/>
          <w:sz w:val="24"/>
          <w:szCs w:val="24"/>
        </w:rPr>
        <w:t>$</w:t>
      </w:r>
      <w:r w:rsidRPr="00E93608">
        <w:rPr>
          <w:rFonts w:ascii="Arial" w:hAnsi="Arial" w:cs="Arial"/>
          <w:sz w:val="24"/>
          <w:szCs w:val="24"/>
        </w:rPr>
        <w:t>10</w:t>
      </w:r>
      <w:r w:rsidR="00AE3150">
        <w:rPr>
          <w:rFonts w:ascii="Arial" w:hAnsi="Arial" w:cs="Arial"/>
          <w:sz w:val="24"/>
          <w:szCs w:val="24"/>
        </w:rPr>
        <w:t>.00</w:t>
      </w:r>
      <w:r w:rsidRPr="00E93608">
        <w:rPr>
          <w:rFonts w:ascii="Arial" w:hAnsi="Arial" w:cs="Arial"/>
          <w:sz w:val="24"/>
          <w:szCs w:val="24"/>
        </w:rPr>
        <w:t xml:space="preserve">, </w:t>
      </w:r>
      <w:r w:rsidR="00AE3150">
        <w:rPr>
          <w:rFonts w:ascii="Arial" w:hAnsi="Arial" w:cs="Arial"/>
          <w:sz w:val="24"/>
          <w:szCs w:val="24"/>
        </w:rPr>
        <w:t>$</w:t>
      </w:r>
      <w:r w:rsidRPr="00E93608">
        <w:rPr>
          <w:rFonts w:ascii="Arial" w:hAnsi="Arial" w:cs="Arial"/>
          <w:sz w:val="24"/>
          <w:szCs w:val="24"/>
        </w:rPr>
        <w:t>15</w:t>
      </w:r>
      <w:r w:rsidR="00AE3150">
        <w:rPr>
          <w:rFonts w:ascii="Arial" w:hAnsi="Arial" w:cs="Arial"/>
          <w:sz w:val="24"/>
          <w:szCs w:val="24"/>
        </w:rPr>
        <w:t>.00</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Estamos de acuerdo y que al final de cuentas ese dinero, a reserva que me corrija nuestra tesorera municipal, ese</w:t>
      </w:r>
      <w:r>
        <w:rPr>
          <w:rFonts w:ascii="Arial" w:hAnsi="Arial" w:cs="Arial"/>
          <w:sz w:val="24"/>
          <w:szCs w:val="24"/>
        </w:rPr>
        <w:t xml:space="preserve"> </w:t>
      </w:r>
      <w:r w:rsidRPr="00E93608">
        <w:rPr>
          <w:rFonts w:ascii="Arial" w:hAnsi="Arial" w:cs="Arial"/>
          <w:sz w:val="24"/>
          <w:szCs w:val="24"/>
        </w:rPr>
        <w:t>dinero que sé que se recupera aquí o que se invierte aquí por los servicios prestados, no se le invierte al mismo</w:t>
      </w:r>
      <w:r>
        <w:rPr>
          <w:rFonts w:ascii="Arial" w:hAnsi="Arial" w:cs="Arial"/>
          <w:sz w:val="24"/>
          <w:szCs w:val="24"/>
        </w:rPr>
        <w:t xml:space="preserve"> </w:t>
      </w:r>
      <w:r w:rsidRPr="00E93608">
        <w:rPr>
          <w:rFonts w:ascii="Arial" w:hAnsi="Arial" w:cs="Arial"/>
          <w:sz w:val="24"/>
          <w:szCs w:val="24"/>
        </w:rPr>
        <w:t>organismo o sí, tesorera, adelante, tesorera.</w:t>
      </w:r>
    </w:p>
    <w:p w14:paraId="285FB4C2" w14:textId="5AEA594B" w:rsidR="00EA0C28" w:rsidRPr="00E93608" w:rsidRDefault="007657EF"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Bueno, parte de los de las tarifas que se cobran justamente en esta dependencia forman parte de lo que se</w:t>
      </w:r>
      <w:r>
        <w:rPr>
          <w:rFonts w:ascii="Arial" w:hAnsi="Arial" w:cs="Arial"/>
          <w:sz w:val="24"/>
          <w:szCs w:val="24"/>
        </w:rPr>
        <w:t xml:space="preserve"> </w:t>
      </w:r>
      <w:r w:rsidRPr="00E93608">
        <w:rPr>
          <w:rFonts w:ascii="Arial" w:hAnsi="Arial" w:cs="Arial"/>
          <w:sz w:val="24"/>
          <w:szCs w:val="24"/>
        </w:rPr>
        <w:t>considera de lo que se conoce como ingresos propios y los ingresos propios son con los que se subsidia todo lo que tiene que ver nuestro gasto operativo. Entonces es parte de ello.</w:t>
      </w:r>
    </w:p>
    <w:p w14:paraId="3823A3B7" w14:textId="77777777" w:rsidR="008A0700" w:rsidRDefault="008A0700" w:rsidP="00E93608">
      <w:pPr>
        <w:jc w:val="both"/>
        <w:rPr>
          <w:rFonts w:ascii="Arial" w:hAnsi="Arial" w:cs="Arial"/>
          <w:sz w:val="24"/>
          <w:szCs w:val="24"/>
        </w:rPr>
      </w:pPr>
      <w:r>
        <w:rPr>
          <w:rFonts w:ascii="Arial" w:hAnsi="Arial" w:cs="Arial"/>
          <w:b/>
          <w:bCs/>
          <w:sz w:val="24"/>
          <w:szCs w:val="24"/>
        </w:rPr>
        <w:t xml:space="preserve">C. ÓSCAR MURGÍA TORRES. - </w:t>
      </w:r>
      <w:r w:rsidRPr="00E93608">
        <w:rPr>
          <w:rFonts w:ascii="Arial" w:hAnsi="Arial" w:cs="Arial"/>
          <w:sz w:val="24"/>
          <w:szCs w:val="24"/>
        </w:rPr>
        <w:t>Muchas gracias. Entonces, partiendo de ese argumento que atinadamente dice nuestra tesorera, entonces aumentarle</w:t>
      </w:r>
      <w:r w:rsidR="007657EF">
        <w:rPr>
          <w:rFonts w:ascii="Arial" w:hAnsi="Arial" w:cs="Arial"/>
          <w:sz w:val="24"/>
          <w:szCs w:val="24"/>
        </w:rPr>
        <w:t xml:space="preserve"> </w:t>
      </w:r>
      <w:r w:rsidRPr="00E93608">
        <w:rPr>
          <w:rFonts w:ascii="Arial" w:hAnsi="Arial" w:cs="Arial"/>
          <w:sz w:val="24"/>
          <w:szCs w:val="24"/>
        </w:rPr>
        <w:t>aquí no quiere decir, como dice ahí, que en un futuro podamos tener más personal en área de psicología.</w:t>
      </w:r>
      <w:r w:rsidR="007657EF">
        <w:rPr>
          <w:rFonts w:ascii="Arial" w:hAnsi="Arial" w:cs="Arial"/>
          <w:sz w:val="24"/>
          <w:szCs w:val="24"/>
        </w:rPr>
        <w:t xml:space="preserve"> </w:t>
      </w:r>
      <w:r w:rsidR="007657EF" w:rsidRPr="00E93608">
        <w:rPr>
          <w:rFonts w:ascii="Arial" w:hAnsi="Arial" w:cs="Arial"/>
          <w:sz w:val="24"/>
          <w:szCs w:val="24"/>
        </w:rPr>
        <w:t>Entonces, mi</w:t>
      </w:r>
      <w:r w:rsidRPr="00E93608">
        <w:rPr>
          <w:rFonts w:ascii="Arial" w:hAnsi="Arial" w:cs="Arial"/>
          <w:sz w:val="24"/>
          <w:szCs w:val="24"/>
        </w:rPr>
        <w:t xml:space="preserve"> razonamiento va en ese sentido, ¿verdad? en aras del luego de respetar la opinión de cada uno de</w:t>
      </w:r>
      <w:r w:rsidR="007657EF">
        <w:rPr>
          <w:rFonts w:ascii="Arial" w:hAnsi="Arial" w:cs="Arial"/>
          <w:sz w:val="24"/>
          <w:szCs w:val="24"/>
        </w:rPr>
        <w:t xml:space="preserve"> </w:t>
      </w:r>
      <w:r w:rsidRPr="00E93608">
        <w:rPr>
          <w:rFonts w:ascii="Arial" w:hAnsi="Arial" w:cs="Arial"/>
          <w:sz w:val="24"/>
          <w:szCs w:val="24"/>
        </w:rPr>
        <w:t>ustedes y de la doctora, desde luego, que está usted ahí presente diario. Pero nosotros nos vemos obligados también, no</w:t>
      </w:r>
      <w:r w:rsidR="007657EF">
        <w:rPr>
          <w:rFonts w:ascii="Arial" w:hAnsi="Arial" w:cs="Arial"/>
          <w:sz w:val="24"/>
          <w:szCs w:val="24"/>
        </w:rPr>
        <w:t xml:space="preserve"> </w:t>
      </w:r>
      <w:r w:rsidRPr="00E93608">
        <w:rPr>
          <w:rFonts w:ascii="Arial" w:hAnsi="Arial" w:cs="Arial"/>
          <w:sz w:val="24"/>
          <w:szCs w:val="24"/>
        </w:rPr>
        <w:t>solamente en esa área, tenemos que verlo en todas las demás, porque a final de cuentas el objetivo de este organismo</w:t>
      </w:r>
      <w:r w:rsidR="007657EF">
        <w:rPr>
          <w:rFonts w:ascii="Arial" w:hAnsi="Arial" w:cs="Arial"/>
          <w:sz w:val="24"/>
          <w:szCs w:val="24"/>
        </w:rPr>
        <w:t xml:space="preserve"> </w:t>
      </w:r>
      <w:r w:rsidRPr="00E93608">
        <w:rPr>
          <w:rFonts w:ascii="Arial" w:hAnsi="Arial" w:cs="Arial"/>
          <w:sz w:val="24"/>
          <w:szCs w:val="24"/>
        </w:rPr>
        <w:t>fue dar consulta accesible y el servicio de salud accesible, porque</w:t>
      </w:r>
      <w:r w:rsidR="007657EF">
        <w:rPr>
          <w:rFonts w:ascii="Arial" w:hAnsi="Arial" w:cs="Arial"/>
          <w:sz w:val="24"/>
          <w:szCs w:val="24"/>
        </w:rPr>
        <w:t xml:space="preserve"> </w:t>
      </w:r>
      <w:r w:rsidRPr="00E93608">
        <w:rPr>
          <w:rFonts w:ascii="Arial" w:hAnsi="Arial" w:cs="Arial"/>
          <w:sz w:val="24"/>
          <w:szCs w:val="24"/>
        </w:rPr>
        <w:t>desafortunadamente en la federación no lo tenemos, no tenemos el sistema de Dinamarca.</w:t>
      </w:r>
      <w:r w:rsidR="007657EF">
        <w:rPr>
          <w:rFonts w:ascii="Arial" w:hAnsi="Arial" w:cs="Arial"/>
          <w:sz w:val="24"/>
          <w:szCs w:val="24"/>
        </w:rPr>
        <w:t xml:space="preserve"> </w:t>
      </w:r>
      <w:r w:rsidRPr="00E93608">
        <w:rPr>
          <w:rFonts w:ascii="Arial" w:hAnsi="Arial" w:cs="Arial"/>
          <w:sz w:val="24"/>
          <w:szCs w:val="24"/>
        </w:rPr>
        <w:t xml:space="preserve">Entonces, necesitamos </w:t>
      </w:r>
      <w:r w:rsidR="007657EF" w:rsidRPr="00E93608">
        <w:rPr>
          <w:rFonts w:ascii="Arial" w:hAnsi="Arial" w:cs="Arial"/>
          <w:sz w:val="24"/>
          <w:szCs w:val="24"/>
        </w:rPr>
        <w:t>ser muy</w:t>
      </w:r>
      <w:r w:rsidRPr="00E93608">
        <w:rPr>
          <w:rFonts w:ascii="Arial" w:hAnsi="Arial" w:cs="Arial"/>
          <w:sz w:val="24"/>
          <w:szCs w:val="24"/>
        </w:rPr>
        <w:t xml:space="preserve"> </w:t>
      </w:r>
      <w:r w:rsidRPr="00E93608">
        <w:rPr>
          <w:rFonts w:ascii="Arial" w:hAnsi="Arial" w:cs="Arial"/>
          <w:sz w:val="24"/>
          <w:szCs w:val="24"/>
        </w:rPr>
        <w:lastRenderedPageBreak/>
        <w:t>conscientes en este tema y sobre todo en el área de salud mental que tanto ha</w:t>
      </w:r>
      <w:r w:rsidR="007657EF">
        <w:rPr>
          <w:rFonts w:ascii="Arial" w:hAnsi="Arial" w:cs="Arial"/>
          <w:sz w:val="24"/>
          <w:szCs w:val="24"/>
        </w:rPr>
        <w:t xml:space="preserve"> </w:t>
      </w:r>
      <w:r w:rsidRPr="00E93608">
        <w:rPr>
          <w:rFonts w:ascii="Arial" w:hAnsi="Arial" w:cs="Arial"/>
          <w:sz w:val="24"/>
          <w:szCs w:val="24"/>
        </w:rPr>
        <w:t xml:space="preserve">afectado a nuestros menores y espero ya no </w:t>
      </w:r>
      <w:r w:rsidR="007657EF" w:rsidRPr="00E93608">
        <w:rPr>
          <w:rFonts w:ascii="Arial" w:hAnsi="Arial" w:cs="Arial"/>
          <w:sz w:val="24"/>
          <w:szCs w:val="24"/>
        </w:rPr>
        <w:t>verme extendido</w:t>
      </w:r>
      <w:r w:rsidRPr="00E93608">
        <w:rPr>
          <w:rFonts w:ascii="Arial" w:hAnsi="Arial" w:cs="Arial"/>
          <w:sz w:val="24"/>
          <w:szCs w:val="24"/>
        </w:rPr>
        <w:t xml:space="preserve"> mucho. Regidor, a sí ya va</w:t>
      </w:r>
      <w:r w:rsidR="007657EF">
        <w:rPr>
          <w:rFonts w:ascii="Arial" w:hAnsi="Arial" w:cs="Arial"/>
          <w:sz w:val="24"/>
          <w:szCs w:val="24"/>
        </w:rPr>
        <w:t xml:space="preserve"> </w:t>
      </w:r>
      <w:r w:rsidRPr="00E93608">
        <w:rPr>
          <w:rFonts w:ascii="Arial" w:hAnsi="Arial" w:cs="Arial"/>
          <w:sz w:val="24"/>
          <w:szCs w:val="24"/>
        </w:rPr>
        <w:t xml:space="preserve">para usted. </w:t>
      </w:r>
    </w:p>
    <w:p w14:paraId="2C892140" w14:textId="57DC9546" w:rsidR="00DE437E" w:rsidRDefault="008A0700"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No, no, espérenme, espérenme, </w:t>
      </w:r>
      <w:r w:rsidR="007657EF">
        <w:rPr>
          <w:rFonts w:ascii="Arial" w:hAnsi="Arial" w:cs="Arial"/>
          <w:sz w:val="24"/>
          <w:szCs w:val="24"/>
        </w:rPr>
        <w:t>v</w:t>
      </w:r>
      <w:r w:rsidRPr="00E93608">
        <w:rPr>
          <w:rFonts w:ascii="Arial" w:hAnsi="Arial" w:cs="Arial"/>
          <w:sz w:val="24"/>
          <w:szCs w:val="24"/>
        </w:rPr>
        <w:t xml:space="preserve">oy a continuar con la o más recordar, regidor, </w:t>
      </w:r>
      <w:r w:rsidR="007657EF" w:rsidRPr="00E93608">
        <w:rPr>
          <w:rFonts w:ascii="Arial" w:hAnsi="Arial" w:cs="Arial"/>
          <w:sz w:val="24"/>
          <w:szCs w:val="24"/>
        </w:rPr>
        <w:t xml:space="preserve">esta </w:t>
      </w:r>
      <w:r w:rsidR="007657EF">
        <w:rPr>
          <w:rFonts w:ascii="Arial" w:hAnsi="Arial" w:cs="Arial"/>
          <w:sz w:val="24"/>
          <w:szCs w:val="24"/>
        </w:rPr>
        <w:t>argumentación</w:t>
      </w:r>
      <w:r w:rsidRPr="00E93608">
        <w:rPr>
          <w:rFonts w:ascii="Arial" w:hAnsi="Arial" w:cs="Arial"/>
          <w:sz w:val="24"/>
          <w:szCs w:val="24"/>
        </w:rPr>
        <w:t xml:space="preserve"> que viene en la columna de la derecha es la argumentación o la justificación que hace cada área técnica al momento de presentar su propuesta de</w:t>
      </w:r>
      <w:r w:rsidR="007657EF">
        <w:rPr>
          <w:rFonts w:ascii="Arial" w:hAnsi="Arial" w:cs="Arial"/>
          <w:sz w:val="24"/>
          <w:szCs w:val="24"/>
        </w:rPr>
        <w:t xml:space="preserve"> </w:t>
      </w:r>
      <w:r w:rsidRPr="00E93608">
        <w:rPr>
          <w:rFonts w:ascii="Arial" w:hAnsi="Arial" w:cs="Arial"/>
          <w:sz w:val="24"/>
          <w:szCs w:val="24"/>
        </w:rPr>
        <w:t xml:space="preserve">aumento o </w:t>
      </w:r>
      <w:r w:rsidR="007657EF" w:rsidRPr="00E93608">
        <w:rPr>
          <w:rFonts w:ascii="Arial" w:hAnsi="Arial" w:cs="Arial"/>
          <w:sz w:val="24"/>
          <w:szCs w:val="24"/>
        </w:rPr>
        <w:t>disminución el</w:t>
      </w:r>
      <w:r w:rsidRPr="00E93608">
        <w:rPr>
          <w:rFonts w:ascii="Arial" w:hAnsi="Arial" w:cs="Arial"/>
          <w:sz w:val="24"/>
          <w:szCs w:val="24"/>
        </w:rPr>
        <w:t xml:space="preserve"> a la tesorería municipal. Y la tesorería municipal es la que nos turna o la</w:t>
      </w:r>
      <w:r w:rsidR="007657EF">
        <w:rPr>
          <w:rFonts w:ascii="Arial" w:hAnsi="Arial" w:cs="Arial"/>
          <w:sz w:val="24"/>
          <w:szCs w:val="24"/>
        </w:rPr>
        <w:t xml:space="preserve"> </w:t>
      </w:r>
      <w:r w:rsidRPr="00E93608">
        <w:rPr>
          <w:rFonts w:ascii="Arial" w:hAnsi="Arial" w:cs="Arial"/>
          <w:sz w:val="24"/>
          <w:szCs w:val="24"/>
        </w:rPr>
        <w:t>presidente nos turna pues derivado de</w:t>
      </w:r>
      <w:r>
        <w:rPr>
          <w:rFonts w:ascii="Arial" w:hAnsi="Arial" w:cs="Arial"/>
          <w:sz w:val="24"/>
          <w:szCs w:val="24"/>
        </w:rPr>
        <w:t>l</w:t>
      </w:r>
      <w:r w:rsidRPr="00E93608">
        <w:rPr>
          <w:rFonts w:ascii="Arial" w:hAnsi="Arial" w:cs="Arial"/>
          <w:sz w:val="24"/>
          <w:szCs w:val="24"/>
        </w:rPr>
        <w:t xml:space="preserve"> cual mandan el archivo, ¿no? O sea, esto que aquí viene vertido y que como bien dice la doctora viene muy reducido</w:t>
      </w:r>
      <w:r w:rsidR="007657EF">
        <w:rPr>
          <w:rFonts w:ascii="Arial" w:hAnsi="Arial" w:cs="Arial"/>
          <w:sz w:val="24"/>
          <w:szCs w:val="24"/>
        </w:rPr>
        <w:t xml:space="preserve"> </w:t>
      </w:r>
      <w:r w:rsidRPr="00E93608">
        <w:rPr>
          <w:rFonts w:ascii="Arial" w:hAnsi="Arial" w:cs="Arial"/>
          <w:sz w:val="24"/>
          <w:szCs w:val="24"/>
        </w:rPr>
        <w:t>por el espacio que hay en el archivo, pues bueno, eso tiende a lo que ella en la experiencia como jefa del área nos</w:t>
      </w:r>
      <w:r w:rsidR="007657EF">
        <w:rPr>
          <w:rFonts w:ascii="Arial" w:hAnsi="Arial" w:cs="Arial"/>
          <w:sz w:val="24"/>
          <w:szCs w:val="24"/>
        </w:rPr>
        <w:t xml:space="preserve"> </w:t>
      </w:r>
      <w:r w:rsidRPr="00E93608">
        <w:rPr>
          <w:rFonts w:ascii="Arial" w:hAnsi="Arial" w:cs="Arial"/>
          <w:sz w:val="24"/>
          <w:szCs w:val="24"/>
        </w:rPr>
        <w:t>indica. Sin embargo, aquí ya se vertieron nuevos argumentos a favor y en contra del aumento. Por supuesto que</w:t>
      </w:r>
      <w:r w:rsidR="007657EF">
        <w:rPr>
          <w:rFonts w:ascii="Arial" w:hAnsi="Arial" w:cs="Arial"/>
          <w:sz w:val="24"/>
          <w:szCs w:val="24"/>
        </w:rPr>
        <w:t xml:space="preserve"> </w:t>
      </w:r>
      <w:r w:rsidRPr="00E93608">
        <w:rPr>
          <w:rFonts w:ascii="Arial" w:hAnsi="Arial" w:cs="Arial"/>
          <w:sz w:val="24"/>
          <w:szCs w:val="24"/>
        </w:rPr>
        <w:t>este apartado por supuesto se puede modificar de acuerdo a lo que aquí se vierte, porque si bien esta argumentación en particular atiende a</w:t>
      </w:r>
      <w:r w:rsidR="007657EF">
        <w:rPr>
          <w:rFonts w:ascii="Arial" w:hAnsi="Arial" w:cs="Arial"/>
          <w:sz w:val="24"/>
          <w:szCs w:val="24"/>
        </w:rPr>
        <w:t xml:space="preserve"> </w:t>
      </w:r>
      <w:r w:rsidRPr="00E93608">
        <w:rPr>
          <w:rFonts w:ascii="Arial" w:hAnsi="Arial" w:cs="Arial"/>
          <w:sz w:val="24"/>
          <w:szCs w:val="24"/>
        </w:rPr>
        <w:t>los aumentos ya propuestos que del 20% y la diferenciación en categorías, pues bueno, si se van a ajustar las tarifas</w:t>
      </w:r>
      <w:r w:rsidR="007657EF">
        <w:rPr>
          <w:rFonts w:ascii="Arial" w:hAnsi="Arial" w:cs="Arial"/>
          <w:sz w:val="24"/>
          <w:szCs w:val="24"/>
        </w:rPr>
        <w:t xml:space="preserve"> </w:t>
      </w:r>
      <w:r w:rsidRPr="00E93608">
        <w:rPr>
          <w:rFonts w:ascii="Arial" w:hAnsi="Arial" w:cs="Arial"/>
          <w:sz w:val="24"/>
          <w:szCs w:val="24"/>
        </w:rPr>
        <w:t>atiende a otra argumentación que son las que aquí estamos comentando y se va a modificar por ende apartado. Entonces,</w:t>
      </w:r>
      <w:r w:rsidR="007657EF">
        <w:rPr>
          <w:rFonts w:ascii="Arial" w:hAnsi="Arial" w:cs="Arial"/>
          <w:sz w:val="24"/>
          <w:szCs w:val="24"/>
        </w:rPr>
        <w:t xml:space="preserve"> </w:t>
      </w:r>
      <w:r w:rsidRPr="00E93608">
        <w:rPr>
          <w:rFonts w:ascii="Arial" w:hAnsi="Arial" w:cs="Arial"/>
          <w:sz w:val="24"/>
          <w:szCs w:val="24"/>
        </w:rPr>
        <w:t xml:space="preserve">por ejemplo, si queda igual, habremos de justificar porque queda igual. O si le bajamos a </w:t>
      </w:r>
      <w:r w:rsidR="00AE3150">
        <w:rPr>
          <w:rFonts w:ascii="Arial" w:hAnsi="Arial" w:cs="Arial"/>
          <w:sz w:val="24"/>
          <w:szCs w:val="24"/>
        </w:rPr>
        <w:t>$</w:t>
      </w:r>
      <w:r w:rsidRPr="00E93608">
        <w:rPr>
          <w:rFonts w:ascii="Arial" w:hAnsi="Arial" w:cs="Arial"/>
          <w:sz w:val="24"/>
          <w:szCs w:val="24"/>
        </w:rPr>
        <w:t>90</w:t>
      </w:r>
      <w:r w:rsidR="00AE3150">
        <w:rPr>
          <w:rFonts w:ascii="Arial" w:hAnsi="Arial" w:cs="Arial"/>
          <w:sz w:val="24"/>
          <w:szCs w:val="24"/>
        </w:rPr>
        <w:t>.</w:t>
      </w:r>
      <w:proofErr w:type="gramStart"/>
      <w:r w:rsidR="00AE3150">
        <w:rPr>
          <w:rFonts w:ascii="Arial" w:hAnsi="Arial" w:cs="Arial"/>
          <w:sz w:val="24"/>
          <w:szCs w:val="24"/>
        </w:rPr>
        <w:t xml:space="preserve">00, </w:t>
      </w:r>
      <w:r w:rsidRPr="00E93608">
        <w:rPr>
          <w:rFonts w:ascii="Arial" w:hAnsi="Arial" w:cs="Arial"/>
          <w:sz w:val="24"/>
          <w:szCs w:val="24"/>
        </w:rPr>
        <w:t xml:space="preserve"> </w:t>
      </w:r>
      <w:r w:rsidR="00AE3150">
        <w:rPr>
          <w:rFonts w:ascii="Arial" w:hAnsi="Arial" w:cs="Arial"/>
          <w:sz w:val="24"/>
          <w:szCs w:val="24"/>
        </w:rPr>
        <w:t>$</w:t>
      </w:r>
      <w:proofErr w:type="gramEnd"/>
      <w:r w:rsidRPr="00E93608">
        <w:rPr>
          <w:rFonts w:ascii="Arial" w:hAnsi="Arial" w:cs="Arial"/>
          <w:sz w:val="24"/>
          <w:szCs w:val="24"/>
        </w:rPr>
        <w:t>88</w:t>
      </w:r>
      <w:r w:rsidR="00AE3150">
        <w:rPr>
          <w:rFonts w:ascii="Arial" w:hAnsi="Arial" w:cs="Arial"/>
          <w:sz w:val="24"/>
          <w:szCs w:val="24"/>
        </w:rPr>
        <w:t>.00</w:t>
      </w:r>
      <w:r w:rsidRPr="00E93608">
        <w:rPr>
          <w:rFonts w:ascii="Arial" w:hAnsi="Arial" w:cs="Arial"/>
          <w:sz w:val="24"/>
          <w:szCs w:val="24"/>
        </w:rPr>
        <w:t xml:space="preserve"> que atiende a </w:t>
      </w:r>
      <w:r>
        <w:rPr>
          <w:rFonts w:ascii="Arial" w:hAnsi="Arial" w:cs="Arial"/>
          <w:sz w:val="24"/>
          <w:szCs w:val="24"/>
        </w:rPr>
        <w:t xml:space="preserve">otro </w:t>
      </w:r>
      <w:r w:rsidRPr="00E93608">
        <w:rPr>
          <w:rFonts w:ascii="Arial" w:hAnsi="Arial" w:cs="Arial"/>
          <w:sz w:val="24"/>
          <w:szCs w:val="24"/>
        </w:rPr>
        <w:t>%,</w:t>
      </w:r>
      <w:r w:rsidR="007657EF">
        <w:rPr>
          <w:rFonts w:ascii="Arial" w:hAnsi="Arial" w:cs="Arial"/>
          <w:sz w:val="24"/>
          <w:szCs w:val="24"/>
        </w:rPr>
        <w:t xml:space="preserve"> </w:t>
      </w:r>
      <w:r w:rsidRPr="00E93608">
        <w:rPr>
          <w:rFonts w:ascii="Arial" w:hAnsi="Arial" w:cs="Arial"/>
          <w:sz w:val="24"/>
          <w:szCs w:val="24"/>
        </w:rPr>
        <w:t>pues habrá que modificar la es esa argumentación. ¿Sí? Entonces, la justificación sí no entiendo que se basa</w:t>
      </w:r>
      <w:r w:rsidR="007657EF">
        <w:rPr>
          <w:rFonts w:ascii="Arial" w:hAnsi="Arial" w:cs="Arial"/>
          <w:sz w:val="24"/>
          <w:szCs w:val="24"/>
        </w:rPr>
        <w:t xml:space="preserve"> </w:t>
      </w:r>
      <w:r w:rsidRPr="00E93608">
        <w:rPr>
          <w:rFonts w:ascii="Arial" w:hAnsi="Arial" w:cs="Arial"/>
          <w:sz w:val="24"/>
          <w:szCs w:val="24"/>
        </w:rPr>
        <w:t>en eso, pero eso es meramente desde el área técnica. aquí como regidores y como la comisión y el área técnica, por supuesto, pues abonamos a esto. Y en lo</w:t>
      </w:r>
      <w:r w:rsidR="007657EF">
        <w:rPr>
          <w:rFonts w:ascii="Arial" w:hAnsi="Arial" w:cs="Arial"/>
          <w:sz w:val="24"/>
          <w:szCs w:val="24"/>
        </w:rPr>
        <w:t xml:space="preserve"> </w:t>
      </w:r>
      <w:r w:rsidRPr="00E93608">
        <w:rPr>
          <w:rFonts w:ascii="Arial" w:hAnsi="Arial" w:cs="Arial"/>
          <w:sz w:val="24"/>
          <w:szCs w:val="24"/>
        </w:rPr>
        <w:t xml:space="preserve">que comenta eso </w:t>
      </w:r>
      <w:r w:rsidR="007657EF" w:rsidRPr="00E93608">
        <w:rPr>
          <w:rFonts w:ascii="Arial" w:hAnsi="Arial" w:cs="Arial"/>
          <w:sz w:val="24"/>
          <w:szCs w:val="24"/>
        </w:rPr>
        <w:t>de</w:t>
      </w:r>
      <w:r w:rsidRPr="00E93608">
        <w:rPr>
          <w:rFonts w:ascii="Arial" w:hAnsi="Arial" w:cs="Arial"/>
          <w:sz w:val="24"/>
          <w:szCs w:val="24"/>
        </w:rPr>
        <w:t xml:space="preserve"> la contratación de más personal y que se comentó hace rato también por el regidor Bertín, pues es</w:t>
      </w:r>
      <w:r w:rsidR="007657EF">
        <w:rPr>
          <w:rFonts w:ascii="Arial" w:hAnsi="Arial" w:cs="Arial"/>
          <w:sz w:val="24"/>
          <w:szCs w:val="24"/>
        </w:rPr>
        <w:t xml:space="preserve"> </w:t>
      </w:r>
      <w:r w:rsidRPr="00E93608">
        <w:rPr>
          <w:rFonts w:ascii="Arial" w:hAnsi="Arial" w:cs="Arial"/>
          <w:sz w:val="24"/>
          <w:szCs w:val="24"/>
        </w:rPr>
        <w:t>un hecho futuro incierto, ¿sí? Que sería estaría sujeto al siguiente año. Igual es el momento procesal oportuno, será el</w:t>
      </w:r>
      <w:r w:rsidR="007657EF">
        <w:rPr>
          <w:rFonts w:ascii="Arial" w:hAnsi="Arial" w:cs="Arial"/>
          <w:sz w:val="24"/>
          <w:szCs w:val="24"/>
        </w:rPr>
        <w:t xml:space="preserve"> </w:t>
      </w:r>
      <w:r w:rsidRPr="00E93608">
        <w:rPr>
          <w:rFonts w:ascii="Arial" w:hAnsi="Arial" w:cs="Arial"/>
          <w:sz w:val="24"/>
          <w:szCs w:val="24"/>
        </w:rPr>
        <w:t>momento de que analicemos el presupuesto de egresos por ahí como en noviembre</w:t>
      </w:r>
      <w:r w:rsidR="007657EF">
        <w:rPr>
          <w:rFonts w:ascii="Arial" w:hAnsi="Arial" w:cs="Arial"/>
          <w:sz w:val="24"/>
          <w:szCs w:val="24"/>
        </w:rPr>
        <w:t xml:space="preserve"> </w:t>
      </w:r>
      <w:r w:rsidRPr="00E93608">
        <w:rPr>
          <w:rFonts w:ascii="Arial" w:hAnsi="Arial" w:cs="Arial"/>
          <w:sz w:val="24"/>
          <w:szCs w:val="24"/>
        </w:rPr>
        <w:t xml:space="preserve">Igual todas y todos cordialmente invitados en su momento y ahí podremos observar </w:t>
      </w:r>
      <w:r w:rsidR="007657EF" w:rsidRPr="00E93608">
        <w:rPr>
          <w:rFonts w:ascii="Arial" w:hAnsi="Arial" w:cs="Arial"/>
          <w:sz w:val="24"/>
          <w:szCs w:val="24"/>
        </w:rPr>
        <w:t>de la</w:t>
      </w:r>
      <w:r w:rsidR="007657EF">
        <w:rPr>
          <w:rFonts w:ascii="Arial" w:hAnsi="Arial" w:cs="Arial"/>
          <w:sz w:val="24"/>
          <w:szCs w:val="24"/>
        </w:rPr>
        <w:t xml:space="preserve"> </w:t>
      </w:r>
      <w:r w:rsidRPr="00E93608">
        <w:rPr>
          <w:rFonts w:ascii="Arial" w:hAnsi="Arial" w:cs="Arial"/>
          <w:sz w:val="24"/>
          <w:szCs w:val="24"/>
        </w:rPr>
        <w:t>organización administrativa interna de los departamentos de dónde se puede tomar el presupuesto de ciertos plazos o no para la contratación de una psicóloga o un psicólogo y atender esa necesidad.</w:t>
      </w:r>
      <w:r w:rsidR="007657EF">
        <w:rPr>
          <w:rFonts w:ascii="Arial" w:hAnsi="Arial" w:cs="Arial"/>
          <w:sz w:val="24"/>
          <w:szCs w:val="24"/>
        </w:rPr>
        <w:t xml:space="preserve"> </w:t>
      </w:r>
      <w:r w:rsidRPr="00E93608">
        <w:rPr>
          <w:rFonts w:ascii="Arial" w:hAnsi="Arial" w:cs="Arial"/>
          <w:sz w:val="24"/>
          <w:szCs w:val="24"/>
        </w:rPr>
        <w:t>Pero sí, este, yo insistiría en mantener la propuesta derivado de lo que nos comenta la doctora o incluso, ¿por qué</w:t>
      </w:r>
      <w:r w:rsidR="007657EF">
        <w:rPr>
          <w:rFonts w:ascii="Arial" w:hAnsi="Arial" w:cs="Arial"/>
          <w:sz w:val="24"/>
          <w:szCs w:val="24"/>
        </w:rPr>
        <w:t xml:space="preserve"> </w:t>
      </w:r>
      <w:r w:rsidRPr="00E93608">
        <w:rPr>
          <w:rFonts w:ascii="Arial" w:hAnsi="Arial" w:cs="Arial"/>
          <w:sz w:val="24"/>
          <w:szCs w:val="24"/>
        </w:rPr>
        <w:t>no llegar a un punto medio en vez de que sea un 20% de aumento, pues un 10 que serían 85 pes</w:t>
      </w:r>
      <w:r>
        <w:rPr>
          <w:rFonts w:ascii="Arial" w:hAnsi="Arial" w:cs="Arial"/>
          <w:sz w:val="24"/>
          <w:szCs w:val="24"/>
        </w:rPr>
        <w:t>os</w:t>
      </w:r>
      <w:r w:rsidRPr="00E93608">
        <w:rPr>
          <w:rFonts w:ascii="Arial" w:hAnsi="Arial" w:cs="Arial"/>
          <w:sz w:val="24"/>
          <w:szCs w:val="24"/>
        </w:rPr>
        <w:t xml:space="preserve"> y dejarlo cerrado en </w:t>
      </w:r>
      <w:r w:rsidR="00AE3150">
        <w:rPr>
          <w:rFonts w:ascii="Arial" w:hAnsi="Arial" w:cs="Arial"/>
          <w:sz w:val="24"/>
          <w:szCs w:val="24"/>
        </w:rPr>
        <w:t>$</w:t>
      </w:r>
      <w:r w:rsidRPr="00E93608">
        <w:rPr>
          <w:rFonts w:ascii="Arial" w:hAnsi="Arial" w:cs="Arial"/>
          <w:sz w:val="24"/>
          <w:szCs w:val="24"/>
        </w:rPr>
        <w:t>85</w:t>
      </w:r>
      <w:r w:rsidR="00AE3150">
        <w:rPr>
          <w:rFonts w:ascii="Arial" w:hAnsi="Arial" w:cs="Arial"/>
          <w:sz w:val="24"/>
          <w:szCs w:val="24"/>
        </w:rPr>
        <w:t>.00</w:t>
      </w:r>
      <w:r w:rsidR="007657EF">
        <w:rPr>
          <w:rFonts w:ascii="Arial" w:hAnsi="Arial" w:cs="Arial"/>
          <w:sz w:val="24"/>
          <w:szCs w:val="24"/>
        </w:rPr>
        <w:t xml:space="preserve"> pesos</w:t>
      </w:r>
      <w:r w:rsidRPr="00E93608">
        <w:rPr>
          <w:rFonts w:ascii="Arial" w:hAnsi="Arial" w:cs="Arial"/>
          <w:sz w:val="24"/>
          <w:szCs w:val="24"/>
        </w:rPr>
        <w:t xml:space="preserve">, ¿no? Pero </w:t>
      </w:r>
      <w:r w:rsidR="007657EF" w:rsidRPr="00E93608">
        <w:rPr>
          <w:rFonts w:ascii="Arial" w:hAnsi="Arial" w:cs="Arial"/>
          <w:sz w:val="24"/>
          <w:szCs w:val="24"/>
        </w:rPr>
        <w:t>igual leo</w:t>
      </w:r>
      <w:r w:rsidRPr="00E93608">
        <w:rPr>
          <w:rFonts w:ascii="Arial" w:hAnsi="Arial" w:cs="Arial"/>
          <w:sz w:val="24"/>
          <w:szCs w:val="24"/>
        </w:rPr>
        <w:t xml:space="preserve"> el uso de la voz al regidor.</w:t>
      </w:r>
      <w:r w:rsidR="007657EF">
        <w:rPr>
          <w:rFonts w:ascii="Arial" w:hAnsi="Arial" w:cs="Arial"/>
          <w:sz w:val="24"/>
          <w:szCs w:val="24"/>
        </w:rPr>
        <w:t xml:space="preserve"> </w:t>
      </w:r>
    </w:p>
    <w:p w14:paraId="413096F7" w14:textId="0036D4D4" w:rsidR="00EA0C28" w:rsidRPr="00E93608" w:rsidRDefault="00DE437E" w:rsidP="00E93608">
      <w:pPr>
        <w:jc w:val="both"/>
        <w:rPr>
          <w:rFonts w:ascii="Arial" w:hAnsi="Arial" w:cs="Arial"/>
          <w:sz w:val="24"/>
          <w:szCs w:val="24"/>
        </w:rPr>
      </w:pPr>
      <w:r>
        <w:rPr>
          <w:rFonts w:ascii="Arial" w:hAnsi="Arial" w:cs="Arial"/>
          <w:b/>
          <w:bCs/>
          <w:sz w:val="24"/>
          <w:szCs w:val="24"/>
        </w:rPr>
        <w:t xml:space="preserve">C. ÓSCAR MURGUÍA TORRES. - </w:t>
      </w:r>
      <w:r w:rsidRPr="00E93608">
        <w:rPr>
          <w:rFonts w:ascii="Arial" w:hAnsi="Arial" w:cs="Arial"/>
          <w:sz w:val="24"/>
          <w:szCs w:val="24"/>
        </w:rPr>
        <w:t>Muchas gracias, regidor, mira, yo tomaba esa exposición de motivos ahí porque es el argumento efectivamente</w:t>
      </w:r>
      <w:r w:rsidR="007657EF">
        <w:rPr>
          <w:rFonts w:ascii="Arial" w:hAnsi="Arial" w:cs="Arial"/>
          <w:sz w:val="24"/>
          <w:szCs w:val="24"/>
        </w:rPr>
        <w:t xml:space="preserve"> </w:t>
      </w:r>
      <w:r w:rsidRPr="00E93608">
        <w:rPr>
          <w:rFonts w:ascii="Arial" w:hAnsi="Arial" w:cs="Arial"/>
          <w:sz w:val="24"/>
          <w:szCs w:val="24"/>
        </w:rPr>
        <w:t>técnico, el de mayor peso, porque ellos son los que están ahí, ¿verdad?</w:t>
      </w:r>
      <w:r w:rsidR="007657EF">
        <w:rPr>
          <w:rFonts w:ascii="Arial" w:hAnsi="Arial" w:cs="Arial"/>
          <w:sz w:val="24"/>
          <w:szCs w:val="24"/>
        </w:rPr>
        <w:t xml:space="preserve"> </w:t>
      </w:r>
      <w:r w:rsidRPr="00E93608">
        <w:rPr>
          <w:rFonts w:ascii="Arial" w:hAnsi="Arial" w:cs="Arial"/>
          <w:sz w:val="24"/>
          <w:szCs w:val="24"/>
        </w:rPr>
        <w:t>Entonces, al ya no existir esos argumentos, a mi parecer, por las respuestas que ya dieron aquí y atendiendo también a la exposición de</w:t>
      </w:r>
      <w:r w:rsidR="007657EF">
        <w:rPr>
          <w:rFonts w:ascii="Arial" w:hAnsi="Arial" w:cs="Arial"/>
          <w:sz w:val="24"/>
          <w:szCs w:val="24"/>
        </w:rPr>
        <w:t xml:space="preserve"> </w:t>
      </w:r>
      <w:r w:rsidRPr="00E93608">
        <w:rPr>
          <w:rFonts w:ascii="Arial" w:hAnsi="Arial" w:cs="Arial"/>
          <w:sz w:val="24"/>
          <w:szCs w:val="24"/>
        </w:rPr>
        <w:t xml:space="preserve">sus motivos, regidor, que dice que también es un hecho incierto de que </w:t>
      </w:r>
      <w:r w:rsidRPr="00E93608">
        <w:rPr>
          <w:rFonts w:ascii="Arial" w:hAnsi="Arial" w:cs="Arial"/>
          <w:sz w:val="24"/>
          <w:szCs w:val="24"/>
        </w:rPr>
        <w:lastRenderedPageBreak/>
        <w:t>pudiera contratarse o no, pues más incierto va a ser este método, porque</w:t>
      </w:r>
      <w:r w:rsidR="007657EF">
        <w:rPr>
          <w:rFonts w:ascii="Arial" w:hAnsi="Arial" w:cs="Arial"/>
          <w:sz w:val="24"/>
          <w:szCs w:val="24"/>
        </w:rPr>
        <w:t xml:space="preserve"> </w:t>
      </w:r>
      <w:r w:rsidRPr="00E93608">
        <w:rPr>
          <w:rFonts w:ascii="Arial" w:hAnsi="Arial" w:cs="Arial"/>
          <w:sz w:val="24"/>
          <w:szCs w:val="24"/>
        </w:rPr>
        <w:t xml:space="preserve">por ese lado no se va. Porque el dinero que </w:t>
      </w:r>
      <w:r w:rsidR="007657EF" w:rsidRPr="00E93608">
        <w:rPr>
          <w:rFonts w:ascii="Arial" w:hAnsi="Arial" w:cs="Arial"/>
          <w:sz w:val="24"/>
          <w:szCs w:val="24"/>
        </w:rPr>
        <w:t>sé</w:t>
      </w:r>
      <w:r w:rsidRPr="00E93608">
        <w:rPr>
          <w:rFonts w:ascii="Arial" w:hAnsi="Arial" w:cs="Arial"/>
          <w:sz w:val="24"/>
          <w:szCs w:val="24"/>
        </w:rPr>
        <w:t xml:space="preserve"> que se recauda aquí no va directamente al organismo, va a todo el</w:t>
      </w:r>
      <w:r w:rsidR="007657EF">
        <w:rPr>
          <w:rFonts w:ascii="Arial" w:hAnsi="Arial" w:cs="Arial"/>
          <w:sz w:val="24"/>
          <w:szCs w:val="24"/>
        </w:rPr>
        <w:t xml:space="preserve"> </w:t>
      </w:r>
      <w:r w:rsidRPr="00E93608">
        <w:rPr>
          <w:rFonts w:ascii="Arial" w:hAnsi="Arial" w:cs="Arial"/>
          <w:sz w:val="24"/>
          <w:szCs w:val="24"/>
        </w:rPr>
        <w:t>ayuntamiento y el ayuntamiento en su momento determinará cuál es el presupuesto que se le estará entregando a cada una de las dependencias y ahí es</w:t>
      </w:r>
      <w:r w:rsidR="007657EF">
        <w:rPr>
          <w:rFonts w:ascii="Arial" w:hAnsi="Arial" w:cs="Arial"/>
          <w:sz w:val="24"/>
          <w:szCs w:val="24"/>
        </w:rPr>
        <w:t xml:space="preserve"> </w:t>
      </w:r>
      <w:r w:rsidRPr="00E93608">
        <w:rPr>
          <w:rFonts w:ascii="Arial" w:hAnsi="Arial" w:cs="Arial"/>
          <w:sz w:val="24"/>
          <w:szCs w:val="24"/>
        </w:rPr>
        <w:t>donde la doctora tendrá que decir, "Yo aquí necesito un psicólogo o necesito dos o necesito un médico, necesito un</w:t>
      </w:r>
      <w:r w:rsidR="007657EF">
        <w:rPr>
          <w:rFonts w:ascii="Arial" w:hAnsi="Arial" w:cs="Arial"/>
          <w:sz w:val="24"/>
          <w:szCs w:val="24"/>
        </w:rPr>
        <w:t xml:space="preserve"> </w:t>
      </w:r>
      <w:r w:rsidRPr="00E93608">
        <w:rPr>
          <w:rFonts w:ascii="Arial" w:hAnsi="Arial" w:cs="Arial"/>
          <w:sz w:val="24"/>
          <w:szCs w:val="24"/>
        </w:rPr>
        <w:t>dentista." Ese es el método y es el procedimiento legal que ella tendrá que hacer y no hay otro que tendrá que hacer para hacerse llegar de mayor personal.</w:t>
      </w:r>
      <w:r w:rsidR="007657EF">
        <w:rPr>
          <w:rFonts w:ascii="Arial" w:hAnsi="Arial" w:cs="Arial"/>
          <w:sz w:val="24"/>
          <w:szCs w:val="24"/>
        </w:rPr>
        <w:t xml:space="preserve"> </w:t>
      </w:r>
      <w:r w:rsidRPr="00E93608">
        <w:rPr>
          <w:rFonts w:ascii="Arial" w:hAnsi="Arial" w:cs="Arial"/>
          <w:sz w:val="24"/>
          <w:szCs w:val="24"/>
        </w:rPr>
        <w:t>Entonces, desde luego y claro estoy de que aquí al momento de estar exponiendo nuestras ideas cada quien puedan surgir</w:t>
      </w:r>
      <w:r w:rsidR="007657EF">
        <w:rPr>
          <w:rFonts w:ascii="Arial" w:hAnsi="Arial" w:cs="Arial"/>
          <w:sz w:val="24"/>
          <w:szCs w:val="24"/>
        </w:rPr>
        <w:t xml:space="preserve"> </w:t>
      </w:r>
      <w:r w:rsidRPr="00E93608">
        <w:rPr>
          <w:rFonts w:ascii="Arial" w:hAnsi="Arial" w:cs="Arial"/>
          <w:sz w:val="24"/>
          <w:szCs w:val="24"/>
        </w:rPr>
        <w:t>otras, pero hasta el momento a mí no me han convencido o no me han dicho el por qué, no me han justificado el aumento si el principal argumento del área técnica ya no está,</w:t>
      </w:r>
      <w:r w:rsidR="007657EF">
        <w:rPr>
          <w:rFonts w:ascii="Arial" w:hAnsi="Arial" w:cs="Arial"/>
          <w:sz w:val="24"/>
          <w:szCs w:val="24"/>
        </w:rPr>
        <w:t xml:space="preserve"> </w:t>
      </w:r>
      <w:r w:rsidRPr="00E93608">
        <w:rPr>
          <w:rFonts w:ascii="Arial" w:hAnsi="Arial" w:cs="Arial"/>
          <w:sz w:val="24"/>
          <w:szCs w:val="24"/>
        </w:rPr>
        <w:t>porque ya la solución ya lo dio nuestra tesorera y ya dio el procedimiento a seguir. Y ahorita recordándolo, no es la</w:t>
      </w:r>
      <w:r w:rsidR="007657EF">
        <w:rPr>
          <w:rFonts w:ascii="Arial" w:hAnsi="Arial" w:cs="Arial"/>
          <w:sz w:val="24"/>
          <w:szCs w:val="24"/>
        </w:rPr>
        <w:t xml:space="preserve"> </w:t>
      </w:r>
      <w:r w:rsidRPr="00E93608">
        <w:rPr>
          <w:rFonts w:ascii="Arial" w:hAnsi="Arial" w:cs="Arial"/>
          <w:sz w:val="24"/>
          <w:szCs w:val="24"/>
        </w:rPr>
        <w:t>primera vez que lo hace la nuestra tesor</w:t>
      </w:r>
      <w:r w:rsidR="007657EF">
        <w:rPr>
          <w:rFonts w:ascii="Arial" w:hAnsi="Arial" w:cs="Arial"/>
          <w:sz w:val="24"/>
          <w:szCs w:val="24"/>
        </w:rPr>
        <w:t>er</w:t>
      </w:r>
      <w:r w:rsidRPr="00E93608">
        <w:rPr>
          <w:rFonts w:ascii="Arial" w:hAnsi="Arial" w:cs="Arial"/>
          <w:sz w:val="24"/>
          <w:szCs w:val="24"/>
        </w:rPr>
        <w:t xml:space="preserve">a. También lo ha hecho en otras en </w:t>
      </w:r>
      <w:r w:rsidR="007657EF" w:rsidRPr="00E93608">
        <w:rPr>
          <w:rFonts w:ascii="Arial" w:hAnsi="Arial" w:cs="Arial"/>
          <w:sz w:val="24"/>
          <w:szCs w:val="24"/>
        </w:rPr>
        <w:t>otros departamentos</w:t>
      </w:r>
      <w:r w:rsidRPr="00E93608">
        <w:rPr>
          <w:rFonts w:ascii="Arial" w:hAnsi="Arial" w:cs="Arial"/>
          <w:sz w:val="24"/>
          <w:szCs w:val="24"/>
        </w:rPr>
        <w:t>, en otras dependencias donde dicen, "A ver, te</w:t>
      </w:r>
      <w:r w:rsidR="007657EF">
        <w:rPr>
          <w:rFonts w:ascii="Arial" w:hAnsi="Arial" w:cs="Arial"/>
          <w:sz w:val="24"/>
          <w:szCs w:val="24"/>
        </w:rPr>
        <w:t xml:space="preserve"> </w:t>
      </w:r>
      <w:r w:rsidRPr="00E93608">
        <w:rPr>
          <w:rFonts w:ascii="Arial" w:hAnsi="Arial" w:cs="Arial"/>
          <w:sz w:val="24"/>
          <w:szCs w:val="24"/>
        </w:rPr>
        <w:t>hace falta una puerta, por ejemplo, en cementerios te hace falta un, a ver, tienes que hacer este procedimiento y</w:t>
      </w:r>
      <w:r w:rsidR="007657EF">
        <w:rPr>
          <w:rFonts w:ascii="Arial" w:hAnsi="Arial" w:cs="Arial"/>
          <w:sz w:val="24"/>
          <w:szCs w:val="24"/>
        </w:rPr>
        <w:t xml:space="preserve"> </w:t>
      </w:r>
      <w:r w:rsidRPr="00E93608">
        <w:rPr>
          <w:rFonts w:ascii="Arial" w:hAnsi="Arial" w:cs="Arial"/>
          <w:sz w:val="24"/>
          <w:szCs w:val="24"/>
        </w:rPr>
        <w:t>hacerte llegar de este recurso que no lo tienes etiquetado tú, pero sí otro departas cosas." Entonces, es lo mismo aquí.</w:t>
      </w:r>
      <w:r w:rsidR="007657EF">
        <w:rPr>
          <w:rFonts w:ascii="Arial" w:hAnsi="Arial" w:cs="Arial"/>
          <w:sz w:val="24"/>
          <w:szCs w:val="24"/>
        </w:rPr>
        <w:t xml:space="preserve"> </w:t>
      </w:r>
      <w:r w:rsidRPr="00E93608">
        <w:rPr>
          <w:rFonts w:ascii="Arial" w:hAnsi="Arial" w:cs="Arial"/>
          <w:sz w:val="24"/>
          <w:szCs w:val="24"/>
        </w:rPr>
        <w:t>Entonces con mucho respeto, yo no hasta ahorita, a mi parecer no me han</w:t>
      </w:r>
      <w:r w:rsidR="007657EF">
        <w:rPr>
          <w:rFonts w:ascii="Arial" w:hAnsi="Arial" w:cs="Arial"/>
          <w:sz w:val="24"/>
          <w:szCs w:val="24"/>
        </w:rPr>
        <w:t xml:space="preserve"> </w:t>
      </w:r>
      <w:r w:rsidRPr="00E93608">
        <w:rPr>
          <w:rFonts w:ascii="Arial" w:hAnsi="Arial" w:cs="Arial"/>
          <w:sz w:val="24"/>
          <w:szCs w:val="24"/>
        </w:rPr>
        <w:t>justificado el por qué el aumento ni siquiera del cinco y ni mucho menos decir, bueno, pues ni tú ni yo el 50. Yo</w:t>
      </w:r>
      <w:r>
        <w:rPr>
          <w:rFonts w:ascii="Arial" w:hAnsi="Arial" w:cs="Arial"/>
          <w:sz w:val="24"/>
          <w:szCs w:val="24"/>
        </w:rPr>
        <w:t xml:space="preserve"> </w:t>
      </w:r>
      <w:r w:rsidRPr="00E93608">
        <w:rPr>
          <w:rFonts w:ascii="Arial" w:hAnsi="Arial" w:cs="Arial"/>
          <w:sz w:val="24"/>
          <w:szCs w:val="24"/>
        </w:rPr>
        <w:t xml:space="preserve">creo que tampoco es por ahí. Tendríamos nosotros </w:t>
      </w:r>
      <w:r w:rsidR="007657EF" w:rsidRPr="00E93608">
        <w:rPr>
          <w:rFonts w:ascii="Arial" w:hAnsi="Arial" w:cs="Arial"/>
          <w:sz w:val="24"/>
          <w:szCs w:val="24"/>
        </w:rPr>
        <w:t>que si</w:t>
      </w:r>
      <w:r w:rsidRPr="00E93608">
        <w:rPr>
          <w:rFonts w:ascii="Arial" w:hAnsi="Arial" w:cs="Arial"/>
          <w:sz w:val="24"/>
          <w:szCs w:val="24"/>
        </w:rPr>
        <w:t xml:space="preserve"> vamos a hacer un aumento tenemos que justificarlo</w:t>
      </w:r>
      <w:r w:rsidR="007657EF">
        <w:rPr>
          <w:rFonts w:ascii="Arial" w:hAnsi="Arial" w:cs="Arial"/>
          <w:sz w:val="24"/>
          <w:szCs w:val="24"/>
        </w:rPr>
        <w:t xml:space="preserve"> </w:t>
      </w:r>
      <w:r w:rsidRPr="00E93608">
        <w:rPr>
          <w:rFonts w:ascii="Arial" w:hAnsi="Arial" w:cs="Arial"/>
          <w:sz w:val="24"/>
          <w:szCs w:val="24"/>
        </w:rPr>
        <w:t xml:space="preserve">y hasta el </w:t>
      </w:r>
      <w:r w:rsidR="007657EF" w:rsidRPr="00E93608">
        <w:rPr>
          <w:rFonts w:ascii="Arial" w:hAnsi="Arial" w:cs="Arial"/>
          <w:sz w:val="24"/>
          <w:szCs w:val="24"/>
        </w:rPr>
        <w:t>momento yo</w:t>
      </w:r>
      <w:r w:rsidRPr="00E93608">
        <w:rPr>
          <w:rFonts w:ascii="Arial" w:hAnsi="Arial" w:cs="Arial"/>
          <w:sz w:val="24"/>
          <w:szCs w:val="24"/>
        </w:rPr>
        <w:t xml:space="preserve"> no he escuchado una justificación objetiva, sí, sí subjetiva, pero no objetiva del aumento</w:t>
      </w:r>
      <w:r w:rsidR="007657EF">
        <w:rPr>
          <w:rFonts w:ascii="Arial" w:hAnsi="Arial" w:cs="Arial"/>
          <w:sz w:val="24"/>
          <w:szCs w:val="24"/>
        </w:rPr>
        <w:t xml:space="preserve"> </w:t>
      </w:r>
      <w:r w:rsidRPr="00E93608">
        <w:rPr>
          <w:rFonts w:ascii="Arial" w:hAnsi="Arial" w:cs="Arial"/>
          <w:sz w:val="24"/>
          <w:szCs w:val="24"/>
        </w:rPr>
        <w:t>del 3, 5 o 20% o 10. El tema de la condonación, yo lo comenté, yo aquí lo</w:t>
      </w:r>
      <w:r w:rsidR="007657EF">
        <w:rPr>
          <w:rFonts w:ascii="Arial" w:hAnsi="Arial" w:cs="Arial"/>
          <w:sz w:val="24"/>
          <w:szCs w:val="24"/>
        </w:rPr>
        <w:t xml:space="preserve"> </w:t>
      </w:r>
      <w:r w:rsidRPr="00E93608">
        <w:rPr>
          <w:rFonts w:ascii="Arial" w:hAnsi="Arial" w:cs="Arial"/>
          <w:sz w:val="24"/>
          <w:szCs w:val="24"/>
        </w:rPr>
        <w:t>dije, lo acabo de decir hace un momento, le dije y le y le dije, "No sé si lo hagan y si lo hacen, qué bueno." Con ahí</w:t>
      </w:r>
      <w:r w:rsidR="007657EF">
        <w:rPr>
          <w:rFonts w:ascii="Arial" w:hAnsi="Arial" w:cs="Arial"/>
          <w:sz w:val="24"/>
          <w:szCs w:val="24"/>
        </w:rPr>
        <w:t xml:space="preserve"> </w:t>
      </w:r>
      <w:r w:rsidRPr="00E93608">
        <w:rPr>
          <w:rFonts w:ascii="Arial" w:hAnsi="Arial" w:cs="Arial"/>
          <w:sz w:val="24"/>
          <w:szCs w:val="24"/>
        </w:rPr>
        <w:t>solventamos el tema que decía el regidor Gustavo, cuando yo respondí a los argumentos de Gustavo, dije por ese lado, si las</w:t>
      </w:r>
      <w:r w:rsidR="007657EF">
        <w:rPr>
          <w:rFonts w:ascii="Arial" w:hAnsi="Arial" w:cs="Arial"/>
          <w:sz w:val="24"/>
          <w:szCs w:val="24"/>
        </w:rPr>
        <w:t xml:space="preserve"> </w:t>
      </w:r>
      <w:r w:rsidRPr="00E93608">
        <w:rPr>
          <w:rFonts w:ascii="Arial" w:hAnsi="Arial" w:cs="Arial"/>
          <w:sz w:val="24"/>
          <w:szCs w:val="24"/>
        </w:rPr>
        <w:t xml:space="preserve">personas no pueden pagar ni </w:t>
      </w:r>
      <w:r w:rsidR="00AE3150">
        <w:rPr>
          <w:rFonts w:ascii="Arial" w:hAnsi="Arial" w:cs="Arial"/>
          <w:sz w:val="24"/>
          <w:szCs w:val="24"/>
        </w:rPr>
        <w:t>$</w:t>
      </w:r>
      <w:r w:rsidRPr="00E93608">
        <w:rPr>
          <w:rFonts w:ascii="Arial" w:hAnsi="Arial" w:cs="Arial"/>
          <w:sz w:val="24"/>
          <w:szCs w:val="24"/>
        </w:rPr>
        <w:t>78</w:t>
      </w:r>
      <w:r w:rsidR="00AE3150">
        <w:rPr>
          <w:rFonts w:ascii="Arial" w:hAnsi="Arial" w:cs="Arial"/>
          <w:sz w:val="24"/>
          <w:szCs w:val="24"/>
        </w:rPr>
        <w:t>.00</w:t>
      </w:r>
      <w:r w:rsidRPr="00E93608">
        <w:rPr>
          <w:rFonts w:ascii="Arial" w:hAnsi="Arial" w:cs="Arial"/>
          <w:sz w:val="24"/>
          <w:szCs w:val="24"/>
        </w:rPr>
        <w:t xml:space="preserve"> ni </w:t>
      </w:r>
      <w:r w:rsidR="00AE3150">
        <w:rPr>
          <w:rFonts w:ascii="Arial" w:hAnsi="Arial" w:cs="Arial"/>
          <w:sz w:val="24"/>
          <w:szCs w:val="24"/>
        </w:rPr>
        <w:t>$</w:t>
      </w:r>
      <w:r w:rsidRPr="00E93608">
        <w:rPr>
          <w:rFonts w:ascii="Arial" w:hAnsi="Arial" w:cs="Arial"/>
          <w:sz w:val="24"/>
          <w:szCs w:val="24"/>
        </w:rPr>
        <w:t>50</w:t>
      </w:r>
      <w:r w:rsidR="00AE3150">
        <w:rPr>
          <w:rFonts w:ascii="Arial" w:hAnsi="Arial" w:cs="Arial"/>
          <w:sz w:val="24"/>
          <w:szCs w:val="24"/>
        </w:rPr>
        <w:t>.00</w:t>
      </w:r>
      <w:r w:rsidRPr="00E93608">
        <w:rPr>
          <w:rFonts w:ascii="Arial" w:hAnsi="Arial" w:cs="Arial"/>
          <w:sz w:val="24"/>
          <w:szCs w:val="24"/>
        </w:rPr>
        <w:t>, pues bueno, vamos haciendo un estudio económico y vamos condo</w:t>
      </w:r>
      <w:r w:rsidR="007657EF">
        <w:rPr>
          <w:rFonts w:ascii="Arial" w:hAnsi="Arial" w:cs="Arial"/>
          <w:sz w:val="24"/>
          <w:szCs w:val="24"/>
        </w:rPr>
        <w:t>n</w:t>
      </w:r>
      <w:r w:rsidRPr="00E93608">
        <w:rPr>
          <w:rFonts w:ascii="Arial" w:hAnsi="Arial" w:cs="Arial"/>
          <w:sz w:val="24"/>
          <w:szCs w:val="24"/>
        </w:rPr>
        <w:t>ándoles. Es lo</w:t>
      </w:r>
      <w:r w:rsidR="007657EF">
        <w:rPr>
          <w:rFonts w:ascii="Arial" w:hAnsi="Arial" w:cs="Arial"/>
          <w:sz w:val="24"/>
          <w:szCs w:val="24"/>
        </w:rPr>
        <w:t xml:space="preserve"> </w:t>
      </w:r>
      <w:r w:rsidRPr="00E93608">
        <w:rPr>
          <w:rFonts w:ascii="Arial" w:hAnsi="Arial" w:cs="Arial"/>
          <w:sz w:val="24"/>
          <w:szCs w:val="24"/>
        </w:rPr>
        <w:t>que yo dije hace un momento. Entonces, a mi parecer ahorita no hay un argumento</w:t>
      </w:r>
      <w:r w:rsidR="007657EF">
        <w:rPr>
          <w:rFonts w:ascii="Arial" w:hAnsi="Arial" w:cs="Arial"/>
          <w:sz w:val="24"/>
          <w:szCs w:val="24"/>
        </w:rPr>
        <w:t xml:space="preserve"> </w:t>
      </w:r>
      <w:r w:rsidRPr="00E93608">
        <w:rPr>
          <w:rFonts w:ascii="Arial" w:hAnsi="Arial" w:cs="Arial"/>
          <w:sz w:val="24"/>
          <w:szCs w:val="24"/>
        </w:rPr>
        <w:t>sólido para aumentarle. Yo lo dejaría como está si no estamos en condiciones de bajar.</w:t>
      </w:r>
    </w:p>
    <w:p w14:paraId="317294F6" w14:textId="77777777" w:rsidR="00E674FF" w:rsidRDefault="00D7312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regidor Óscar. antes de ceder uso de la voz a la regidora Olga, entonces entiendo que su propuesta, estaba el regidor Bertín anotado con</w:t>
      </w:r>
      <w:r w:rsidR="007657EF">
        <w:rPr>
          <w:rFonts w:ascii="Arial" w:hAnsi="Arial" w:cs="Arial"/>
          <w:sz w:val="24"/>
          <w:szCs w:val="24"/>
        </w:rPr>
        <w:t xml:space="preserve"> </w:t>
      </w:r>
      <w:r w:rsidRPr="00E93608">
        <w:rPr>
          <w:rFonts w:ascii="Arial" w:hAnsi="Arial" w:cs="Arial"/>
          <w:sz w:val="24"/>
          <w:szCs w:val="24"/>
        </w:rPr>
        <w:t>anterioridad, su propuesto es dejarlo con la tarifa al 78% y respecto a la diferenciación en por servicio de familia de pareja y familiar.</w:t>
      </w:r>
    </w:p>
    <w:p w14:paraId="6E0D78A8" w14:textId="6200EF6D" w:rsidR="00EA0C28" w:rsidRPr="00E93608" w:rsidRDefault="00E674FF" w:rsidP="00E93608">
      <w:pPr>
        <w:jc w:val="both"/>
        <w:rPr>
          <w:rFonts w:ascii="Arial" w:hAnsi="Arial" w:cs="Arial"/>
          <w:sz w:val="24"/>
          <w:szCs w:val="24"/>
        </w:rPr>
      </w:pPr>
      <w:r>
        <w:rPr>
          <w:rFonts w:ascii="Arial" w:hAnsi="Arial" w:cs="Arial"/>
          <w:b/>
          <w:bCs/>
          <w:sz w:val="24"/>
          <w:szCs w:val="24"/>
        </w:rPr>
        <w:t xml:space="preserve">C. ÓSCAR MURGÍA TORRES. - </w:t>
      </w:r>
      <w:r w:rsidR="007657EF">
        <w:rPr>
          <w:rFonts w:ascii="Arial" w:hAnsi="Arial" w:cs="Arial"/>
          <w:sz w:val="24"/>
          <w:szCs w:val="24"/>
        </w:rPr>
        <w:t xml:space="preserve"> </w:t>
      </w:r>
      <w:r w:rsidRPr="00E93608">
        <w:rPr>
          <w:rFonts w:ascii="Arial" w:hAnsi="Arial" w:cs="Arial"/>
          <w:sz w:val="24"/>
          <w:szCs w:val="24"/>
        </w:rPr>
        <w:t xml:space="preserve">Mi propuesta original es </w:t>
      </w:r>
      <w:r w:rsidR="00AE3150">
        <w:rPr>
          <w:rFonts w:ascii="Arial" w:hAnsi="Arial" w:cs="Arial"/>
          <w:sz w:val="24"/>
          <w:szCs w:val="24"/>
        </w:rPr>
        <w:t>$</w:t>
      </w:r>
      <w:r w:rsidRPr="00E93608">
        <w:rPr>
          <w:rFonts w:ascii="Arial" w:hAnsi="Arial" w:cs="Arial"/>
          <w:sz w:val="24"/>
          <w:szCs w:val="24"/>
        </w:rPr>
        <w:t>50</w:t>
      </w:r>
      <w:r w:rsidR="00AE3150">
        <w:rPr>
          <w:rFonts w:ascii="Arial" w:hAnsi="Arial" w:cs="Arial"/>
          <w:sz w:val="24"/>
          <w:szCs w:val="24"/>
        </w:rPr>
        <w:t>.00</w:t>
      </w:r>
      <w:r w:rsidRPr="00E93608">
        <w:rPr>
          <w:rFonts w:ascii="Arial" w:hAnsi="Arial" w:cs="Arial"/>
          <w:sz w:val="24"/>
          <w:szCs w:val="24"/>
        </w:rPr>
        <w:t xml:space="preserve"> pesos, pero si no lo admiten, si no lo admiten,</w:t>
      </w:r>
      <w:r w:rsidR="007657EF">
        <w:rPr>
          <w:rFonts w:ascii="Arial" w:hAnsi="Arial" w:cs="Arial"/>
          <w:sz w:val="24"/>
          <w:szCs w:val="24"/>
        </w:rPr>
        <w:t xml:space="preserve"> </w:t>
      </w:r>
      <w:r w:rsidRPr="00E93608">
        <w:rPr>
          <w:rFonts w:ascii="Arial" w:hAnsi="Arial" w:cs="Arial"/>
          <w:sz w:val="24"/>
          <w:szCs w:val="24"/>
        </w:rPr>
        <w:t xml:space="preserve">bueno, </w:t>
      </w:r>
      <w:r w:rsidR="00AE3150">
        <w:rPr>
          <w:rFonts w:ascii="Arial" w:hAnsi="Arial" w:cs="Arial"/>
          <w:sz w:val="24"/>
          <w:szCs w:val="24"/>
        </w:rPr>
        <w:t>$</w:t>
      </w:r>
      <w:r w:rsidRPr="00E93608">
        <w:rPr>
          <w:rFonts w:ascii="Arial" w:hAnsi="Arial" w:cs="Arial"/>
          <w:sz w:val="24"/>
          <w:szCs w:val="24"/>
        </w:rPr>
        <w:t>78</w:t>
      </w:r>
      <w:r w:rsidR="00AE3150">
        <w:rPr>
          <w:rFonts w:ascii="Arial" w:hAnsi="Arial" w:cs="Arial"/>
          <w:sz w:val="24"/>
          <w:szCs w:val="24"/>
        </w:rPr>
        <w:t>.00</w:t>
      </w:r>
      <w:r w:rsidRPr="00E93608">
        <w:rPr>
          <w:rFonts w:ascii="Arial" w:hAnsi="Arial" w:cs="Arial"/>
          <w:sz w:val="24"/>
          <w:szCs w:val="24"/>
        </w:rPr>
        <w:t xml:space="preserve"> individual, porque si tú lo pones acá son </w:t>
      </w:r>
      <w:r w:rsidR="00AE3150">
        <w:rPr>
          <w:rFonts w:ascii="Arial" w:hAnsi="Arial" w:cs="Arial"/>
          <w:sz w:val="24"/>
          <w:szCs w:val="24"/>
        </w:rPr>
        <w:t>$</w:t>
      </w:r>
      <w:r w:rsidRPr="00E93608">
        <w:rPr>
          <w:rFonts w:ascii="Arial" w:hAnsi="Arial" w:cs="Arial"/>
          <w:sz w:val="24"/>
          <w:szCs w:val="24"/>
        </w:rPr>
        <w:t>94</w:t>
      </w:r>
      <w:r w:rsidR="00AE3150">
        <w:rPr>
          <w:rFonts w:ascii="Arial" w:hAnsi="Arial" w:cs="Arial"/>
          <w:sz w:val="24"/>
          <w:szCs w:val="24"/>
        </w:rPr>
        <w:t>.00</w:t>
      </w:r>
      <w:r w:rsidR="007657EF">
        <w:rPr>
          <w:rFonts w:ascii="Arial" w:hAnsi="Arial" w:cs="Arial"/>
          <w:sz w:val="24"/>
          <w:szCs w:val="24"/>
        </w:rPr>
        <w:t xml:space="preserve"> </w:t>
      </w:r>
      <w:r w:rsidRPr="00E93608">
        <w:rPr>
          <w:rFonts w:ascii="Arial" w:hAnsi="Arial" w:cs="Arial"/>
          <w:sz w:val="24"/>
          <w:szCs w:val="24"/>
        </w:rPr>
        <w:t xml:space="preserve">y pareja es casi lo doble y familiares son </w:t>
      </w:r>
      <w:r w:rsidR="00AE3150">
        <w:rPr>
          <w:rFonts w:ascii="Arial" w:hAnsi="Arial" w:cs="Arial"/>
          <w:sz w:val="24"/>
          <w:szCs w:val="24"/>
        </w:rPr>
        <w:t>$</w:t>
      </w:r>
      <w:r w:rsidRPr="00E93608">
        <w:rPr>
          <w:rFonts w:ascii="Arial" w:hAnsi="Arial" w:cs="Arial"/>
          <w:sz w:val="24"/>
          <w:szCs w:val="24"/>
        </w:rPr>
        <w:t>340</w:t>
      </w:r>
      <w:r w:rsidR="00AE3150">
        <w:rPr>
          <w:rFonts w:ascii="Arial" w:hAnsi="Arial" w:cs="Arial"/>
          <w:sz w:val="24"/>
          <w:szCs w:val="24"/>
        </w:rPr>
        <w:t>.00</w:t>
      </w:r>
      <w:r w:rsidRPr="00E93608">
        <w:rPr>
          <w:rFonts w:ascii="Arial" w:hAnsi="Arial" w:cs="Arial"/>
          <w:sz w:val="24"/>
          <w:szCs w:val="24"/>
        </w:rPr>
        <w:t>, pero ya eso al final de cuentas la</w:t>
      </w:r>
      <w:r w:rsidR="007657EF">
        <w:rPr>
          <w:rFonts w:ascii="Arial" w:hAnsi="Arial" w:cs="Arial"/>
          <w:sz w:val="24"/>
          <w:szCs w:val="24"/>
        </w:rPr>
        <w:t xml:space="preserve"> </w:t>
      </w:r>
      <w:r w:rsidRPr="00E93608">
        <w:rPr>
          <w:rFonts w:ascii="Arial" w:hAnsi="Arial" w:cs="Arial"/>
          <w:sz w:val="24"/>
          <w:szCs w:val="24"/>
        </w:rPr>
        <w:lastRenderedPageBreak/>
        <w:t>comisión es la que lo determina. Yo solamente tengo derecho aquí de voz, ¿verdad? Quienes van a decidir son ustedes.</w:t>
      </w:r>
      <w:r w:rsidR="007657EF">
        <w:rPr>
          <w:rFonts w:ascii="Arial" w:hAnsi="Arial" w:cs="Arial"/>
          <w:sz w:val="24"/>
          <w:szCs w:val="24"/>
        </w:rPr>
        <w:t xml:space="preserve"> </w:t>
      </w:r>
      <w:r w:rsidRPr="00E93608">
        <w:rPr>
          <w:rFonts w:ascii="Arial" w:hAnsi="Arial" w:cs="Arial"/>
          <w:sz w:val="24"/>
          <w:szCs w:val="24"/>
        </w:rPr>
        <w:t xml:space="preserve">Yo solamente estoy proponiendo por el derecho que tengo de uso de voz en dejarlo en </w:t>
      </w:r>
      <w:r w:rsidR="00AE3150">
        <w:rPr>
          <w:rFonts w:ascii="Arial" w:hAnsi="Arial" w:cs="Arial"/>
          <w:sz w:val="24"/>
          <w:szCs w:val="24"/>
        </w:rPr>
        <w:t>$</w:t>
      </w:r>
      <w:r w:rsidRPr="00E93608">
        <w:rPr>
          <w:rFonts w:ascii="Arial" w:hAnsi="Arial" w:cs="Arial"/>
          <w:sz w:val="24"/>
          <w:szCs w:val="24"/>
        </w:rPr>
        <w:t>50</w:t>
      </w:r>
      <w:r w:rsidR="00AE3150">
        <w:rPr>
          <w:rFonts w:ascii="Arial" w:hAnsi="Arial" w:cs="Arial"/>
          <w:sz w:val="24"/>
          <w:szCs w:val="24"/>
        </w:rPr>
        <w:t>.00</w:t>
      </w:r>
      <w:r w:rsidRPr="00E93608">
        <w:rPr>
          <w:rFonts w:ascii="Arial" w:hAnsi="Arial" w:cs="Arial"/>
          <w:sz w:val="24"/>
          <w:szCs w:val="24"/>
        </w:rPr>
        <w:t>, pero si no lo</w:t>
      </w:r>
      <w:r w:rsidR="007657EF">
        <w:rPr>
          <w:rFonts w:ascii="Arial" w:hAnsi="Arial" w:cs="Arial"/>
          <w:sz w:val="24"/>
          <w:szCs w:val="24"/>
        </w:rPr>
        <w:t xml:space="preserve"> </w:t>
      </w:r>
      <w:r w:rsidRPr="00E93608">
        <w:rPr>
          <w:rFonts w:ascii="Arial" w:hAnsi="Arial" w:cs="Arial"/>
          <w:sz w:val="24"/>
          <w:szCs w:val="24"/>
        </w:rPr>
        <w:t xml:space="preserve">determina así la comisión de hacienda, mi segunda propuesta es en </w:t>
      </w:r>
      <w:r w:rsidR="00AE3150">
        <w:rPr>
          <w:rFonts w:ascii="Arial" w:hAnsi="Arial" w:cs="Arial"/>
          <w:sz w:val="24"/>
          <w:szCs w:val="24"/>
        </w:rPr>
        <w:t>$</w:t>
      </w:r>
      <w:r w:rsidRPr="00E93608">
        <w:rPr>
          <w:rFonts w:ascii="Arial" w:hAnsi="Arial" w:cs="Arial"/>
          <w:sz w:val="24"/>
          <w:szCs w:val="24"/>
        </w:rPr>
        <w:t>78.</w:t>
      </w:r>
      <w:r w:rsidR="00AE3150">
        <w:rPr>
          <w:rFonts w:ascii="Arial" w:hAnsi="Arial" w:cs="Arial"/>
          <w:sz w:val="24"/>
          <w:szCs w:val="24"/>
        </w:rPr>
        <w:t>00</w:t>
      </w:r>
      <w:r w:rsidRPr="00E93608">
        <w:rPr>
          <w:rFonts w:ascii="Arial" w:hAnsi="Arial" w:cs="Arial"/>
          <w:sz w:val="24"/>
          <w:szCs w:val="24"/>
        </w:rPr>
        <w:t xml:space="preserve"> Dejarlo como está. Consulta psicológica </w:t>
      </w:r>
      <w:r w:rsidR="00AE3150">
        <w:rPr>
          <w:rFonts w:ascii="Arial" w:hAnsi="Arial" w:cs="Arial"/>
          <w:sz w:val="24"/>
          <w:szCs w:val="24"/>
        </w:rPr>
        <w:t>$</w:t>
      </w:r>
      <w:r w:rsidRPr="00E93608">
        <w:rPr>
          <w:rFonts w:ascii="Arial" w:hAnsi="Arial" w:cs="Arial"/>
          <w:sz w:val="24"/>
          <w:szCs w:val="24"/>
        </w:rPr>
        <w:t>78.</w:t>
      </w:r>
      <w:r w:rsidR="00AE3150">
        <w:rPr>
          <w:rFonts w:ascii="Arial" w:hAnsi="Arial" w:cs="Arial"/>
          <w:sz w:val="24"/>
          <w:szCs w:val="24"/>
        </w:rPr>
        <w:t>00</w:t>
      </w:r>
    </w:p>
    <w:p w14:paraId="15DAC948" w14:textId="0FBAD330" w:rsidR="00EA0C28" w:rsidRPr="00E93608" w:rsidRDefault="00E674FF"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Sí, gracias. No más quería conocer su propuesta completa. Adelante, regidor Bertín.</w:t>
      </w:r>
    </w:p>
    <w:p w14:paraId="4AC3749A" w14:textId="49A3F5A1" w:rsidR="00EA0C28" w:rsidRPr="00E93608" w:rsidRDefault="00E674FF" w:rsidP="00E93608">
      <w:pPr>
        <w:jc w:val="both"/>
        <w:rPr>
          <w:rFonts w:ascii="Arial" w:hAnsi="Arial" w:cs="Arial"/>
          <w:sz w:val="24"/>
          <w:szCs w:val="24"/>
        </w:rPr>
      </w:pPr>
      <w:r>
        <w:rPr>
          <w:rFonts w:ascii="Arial" w:hAnsi="Arial" w:cs="Arial"/>
          <w:b/>
          <w:bCs/>
          <w:sz w:val="24"/>
          <w:szCs w:val="24"/>
        </w:rPr>
        <w:t xml:space="preserve">C. JOSÉ BERTÍN CHAVEZ VARGAS. - </w:t>
      </w:r>
      <w:r w:rsidRPr="00E93608">
        <w:rPr>
          <w:rFonts w:ascii="Arial" w:hAnsi="Arial" w:cs="Arial"/>
          <w:sz w:val="24"/>
          <w:szCs w:val="24"/>
        </w:rPr>
        <w:t xml:space="preserve">Bien, de </w:t>
      </w:r>
      <w:r w:rsidR="007657EF" w:rsidRPr="00E93608">
        <w:rPr>
          <w:rFonts w:ascii="Arial" w:hAnsi="Arial" w:cs="Arial"/>
          <w:sz w:val="24"/>
          <w:szCs w:val="24"/>
        </w:rPr>
        <w:t>antemano regidor, doctora</w:t>
      </w:r>
      <w:r w:rsidRPr="00E93608">
        <w:rPr>
          <w:rFonts w:ascii="Arial" w:hAnsi="Arial" w:cs="Arial"/>
          <w:sz w:val="24"/>
          <w:szCs w:val="24"/>
        </w:rPr>
        <w:t xml:space="preserve">, digo, la propuesta desde un principio de un servidor justamente fue esa de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xml:space="preserve"> pesos, repito, primera cita y</w:t>
      </w:r>
      <w:r w:rsidR="007657EF">
        <w:rPr>
          <w:rFonts w:ascii="Arial" w:hAnsi="Arial" w:cs="Arial"/>
          <w:sz w:val="24"/>
          <w:szCs w:val="24"/>
        </w:rPr>
        <w:t xml:space="preserve"> </w:t>
      </w:r>
      <w:r w:rsidRPr="00E93608">
        <w:rPr>
          <w:rFonts w:ascii="Arial" w:hAnsi="Arial" w:cs="Arial"/>
          <w:sz w:val="24"/>
          <w:szCs w:val="24"/>
        </w:rPr>
        <w:t xml:space="preserve">subsecuente </w:t>
      </w:r>
      <w:r w:rsidR="00DD2269">
        <w:rPr>
          <w:rFonts w:ascii="Arial" w:hAnsi="Arial" w:cs="Arial"/>
          <w:sz w:val="24"/>
          <w:szCs w:val="24"/>
        </w:rPr>
        <w:t>$</w:t>
      </w:r>
      <w:r w:rsidRPr="00E93608">
        <w:rPr>
          <w:rFonts w:ascii="Arial" w:hAnsi="Arial" w:cs="Arial"/>
          <w:sz w:val="24"/>
          <w:szCs w:val="24"/>
        </w:rPr>
        <w:t>25. Sí, yo no propuse ningún tema de condonación en un sentido de que sabe, sé de antemano que se hacen</w:t>
      </w:r>
      <w:r w:rsidR="007657EF">
        <w:rPr>
          <w:rFonts w:ascii="Arial" w:hAnsi="Arial" w:cs="Arial"/>
          <w:sz w:val="24"/>
          <w:szCs w:val="24"/>
        </w:rPr>
        <w:t xml:space="preserve"> </w:t>
      </w:r>
      <w:r w:rsidRPr="00E93608">
        <w:rPr>
          <w:rFonts w:ascii="Arial" w:hAnsi="Arial" w:cs="Arial"/>
          <w:sz w:val="24"/>
          <w:szCs w:val="24"/>
        </w:rPr>
        <w:t>los trabajos de que se hace un estudio socioeconómico y mediante el estudio socioeconómico a personas que no puedan pagar ese ni siquiera en su momento los</w:t>
      </w:r>
      <w:r w:rsidR="007657EF">
        <w:rPr>
          <w:rFonts w:ascii="Arial" w:hAnsi="Arial" w:cs="Arial"/>
          <w:sz w:val="24"/>
          <w:szCs w:val="24"/>
        </w:rPr>
        <w:t xml:space="preserve"> </w:t>
      </w:r>
      <w:r w:rsidR="00DD2269">
        <w:rPr>
          <w:rFonts w:ascii="Arial" w:hAnsi="Arial" w:cs="Arial"/>
          <w:sz w:val="24"/>
          <w:szCs w:val="24"/>
        </w:rPr>
        <w:t>$7</w:t>
      </w:r>
      <w:r w:rsidRPr="00E93608">
        <w:rPr>
          <w:rFonts w:ascii="Arial" w:hAnsi="Arial" w:cs="Arial"/>
          <w:sz w:val="24"/>
          <w:szCs w:val="24"/>
        </w:rPr>
        <w:t>8</w:t>
      </w:r>
      <w:r w:rsidR="00DD2269">
        <w:rPr>
          <w:rFonts w:ascii="Arial" w:hAnsi="Arial" w:cs="Arial"/>
          <w:sz w:val="24"/>
          <w:szCs w:val="24"/>
        </w:rPr>
        <w:t>.00</w:t>
      </w:r>
      <w:r w:rsidRPr="00E93608">
        <w:rPr>
          <w:rFonts w:ascii="Arial" w:hAnsi="Arial" w:cs="Arial"/>
          <w:sz w:val="24"/>
          <w:szCs w:val="24"/>
        </w:rPr>
        <w:t xml:space="preserve"> pesos, pues se le condona, ¿no? A fin de </w:t>
      </w:r>
      <w:r w:rsidR="007657EF" w:rsidRPr="00E93608">
        <w:rPr>
          <w:rFonts w:ascii="Arial" w:hAnsi="Arial" w:cs="Arial"/>
          <w:sz w:val="24"/>
          <w:szCs w:val="24"/>
        </w:rPr>
        <w:t>cuentas,</w:t>
      </w:r>
      <w:r w:rsidRPr="00E93608">
        <w:rPr>
          <w:rFonts w:ascii="Arial" w:hAnsi="Arial" w:cs="Arial"/>
          <w:sz w:val="24"/>
          <w:szCs w:val="24"/>
        </w:rPr>
        <w:t xml:space="preserve"> se les otorga el servicio.</w:t>
      </w:r>
      <w:r>
        <w:rPr>
          <w:rFonts w:ascii="Arial" w:hAnsi="Arial" w:cs="Arial"/>
          <w:sz w:val="24"/>
          <w:szCs w:val="24"/>
        </w:rPr>
        <w:t xml:space="preserve"> </w:t>
      </w:r>
      <w:r w:rsidRPr="00E93608">
        <w:rPr>
          <w:rFonts w:ascii="Arial" w:hAnsi="Arial" w:cs="Arial"/>
          <w:sz w:val="24"/>
          <w:szCs w:val="24"/>
        </w:rPr>
        <w:t>Eso me queda claro, lo conocía, se hace con ustedes, se hacen DIF y se hacen en otras este instancias o dependencias de antemano. Aquí la cuestión es el hecho</w:t>
      </w:r>
      <w:r w:rsidR="007657EF">
        <w:rPr>
          <w:rFonts w:ascii="Arial" w:hAnsi="Arial" w:cs="Arial"/>
          <w:sz w:val="24"/>
          <w:szCs w:val="24"/>
        </w:rPr>
        <w:t xml:space="preserve"> </w:t>
      </w:r>
      <w:r w:rsidRPr="00E93608">
        <w:rPr>
          <w:rFonts w:ascii="Arial" w:hAnsi="Arial" w:cs="Arial"/>
          <w:sz w:val="24"/>
          <w:szCs w:val="24"/>
        </w:rPr>
        <w:t xml:space="preserve">de </w:t>
      </w:r>
      <w:r w:rsidR="007657EF" w:rsidRPr="00E93608">
        <w:rPr>
          <w:rFonts w:ascii="Arial" w:hAnsi="Arial" w:cs="Arial"/>
          <w:sz w:val="24"/>
          <w:szCs w:val="24"/>
        </w:rPr>
        <w:t>que no</w:t>
      </w:r>
      <w:r w:rsidRPr="00E93608">
        <w:rPr>
          <w:rFonts w:ascii="Arial" w:hAnsi="Arial" w:cs="Arial"/>
          <w:sz w:val="24"/>
          <w:szCs w:val="24"/>
        </w:rPr>
        <w:t xml:space="preserve"> se suba y que quede incluso en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xml:space="preserve"> pesos, considero que no se </w:t>
      </w:r>
      <w:r w:rsidR="007657EF" w:rsidRPr="00E93608">
        <w:rPr>
          <w:rFonts w:ascii="Arial" w:hAnsi="Arial" w:cs="Arial"/>
          <w:sz w:val="24"/>
          <w:szCs w:val="24"/>
        </w:rPr>
        <w:t>les</w:t>
      </w:r>
      <w:r w:rsidRPr="00E93608">
        <w:rPr>
          <w:rFonts w:ascii="Arial" w:hAnsi="Arial" w:cs="Arial"/>
          <w:sz w:val="24"/>
          <w:szCs w:val="24"/>
        </w:rPr>
        <w:t xml:space="preserve"> </w:t>
      </w:r>
      <w:r w:rsidR="007657EF" w:rsidRPr="00E93608">
        <w:rPr>
          <w:rFonts w:ascii="Arial" w:hAnsi="Arial" w:cs="Arial"/>
          <w:sz w:val="24"/>
          <w:szCs w:val="24"/>
        </w:rPr>
        <w:t>hace</w:t>
      </w:r>
      <w:r w:rsidR="007657EF">
        <w:rPr>
          <w:rFonts w:ascii="Arial" w:hAnsi="Arial" w:cs="Arial"/>
          <w:sz w:val="24"/>
          <w:szCs w:val="24"/>
        </w:rPr>
        <w:t xml:space="preserve"> </w:t>
      </w:r>
      <w:r w:rsidR="007657EF" w:rsidRPr="00E93608">
        <w:rPr>
          <w:rFonts w:ascii="Arial" w:hAnsi="Arial" w:cs="Arial"/>
          <w:sz w:val="24"/>
          <w:szCs w:val="24"/>
        </w:rPr>
        <w:t>un</w:t>
      </w:r>
      <w:r w:rsidRPr="00E93608">
        <w:rPr>
          <w:rFonts w:ascii="Arial" w:hAnsi="Arial" w:cs="Arial"/>
          <w:sz w:val="24"/>
          <w:szCs w:val="24"/>
        </w:rPr>
        <w:t xml:space="preserve"> boquete financiero a las finanzas del Ayuntamiento por no subirle esa</w:t>
      </w:r>
      <w:r w:rsidR="007657EF">
        <w:rPr>
          <w:rFonts w:ascii="Arial" w:hAnsi="Arial" w:cs="Arial"/>
          <w:sz w:val="24"/>
          <w:szCs w:val="24"/>
        </w:rPr>
        <w:t xml:space="preserve"> </w:t>
      </w:r>
      <w:r w:rsidR="007657EF" w:rsidRPr="00E93608">
        <w:rPr>
          <w:rFonts w:ascii="Arial" w:hAnsi="Arial" w:cs="Arial"/>
          <w:sz w:val="24"/>
          <w:szCs w:val="24"/>
        </w:rPr>
        <w:t>parte, ya</w:t>
      </w:r>
      <w:r w:rsidRPr="00E93608">
        <w:rPr>
          <w:rFonts w:ascii="Arial" w:hAnsi="Arial" w:cs="Arial"/>
          <w:sz w:val="24"/>
          <w:szCs w:val="24"/>
        </w:rPr>
        <w:t xml:space="preserve"> que realmente sí conlleva un beneficio muy grande a la gente en</w:t>
      </w:r>
      <w:r w:rsidR="007657EF">
        <w:rPr>
          <w:rFonts w:ascii="Arial" w:hAnsi="Arial" w:cs="Arial"/>
          <w:sz w:val="24"/>
          <w:szCs w:val="24"/>
        </w:rPr>
        <w:t xml:space="preserve"> </w:t>
      </w:r>
      <w:r w:rsidRPr="00E93608">
        <w:rPr>
          <w:rFonts w:ascii="Arial" w:hAnsi="Arial" w:cs="Arial"/>
          <w:sz w:val="24"/>
          <w:szCs w:val="24"/>
        </w:rPr>
        <w:t xml:space="preserve">general que puede acudir a las consultas psicológicas. El hecho de que se mantenga en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xml:space="preserve"> pesos va a generar una</w:t>
      </w:r>
      <w:r w:rsidR="007657EF">
        <w:rPr>
          <w:rFonts w:ascii="Arial" w:hAnsi="Arial" w:cs="Arial"/>
          <w:sz w:val="24"/>
          <w:szCs w:val="24"/>
        </w:rPr>
        <w:t xml:space="preserve"> </w:t>
      </w:r>
      <w:r w:rsidRPr="00E93608">
        <w:rPr>
          <w:rFonts w:ascii="Arial" w:hAnsi="Arial" w:cs="Arial"/>
          <w:sz w:val="24"/>
          <w:szCs w:val="24"/>
        </w:rPr>
        <w:t xml:space="preserve">mayor demanda. Sí, yo no creo que en su momento cuando se proponga por parte de la Comisión de </w:t>
      </w:r>
      <w:r w:rsidR="007657EF" w:rsidRPr="00E93608">
        <w:rPr>
          <w:rFonts w:ascii="Arial" w:hAnsi="Arial" w:cs="Arial"/>
          <w:sz w:val="24"/>
          <w:szCs w:val="24"/>
        </w:rPr>
        <w:t>Hacienda y</w:t>
      </w:r>
      <w:r w:rsidRPr="00E93608">
        <w:rPr>
          <w:rFonts w:ascii="Arial" w:hAnsi="Arial" w:cs="Arial"/>
          <w:sz w:val="24"/>
          <w:szCs w:val="24"/>
        </w:rPr>
        <w:t xml:space="preserve"> por parte</w:t>
      </w:r>
      <w:r w:rsidR="007657EF">
        <w:rPr>
          <w:rFonts w:ascii="Arial" w:hAnsi="Arial" w:cs="Arial"/>
          <w:sz w:val="24"/>
          <w:szCs w:val="24"/>
        </w:rPr>
        <w:t xml:space="preserve"> </w:t>
      </w:r>
      <w:r w:rsidRPr="00E93608">
        <w:rPr>
          <w:rFonts w:ascii="Arial" w:hAnsi="Arial" w:cs="Arial"/>
          <w:sz w:val="24"/>
          <w:szCs w:val="24"/>
        </w:rPr>
        <w:t>de la doctora en la en el presupuesto de egreso de 2027</w:t>
      </w:r>
      <w:r>
        <w:rPr>
          <w:rFonts w:ascii="Arial" w:hAnsi="Arial" w:cs="Arial"/>
          <w:sz w:val="24"/>
          <w:szCs w:val="24"/>
        </w:rPr>
        <w:t xml:space="preserve"> dos mil veintisiete</w:t>
      </w:r>
      <w:r w:rsidRPr="00E93608">
        <w:rPr>
          <w:rFonts w:ascii="Arial" w:hAnsi="Arial" w:cs="Arial"/>
          <w:sz w:val="24"/>
          <w:szCs w:val="24"/>
        </w:rPr>
        <w:t>, dos personas, una o dos o tres, lo que ella vaya a considerar,</w:t>
      </w:r>
      <w:r w:rsidR="007657EF">
        <w:rPr>
          <w:rFonts w:ascii="Arial" w:hAnsi="Arial" w:cs="Arial"/>
          <w:sz w:val="24"/>
          <w:szCs w:val="24"/>
        </w:rPr>
        <w:t xml:space="preserve"> </w:t>
      </w:r>
      <w:r w:rsidRPr="00E93608">
        <w:rPr>
          <w:rFonts w:ascii="Arial" w:hAnsi="Arial" w:cs="Arial"/>
          <w:sz w:val="24"/>
          <w:szCs w:val="24"/>
        </w:rPr>
        <w:t>algunos de nosotros estemos en consideración de no apoyar la propuesta porque sabemos de antemano la necesidad tan grande que hay. Yo creo que estamos</w:t>
      </w:r>
      <w:r w:rsidR="007657EF">
        <w:rPr>
          <w:rFonts w:ascii="Arial" w:hAnsi="Arial" w:cs="Arial"/>
          <w:sz w:val="24"/>
          <w:szCs w:val="24"/>
        </w:rPr>
        <w:t xml:space="preserve"> </w:t>
      </w:r>
      <w:r w:rsidRPr="00E93608">
        <w:rPr>
          <w:rFonts w:ascii="Arial" w:hAnsi="Arial" w:cs="Arial"/>
          <w:sz w:val="24"/>
          <w:szCs w:val="24"/>
        </w:rPr>
        <w:t>en condiciones de hacerlo. Considero que sí. Que estamos en condiciones de proponerlo. Claro que sí. No voy a hablar por mis compañeros, voy a hablar de lo que dijeron, la mayoría</w:t>
      </w:r>
      <w:r w:rsidR="007657EF">
        <w:rPr>
          <w:rFonts w:ascii="Arial" w:hAnsi="Arial" w:cs="Arial"/>
          <w:sz w:val="24"/>
          <w:szCs w:val="24"/>
        </w:rPr>
        <w:t xml:space="preserve"> </w:t>
      </w:r>
      <w:r w:rsidRPr="00E93608">
        <w:rPr>
          <w:rFonts w:ascii="Arial" w:hAnsi="Arial" w:cs="Arial"/>
          <w:sz w:val="24"/>
          <w:szCs w:val="24"/>
        </w:rPr>
        <w:t xml:space="preserve">coincidimos en un tema que incluso se baje, no de que se mantenga. De </w:t>
      </w:r>
      <w:r w:rsidR="007657EF" w:rsidRPr="00E93608">
        <w:rPr>
          <w:rFonts w:ascii="Arial" w:hAnsi="Arial" w:cs="Arial"/>
          <w:sz w:val="24"/>
          <w:szCs w:val="24"/>
        </w:rPr>
        <w:t>entrada,</w:t>
      </w:r>
      <w:r w:rsidRPr="00E93608">
        <w:rPr>
          <w:rFonts w:ascii="Arial" w:hAnsi="Arial" w:cs="Arial"/>
          <w:sz w:val="24"/>
          <w:szCs w:val="24"/>
        </w:rPr>
        <w:t xml:space="preserve"> es que se baje. Como dice el </w:t>
      </w:r>
      <w:r>
        <w:rPr>
          <w:rFonts w:ascii="Arial" w:hAnsi="Arial" w:cs="Arial"/>
          <w:sz w:val="24"/>
          <w:szCs w:val="24"/>
        </w:rPr>
        <w:t>R</w:t>
      </w:r>
      <w:r w:rsidRPr="00E93608">
        <w:rPr>
          <w:rFonts w:ascii="Arial" w:hAnsi="Arial" w:cs="Arial"/>
          <w:sz w:val="24"/>
          <w:szCs w:val="24"/>
        </w:rPr>
        <w:t>egidor Óscar, si no se pudiera bajar, pues</w:t>
      </w:r>
      <w:r w:rsidR="007657EF">
        <w:rPr>
          <w:rFonts w:ascii="Arial" w:hAnsi="Arial" w:cs="Arial"/>
          <w:sz w:val="24"/>
          <w:szCs w:val="24"/>
        </w:rPr>
        <w:t xml:space="preserve"> </w:t>
      </w:r>
      <w:r w:rsidRPr="00E93608">
        <w:rPr>
          <w:rFonts w:ascii="Arial" w:hAnsi="Arial" w:cs="Arial"/>
          <w:sz w:val="24"/>
          <w:szCs w:val="24"/>
        </w:rPr>
        <w:t>mínimo que no suba, pero sí todos los regidores que estamos aquí presentes coincidimos en un tema de que baje y sigue manteniéndose la propuesta de que</w:t>
      </w:r>
      <w:r w:rsidR="007657EF">
        <w:rPr>
          <w:rFonts w:ascii="Arial" w:hAnsi="Arial" w:cs="Arial"/>
          <w:sz w:val="24"/>
          <w:szCs w:val="24"/>
        </w:rPr>
        <w:t xml:space="preserve"> </w:t>
      </w:r>
      <w:r w:rsidRPr="00E93608">
        <w:rPr>
          <w:rFonts w:ascii="Arial" w:hAnsi="Arial" w:cs="Arial"/>
          <w:sz w:val="24"/>
          <w:szCs w:val="24"/>
        </w:rPr>
        <w:t xml:space="preserve">suba. </w:t>
      </w:r>
      <w:r w:rsidR="007657EF" w:rsidRPr="00E93608">
        <w:rPr>
          <w:rFonts w:ascii="Arial" w:hAnsi="Arial" w:cs="Arial"/>
          <w:sz w:val="24"/>
          <w:szCs w:val="24"/>
        </w:rPr>
        <w:t>Entonces, tendría</w:t>
      </w:r>
      <w:r w:rsidRPr="00E93608">
        <w:rPr>
          <w:rFonts w:ascii="Arial" w:hAnsi="Arial" w:cs="Arial"/>
          <w:sz w:val="24"/>
          <w:szCs w:val="24"/>
        </w:rPr>
        <w:t xml:space="preserve"> en todo </w:t>
      </w:r>
      <w:r w:rsidR="007657EF" w:rsidRPr="00E93608">
        <w:rPr>
          <w:rFonts w:ascii="Arial" w:hAnsi="Arial" w:cs="Arial"/>
          <w:sz w:val="24"/>
          <w:szCs w:val="24"/>
        </w:rPr>
        <w:t>caso yo</w:t>
      </w:r>
      <w:r w:rsidRPr="00E93608">
        <w:rPr>
          <w:rFonts w:ascii="Arial" w:hAnsi="Arial" w:cs="Arial"/>
          <w:sz w:val="24"/>
          <w:szCs w:val="24"/>
        </w:rPr>
        <w:t xml:space="preserve"> creo, </w:t>
      </w:r>
      <w:r>
        <w:rPr>
          <w:rFonts w:ascii="Arial" w:hAnsi="Arial" w:cs="Arial"/>
          <w:sz w:val="24"/>
          <w:szCs w:val="24"/>
        </w:rPr>
        <w:t>R</w:t>
      </w:r>
      <w:r w:rsidRPr="00E93608">
        <w:rPr>
          <w:rFonts w:ascii="Arial" w:hAnsi="Arial" w:cs="Arial"/>
          <w:sz w:val="24"/>
          <w:szCs w:val="24"/>
        </w:rPr>
        <w:t>egidor Miguel, por los que estamos ahorita actualmente aquí como</w:t>
      </w:r>
      <w:r w:rsidR="007657EF">
        <w:rPr>
          <w:rFonts w:ascii="Arial" w:hAnsi="Arial" w:cs="Arial"/>
          <w:sz w:val="24"/>
          <w:szCs w:val="24"/>
        </w:rPr>
        <w:t xml:space="preserve"> </w:t>
      </w:r>
      <w:r w:rsidRPr="00E93608">
        <w:rPr>
          <w:rFonts w:ascii="Arial" w:hAnsi="Arial" w:cs="Arial"/>
          <w:sz w:val="24"/>
          <w:szCs w:val="24"/>
        </w:rPr>
        <w:t>regidores de la comisión, pues que considera una propuesta para someter a votación de que si suba, baja, aumenta o se quede, porque de lo contrario este a</w:t>
      </w:r>
      <w:r w:rsidR="007657EF">
        <w:rPr>
          <w:rFonts w:ascii="Arial" w:hAnsi="Arial" w:cs="Arial"/>
          <w:sz w:val="24"/>
          <w:szCs w:val="24"/>
        </w:rPr>
        <w:t xml:space="preserve"> </w:t>
      </w:r>
      <w:r w:rsidRPr="00E93608">
        <w:rPr>
          <w:rFonts w:ascii="Arial" w:hAnsi="Arial" w:cs="Arial"/>
          <w:sz w:val="24"/>
          <w:szCs w:val="24"/>
        </w:rPr>
        <w:t>la mera  va a determinar a lo mejor usted como presidente de la comisión con todo el derecho que le confiere, pero que sí se sometiera a</w:t>
      </w:r>
      <w:r w:rsidR="007657EF">
        <w:rPr>
          <w:rFonts w:ascii="Arial" w:hAnsi="Arial" w:cs="Arial"/>
          <w:sz w:val="24"/>
          <w:szCs w:val="24"/>
        </w:rPr>
        <w:t xml:space="preserve"> </w:t>
      </w:r>
      <w:r w:rsidRPr="00E93608">
        <w:rPr>
          <w:rFonts w:ascii="Arial" w:hAnsi="Arial" w:cs="Arial"/>
          <w:sz w:val="24"/>
          <w:szCs w:val="24"/>
        </w:rPr>
        <w:t xml:space="preserve">consulta de los presentes que tenemos votación, voz y voto en la comisión </w:t>
      </w:r>
      <w:r w:rsidRPr="00E93608">
        <w:rPr>
          <w:rFonts w:ascii="Arial" w:hAnsi="Arial" w:cs="Arial"/>
          <w:sz w:val="24"/>
          <w:szCs w:val="24"/>
        </w:rPr>
        <w:lastRenderedPageBreak/>
        <w:t>para poder determinar ya una cantidad que la propuesta, repito, de mi parte</w:t>
      </w:r>
      <w:r w:rsidR="007657EF">
        <w:rPr>
          <w:rFonts w:ascii="Arial" w:hAnsi="Arial" w:cs="Arial"/>
          <w:sz w:val="24"/>
          <w:szCs w:val="24"/>
        </w:rPr>
        <w:t xml:space="preserve"> </w:t>
      </w:r>
      <w:r w:rsidRPr="00E93608">
        <w:rPr>
          <w:rFonts w:ascii="Arial" w:hAnsi="Arial" w:cs="Arial"/>
          <w:sz w:val="24"/>
          <w:szCs w:val="24"/>
        </w:rPr>
        <w:t xml:space="preserve">igual sería 50 pesos la primera y en todo caso que se mantuvieran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si es muy oneroso o baja mucho para las finanzas una subsecuente  que quedara</w:t>
      </w:r>
      <w:r w:rsidR="007657EF">
        <w:rPr>
          <w:rFonts w:ascii="Arial" w:hAnsi="Arial" w:cs="Arial"/>
          <w:sz w:val="24"/>
          <w:szCs w:val="24"/>
        </w:rPr>
        <w:t xml:space="preserve"> </w:t>
      </w:r>
      <w:r w:rsidRPr="00E93608">
        <w:rPr>
          <w:rFonts w:ascii="Arial" w:hAnsi="Arial" w:cs="Arial"/>
          <w:sz w:val="24"/>
          <w:szCs w:val="24"/>
        </w:rPr>
        <w:t xml:space="preserve">en </w:t>
      </w:r>
      <w:r w:rsidR="00DD2269">
        <w:rPr>
          <w:rFonts w:ascii="Arial" w:hAnsi="Arial" w:cs="Arial"/>
          <w:sz w:val="24"/>
          <w:szCs w:val="24"/>
        </w:rPr>
        <w:t>$</w:t>
      </w:r>
      <w:r w:rsidRPr="00E93608">
        <w:rPr>
          <w:rFonts w:ascii="Arial" w:hAnsi="Arial" w:cs="Arial"/>
          <w:sz w:val="24"/>
          <w:szCs w:val="24"/>
        </w:rPr>
        <w:t>25</w:t>
      </w:r>
      <w:r w:rsidR="00DD2269">
        <w:rPr>
          <w:rFonts w:ascii="Arial" w:hAnsi="Arial" w:cs="Arial"/>
          <w:sz w:val="24"/>
          <w:szCs w:val="24"/>
        </w:rPr>
        <w:t>.00</w:t>
      </w:r>
      <w:r w:rsidRPr="00E93608">
        <w:rPr>
          <w:rFonts w:ascii="Arial" w:hAnsi="Arial" w:cs="Arial"/>
          <w:sz w:val="24"/>
          <w:szCs w:val="24"/>
        </w:rPr>
        <w:t xml:space="preserve">, pues que se quedara en general en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xml:space="preserve"> la consulta individual en lo particular si van dos parejas, una pareja, perdón, pues van a ser </w:t>
      </w:r>
      <w:r w:rsidR="00DD2269">
        <w:rPr>
          <w:rFonts w:ascii="Arial" w:hAnsi="Arial" w:cs="Arial"/>
          <w:sz w:val="24"/>
          <w:szCs w:val="24"/>
        </w:rPr>
        <w:t>$</w:t>
      </w:r>
      <w:r w:rsidRPr="00E93608">
        <w:rPr>
          <w:rFonts w:ascii="Arial" w:hAnsi="Arial" w:cs="Arial"/>
          <w:sz w:val="24"/>
          <w:szCs w:val="24"/>
        </w:rPr>
        <w:t>100</w:t>
      </w:r>
      <w:r w:rsidR="00DD2269">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w:t>
      </w:r>
      <w:r w:rsidR="007657EF">
        <w:rPr>
          <w:rFonts w:ascii="Arial" w:hAnsi="Arial" w:cs="Arial"/>
          <w:sz w:val="24"/>
          <w:szCs w:val="24"/>
        </w:rPr>
        <w:t xml:space="preserve"> </w:t>
      </w:r>
      <w:r w:rsidRPr="00E93608">
        <w:rPr>
          <w:rFonts w:ascii="Arial" w:hAnsi="Arial" w:cs="Arial"/>
          <w:sz w:val="24"/>
          <w:szCs w:val="24"/>
        </w:rPr>
        <w:t xml:space="preserve">Si va a una familia de cuatro, pues van a ser </w:t>
      </w:r>
      <w:r w:rsidR="00DD2269">
        <w:rPr>
          <w:rFonts w:ascii="Arial" w:hAnsi="Arial" w:cs="Arial"/>
          <w:sz w:val="24"/>
          <w:szCs w:val="24"/>
        </w:rPr>
        <w:t>$</w:t>
      </w:r>
      <w:r w:rsidRPr="00E93608">
        <w:rPr>
          <w:rFonts w:ascii="Arial" w:hAnsi="Arial" w:cs="Arial"/>
          <w:sz w:val="24"/>
          <w:szCs w:val="24"/>
        </w:rPr>
        <w:t>200.</w:t>
      </w:r>
      <w:r w:rsidR="00DD2269">
        <w:rPr>
          <w:rFonts w:ascii="Arial" w:hAnsi="Arial" w:cs="Arial"/>
          <w:sz w:val="24"/>
          <w:szCs w:val="24"/>
        </w:rPr>
        <w:t xml:space="preserve">00. </w:t>
      </w:r>
      <w:r w:rsidRPr="00E93608">
        <w:rPr>
          <w:rFonts w:ascii="Arial" w:hAnsi="Arial" w:cs="Arial"/>
          <w:sz w:val="24"/>
          <w:szCs w:val="24"/>
        </w:rPr>
        <w:t xml:space="preserve"> Este, o sea, que se cobre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Pr>
          <w:rFonts w:ascii="Arial" w:hAnsi="Arial" w:cs="Arial"/>
          <w:sz w:val="24"/>
          <w:szCs w:val="24"/>
        </w:rPr>
        <w:t xml:space="preserve"> pesos</w:t>
      </w:r>
      <w:r w:rsidRPr="00E93608">
        <w:rPr>
          <w:rFonts w:ascii="Arial" w:hAnsi="Arial" w:cs="Arial"/>
          <w:sz w:val="24"/>
          <w:szCs w:val="24"/>
        </w:rPr>
        <w:t xml:space="preserve"> por persona en general, sin considerar el tema de pareja familiar.</w:t>
      </w:r>
      <w:r w:rsidR="007657EF">
        <w:rPr>
          <w:rFonts w:ascii="Arial" w:hAnsi="Arial" w:cs="Arial"/>
          <w:sz w:val="24"/>
          <w:szCs w:val="24"/>
        </w:rPr>
        <w:t xml:space="preserve"> </w:t>
      </w:r>
      <w:r w:rsidRPr="00E93608">
        <w:rPr>
          <w:rFonts w:ascii="Arial" w:hAnsi="Arial" w:cs="Arial"/>
          <w:sz w:val="24"/>
          <w:szCs w:val="24"/>
        </w:rPr>
        <w:t xml:space="preserve">Acá consulta psicológica </w:t>
      </w:r>
      <w:r w:rsidR="00DD2269">
        <w:rPr>
          <w:rFonts w:ascii="Arial" w:hAnsi="Arial" w:cs="Arial"/>
          <w:sz w:val="24"/>
          <w:szCs w:val="24"/>
        </w:rPr>
        <w:t>$</w:t>
      </w:r>
      <w:r w:rsidRPr="00E93608">
        <w:rPr>
          <w:rFonts w:ascii="Arial" w:hAnsi="Arial" w:cs="Arial"/>
          <w:sz w:val="24"/>
          <w:szCs w:val="24"/>
        </w:rPr>
        <w:t>78</w:t>
      </w:r>
      <w:r w:rsidR="00DD2269">
        <w:rPr>
          <w:rFonts w:ascii="Arial" w:hAnsi="Arial" w:cs="Arial"/>
          <w:sz w:val="24"/>
          <w:szCs w:val="24"/>
        </w:rPr>
        <w:t>.00</w:t>
      </w:r>
      <w:r w:rsidRPr="00E93608">
        <w:rPr>
          <w:rFonts w:ascii="Arial" w:hAnsi="Arial" w:cs="Arial"/>
          <w:sz w:val="24"/>
          <w:szCs w:val="24"/>
        </w:rPr>
        <w:t xml:space="preserve"> y se le cobraba </w:t>
      </w:r>
      <w:r w:rsidR="00DD2269">
        <w:rPr>
          <w:rFonts w:ascii="Arial" w:hAnsi="Arial" w:cs="Arial"/>
          <w:sz w:val="24"/>
          <w:szCs w:val="24"/>
        </w:rPr>
        <w:t>$</w:t>
      </w:r>
      <w:r w:rsidRPr="00E93608">
        <w:rPr>
          <w:rFonts w:ascii="Arial" w:hAnsi="Arial" w:cs="Arial"/>
          <w:sz w:val="24"/>
          <w:szCs w:val="24"/>
        </w:rPr>
        <w:t>78</w:t>
      </w:r>
      <w:r w:rsidR="00DD2269">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Quiero pensar si eran 1</w:t>
      </w:r>
      <w:r w:rsidR="00DD2269">
        <w:rPr>
          <w:rFonts w:ascii="Arial" w:hAnsi="Arial" w:cs="Arial"/>
          <w:sz w:val="24"/>
          <w:szCs w:val="24"/>
        </w:rPr>
        <w:t>,</w:t>
      </w:r>
      <w:r w:rsidRPr="00E93608">
        <w:rPr>
          <w:rFonts w:ascii="Arial" w:hAnsi="Arial" w:cs="Arial"/>
          <w:sz w:val="24"/>
          <w:szCs w:val="24"/>
        </w:rPr>
        <w:t xml:space="preserve"> 2</w:t>
      </w:r>
      <w:r w:rsidR="00DD2269">
        <w:rPr>
          <w:rFonts w:ascii="Arial" w:hAnsi="Arial" w:cs="Arial"/>
          <w:sz w:val="24"/>
          <w:szCs w:val="24"/>
        </w:rPr>
        <w:t>,</w:t>
      </w:r>
      <w:r w:rsidRPr="00E93608">
        <w:rPr>
          <w:rFonts w:ascii="Arial" w:hAnsi="Arial" w:cs="Arial"/>
          <w:sz w:val="24"/>
          <w:szCs w:val="24"/>
        </w:rPr>
        <w:t xml:space="preserve"> 3</w:t>
      </w:r>
      <w:r w:rsidR="00DD2269">
        <w:rPr>
          <w:rFonts w:ascii="Arial" w:hAnsi="Arial" w:cs="Arial"/>
          <w:sz w:val="24"/>
          <w:szCs w:val="24"/>
        </w:rPr>
        <w:t>,</w:t>
      </w:r>
      <w:r w:rsidRPr="00E93608">
        <w:rPr>
          <w:rFonts w:ascii="Arial" w:hAnsi="Arial" w:cs="Arial"/>
          <w:sz w:val="24"/>
          <w:szCs w:val="24"/>
        </w:rPr>
        <w:t xml:space="preserve"> </w:t>
      </w:r>
      <w:r>
        <w:rPr>
          <w:rFonts w:ascii="Arial" w:hAnsi="Arial" w:cs="Arial"/>
          <w:sz w:val="24"/>
          <w:szCs w:val="24"/>
        </w:rPr>
        <w:t>4</w:t>
      </w:r>
      <w:r w:rsidR="00DD2269">
        <w:rPr>
          <w:rFonts w:ascii="Arial" w:hAnsi="Arial" w:cs="Arial"/>
          <w:sz w:val="24"/>
          <w:szCs w:val="24"/>
        </w:rPr>
        <w:t>,</w:t>
      </w:r>
      <w:r>
        <w:rPr>
          <w:rFonts w:ascii="Arial" w:hAnsi="Arial" w:cs="Arial"/>
          <w:sz w:val="24"/>
          <w:szCs w:val="24"/>
        </w:rPr>
        <w:t xml:space="preserve"> 5</w:t>
      </w:r>
      <w:r w:rsidRPr="00E93608">
        <w:rPr>
          <w:rFonts w:ascii="Arial" w:hAnsi="Arial" w:cs="Arial"/>
          <w:sz w:val="24"/>
          <w:szCs w:val="24"/>
        </w:rPr>
        <w:t>, no creo que se,</w:t>
      </w:r>
      <w:r w:rsidR="007657EF">
        <w:rPr>
          <w:rFonts w:ascii="Arial" w:hAnsi="Arial" w:cs="Arial"/>
          <w:sz w:val="24"/>
          <w:szCs w:val="24"/>
        </w:rPr>
        <w:t xml:space="preserve"> </w:t>
      </w:r>
      <w:r w:rsidRPr="00E93608">
        <w:rPr>
          <w:rFonts w:ascii="Arial" w:hAnsi="Arial" w:cs="Arial"/>
          <w:sz w:val="24"/>
          <w:szCs w:val="24"/>
        </w:rPr>
        <w:t>bueno, por lo menos aquí no hay un paquete o no hay un tema que diga por dos tanto, por una familia de cinco tanto, apenas es una propuesta que se está haciendo. Entonces, que se quedara</w:t>
      </w:r>
      <w:r w:rsidR="007657EF">
        <w:rPr>
          <w:rFonts w:ascii="Arial" w:hAnsi="Arial" w:cs="Arial"/>
          <w:sz w:val="24"/>
          <w:szCs w:val="24"/>
        </w:rPr>
        <w:t xml:space="preserve"> </w:t>
      </w:r>
      <w:r w:rsidRPr="00E93608">
        <w:rPr>
          <w:rFonts w:ascii="Arial" w:hAnsi="Arial" w:cs="Arial"/>
          <w:sz w:val="24"/>
          <w:szCs w:val="24"/>
        </w:rPr>
        <w:t xml:space="preserve">igual a </w:t>
      </w:r>
      <w:r w:rsidR="00DD2269">
        <w:rPr>
          <w:rFonts w:ascii="Arial" w:hAnsi="Arial" w:cs="Arial"/>
          <w:sz w:val="24"/>
          <w:szCs w:val="24"/>
        </w:rPr>
        <w:t>$</w:t>
      </w:r>
      <w:r w:rsidRPr="00E93608">
        <w:rPr>
          <w:rFonts w:ascii="Arial" w:hAnsi="Arial" w:cs="Arial"/>
          <w:sz w:val="24"/>
          <w:szCs w:val="24"/>
        </w:rPr>
        <w:t>50</w:t>
      </w:r>
      <w:r w:rsidR="00DD2269">
        <w:rPr>
          <w:rFonts w:ascii="Arial" w:hAnsi="Arial" w:cs="Arial"/>
          <w:sz w:val="24"/>
          <w:szCs w:val="24"/>
        </w:rPr>
        <w:t>.00</w:t>
      </w:r>
      <w:r w:rsidRPr="00E93608">
        <w:rPr>
          <w:rFonts w:ascii="Arial" w:hAnsi="Arial" w:cs="Arial"/>
          <w:sz w:val="24"/>
          <w:szCs w:val="24"/>
        </w:rPr>
        <w:t xml:space="preserve"> pesos es la primera propuesta. Repito, que se someta a un tema de </w:t>
      </w:r>
      <w:r w:rsidR="007657EF" w:rsidRPr="00E93608">
        <w:rPr>
          <w:rFonts w:ascii="Arial" w:hAnsi="Arial" w:cs="Arial"/>
          <w:sz w:val="24"/>
          <w:szCs w:val="24"/>
        </w:rPr>
        <w:t>votación regidor</w:t>
      </w:r>
      <w:r w:rsidRPr="00E93608">
        <w:rPr>
          <w:rFonts w:ascii="Arial" w:hAnsi="Arial" w:cs="Arial"/>
          <w:sz w:val="24"/>
          <w:szCs w:val="24"/>
        </w:rPr>
        <w:t xml:space="preserve"> en el tema de si se aumenta, se queda igual o se</w:t>
      </w:r>
      <w:r w:rsidR="007657EF">
        <w:rPr>
          <w:rFonts w:ascii="Arial" w:hAnsi="Arial" w:cs="Arial"/>
          <w:sz w:val="24"/>
          <w:szCs w:val="24"/>
        </w:rPr>
        <w:t xml:space="preserve"> </w:t>
      </w:r>
      <w:r w:rsidRPr="00E93608">
        <w:rPr>
          <w:rFonts w:ascii="Arial" w:hAnsi="Arial" w:cs="Arial"/>
          <w:sz w:val="24"/>
          <w:szCs w:val="24"/>
        </w:rPr>
        <w:t>baja, ¿no? Porque la realidad, digo, la mayoría coincidimos en un tema de que no se aumente, incluso que baje, ¿no? Esa</w:t>
      </w:r>
      <w:r w:rsidR="008A0700">
        <w:rPr>
          <w:rFonts w:ascii="Arial" w:hAnsi="Arial" w:cs="Arial"/>
          <w:sz w:val="24"/>
          <w:szCs w:val="24"/>
        </w:rPr>
        <w:t xml:space="preserve"> </w:t>
      </w:r>
      <w:r w:rsidRPr="00E93608">
        <w:rPr>
          <w:rFonts w:ascii="Arial" w:hAnsi="Arial" w:cs="Arial"/>
          <w:sz w:val="24"/>
          <w:szCs w:val="24"/>
        </w:rPr>
        <w:t>es la propuesta de un servidor como integrante de la Comisión de Hacienda y pues los que estamos en el sentido de</w:t>
      </w:r>
      <w:r w:rsidR="008A0700">
        <w:rPr>
          <w:rFonts w:ascii="Arial" w:hAnsi="Arial" w:cs="Arial"/>
          <w:sz w:val="24"/>
          <w:szCs w:val="24"/>
        </w:rPr>
        <w:t xml:space="preserve"> </w:t>
      </w:r>
      <w:r w:rsidRPr="00E93608">
        <w:rPr>
          <w:rFonts w:ascii="Arial" w:hAnsi="Arial" w:cs="Arial"/>
          <w:sz w:val="24"/>
          <w:szCs w:val="24"/>
        </w:rPr>
        <w:t>votación para poder votar este punto tan importante y determinar ya una cantidad. Es cuánto. Gracias.</w:t>
      </w:r>
    </w:p>
    <w:p w14:paraId="475D165B" w14:textId="2A90CD2C" w:rsidR="00EA0C28" w:rsidRPr="00E93608" w:rsidRDefault="00E674FF"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regidor Bertín. En uso de la voz de la regidora Olga y enseguida el regidor </w:t>
      </w:r>
      <w:r w:rsidR="008A0700">
        <w:rPr>
          <w:rFonts w:ascii="Arial" w:hAnsi="Arial" w:cs="Arial"/>
          <w:sz w:val="24"/>
          <w:szCs w:val="24"/>
        </w:rPr>
        <w:t>Higini</w:t>
      </w:r>
      <w:r w:rsidRPr="00E93608">
        <w:rPr>
          <w:rFonts w:ascii="Arial" w:hAnsi="Arial" w:cs="Arial"/>
          <w:sz w:val="24"/>
          <w:szCs w:val="24"/>
        </w:rPr>
        <w:t>o.</w:t>
      </w:r>
    </w:p>
    <w:p w14:paraId="0A357E08" w14:textId="6D9440A9" w:rsidR="00EA0C28" w:rsidRPr="00E93608" w:rsidRDefault="00E674FF" w:rsidP="00E93608">
      <w:pPr>
        <w:jc w:val="both"/>
        <w:rPr>
          <w:rFonts w:ascii="Arial" w:hAnsi="Arial" w:cs="Arial"/>
          <w:sz w:val="24"/>
          <w:szCs w:val="24"/>
        </w:rPr>
      </w:pPr>
      <w:r>
        <w:rPr>
          <w:rFonts w:ascii="Arial" w:hAnsi="Arial" w:cs="Arial"/>
          <w:b/>
          <w:bCs/>
          <w:sz w:val="24"/>
          <w:szCs w:val="24"/>
        </w:rPr>
        <w:t xml:space="preserve">C. MARÍA OLGA GARCÍA AYALA. - </w:t>
      </w:r>
      <w:r w:rsidRPr="00E93608">
        <w:rPr>
          <w:rFonts w:ascii="Arial" w:hAnsi="Arial" w:cs="Arial"/>
          <w:sz w:val="24"/>
          <w:szCs w:val="24"/>
        </w:rPr>
        <w:t>Sí, muchas gracias. Miren, lo que hoy me queda claro es que le estamos apostando la salud mental, pero también me queda</w:t>
      </w:r>
      <w:r w:rsidR="008A0700">
        <w:rPr>
          <w:rFonts w:ascii="Arial" w:hAnsi="Arial" w:cs="Arial"/>
          <w:sz w:val="24"/>
          <w:szCs w:val="24"/>
        </w:rPr>
        <w:t xml:space="preserve"> </w:t>
      </w:r>
      <w:r w:rsidRPr="00E93608">
        <w:rPr>
          <w:rFonts w:ascii="Arial" w:hAnsi="Arial" w:cs="Arial"/>
          <w:sz w:val="24"/>
          <w:szCs w:val="24"/>
        </w:rPr>
        <w:t>claro que no hemos hecho nada para apoyar a que haya el recurso necesario.</w:t>
      </w:r>
      <w:r w:rsidR="008A0700">
        <w:rPr>
          <w:rFonts w:ascii="Arial" w:hAnsi="Arial" w:cs="Arial"/>
          <w:sz w:val="24"/>
          <w:szCs w:val="24"/>
        </w:rPr>
        <w:t xml:space="preserve"> </w:t>
      </w:r>
      <w:r w:rsidRPr="00E93608">
        <w:rPr>
          <w:rFonts w:ascii="Arial" w:hAnsi="Arial" w:cs="Arial"/>
          <w:sz w:val="24"/>
          <w:szCs w:val="24"/>
        </w:rPr>
        <w:t>Como regidores desde el año pasado tuvieron que habernos informado que eso estaba aconteciendo para hacer</w:t>
      </w:r>
      <w:r w:rsidR="008A0700">
        <w:rPr>
          <w:rFonts w:ascii="Arial" w:hAnsi="Arial" w:cs="Arial"/>
          <w:sz w:val="24"/>
          <w:szCs w:val="24"/>
        </w:rPr>
        <w:t xml:space="preserve"> </w:t>
      </w:r>
      <w:r w:rsidRPr="00E93608">
        <w:rPr>
          <w:rFonts w:ascii="Arial" w:hAnsi="Arial" w:cs="Arial"/>
          <w:sz w:val="24"/>
          <w:szCs w:val="24"/>
        </w:rPr>
        <w:t>equipo y ayudar, pero lo bueno que ya nos estamos enterando y aquí estamos.</w:t>
      </w:r>
      <w:r w:rsidR="008A0700">
        <w:rPr>
          <w:rFonts w:ascii="Arial" w:hAnsi="Arial" w:cs="Arial"/>
          <w:sz w:val="24"/>
          <w:szCs w:val="24"/>
        </w:rPr>
        <w:t xml:space="preserve"> </w:t>
      </w:r>
      <w:r w:rsidRPr="00E93608">
        <w:rPr>
          <w:rFonts w:ascii="Arial" w:hAnsi="Arial" w:cs="Arial"/>
          <w:sz w:val="24"/>
          <w:szCs w:val="24"/>
        </w:rPr>
        <w:t>Necesitamos ayudar cuando se trate del capítulo 1000 de revisar la este ley de egresos, que se</w:t>
      </w:r>
      <w:r w:rsidR="008A0700">
        <w:rPr>
          <w:rFonts w:ascii="Arial" w:hAnsi="Arial" w:cs="Arial"/>
          <w:sz w:val="24"/>
          <w:szCs w:val="24"/>
        </w:rPr>
        <w:t xml:space="preserve"> </w:t>
      </w:r>
      <w:r w:rsidRPr="00E93608">
        <w:rPr>
          <w:rFonts w:ascii="Arial" w:hAnsi="Arial" w:cs="Arial"/>
          <w:sz w:val="24"/>
          <w:szCs w:val="24"/>
        </w:rPr>
        <w:t>integre personal capacitado en esta área para apoyar. Y pues en eso me remití, pues estoy yo igual en mi comisión de</w:t>
      </w:r>
      <w:r w:rsidR="008A0700">
        <w:rPr>
          <w:rFonts w:ascii="Arial" w:hAnsi="Arial" w:cs="Arial"/>
          <w:sz w:val="24"/>
          <w:szCs w:val="24"/>
        </w:rPr>
        <w:t xml:space="preserve"> </w:t>
      </w:r>
      <w:r w:rsidRPr="00E93608">
        <w:rPr>
          <w:rFonts w:ascii="Arial" w:hAnsi="Arial" w:cs="Arial"/>
          <w:sz w:val="24"/>
          <w:szCs w:val="24"/>
        </w:rPr>
        <w:t>innovación, ciencia y tecnología, pues ya logré avances en lo que no se habían hecho en 7 años, pero qué barbaridad, si como regidores entre nosotros no</w:t>
      </w:r>
      <w:r w:rsidR="008A0700">
        <w:rPr>
          <w:rFonts w:ascii="Arial" w:hAnsi="Arial" w:cs="Arial"/>
          <w:sz w:val="24"/>
          <w:szCs w:val="24"/>
        </w:rPr>
        <w:t xml:space="preserve"> </w:t>
      </w:r>
      <w:r w:rsidRPr="00E93608">
        <w:rPr>
          <w:rFonts w:ascii="Arial" w:hAnsi="Arial" w:cs="Arial"/>
          <w:sz w:val="24"/>
          <w:szCs w:val="24"/>
        </w:rPr>
        <w:t>apoyamos, para qué hacen una comisión que no quieren aportarle recurso y que no quieren aportarle este personal. Eso no es correcto y qué bueno que nos</w:t>
      </w:r>
      <w:r w:rsidR="008A0700">
        <w:rPr>
          <w:rFonts w:ascii="Arial" w:hAnsi="Arial" w:cs="Arial"/>
          <w:sz w:val="24"/>
          <w:szCs w:val="24"/>
        </w:rPr>
        <w:t xml:space="preserve"> </w:t>
      </w:r>
      <w:r w:rsidRPr="00E93608">
        <w:rPr>
          <w:rFonts w:ascii="Arial" w:hAnsi="Arial" w:cs="Arial"/>
          <w:sz w:val="24"/>
          <w:szCs w:val="24"/>
        </w:rPr>
        <w:t>estamos dando cuenta y lo que yo diría es pues ayudemos como regidores. Aquí estamos dándonos cuenta cuando se haga</w:t>
      </w:r>
      <w:r>
        <w:rPr>
          <w:rFonts w:ascii="Arial" w:hAnsi="Arial" w:cs="Arial"/>
          <w:sz w:val="24"/>
          <w:szCs w:val="24"/>
        </w:rPr>
        <w:t xml:space="preserve"> </w:t>
      </w:r>
      <w:r w:rsidRPr="00E93608">
        <w:rPr>
          <w:rFonts w:ascii="Arial" w:hAnsi="Arial" w:cs="Arial"/>
          <w:sz w:val="24"/>
          <w:szCs w:val="24"/>
        </w:rPr>
        <w:t>la ley. No aprobemos si no entran esos recursos que son necesarios para Zapotlán. No aprobemos si no entran esos</w:t>
      </w:r>
      <w:r w:rsidR="008A0700">
        <w:rPr>
          <w:rFonts w:ascii="Arial" w:hAnsi="Arial" w:cs="Arial"/>
          <w:sz w:val="24"/>
          <w:szCs w:val="24"/>
        </w:rPr>
        <w:t xml:space="preserve"> </w:t>
      </w:r>
      <w:r w:rsidRPr="00E93608">
        <w:rPr>
          <w:rFonts w:ascii="Arial" w:hAnsi="Arial" w:cs="Arial"/>
          <w:sz w:val="24"/>
          <w:szCs w:val="24"/>
        </w:rPr>
        <w:t>psicólogos que se ocupan, esos psiquiatras y lo que necesitemos, porque entonces nosotros mismos estamos siendo parte del del desorden. Si no si</w:t>
      </w:r>
      <w:r w:rsidR="008A0700">
        <w:rPr>
          <w:rFonts w:ascii="Arial" w:hAnsi="Arial" w:cs="Arial"/>
          <w:sz w:val="24"/>
          <w:szCs w:val="24"/>
        </w:rPr>
        <w:t xml:space="preserve"> </w:t>
      </w:r>
      <w:r w:rsidRPr="00E93608">
        <w:rPr>
          <w:rFonts w:ascii="Arial" w:hAnsi="Arial" w:cs="Arial"/>
          <w:sz w:val="24"/>
          <w:szCs w:val="24"/>
        </w:rPr>
        <w:t>seguimos este acumulando y encimando cada año que no revisamos y aprobamos aún sin revisar y sin apoyar, pues</w:t>
      </w:r>
      <w:r w:rsidR="008A0700">
        <w:rPr>
          <w:rFonts w:ascii="Arial" w:hAnsi="Arial" w:cs="Arial"/>
          <w:sz w:val="24"/>
          <w:szCs w:val="24"/>
        </w:rPr>
        <w:t xml:space="preserve"> </w:t>
      </w:r>
      <w:r w:rsidRPr="00E93608">
        <w:rPr>
          <w:rFonts w:ascii="Arial" w:hAnsi="Arial" w:cs="Arial"/>
          <w:sz w:val="24"/>
          <w:szCs w:val="24"/>
        </w:rPr>
        <w:t xml:space="preserve">entonces después por eso se </w:t>
      </w:r>
      <w:r w:rsidRPr="00E93608">
        <w:rPr>
          <w:rFonts w:ascii="Arial" w:hAnsi="Arial" w:cs="Arial"/>
          <w:sz w:val="24"/>
          <w:szCs w:val="24"/>
        </w:rPr>
        <w:lastRenderedPageBreak/>
        <w:t>genera esta situación. Y pues también al igual que salud les pido que en innovación, ciencia y tecnología al fin haya alguien</w:t>
      </w:r>
      <w:r w:rsidR="008A0700">
        <w:rPr>
          <w:rFonts w:ascii="Arial" w:hAnsi="Arial" w:cs="Arial"/>
          <w:sz w:val="24"/>
          <w:szCs w:val="24"/>
        </w:rPr>
        <w:t xml:space="preserve"> </w:t>
      </w:r>
      <w:r w:rsidRPr="00E93608">
        <w:rPr>
          <w:rFonts w:ascii="Arial" w:hAnsi="Arial" w:cs="Arial"/>
          <w:sz w:val="24"/>
          <w:szCs w:val="24"/>
        </w:rPr>
        <w:t>quien opere los trabajos porque no existe, porque pasa lo mismo, no hay recurso, pero para otras cosas sí hay recurso. Es cuánto.</w:t>
      </w:r>
    </w:p>
    <w:p w14:paraId="7D85ABD4" w14:textId="1B01B10E" w:rsidR="00EA0C28" w:rsidRPr="00E93608" w:rsidRDefault="00E674FF" w:rsidP="00E93608">
      <w:pPr>
        <w:jc w:val="both"/>
        <w:rPr>
          <w:rFonts w:ascii="Arial" w:hAnsi="Arial" w:cs="Arial"/>
          <w:sz w:val="24"/>
          <w:szCs w:val="24"/>
        </w:rPr>
      </w:pPr>
      <w:r>
        <w:rPr>
          <w:rFonts w:ascii="Arial" w:hAnsi="Arial" w:cs="Arial"/>
          <w:b/>
          <w:bCs/>
          <w:sz w:val="24"/>
          <w:szCs w:val="24"/>
        </w:rPr>
        <w:t xml:space="preserve">C. HIGINIO DEL TORO PEREZ. - </w:t>
      </w:r>
      <w:r w:rsidRPr="00E93608">
        <w:rPr>
          <w:rFonts w:ascii="Arial" w:hAnsi="Arial" w:cs="Arial"/>
          <w:sz w:val="24"/>
          <w:szCs w:val="24"/>
        </w:rPr>
        <w:t xml:space="preserve">Gracias </w:t>
      </w:r>
      <w:r w:rsidR="008A0700">
        <w:rPr>
          <w:rFonts w:ascii="Arial" w:hAnsi="Arial" w:cs="Arial"/>
          <w:sz w:val="24"/>
          <w:szCs w:val="24"/>
        </w:rPr>
        <w:t>R</w:t>
      </w:r>
      <w:r w:rsidRPr="00E93608">
        <w:rPr>
          <w:rFonts w:ascii="Arial" w:hAnsi="Arial" w:cs="Arial"/>
          <w:sz w:val="24"/>
          <w:szCs w:val="24"/>
        </w:rPr>
        <w:t>egidor, yo voy a hacer una reflexión que nos puede servir inclusive para futuro. Ayer los que tuvieron su</w:t>
      </w:r>
      <w:r w:rsidR="008A0700">
        <w:rPr>
          <w:rFonts w:ascii="Arial" w:hAnsi="Arial" w:cs="Arial"/>
          <w:sz w:val="24"/>
          <w:szCs w:val="24"/>
        </w:rPr>
        <w:t xml:space="preserve"> </w:t>
      </w:r>
      <w:r w:rsidR="008A0700" w:rsidRPr="00E93608">
        <w:rPr>
          <w:rFonts w:ascii="Arial" w:hAnsi="Arial" w:cs="Arial"/>
          <w:sz w:val="24"/>
          <w:szCs w:val="24"/>
        </w:rPr>
        <w:t>oportunidad me</w:t>
      </w:r>
      <w:r w:rsidRPr="00E93608">
        <w:rPr>
          <w:rFonts w:ascii="Arial" w:hAnsi="Arial" w:cs="Arial"/>
          <w:sz w:val="24"/>
          <w:szCs w:val="24"/>
        </w:rPr>
        <w:t xml:space="preserve"> meto un poco a un tema que nada tiene que ver, pero de repente lo aterrizo aquí, acudimos a la presentación de un plan y un plan tiene que ver con argumentar o decir cómo se va a hacer</w:t>
      </w:r>
      <w:r w:rsidR="008A0700">
        <w:rPr>
          <w:rFonts w:ascii="Arial" w:hAnsi="Arial" w:cs="Arial"/>
          <w:sz w:val="24"/>
          <w:szCs w:val="24"/>
        </w:rPr>
        <w:t xml:space="preserve"> </w:t>
      </w:r>
      <w:r w:rsidRPr="00E93608">
        <w:rPr>
          <w:rFonts w:ascii="Arial" w:hAnsi="Arial" w:cs="Arial"/>
          <w:sz w:val="24"/>
          <w:szCs w:val="24"/>
        </w:rPr>
        <w:t xml:space="preserve">alguna situación, alguna área de las de la ciudad a 15, 10, 20 años. Eso es muy interesante planear y yo </w:t>
      </w:r>
      <w:r w:rsidR="008A0700" w:rsidRPr="00E93608">
        <w:rPr>
          <w:rFonts w:ascii="Arial" w:hAnsi="Arial" w:cs="Arial"/>
          <w:sz w:val="24"/>
          <w:szCs w:val="24"/>
        </w:rPr>
        <w:t>creo en</w:t>
      </w:r>
      <w:r w:rsidRPr="00E93608">
        <w:rPr>
          <w:rFonts w:ascii="Arial" w:hAnsi="Arial" w:cs="Arial"/>
          <w:sz w:val="24"/>
          <w:szCs w:val="24"/>
        </w:rPr>
        <w:t xml:space="preserve"> este</w:t>
      </w:r>
      <w:r w:rsidR="008A0700">
        <w:rPr>
          <w:rFonts w:ascii="Arial" w:hAnsi="Arial" w:cs="Arial"/>
          <w:sz w:val="24"/>
          <w:szCs w:val="24"/>
        </w:rPr>
        <w:t xml:space="preserve"> </w:t>
      </w:r>
      <w:r w:rsidRPr="00E93608">
        <w:rPr>
          <w:rFonts w:ascii="Arial" w:hAnsi="Arial" w:cs="Arial"/>
          <w:sz w:val="24"/>
          <w:szCs w:val="24"/>
        </w:rPr>
        <w:t>sentido lo que estamos discutiendo, ni siquiera tengo una opinión porque tan son válidos los argumentos de la doctora</w:t>
      </w:r>
      <w:r w:rsidR="008A0700">
        <w:rPr>
          <w:rFonts w:ascii="Arial" w:hAnsi="Arial" w:cs="Arial"/>
          <w:sz w:val="24"/>
          <w:szCs w:val="24"/>
        </w:rPr>
        <w:t xml:space="preserve"> </w:t>
      </w:r>
      <w:r w:rsidRPr="00E93608">
        <w:rPr>
          <w:rFonts w:ascii="Arial" w:hAnsi="Arial" w:cs="Arial"/>
          <w:sz w:val="24"/>
          <w:szCs w:val="24"/>
        </w:rPr>
        <w:t>Celeste como los de Óscar y mis otros compañeros. Hay puntos de vista de que de alguna manera el usuario pues tiene</w:t>
      </w:r>
      <w:r w:rsidR="008A0700">
        <w:rPr>
          <w:rFonts w:ascii="Arial" w:hAnsi="Arial" w:cs="Arial"/>
          <w:sz w:val="24"/>
          <w:szCs w:val="24"/>
        </w:rPr>
        <w:t xml:space="preserve"> </w:t>
      </w:r>
      <w:r w:rsidRPr="00E93608">
        <w:rPr>
          <w:rFonts w:ascii="Arial" w:hAnsi="Arial" w:cs="Arial"/>
          <w:sz w:val="24"/>
          <w:szCs w:val="24"/>
        </w:rPr>
        <w:t>que tener también la corresponsabilidad con el ayuntamiento de cubrir un poco de los servicios que le prestan. Pero tiene que ver justo con esto de la planeación.</w:t>
      </w:r>
      <w:r w:rsidR="008A0700">
        <w:rPr>
          <w:rFonts w:ascii="Arial" w:hAnsi="Arial" w:cs="Arial"/>
          <w:sz w:val="24"/>
          <w:szCs w:val="24"/>
        </w:rPr>
        <w:t xml:space="preserve"> </w:t>
      </w:r>
      <w:r w:rsidRPr="00E93608">
        <w:rPr>
          <w:rFonts w:ascii="Arial" w:hAnsi="Arial" w:cs="Arial"/>
          <w:sz w:val="24"/>
          <w:szCs w:val="24"/>
        </w:rPr>
        <w:t>Y ayúdenme a hacer una reflexión interesante. Miren, cada vez más y desde hace muchos años, porque yo ubico por lo</w:t>
      </w:r>
      <w:r w:rsidR="008A0700">
        <w:rPr>
          <w:rFonts w:ascii="Arial" w:hAnsi="Arial" w:cs="Arial"/>
          <w:sz w:val="24"/>
          <w:szCs w:val="24"/>
        </w:rPr>
        <w:t xml:space="preserve"> </w:t>
      </w:r>
      <w:r w:rsidRPr="00E93608">
        <w:rPr>
          <w:rFonts w:ascii="Arial" w:hAnsi="Arial" w:cs="Arial"/>
          <w:sz w:val="24"/>
          <w:szCs w:val="24"/>
        </w:rPr>
        <w:t>menos 20, 30 o 40, el gobierno federal ha ido abandonando a los municipios de muchas maneras y a final de cuentas que</w:t>
      </w:r>
      <w:r w:rsidR="008A0700">
        <w:rPr>
          <w:rFonts w:ascii="Arial" w:hAnsi="Arial" w:cs="Arial"/>
          <w:sz w:val="24"/>
          <w:szCs w:val="24"/>
        </w:rPr>
        <w:t xml:space="preserve"> </w:t>
      </w:r>
      <w:r w:rsidRPr="00E93608">
        <w:rPr>
          <w:rFonts w:ascii="Arial" w:hAnsi="Arial" w:cs="Arial"/>
          <w:sz w:val="24"/>
          <w:szCs w:val="24"/>
        </w:rPr>
        <w:t>le pregunten a la compañera Magali si no van y le tocan por temas de salud, por temas de educación, que estrictamente si</w:t>
      </w:r>
      <w:r w:rsidR="008A0700">
        <w:rPr>
          <w:rFonts w:ascii="Arial" w:hAnsi="Arial" w:cs="Arial"/>
          <w:sz w:val="24"/>
          <w:szCs w:val="24"/>
        </w:rPr>
        <w:t xml:space="preserve"> </w:t>
      </w:r>
      <w:r w:rsidRPr="00E93608">
        <w:rPr>
          <w:rFonts w:ascii="Arial" w:hAnsi="Arial" w:cs="Arial"/>
          <w:sz w:val="24"/>
          <w:szCs w:val="24"/>
        </w:rPr>
        <w:t>ustedes revisan el artículo 115 constitucional está ajeno a lo que nos toca hacer exclusivamente nos tocan los</w:t>
      </w:r>
      <w:r w:rsidR="008A0700">
        <w:rPr>
          <w:rFonts w:ascii="Arial" w:hAnsi="Arial" w:cs="Arial"/>
          <w:sz w:val="24"/>
          <w:szCs w:val="24"/>
        </w:rPr>
        <w:t xml:space="preserve"> </w:t>
      </w:r>
      <w:r w:rsidRPr="00E93608">
        <w:rPr>
          <w:rFonts w:ascii="Arial" w:hAnsi="Arial" w:cs="Arial"/>
          <w:sz w:val="24"/>
          <w:szCs w:val="24"/>
        </w:rPr>
        <w:t>servicios públicos municipales y vienen enlistados ahí. ¿Qué ha hecho el gobierno federal? Y no hablo de este, hablo de 20, 30, 40 años. Renunciar a la</w:t>
      </w:r>
      <w:r w:rsidR="008A0700">
        <w:rPr>
          <w:rFonts w:ascii="Arial" w:hAnsi="Arial" w:cs="Arial"/>
          <w:sz w:val="24"/>
          <w:szCs w:val="24"/>
        </w:rPr>
        <w:t xml:space="preserve"> </w:t>
      </w:r>
      <w:r w:rsidRPr="00E93608">
        <w:rPr>
          <w:rFonts w:ascii="Arial" w:hAnsi="Arial" w:cs="Arial"/>
          <w:sz w:val="24"/>
          <w:szCs w:val="24"/>
        </w:rPr>
        <w:t>obligación que tiene de prestar a todo lo que está obligado y señalado en el artículo cuarto constitucional</w:t>
      </w:r>
      <w:r>
        <w:rPr>
          <w:rFonts w:ascii="Arial" w:hAnsi="Arial" w:cs="Arial"/>
          <w:sz w:val="24"/>
          <w:szCs w:val="24"/>
        </w:rPr>
        <w:t xml:space="preserve"> </w:t>
      </w:r>
      <w:r w:rsidRPr="00E93608">
        <w:rPr>
          <w:rFonts w:ascii="Arial" w:hAnsi="Arial" w:cs="Arial"/>
          <w:sz w:val="24"/>
          <w:szCs w:val="24"/>
        </w:rPr>
        <w:t>salud, educación, que ha hecho el municipio.</w:t>
      </w:r>
      <w:r w:rsidR="008A0700">
        <w:rPr>
          <w:rFonts w:ascii="Arial" w:hAnsi="Arial" w:cs="Arial"/>
          <w:sz w:val="24"/>
          <w:szCs w:val="24"/>
        </w:rPr>
        <w:t xml:space="preserve"> </w:t>
      </w:r>
      <w:r w:rsidRPr="00E93608">
        <w:rPr>
          <w:rFonts w:ascii="Arial" w:hAnsi="Arial" w:cs="Arial"/>
          <w:sz w:val="24"/>
          <w:szCs w:val="24"/>
        </w:rPr>
        <w:t>Ah, caray, pues suena bonito, suena político, suena electoral.</w:t>
      </w:r>
      <w:r w:rsidR="008A0700">
        <w:rPr>
          <w:rFonts w:ascii="Arial" w:hAnsi="Arial" w:cs="Arial"/>
          <w:sz w:val="24"/>
          <w:szCs w:val="24"/>
        </w:rPr>
        <w:t xml:space="preserve"> </w:t>
      </w:r>
      <w:r w:rsidRPr="00E93608">
        <w:rPr>
          <w:rFonts w:ascii="Arial" w:hAnsi="Arial" w:cs="Arial"/>
          <w:sz w:val="24"/>
          <w:szCs w:val="24"/>
        </w:rPr>
        <w:t>Gobiernos en Tlajomulco, vamos a regalar mochilas y útiles escolares. Oye, eso es educación, eso le corresponde. ¿Qué</w:t>
      </w:r>
      <w:r w:rsidR="008A0700">
        <w:rPr>
          <w:rFonts w:ascii="Arial" w:hAnsi="Arial" w:cs="Arial"/>
          <w:sz w:val="24"/>
          <w:szCs w:val="24"/>
        </w:rPr>
        <w:t xml:space="preserve"> </w:t>
      </w:r>
      <w:r w:rsidRPr="00E93608">
        <w:rPr>
          <w:rFonts w:ascii="Arial" w:hAnsi="Arial" w:cs="Arial"/>
          <w:sz w:val="24"/>
          <w:szCs w:val="24"/>
        </w:rPr>
        <w:t xml:space="preserve">hacemos hoy? Todos entre vales o con un programa estatal </w:t>
      </w:r>
      <w:r w:rsidR="008A0700" w:rsidRPr="00E93608">
        <w:rPr>
          <w:rFonts w:ascii="Arial" w:hAnsi="Arial" w:cs="Arial"/>
          <w:sz w:val="24"/>
          <w:szCs w:val="24"/>
        </w:rPr>
        <w:t>andamos complementando</w:t>
      </w:r>
      <w:r w:rsidRPr="00E93608">
        <w:rPr>
          <w:rFonts w:ascii="Arial" w:hAnsi="Arial" w:cs="Arial"/>
          <w:sz w:val="24"/>
          <w:szCs w:val="24"/>
        </w:rPr>
        <w:t xml:space="preserve"> lo que es obligación de</w:t>
      </w:r>
      <w:r w:rsidR="008A0700">
        <w:rPr>
          <w:rFonts w:ascii="Arial" w:hAnsi="Arial" w:cs="Arial"/>
          <w:sz w:val="24"/>
          <w:szCs w:val="24"/>
        </w:rPr>
        <w:t xml:space="preserve"> </w:t>
      </w:r>
      <w:r w:rsidRPr="00E93608">
        <w:rPr>
          <w:rFonts w:ascii="Arial" w:hAnsi="Arial" w:cs="Arial"/>
          <w:sz w:val="24"/>
          <w:szCs w:val="24"/>
        </w:rPr>
        <w:t>la federación, la educación pública. Y lo mismo sucede en salud. Yo lo que les pediría, compañeros, es que tuviéramos a bien cuando se propuso esta propuesta de</w:t>
      </w:r>
      <w:r w:rsidR="008A0700">
        <w:rPr>
          <w:rFonts w:ascii="Arial" w:hAnsi="Arial" w:cs="Arial"/>
          <w:sz w:val="24"/>
          <w:szCs w:val="24"/>
        </w:rPr>
        <w:t xml:space="preserve"> </w:t>
      </w:r>
      <w:r w:rsidRPr="00E93608">
        <w:rPr>
          <w:rFonts w:ascii="Arial" w:hAnsi="Arial" w:cs="Arial"/>
          <w:sz w:val="24"/>
          <w:szCs w:val="24"/>
        </w:rPr>
        <w:t xml:space="preserve">una </w:t>
      </w:r>
      <w:r w:rsidR="008A0700" w:rsidRPr="00E93608">
        <w:rPr>
          <w:rFonts w:ascii="Arial" w:hAnsi="Arial" w:cs="Arial"/>
          <w:sz w:val="24"/>
          <w:szCs w:val="24"/>
        </w:rPr>
        <w:t>nueva clínica</w:t>
      </w:r>
      <w:r w:rsidRPr="00E93608">
        <w:rPr>
          <w:rFonts w:ascii="Arial" w:hAnsi="Arial" w:cs="Arial"/>
          <w:sz w:val="24"/>
          <w:szCs w:val="24"/>
        </w:rPr>
        <w:t xml:space="preserve"> de salud municipal, pues entender que muy probablemente todo esto iba a pasar.</w:t>
      </w:r>
      <w:r w:rsidR="008A0700">
        <w:rPr>
          <w:rFonts w:ascii="Arial" w:hAnsi="Arial" w:cs="Arial"/>
          <w:sz w:val="24"/>
          <w:szCs w:val="24"/>
        </w:rPr>
        <w:t xml:space="preserve"> </w:t>
      </w:r>
      <w:r w:rsidRPr="00E93608">
        <w:rPr>
          <w:rFonts w:ascii="Arial" w:hAnsi="Arial" w:cs="Arial"/>
          <w:sz w:val="24"/>
          <w:szCs w:val="24"/>
        </w:rPr>
        <w:t xml:space="preserve">El municipio es de </w:t>
      </w:r>
      <w:r w:rsidR="008A0700" w:rsidRPr="00E93608">
        <w:rPr>
          <w:rFonts w:ascii="Arial" w:hAnsi="Arial" w:cs="Arial"/>
          <w:sz w:val="24"/>
          <w:szCs w:val="24"/>
        </w:rPr>
        <w:t>las tres entidades</w:t>
      </w:r>
      <w:r w:rsidRPr="00E93608">
        <w:rPr>
          <w:rFonts w:ascii="Arial" w:hAnsi="Arial" w:cs="Arial"/>
          <w:sz w:val="24"/>
          <w:szCs w:val="24"/>
        </w:rPr>
        <w:t xml:space="preserve"> de gobierno el que menos recursos tiene, el que menos puede proveer y recaudar, exclusivamente el predial y por ahí</w:t>
      </w:r>
      <w:r>
        <w:rPr>
          <w:rFonts w:ascii="Arial" w:hAnsi="Arial" w:cs="Arial"/>
          <w:sz w:val="24"/>
          <w:szCs w:val="24"/>
        </w:rPr>
        <w:t xml:space="preserve"> </w:t>
      </w:r>
      <w:r w:rsidRPr="00E93608">
        <w:rPr>
          <w:rFonts w:ascii="Arial" w:hAnsi="Arial" w:cs="Arial"/>
          <w:sz w:val="24"/>
          <w:szCs w:val="24"/>
        </w:rPr>
        <w:t>algunos derechos, aprovechamientos y recursos propios y nada más. dependes del Estado y de la Federación</w:t>
      </w:r>
      <w:r w:rsidR="00DD2269">
        <w:rPr>
          <w:rFonts w:ascii="Arial" w:hAnsi="Arial" w:cs="Arial"/>
          <w:sz w:val="24"/>
          <w:szCs w:val="24"/>
        </w:rPr>
        <w:t xml:space="preserve"> </w:t>
      </w:r>
      <w:r w:rsidR="00000000" w:rsidRPr="00E93608">
        <w:rPr>
          <w:rFonts w:ascii="Arial" w:hAnsi="Arial" w:cs="Arial"/>
          <w:sz w:val="24"/>
          <w:szCs w:val="24"/>
        </w:rPr>
        <w:t>particularmente para poder echar a andar proyectos de este tipo. Entonces, cuando uno hace una planeación de una ciudad, debes de entender qué te toca y qué no</w:t>
      </w:r>
      <w:r>
        <w:rPr>
          <w:rFonts w:ascii="Arial" w:hAnsi="Arial" w:cs="Arial"/>
          <w:sz w:val="24"/>
          <w:szCs w:val="24"/>
        </w:rPr>
        <w:t xml:space="preserve"> </w:t>
      </w:r>
      <w:r w:rsidR="00000000" w:rsidRPr="00E93608">
        <w:rPr>
          <w:rFonts w:ascii="Arial" w:hAnsi="Arial" w:cs="Arial"/>
          <w:sz w:val="24"/>
          <w:szCs w:val="24"/>
        </w:rPr>
        <w:t>te toca. Y sí, suena bonito, así yo empecé reconociendo, suena bonito regalar mochilas útiles, como sucedió</w:t>
      </w:r>
      <w:r>
        <w:rPr>
          <w:rFonts w:ascii="Arial" w:hAnsi="Arial" w:cs="Arial"/>
          <w:sz w:val="24"/>
          <w:szCs w:val="24"/>
        </w:rPr>
        <w:t xml:space="preserve"> </w:t>
      </w:r>
      <w:r w:rsidR="00000000" w:rsidRPr="00E93608">
        <w:rPr>
          <w:rFonts w:ascii="Arial" w:hAnsi="Arial" w:cs="Arial"/>
          <w:sz w:val="24"/>
          <w:szCs w:val="24"/>
        </w:rPr>
        <w:t>hace 16 años en Tlajomulco, pero que estrictamente hablando escapan del alcance y de la obligación de un</w:t>
      </w:r>
      <w:r>
        <w:rPr>
          <w:rFonts w:ascii="Arial" w:hAnsi="Arial" w:cs="Arial"/>
          <w:sz w:val="24"/>
          <w:szCs w:val="24"/>
        </w:rPr>
        <w:t xml:space="preserve"> </w:t>
      </w:r>
      <w:r w:rsidR="00000000" w:rsidRPr="00E93608">
        <w:rPr>
          <w:rFonts w:ascii="Arial" w:hAnsi="Arial" w:cs="Arial"/>
          <w:sz w:val="24"/>
          <w:szCs w:val="24"/>
        </w:rPr>
        <w:t xml:space="preserve">municipio. Lo mismo pasa en salud. Si tú planeas una </w:t>
      </w:r>
      <w:r w:rsidR="00000000" w:rsidRPr="00E93608">
        <w:rPr>
          <w:rFonts w:ascii="Arial" w:hAnsi="Arial" w:cs="Arial"/>
          <w:sz w:val="24"/>
          <w:szCs w:val="24"/>
        </w:rPr>
        <w:lastRenderedPageBreak/>
        <w:t>ciudad que dices, "¿Qué obra le falta a la ciudad? Vamos a gastarnos una lana que tenemos." Pues a lo mejor</w:t>
      </w:r>
      <w:r>
        <w:rPr>
          <w:rFonts w:ascii="Arial" w:hAnsi="Arial" w:cs="Arial"/>
          <w:sz w:val="24"/>
          <w:szCs w:val="24"/>
        </w:rPr>
        <w:t xml:space="preserve"> </w:t>
      </w:r>
      <w:r w:rsidR="00000000" w:rsidRPr="00E93608">
        <w:rPr>
          <w:rFonts w:ascii="Arial" w:hAnsi="Arial" w:cs="Arial"/>
          <w:sz w:val="24"/>
          <w:szCs w:val="24"/>
        </w:rPr>
        <w:t>habría que repensar dos y tres veces el tema de salud porque no te toca y no va a haber dinero que te ajuste. Está colapsado el sistema salud federal. Hay</w:t>
      </w:r>
      <w:r>
        <w:rPr>
          <w:rFonts w:ascii="Arial" w:hAnsi="Arial" w:cs="Arial"/>
          <w:sz w:val="24"/>
          <w:szCs w:val="24"/>
        </w:rPr>
        <w:t xml:space="preserve"> </w:t>
      </w:r>
      <w:r w:rsidR="00000000" w:rsidRPr="00E93608">
        <w:rPr>
          <w:rFonts w:ascii="Arial" w:hAnsi="Arial" w:cs="Arial"/>
          <w:sz w:val="24"/>
          <w:szCs w:val="24"/>
        </w:rPr>
        <w:t>que voltear a ver el IMS</w:t>
      </w:r>
      <w:r>
        <w:rPr>
          <w:rFonts w:ascii="Arial" w:hAnsi="Arial" w:cs="Arial"/>
          <w:sz w:val="24"/>
          <w:szCs w:val="24"/>
        </w:rPr>
        <w:t>S</w:t>
      </w:r>
      <w:r w:rsidR="00000000" w:rsidRPr="00E93608">
        <w:rPr>
          <w:rFonts w:ascii="Arial" w:hAnsi="Arial" w:cs="Arial"/>
          <w:sz w:val="24"/>
          <w:szCs w:val="24"/>
        </w:rPr>
        <w:t>, hay que voltear a ver todo. Entonces, pues si yo asumo ya la responsabilidad, pues a le tengo que entrar. Entonces, en ese sentido es muy difícil de repente, porque yo he estado de los dos lados, yo tuve una casa de enlace en donde ofrecíamos consulta psicológica y la ofrecíamos gratuita y era increíble que tuviéramos citas a 6</w:t>
      </w:r>
      <w:r>
        <w:rPr>
          <w:rFonts w:ascii="Arial" w:hAnsi="Arial" w:cs="Arial"/>
          <w:sz w:val="24"/>
          <w:szCs w:val="24"/>
        </w:rPr>
        <w:t xml:space="preserve"> seis</w:t>
      </w:r>
      <w:r w:rsidR="00000000" w:rsidRPr="00E93608">
        <w:rPr>
          <w:rFonts w:ascii="Arial" w:hAnsi="Arial" w:cs="Arial"/>
          <w:sz w:val="24"/>
          <w:szCs w:val="24"/>
        </w:rPr>
        <w:t xml:space="preserve"> meses con dos</w:t>
      </w:r>
      <w:r>
        <w:rPr>
          <w:rFonts w:ascii="Arial" w:hAnsi="Arial" w:cs="Arial"/>
          <w:sz w:val="24"/>
          <w:szCs w:val="24"/>
        </w:rPr>
        <w:t xml:space="preserve"> </w:t>
      </w:r>
      <w:r w:rsidR="00000000" w:rsidRPr="00E93608">
        <w:rPr>
          <w:rFonts w:ascii="Arial" w:hAnsi="Arial" w:cs="Arial"/>
          <w:sz w:val="24"/>
          <w:szCs w:val="24"/>
        </w:rPr>
        <w:t>psicólogos ahí dando citas, perdón, consultas cuatro y cinco diarias y en ese sentido no hay un recurso que</w:t>
      </w:r>
      <w:r>
        <w:rPr>
          <w:rFonts w:ascii="Arial" w:hAnsi="Arial" w:cs="Arial"/>
          <w:sz w:val="24"/>
          <w:szCs w:val="24"/>
        </w:rPr>
        <w:t xml:space="preserve"> </w:t>
      </w:r>
      <w:r w:rsidR="00000000" w:rsidRPr="00E93608">
        <w:rPr>
          <w:rFonts w:ascii="Arial" w:hAnsi="Arial" w:cs="Arial"/>
          <w:sz w:val="24"/>
          <w:szCs w:val="24"/>
        </w:rPr>
        <w:t>ajuste. Tuvimos que entender también que pues ahí le andábamos haciendo también nosotros haciendo lo que no nos toca y en ese sentido pues tenemos que</w:t>
      </w:r>
      <w:r>
        <w:rPr>
          <w:rFonts w:ascii="Arial" w:hAnsi="Arial" w:cs="Arial"/>
          <w:sz w:val="24"/>
          <w:szCs w:val="24"/>
        </w:rPr>
        <w:t xml:space="preserve"> </w:t>
      </w:r>
      <w:r w:rsidR="00000000" w:rsidRPr="00E93608">
        <w:rPr>
          <w:rFonts w:ascii="Arial" w:hAnsi="Arial" w:cs="Arial"/>
          <w:sz w:val="24"/>
          <w:szCs w:val="24"/>
        </w:rPr>
        <w:t>encontrar una corresponsabilidad entre todos. Ya está ahí la clínica. Debimos de haber pensado por acá la clínica. Y les voy a dar un dato nada más. ¿Alguien</w:t>
      </w:r>
      <w:r>
        <w:rPr>
          <w:rFonts w:ascii="Arial" w:hAnsi="Arial" w:cs="Arial"/>
          <w:sz w:val="24"/>
          <w:szCs w:val="24"/>
        </w:rPr>
        <w:t xml:space="preserve"> </w:t>
      </w:r>
      <w:r w:rsidR="00000000" w:rsidRPr="00E93608">
        <w:rPr>
          <w:rFonts w:ascii="Arial" w:hAnsi="Arial" w:cs="Arial"/>
          <w:sz w:val="24"/>
          <w:szCs w:val="24"/>
        </w:rPr>
        <w:t xml:space="preserve">me ayuda? Regidor, presidente de la comisión de Hacienda de cuánto es el presupuesto del DIF Municipal. No se </w:t>
      </w:r>
      <w:r w:rsidRPr="00E93608">
        <w:rPr>
          <w:rFonts w:ascii="Arial" w:hAnsi="Arial" w:cs="Arial"/>
          <w:sz w:val="24"/>
          <w:szCs w:val="24"/>
        </w:rPr>
        <w:t>acuerda.</w:t>
      </w:r>
      <w:r w:rsidR="00000000" w:rsidRPr="00E93608">
        <w:rPr>
          <w:rFonts w:ascii="Arial" w:hAnsi="Arial" w:cs="Arial"/>
          <w:sz w:val="24"/>
          <w:szCs w:val="24"/>
        </w:rPr>
        <w:t xml:space="preserve"> </w:t>
      </w:r>
      <w:r w:rsidRPr="00E93608">
        <w:rPr>
          <w:rFonts w:ascii="Arial" w:hAnsi="Arial" w:cs="Arial"/>
          <w:sz w:val="24"/>
          <w:szCs w:val="24"/>
        </w:rPr>
        <w:t>Redondeémoslo</w:t>
      </w:r>
      <w:r w:rsidR="00000000" w:rsidRPr="00E93608">
        <w:rPr>
          <w:rFonts w:ascii="Arial" w:hAnsi="Arial" w:cs="Arial"/>
          <w:sz w:val="24"/>
          <w:szCs w:val="24"/>
        </w:rPr>
        <w:t xml:space="preserve"> en 50 millones de pesos.</w:t>
      </w:r>
      <w:r>
        <w:rPr>
          <w:rFonts w:ascii="Arial" w:hAnsi="Arial" w:cs="Arial"/>
          <w:sz w:val="24"/>
          <w:szCs w:val="24"/>
        </w:rPr>
        <w:t xml:space="preserve"> </w:t>
      </w:r>
      <w:r w:rsidR="00000000" w:rsidRPr="00E93608">
        <w:rPr>
          <w:rFonts w:ascii="Arial" w:hAnsi="Arial" w:cs="Arial"/>
          <w:sz w:val="24"/>
          <w:szCs w:val="24"/>
        </w:rPr>
        <w:t>Bueno, 40. Pues ustedes saben cuál es el porcentaje que se destina a la nómina del DIF</w:t>
      </w:r>
      <w:r>
        <w:rPr>
          <w:rFonts w:ascii="Arial" w:hAnsi="Arial" w:cs="Arial"/>
          <w:sz w:val="24"/>
          <w:szCs w:val="24"/>
        </w:rPr>
        <w:t xml:space="preserve"> </w:t>
      </w:r>
      <w:r w:rsidR="00000000" w:rsidRPr="00E93608">
        <w:rPr>
          <w:rFonts w:ascii="Arial" w:hAnsi="Arial" w:cs="Arial"/>
          <w:sz w:val="24"/>
          <w:szCs w:val="24"/>
        </w:rPr>
        <w:t>municipal, el 90 y tantos%. Entonces, vamos a pensar que son casi 33</w:t>
      </w:r>
      <w:r>
        <w:rPr>
          <w:rFonts w:ascii="Arial" w:hAnsi="Arial" w:cs="Arial"/>
          <w:sz w:val="24"/>
          <w:szCs w:val="24"/>
        </w:rPr>
        <w:t>-</w:t>
      </w:r>
      <w:r w:rsidR="00000000" w:rsidRPr="00E93608">
        <w:rPr>
          <w:rFonts w:ascii="Arial" w:hAnsi="Arial" w:cs="Arial"/>
          <w:sz w:val="24"/>
          <w:szCs w:val="24"/>
        </w:rPr>
        <w:t xml:space="preserve"> 34 millones de</w:t>
      </w:r>
      <w:r>
        <w:rPr>
          <w:rFonts w:ascii="Arial" w:hAnsi="Arial" w:cs="Arial"/>
          <w:sz w:val="24"/>
          <w:szCs w:val="24"/>
        </w:rPr>
        <w:t xml:space="preserve"> </w:t>
      </w:r>
      <w:r w:rsidR="00000000" w:rsidRPr="00E93608">
        <w:rPr>
          <w:rFonts w:ascii="Arial" w:hAnsi="Arial" w:cs="Arial"/>
          <w:sz w:val="24"/>
          <w:szCs w:val="24"/>
        </w:rPr>
        <w:t>pesos. Ya lo hice esa reflexión alguna vez y yo sé que es impensable, pero para que vean como de repente si no se planea</w:t>
      </w:r>
      <w:r>
        <w:rPr>
          <w:rFonts w:ascii="Arial" w:hAnsi="Arial" w:cs="Arial"/>
          <w:sz w:val="24"/>
          <w:szCs w:val="24"/>
        </w:rPr>
        <w:t xml:space="preserve"> </w:t>
      </w:r>
      <w:r w:rsidR="00000000" w:rsidRPr="00E93608">
        <w:rPr>
          <w:rFonts w:ascii="Arial" w:hAnsi="Arial" w:cs="Arial"/>
          <w:sz w:val="24"/>
          <w:szCs w:val="24"/>
        </w:rPr>
        <w:t>y no se es congruente, nos cuesta 33 millones de pesos tener gente, una nómina engordada aquí para hacer</w:t>
      </w:r>
      <w:r>
        <w:rPr>
          <w:rFonts w:ascii="Arial" w:hAnsi="Arial" w:cs="Arial"/>
          <w:sz w:val="24"/>
          <w:szCs w:val="24"/>
        </w:rPr>
        <w:t xml:space="preserve"> </w:t>
      </w:r>
      <w:r w:rsidR="00000000" w:rsidRPr="00E93608">
        <w:rPr>
          <w:rFonts w:ascii="Arial" w:hAnsi="Arial" w:cs="Arial"/>
          <w:sz w:val="24"/>
          <w:szCs w:val="24"/>
        </w:rPr>
        <w:t>asistencia social, ¿no? Y nos queda un cachito para la asistencia social, para este tipo de cosas. No es un contrasentido de repente tener ese tipo</w:t>
      </w:r>
      <w:r>
        <w:rPr>
          <w:rFonts w:ascii="Arial" w:hAnsi="Arial" w:cs="Arial"/>
          <w:sz w:val="24"/>
          <w:szCs w:val="24"/>
        </w:rPr>
        <w:t xml:space="preserve"> </w:t>
      </w:r>
      <w:r w:rsidR="00000000" w:rsidRPr="00E93608">
        <w:rPr>
          <w:rFonts w:ascii="Arial" w:hAnsi="Arial" w:cs="Arial"/>
          <w:sz w:val="24"/>
          <w:szCs w:val="24"/>
        </w:rPr>
        <w:t>de cosas. Digo, eso lo voy a decir al y no importa que quede grabado, por supuesto que no estoy de acuerdo, pero es más barato no tener el DIF municipal</w:t>
      </w:r>
      <w:r>
        <w:rPr>
          <w:rFonts w:ascii="Arial" w:hAnsi="Arial" w:cs="Arial"/>
          <w:sz w:val="24"/>
          <w:szCs w:val="24"/>
        </w:rPr>
        <w:t xml:space="preserve"> </w:t>
      </w:r>
      <w:r w:rsidR="00000000" w:rsidRPr="00E93608">
        <w:rPr>
          <w:rFonts w:ascii="Arial" w:hAnsi="Arial" w:cs="Arial"/>
          <w:sz w:val="24"/>
          <w:szCs w:val="24"/>
        </w:rPr>
        <w:t xml:space="preserve">y tener todo ese recurso para directamente desde </w:t>
      </w:r>
      <w:r w:rsidRPr="00E93608">
        <w:rPr>
          <w:rFonts w:ascii="Arial" w:hAnsi="Arial" w:cs="Arial"/>
          <w:sz w:val="24"/>
          <w:szCs w:val="24"/>
        </w:rPr>
        <w:t>un área</w:t>
      </w:r>
      <w:r w:rsidR="00000000" w:rsidRPr="00E93608">
        <w:rPr>
          <w:rFonts w:ascii="Arial" w:hAnsi="Arial" w:cs="Arial"/>
          <w:sz w:val="24"/>
          <w:szCs w:val="24"/>
        </w:rPr>
        <w:t xml:space="preserve"> salud municipal otra asistencia social y tienes 33 millones de pesos. A sí</w:t>
      </w:r>
      <w:r>
        <w:rPr>
          <w:rFonts w:ascii="Arial" w:hAnsi="Arial" w:cs="Arial"/>
          <w:sz w:val="24"/>
          <w:szCs w:val="24"/>
        </w:rPr>
        <w:t xml:space="preserve"> </w:t>
      </w:r>
      <w:r w:rsidR="00000000" w:rsidRPr="00E93608">
        <w:rPr>
          <w:rFonts w:ascii="Arial" w:hAnsi="Arial" w:cs="Arial"/>
          <w:sz w:val="24"/>
          <w:szCs w:val="24"/>
        </w:rPr>
        <w:t>metemos los médicos que necesitamos, metemos todo lo que se necesita. Oye, ¿quién va a hacer lo del DIF? Claro, pues falta lo que hace el DIF también.</w:t>
      </w:r>
      <w:r>
        <w:rPr>
          <w:rFonts w:ascii="Arial" w:hAnsi="Arial" w:cs="Arial"/>
          <w:sz w:val="24"/>
          <w:szCs w:val="24"/>
        </w:rPr>
        <w:t xml:space="preserve"> </w:t>
      </w:r>
      <w:r w:rsidR="00000000" w:rsidRPr="00E93608">
        <w:rPr>
          <w:rFonts w:ascii="Arial" w:hAnsi="Arial" w:cs="Arial"/>
          <w:sz w:val="24"/>
          <w:szCs w:val="24"/>
        </w:rPr>
        <w:t>Pero son del tipo de reflexiones que cuando se plantea un proyecto nuevo, cuando se plantea una estrategia de ciudad y ya van a venir a van con el</w:t>
      </w:r>
      <w:r>
        <w:rPr>
          <w:rFonts w:ascii="Arial" w:hAnsi="Arial" w:cs="Arial"/>
          <w:sz w:val="24"/>
          <w:szCs w:val="24"/>
        </w:rPr>
        <w:t xml:space="preserve"> </w:t>
      </w:r>
      <w:r w:rsidR="00000000" w:rsidRPr="00E93608">
        <w:rPr>
          <w:rFonts w:ascii="Arial" w:hAnsi="Arial" w:cs="Arial"/>
          <w:sz w:val="24"/>
          <w:szCs w:val="24"/>
        </w:rPr>
        <w:t>proyecto hídrico, pues tengamos también esa capacidad de ver a futuro y no de esa inmediatez que busca resolver con una foto el decir, pues vamos a resolver</w:t>
      </w:r>
      <w:r>
        <w:rPr>
          <w:rFonts w:ascii="Arial" w:hAnsi="Arial" w:cs="Arial"/>
          <w:sz w:val="24"/>
          <w:szCs w:val="24"/>
        </w:rPr>
        <w:t xml:space="preserve"> </w:t>
      </w:r>
      <w:r w:rsidR="00000000" w:rsidRPr="00E93608">
        <w:rPr>
          <w:rFonts w:ascii="Arial" w:hAnsi="Arial" w:cs="Arial"/>
          <w:sz w:val="24"/>
          <w:szCs w:val="24"/>
        </w:rPr>
        <w:t>los problemas de salud, educación y otros que no le corresponden al municipio. ¿Está bien o está mal? ¿Es</w:t>
      </w:r>
      <w:r>
        <w:rPr>
          <w:rFonts w:ascii="Arial" w:hAnsi="Arial" w:cs="Arial"/>
          <w:sz w:val="24"/>
          <w:szCs w:val="24"/>
        </w:rPr>
        <w:t xml:space="preserve"> </w:t>
      </w:r>
      <w:r w:rsidR="00000000" w:rsidRPr="00E93608">
        <w:rPr>
          <w:rFonts w:ascii="Arial" w:hAnsi="Arial" w:cs="Arial"/>
          <w:sz w:val="24"/>
          <w:szCs w:val="24"/>
        </w:rPr>
        <w:t xml:space="preserve">mucho o es poco, la </w:t>
      </w:r>
      <w:r w:rsidRPr="00E93608">
        <w:rPr>
          <w:rFonts w:ascii="Arial" w:hAnsi="Arial" w:cs="Arial"/>
          <w:sz w:val="24"/>
          <w:szCs w:val="24"/>
        </w:rPr>
        <w:t>verdad creo</w:t>
      </w:r>
      <w:r w:rsidR="00000000" w:rsidRPr="00E93608">
        <w:rPr>
          <w:rFonts w:ascii="Arial" w:hAnsi="Arial" w:cs="Arial"/>
          <w:sz w:val="24"/>
          <w:szCs w:val="24"/>
        </w:rPr>
        <w:t xml:space="preserve"> que les asiste a los dos la razón?</w:t>
      </w:r>
      <w:r>
        <w:rPr>
          <w:rFonts w:ascii="Arial" w:hAnsi="Arial" w:cs="Arial"/>
          <w:sz w:val="24"/>
          <w:szCs w:val="24"/>
        </w:rPr>
        <w:t xml:space="preserve"> </w:t>
      </w:r>
      <w:r w:rsidR="00000000" w:rsidRPr="00E93608">
        <w:rPr>
          <w:rFonts w:ascii="Arial" w:hAnsi="Arial" w:cs="Arial"/>
          <w:sz w:val="24"/>
          <w:szCs w:val="24"/>
        </w:rPr>
        <w:t xml:space="preserve">Yo si estuviera en el lugar de la doctora, pues también pugnaría por generar mayores recursos para </w:t>
      </w:r>
      <w:r w:rsidRPr="00E93608">
        <w:rPr>
          <w:rFonts w:ascii="Arial" w:hAnsi="Arial" w:cs="Arial"/>
          <w:sz w:val="24"/>
          <w:szCs w:val="24"/>
        </w:rPr>
        <w:t xml:space="preserve">poder </w:t>
      </w:r>
      <w:r>
        <w:rPr>
          <w:rFonts w:ascii="Arial" w:hAnsi="Arial" w:cs="Arial"/>
          <w:sz w:val="24"/>
          <w:szCs w:val="24"/>
        </w:rPr>
        <w:t>dar</w:t>
      </w:r>
      <w:r w:rsidR="00000000" w:rsidRPr="00E93608">
        <w:rPr>
          <w:rFonts w:ascii="Arial" w:hAnsi="Arial" w:cs="Arial"/>
          <w:sz w:val="24"/>
          <w:szCs w:val="24"/>
        </w:rPr>
        <w:t xml:space="preserve"> mayor número de servicios. Insisto, ya estuve de ese lado, pero también hemos estado desde el lado de los regidores en donde hemos buscado, pues</w:t>
      </w:r>
      <w:r>
        <w:rPr>
          <w:rFonts w:ascii="Arial" w:hAnsi="Arial" w:cs="Arial"/>
          <w:sz w:val="24"/>
          <w:szCs w:val="24"/>
        </w:rPr>
        <w:t xml:space="preserve"> </w:t>
      </w:r>
      <w:r w:rsidR="00000000" w:rsidRPr="00E93608">
        <w:rPr>
          <w:rFonts w:ascii="Arial" w:hAnsi="Arial" w:cs="Arial"/>
          <w:sz w:val="24"/>
          <w:szCs w:val="24"/>
        </w:rPr>
        <w:t>como siempre decimos, poner al ciudadano al centro de las decisiones, poner al ciudadano al centro de las decisiones</w:t>
      </w:r>
      <w:r>
        <w:rPr>
          <w:rFonts w:ascii="Arial" w:hAnsi="Arial" w:cs="Arial"/>
          <w:sz w:val="24"/>
          <w:szCs w:val="24"/>
        </w:rPr>
        <w:t xml:space="preserve"> </w:t>
      </w:r>
      <w:r w:rsidR="00000000" w:rsidRPr="00E93608">
        <w:rPr>
          <w:rFonts w:ascii="Arial" w:hAnsi="Arial" w:cs="Arial"/>
          <w:sz w:val="24"/>
          <w:szCs w:val="24"/>
        </w:rPr>
        <w:t>para que un ciudadano común aquí dijera cómo votaría esto. Y yo creo que la mayoría diría, pues oye, no hay lana</w:t>
      </w:r>
      <w:r>
        <w:rPr>
          <w:rFonts w:ascii="Arial" w:hAnsi="Arial" w:cs="Arial"/>
          <w:sz w:val="24"/>
          <w:szCs w:val="24"/>
        </w:rPr>
        <w:t xml:space="preserve"> </w:t>
      </w:r>
      <w:r w:rsidR="00000000" w:rsidRPr="00E93608">
        <w:rPr>
          <w:rFonts w:ascii="Arial" w:hAnsi="Arial" w:cs="Arial"/>
          <w:sz w:val="24"/>
          <w:szCs w:val="24"/>
        </w:rPr>
        <w:t xml:space="preserve">ahorita, no hay </w:t>
      </w:r>
      <w:r w:rsidRPr="00E93608">
        <w:rPr>
          <w:rFonts w:ascii="Arial" w:hAnsi="Arial" w:cs="Arial"/>
          <w:sz w:val="24"/>
          <w:szCs w:val="24"/>
        </w:rPr>
        <w:t>trabajo,</w:t>
      </w:r>
      <w:r w:rsidR="00000000" w:rsidRPr="00E93608">
        <w:rPr>
          <w:rFonts w:ascii="Arial" w:hAnsi="Arial" w:cs="Arial"/>
          <w:sz w:val="24"/>
          <w:szCs w:val="24"/>
        </w:rPr>
        <w:t xml:space="preserve"> con trabajos </w:t>
      </w:r>
      <w:r w:rsidR="00000000" w:rsidRPr="00E93608">
        <w:rPr>
          <w:rFonts w:ascii="Arial" w:hAnsi="Arial" w:cs="Arial"/>
          <w:sz w:val="24"/>
          <w:szCs w:val="24"/>
        </w:rPr>
        <w:lastRenderedPageBreak/>
        <w:t>me ajusta para esto. Y en ese sentido, yo creo que todos debemos ser responsables, no quería dejar de</w:t>
      </w:r>
      <w:r>
        <w:rPr>
          <w:rFonts w:ascii="Arial" w:hAnsi="Arial" w:cs="Arial"/>
          <w:sz w:val="24"/>
          <w:szCs w:val="24"/>
        </w:rPr>
        <w:t xml:space="preserve"> </w:t>
      </w:r>
      <w:r w:rsidR="00000000" w:rsidRPr="00E93608">
        <w:rPr>
          <w:rFonts w:ascii="Arial" w:hAnsi="Arial" w:cs="Arial"/>
          <w:sz w:val="24"/>
          <w:szCs w:val="24"/>
        </w:rPr>
        <w:t>pensarlo porque quizá muchos de aquí tengan en sus manos después la oportunidad de plantear un nuevo proyecto que lo de primero que debemos</w:t>
      </w:r>
      <w:r>
        <w:rPr>
          <w:rFonts w:ascii="Arial" w:hAnsi="Arial" w:cs="Arial"/>
          <w:sz w:val="24"/>
          <w:szCs w:val="24"/>
        </w:rPr>
        <w:t xml:space="preserve"> </w:t>
      </w:r>
      <w:r w:rsidR="00000000" w:rsidRPr="00E93608">
        <w:rPr>
          <w:rFonts w:ascii="Arial" w:hAnsi="Arial" w:cs="Arial"/>
          <w:sz w:val="24"/>
          <w:szCs w:val="24"/>
        </w:rPr>
        <w:t>de pensar es no nada más esa inmediatez de planeación al cortísimo plazo, qué nos toca hacer y si nos corresponde</w:t>
      </w:r>
      <w:r>
        <w:rPr>
          <w:rFonts w:ascii="Arial" w:hAnsi="Arial" w:cs="Arial"/>
          <w:sz w:val="24"/>
          <w:szCs w:val="24"/>
        </w:rPr>
        <w:t xml:space="preserve"> </w:t>
      </w:r>
      <w:r w:rsidR="00000000" w:rsidRPr="00E93608">
        <w:rPr>
          <w:rFonts w:ascii="Arial" w:hAnsi="Arial" w:cs="Arial"/>
          <w:sz w:val="24"/>
          <w:szCs w:val="24"/>
        </w:rPr>
        <w:t>hacerlo bien lo Ayuntamiento la Libra haciendo bien los servicios públicos municipales y ahí están en el 115</w:t>
      </w:r>
      <w:r>
        <w:rPr>
          <w:rFonts w:ascii="Arial" w:hAnsi="Arial" w:cs="Arial"/>
          <w:sz w:val="24"/>
          <w:szCs w:val="24"/>
        </w:rPr>
        <w:t xml:space="preserve"> </w:t>
      </w:r>
      <w:r w:rsidR="00000000" w:rsidRPr="00E93608">
        <w:rPr>
          <w:rFonts w:ascii="Arial" w:hAnsi="Arial" w:cs="Arial"/>
          <w:sz w:val="24"/>
          <w:szCs w:val="24"/>
        </w:rPr>
        <w:t>constitucional con todos estos pues es ya también querer jugarle a querer tener un espectro más grande de gobierno que a veces no nos toca. Es cuánto.</w:t>
      </w:r>
    </w:p>
    <w:p w14:paraId="60206FB3" w14:textId="73182AF6" w:rsidR="00EA0C28" w:rsidRPr="00E93608" w:rsidRDefault="00E674FF"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R</w:t>
      </w:r>
      <w:r w:rsidRPr="00E93608">
        <w:rPr>
          <w:rFonts w:ascii="Arial" w:hAnsi="Arial" w:cs="Arial"/>
          <w:sz w:val="24"/>
          <w:szCs w:val="24"/>
        </w:rPr>
        <w:t xml:space="preserve">egidor </w:t>
      </w:r>
      <w:r>
        <w:rPr>
          <w:rFonts w:ascii="Arial" w:hAnsi="Arial" w:cs="Arial"/>
          <w:sz w:val="24"/>
          <w:szCs w:val="24"/>
        </w:rPr>
        <w:t>Hig</w:t>
      </w:r>
      <w:r w:rsidRPr="00E93608">
        <w:rPr>
          <w:rFonts w:ascii="Arial" w:hAnsi="Arial" w:cs="Arial"/>
          <w:sz w:val="24"/>
          <w:szCs w:val="24"/>
        </w:rPr>
        <w:t>inio. Antes de ah</w:t>
      </w:r>
      <w:r w:rsidR="00DD2269">
        <w:rPr>
          <w:rFonts w:ascii="Arial" w:hAnsi="Arial" w:cs="Arial"/>
          <w:sz w:val="24"/>
          <w:szCs w:val="24"/>
        </w:rPr>
        <w:t>o</w:t>
      </w:r>
      <w:r w:rsidRPr="00E93608">
        <w:rPr>
          <w:rFonts w:ascii="Arial" w:hAnsi="Arial" w:cs="Arial"/>
          <w:sz w:val="24"/>
          <w:szCs w:val="24"/>
        </w:rPr>
        <w:t>ndar en la propuesta para las tarifas de estas consultas psicológicas tan</w:t>
      </w:r>
      <w:r>
        <w:rPr>
          <w:rFonts w:ascii="Arial" w:hAnsi="Arial" w:cs="Arial"/>
          <w:sz w:val="24"/>
          <w:szCs w:val="24"/>
        </w:rPr>
        <w:t xml:space="preserve"> d</w:t>
      </w:r>
      <w:r w:rsidRPr="00E93608">
        <w:rPr>
          <w:rFonts w:ascii="Arial" w:hAnsi="Arial" w:cs="Arial"/>
          <w:sz w:val="24"/>
          <w:szCs w:val="24"/>
        </w:rPr>
        <w:t>ebatidas en esta sesión, no más coincido con el regidor</w:t>
      </w:r>
      <w:r>
        <w:rPr>
          <w:rFonts w:ascii="Arial" w:hAnsi="Arial" w:cs="Arial"/>
          <w:sz w:val="24"/>
          <w:szCs w:val="24"/>
        </w:rPr>
        <w:t>, j</w:t>
      </w:r>
      <w:r w:rsidRPr="00E93608">
        <w:rPr>
          <w:rFonts w:ascii="Arial" w:hAnsi="Arial" w:cs="Arial"/>
          <w:sz w:val="24"/>
          <w:szCs w:val="24"/>
        </w:rPr>
        <w:t>ustamente el artículo 115 constitucional nos marcan cuáles son nuestras obligaciones como</w:t>
      </w:r>
      <w:r>
        <w:rPr>
          <w:rFonts w:ascii="Arial" w:hAnsi="Arial" w:cs="Arial"/>
          <w:sz w:val="24"/>
          <w:szCs w:val="24"/>
        </w:rPr>
        <w:t xml:space="preserve"> </w:t>
      </w:r>
      <w:r w:rsidRPr="00E93608">
        <w:rPr>
          <w:rFonts w:ascii="Arial" w:hAnsi="Arial" w:cs="Arial"/>
          <w:sz w:val="24"/>
          <w:szCs w:val="24"/>
        </w:rPr>
        <w:t>municipio y ahí no viene ni la salud ni la educación. Sin embargo, en un en una en el afán de colaborar, de coadyubar con</w:t>
      </w:r>
      <w:r>
        <w:rPr>
          <w:rFonts w:ascii="Arial" w:hAnsi="Arial" w:cs="Arial"/>
          <w:sz w:val="24"/>
          <w:szCs w:val="24"/>
        </w:rPr>
        <w:t xml:space="preserve"> </w:t>
      </w:r>
      <w:r w:rsidRPr="00E93608">
        <w:rPr>
          <w:rFonts w:ascii="Arial" w:hAnsi="Arial" w:cs="Arial"/>
          <w:sz w:val="24"/>
          <w:szCs w:val="24"/>
        </w:rPr>
        <w:t>las instancias federales y estatales, que también les corresponde, pues cada municipio ha adoptado estrategias, medida, ha adoptado</w:t>
      </w:r>
      <w:r>
        <w:rPr>
          <w:rFonts w:ascii="Arial" w:hAnsi="Arial" w:cs="Arial"/>
          <w:sz w:val="24"/>
          <w:szCs w:val="24"/>
        </w:rPr>
        <w:t xml:space="preserve"> </w:t>
      </w:r>
      <w:r w:rsidRPr="00E93608">
        <w:rPr>
          <w:rFonts w:ascii="Arial" w:hAnsi="Arial" w:cs="Arial"/>
          <w:sz w:val="24"/>
          <w:szCs w:val="24"/>
        </w:rPr>
        <w:t>programas, ha adoptado líneas de acción para abonar a la salud pública, para abonar a la educación pública. Por</w:t>
      </w:r>
      <w:r>
        <w:rPr>
          <w:rFonts w:ascii="Arial" w:hAnsi="Arial" w:cs="Arial"/>
          <w:sz w:val="24"/>
          <w:szCs w:val="24"/>
        </w:rPr>
        <w:t xml:space="preserve"> </w:t>
      </w:r>
      <w:r w:rsidRPr="00E93608">
        <w:rPr>
          <w:rFonts w:ascii="Arial" w:hAnsi="Arial" w:cs="Arial"/>
          <w:sz w:val="24"/>
          <w:szCs w:val="24"/>
        </w:rPr>
        <w:t>supuesto, aquí no me dejará mentir mis demás com</w:t>
      </w:r>
      <w:r>
        <w:rPr>
          <w:rFonts w:ascii="Arial" w:hAnsi="Arial" w:cs="Arial"/>
          <w:sz w:val="24"/>
          <w:szCs w:val="24"/>
        </w:rPr>
        <w:t>o</w:t>
      </w:r>
      <w:r w:rsidRPr="00E93608">
        <w:rPr>
          <w:rFonts w:ascii="Arial" w:hAnsi="Arial" w:cs="Arial"/>
          <w:sz w:val="24"/>
          <w:szCs w:val="24"/>
        </w:rPr>
        <w:t xml:space="preserve"> regidores que han estado aquí por más años en el gobierno, que han trabajado en otras administraciones,</w:t>
      </w:r>
      <w:r>
        <w:rPr>
          <w:rFonts w:ascii="Arial" w:hAnsi="Arial" w:cs="Arial"/>
          <w:sz w:val="24"/>
          <w:szCs w:val="24"/>
        </w:rPr>
        <w:t xml:space="preserve"> </w:t>
      </w:r>
      <w:r w:rsidRPr="00E93608">
        <w:rPr>
          <w:rFonts w:ascii="Arial" w:hAnsi="Arial" w:cs="Arial"/>
          <w:sz w:val="24"/>
          <w:szCs w:val="24"/>
        </w:rPr>
        <w:t>pues se ha colaborado con domos escolares, se ha colaborado con la Secretaría de Salud del Estado, con el IS</w:t>
      </w:r>
      <w:r>
        <w:rPr>
          <w:rFonts w:ascii="Arial" w:hAnsi="Arial" w:cs="Arial"/>
          <w:sz w:val="24"/>
          <w:szCs w:val="24"/>
        </w:rPr>
        <w:t>S</w:t>
      </w:r>
      <w:r w:rsidRPr="00E93608">
        <w:rPr>
          <w:rFonts w:ascii="Arial" w:hAnsi="Arial" w:cs="Arial"/>
          <w:sz w:val="24"/>
          <w:szCs w:val="24"/>
        </w:rPr>
        <w:t>E, Instancia Federal de Salud,</w:t>
      </w:r>
      <w:r>
        <w:rPr>
          <w:rFonts w:ascii="Arial" w:hAnsi="Arial" w:cs="Arial"/>
          <w:sz w:val="24"/>
          <w:szCs w:val="24"/>
        </w:rPr>
        <w:t xml:space="preserve"> </w:t>
      </w:r>
      <w:r w:rsidRPr="00E93608">
        <w:rPr>
          <w:rFonts w:ascii="Arial" w:hAnsi="Arial" w:cs="Arial"/>
          <w:sz w:val="24"/>
          <w:szCs w:val="24"/>
        </w:rPr>
        <w:t>justamente porque la durante muchos años en el gobierno federal y estatal se abandonó el sector salud y el sector educativo.</w:t>
      </w:r>
      <w:r>
        <w:rPr>
          <w:rFonts w:ascii="Arial" w:hAnsi="Arial" w:cs="Arial"/>
          <w:sz w:val="24"/>
          <w:szCs w:val="24"/>
        </w:rPr>
        <w:t xml:space="preserve"> </w:t>
      </w:r>
      <w:r w:rsidRPr="00E93608">
        <w:rPr>
          <w:rFonts w:ascii="Arial" w:hAnsi="Arial" w:cs="Arial"/>
          <w:sz w:val="24"/>
          <w:szCs w:val="24"/>
        </w:rPr>
        <w:t>Y bueno, los municipios, la necesidad de la gente ahí está, siempre está y se ha quedado rezagado y el municipio tiene que entrar, como usted bien dijo, de</w:t>
      </w:r>
      <w:r>
        <w:rPr>
          <w:rFonts w:ascii="Arial" w:hAnsi="Arial" w:cs="Arial"/>
          <w:sz w:val="24"/>
          <w:szCs w:val="24"/>
        </w:rPr>
        <w:t xml:space="preserve"> </w:t>
      </w:r>
      <w:r w:rsidRPr="00E93608">
        <w:rPr>
          <w:rFonts w:ascii="Arial" w:hAnsi="Arial" w:cs="Arial"/>
          <w:sz w:val="24"/>
          <w:szCs w:val="24"/>
        </w:rPr>
        <w:t>alguna forma u otra, sin la obligación de hacerlo, pero tenemos que atender la necesidad de la gente, del pueblo que lo requiere. Entonces, en este afán de</w:t>
      </w:r>
      <w:r>
        <w:rPr>
          <w:rFonts w:ascii="Arial" w:hAnsi="Arial" w:cs="Arial"/>
          <w:sz w:val="24"/>
          <w:szCs w:val="24"/>
        </w:rPr>
        <w:t xml:space="preserve"> </w:t>
      </w:r>
      <w:r w:rsidRPr="00E93608">
        <w:rPr>
          <w:rFonts w:ascii="Arial" w:hAnsi="Arial" w:cs="Arial"/>
          <w:sz w:val="24"/>
          <w:szCs w:val="24"/>
        </w:rPr>
        <w:t>poder colaborar es que se tuvo esa visión en su momento de instalar, de construir una clínica de salud integral</w:t>
      </w:r>
      <w:r>
        <w:rPr>
          <w:rFonts w:ascii="Arial" w:hAnsi="Arial" w:cs="Arial"/>
          <w:sz w:val="24"/>
          <w:szCs w:val="24"/>
        </w:rPr>
        <w:t xml:space="preserve"> </w:t>
      </w:r>
      <w:r w:rsidRPr="00E93608">
        <w:rPr>
          <w:rFonts w:ascii="Arial" w:hAnsi="Arial" w:cs="Arial"/>
          <w:sz w:val="24"/>
          <w:szCs w:val="24"/>
        </w:rPr>
        <w:t>con los servicios que aquí vienen ya enlistados y con los cobros específicos que son muy por debajo del del mercado porque supuesto esto no es un negocio,</w:t>
      </w:r>
      <w:r>
        <w:rPr>
          <w:rFonts w:ascii="Arial" w:hAnsi="Arial" w:cs="Arial"/>
          <w:sz w:val="24"/>
          <w:szCs w:val="24"/>
        </w:rPr>
        <w:t xml:space="preserve"> </w:t>
      </w:r>
      <w:r w:rsidRPr="00E93608">
        <w:rPr>
          <w:rFonts w:ascii="Arial" w:hAnsi="Arial" w:cs="Arial"/>
          <w:sz w:val="24"/>
          <w:szCs w:val="24"/>
        </w:rPr>
        <w:t>no es no estamos lucrando con la salud, al contrario, es abonar a la salud pública, al bienestar del del pueblo con</w:t>
      </w:r>
      <w:r>
        <w:rPr>
          <w:rFonts w:ascii="Arial" w:hAnsi="Arial" w:cs="Arial"/>
          <w:sz w:val="24"/>
          <w:szCs w:val="24"/>
        </w:rPr>
        <w:t xml:space="preserve"> </w:t>
      </w:r>
      <w:r w:rsidRPr="00E93608">
        <w:rPr>
          <w:rFonts w:ascii="Arial" w:hAnsi="Arial" w:cs="Arial"/>
          <w:sz w:val="24"/>
          <w:szCs w:val="24"/>
        </w:rPr>
        <w:t>tarifas mínimas que a veces ni para el material, sino La doctora no me dejará mentir ni para el material de curación o para los insumos que se requieren</w:t>
      </w:r>
      <w:r>
        <w:rPr>
          <w:rFonts w:ascii="Arial" w:hAnsi="Arial" w:cs="Arial"/>
          <w:sz w:val="24"/>
          <w:szCs w:val="24"/>
        </w:rPr>
        <w:t xml:space="preserve"> </w:t>
      </w:r>
      <w:r w:rsidRPr="00E93608">
        <w:rPr>
          <w:rFonts w:ascii="Arial" w:hAnsi="Arial" w:cs="Arial"/>
          <w:sz w:val="24"/>
          <w:szCs w:val="24"/>
        </w:rPr>
        <w:t>ajusta, pero es algo simbólico, justamente lo que atendía lo decía la doctora en esa corresponsabilidad</w:t>
      </w:r>
      <w:r>
        <w:rPr>
          <w:rFonts w:ascii="Arial" w:hAnsi="Arial" w:cs="Arial"/>
          <w:sz w:val="24"/>
          <w:szCs w:val="24"/>
        </w:rPr>
        <w:t xml:space="preserve"> </w:t>
      </w:r>
      <w:r w:rsidRPr="00E93608">
        <w:rPr>
          <w:rFonts w:ascii="Arial" w:hAnsi="Arial" w:cs="Arial"/>
          <w:sz w:val="24"/>
          <w:szCs w:val="24"/>
        </w:rPr>
        <w:t>para que la gente se sienta involucrada, se sienta este involucrada pues en  el tema de poder cooperar pues de que está recibiendo un servicio de calidad.</w:t>
      </w:r>
      <w:r>
        <w:rPr>
          <w:rFonts w:ascii="Arial" w:hAnsi="Arial" w:cs="Arial"/>
          <w:sz w:val="24"/>
          <w:szCs w:val="24"/>
        </w:rPr>
        <w:t xml:space="preserve"> </w:t>
      </w:r>
      <w:r w:rsidRPr="00E93608">
        <w:rPr>
          <w:rFonts w:ascii="Arial" w:hAnsi="Arial" w:cs="Arial"/>
          <w:sz w:val="24"/>
          <w:szCs w:val="24"/>
        </w:rPr>
        <w:t>Entonces, el tema aquí a que nos atañe la salud mental, un tema que ha cobrado una relevancia muy importante en</w:t>
      </w:r>
      <w:r>
        <w:rPr>
          <w:rFonts w:ascii="Arial" w:hAnsi="Arial" w:cs="Arial"/>
          <w:sz w:val="24"/>
          <w:szCs w:val="24"/>
        </w:rPr>
        <w:t xml:space="preserve"> </w:t>
      </w:r>
      <w:r w:rsidRPr="00E93608">
        <w:rPr>
          <w:rFonts w:ascii="Arial" w:hAnsi="Arial" w:cs="Arial"/>
          <w:sz w:val="24"/>
          <w:szCs w:val="24"/>
        </w:rPr>
        <w:t xml:space="preserve">los últimos años y que como bien mencionaba el regidor Óscar, pues que de no tenderse resulta en unas situaciones trágicas, fatales, ¿no? </w:t>
      </w:r>
      <w:r w:rsidRPr="00E93608">
        <w:rPr>
          <w:rFonts w:ascii="Arial" w:hAnsi="Arial" w:cs="Arial"/>
          <w:sz w:val="24"/>
          <w:szCs w:val="24"/>
        </w:rPr>
        <w:lastRenderedPageBreak/>
        <w:t xml:space="preserve">Entonces, aquí la propuesta sería, yo creo, ahí si voy a </w:t>
      </w:r>
      <w:r w:rsidR="00DD2269">
        <w:rPr>
          <w:rFonts w:ascii="Arial" w:hAnsi="Arial" w:cs="Arial"/>
          <w:sz w:val="24"/>
          <w:szCs w:val="24"/>
        </w:rPr>
        <w:t>discrepar</w:t>
      </w:r>
      <w:r w:rsidRPr="00E93608">
        <w:rPr>
          <w:rFonts w:ascii="Arial" w:hAnsi="Arial" w:cs="Arial"/>
          <w:sz w:val="24"/>
          <w:szCs w:val="24"/>
        </w:rPr>
        <w:t xml:space="preserve"> con el </w:t>
      </w:r>
      <w:r w:rsidR="00E125AA">
        <w:rPr>
          <w:rFonts w:ascii="Arial" w:hAnsi="Arial" w:cs="Arial"/>
          <w:sz w:val="24"/>
          <w:szCs w:val="24"/>
        </w:rPr>
        <w:t>R</w:t>
      </w:r>
      <w:r w:rsidRPr="00E93608">
        <w:rPr>
          <w:rFonts w:ascii="Arial" w:hAnsi="Arial" w:cs="Arial"/>
          <w:sz w:val="24"/>
          <w:szCs w:val="24"/>
        </w:rPr>
        <w:t>egidor Óscar, yo creo que un aumento</w:t>
      </w:r>
      <w:r>
        <w:rPr>
          <w:rFonts w:ascii="Arial" w:hAnsi="Arial" w:cs="Arial"/>
          <w:sz w:val="24"/>
          <w:szCs w:val="24"/>
        </w:rPr>
        <w:t xml:space="preserve"> </w:t>
      </w:r>
      <w:r w:rsidRPr="00E93608">
        <w:rPr>
          <w:rFonts w:ascii="Arial" w:hAnsi="Arial" w:cs="Arial"/>
          <w:sz w:val="24"/>
          <w:szCs w:val="24"/>
        </w:rPr>
        <w:t>del 5% sí está justificado por el tema inflacionario.</w:t>
      </w:r>
      <w:r>
        <w:rPr>
          <w:rFonts w:ascii="Arial" w:hAnsi="Arial" w:cs="Arial"/>
          <w:sz w:val="24"/>
          <w:szCs w:val="24"/>
        </w:rPr>
        <w:t xml:space="preserve"> </w:t>
      </w:r>
      <w:r w:rsidRPr="00E93608">
        <w:rPr>
          <w:rFonts w:ascii="Arial" w:hAnsi="Arial" w:cs="Arial"/>
          <w:sz w:val="24"/>
          <w:szCs w:val="24"/>
        </w:rPr>
        <w:t xml:space="preserve">Con un 5% de aumento de </w:t>
      </w:r>
      <w:r w:rsidR="00DD2269">
        <w:rPr>
          <w:rFonts w:ascii="Arial" w:hAnsi="Arial" w:cs="Arial"/>
          <w:sz w:val="24"/>
          <w:szCs w:val="24"/>
        </w:rPr>
        <w:t>$</w:t>
      </w:r>
      <w:r w:rsidRPr="00E93608">
        <w:rPr>
          <w:rFonts w:ascii="Arial" w:hAnsi="Arial" w:cs="Arial"/>
          <w:sz w:val="24"/>
          <w:szCs w:val="24"/>
        </w:rPr>
        <w:t>78</w:t>
      </w:r>
      <w:r w:rsidR="00DD2269">
        <w:rPr>
          <w:rFonts w:ascii="Arial" w:hAnsi="Arial" w:cs="Arial"/>
          <w:sz w:val="24"/>
          <w:szCs w:val="24"/>
        </w:rPr>
        <w:t>.00</w:t>
      </w:r>
      <w:r w:rsidRPr="00E93608">
        <w:rPr>
          <w:rFonts w:ascii="Arial" w:hAnsi="Arial" w:cs="Arial"/>
          <w:sz w:val="24"/>
          <w:szCs w:val="24"/>
        </w:rPr>
        <w:t xml:space="preserve"> pesos, quedarían </w:t>
      </w:r>
      <w:r w:rsidR="00DD2269">
        <w:rPr>
          <w:rFonts w:ascii="Arial" w:hAnsi="Arial" w:cs="Arial"/>
          <w:sz w:val="24"/>
          <w:szCs w:val="24"/>
        </w:rPr>
        <w:t>$</w:t>
      </w:r>
      <w:r w:rsidRPr="00E93608">
        <w:rPr>
          <w:rFonts w:ascii="Arial" w:hAnsi="Arial" w:cs="Arial"/>
          <w:sz w:val="24"/>
          <w:szCs w:val="24"/>
        </w:rPr>
        <w:t>82.</w:t>
      </w:r>
      <w:r w:rsidR="00DD2269">
        <w:rPr>
          <w:rFonts w:ascii="Arial" w:hAnsi="Arial" w:cs="Arial"/>
          <w:sz w:val="24"/>
          <w:szCs w:val="24"/>
        </w:rPr>
        <w:t>00</w:t>
      </w:r>
      <w:r>
        <w:rPr>
          <w:rFonts w:ascii="Arial" w:hAnsi="Arial" w:cs="Arial"/>
          <w:sz w:val="24"/>
          <w:szCs w:val="24"/>
        </w:rPr>
        <w:t xml:space="preserve"> </w:t>
      </w:r>
      <w:r w:rsidR="00DD2269">
        <w:rPr>
          <w:rFonts w:ascii="Arial" w:hAnsi="Arial" w:cs="Arial"/>
          <w:sz w:val="24"/>
          <w:szCs w:val="24"/>
        </w:rPr>
        <w:t>s</w:t>
      </w:r>
      <w:r w:rsidRPr="00E93608">
        <w:rPr>
          <w:rFonts w:ascii="Arial" w:hAnsi="Arial" w:cs="Arial"/>
          <w:sz w:val="24"/>
          <w:szCs w:val="24"/>
        </w:rPr>
        <w:t xml:space="preserve">on 2 pesos de aumento. Bueno, son 81.9, se redondea </w:t>
      </w:r>
      <w:r w:rsidR="00DD2269">
        <w:rPr>
          <w:rFonts w:ascii="Arial" w:hAnsi="Arial" w:cs="Arial"/>
          <w:sz w:val="24"/>
          <w:szCs w:val="24"/>
        </w:rPr>
        <w:t>$</w:t>
      </w:r>
      <w:r w:rsidRPr="00E93608">
        <w:rPr>
          <w:rFonts w:ascii="Arial" w:hAnsi="Arial" w:cs="Arial"/>
          <w:sz w:val="24"/>
          <w:szCs w:val="24"/>
        </w:rPr>
        <w:t>2</w:t>
      </w:r>
      <w:r w:rsidR="00DD2269">
        <w:rPr>
          <w:rFonts w:ascii="Arial" w:hAnsi="Arial" w:cs="Arial"/>
          <w:sz w:val="24"/>
          <w:szCs w:val="24"/>
        </w:rPr>
        <w:t>.00</w:t>
      </w:r>
      <w:r w:rsidRPr="00E93608">
        <w:rPr>
          <w:rFonts w:ascii="Arial" w:hAnsi="Arial" w:cs="Arial"/>
          <w:sz w:val="24"/>
          <w:szCs w:val="24"/>
        </w:rPr>
        <w:t xml:space="preserve"> pesos la consulta en</w:t>
      </w:r>
      <w:r>
        <w:rPr>
          <w:rFonts w:ascii="Arial" w:hAnsi="Arial" w:cs="Arial"/>
          <w:sz w:val="24"/>
          <w:szCs w:val="24"/>
        </w:rPr>
        <w:t xml:space="preserve"> </w:t>
      </w:r>
      <w:r w:rsidRPr="00E93608">
        <w:rPr>
          <w:rFonts w:ascii="Arial" w:hAnsi="Arial" w:cs="Arial"/>
          <w:sz w:val="24"/>
          <w:szCs w:val="24"/>
        </w:rPr>
        <w:t xml:space="preserve">pareja pudiera quedar en </w:t>
      </w:r>
      <w:r w:rsidR="00DD2269">
        <w:rPr>
          <w:rFonts w:ascii="Arial" w:hAnsi="Arial" w:cs="Arial"/>
          <w:sz w:val="24"/>
          <w:szCs w:val="24"/>
        </w:rPr>
        <w:t>$</w:t>
      </w:r>
      <w:r w:rsidRPr="00E93608">
        <w:rPr>
          <w:rFonts w:ascii="Arial" w:hAnsi="Arial" w:cs="Arial"/>
          <w:sz w:val="24"/>
          <w:szCs w:val="24"/>
        </w:rPr>
        <w:t>150</w:t>
      </w:r>
      <w:r w:rsidR="00DD2269">
        <w:rPr>
          <w:rFonts w:ascii="Arial" w:hAnsi="Arial" w:cs="Arial"/>
          <w:sz w:val="24"/>
          <w:szCs w:val="24"/>
        </w:rPr>
        <w:t>.00</w:t>
      </w:r>
      <w:r w:rsidRPr="00E93608">
        <w:rPr>
          <w:rFonts w:ascii="Arial" w:hAnsi="Arial" w:cs="Arial"/>
          <w:sz w:val="24"/>
          <w:szCs w:val="24"/>
        </w:rPr>
        <w:t xml:space="preserve"> para que no quede por encima de lo que es él lo doble pues y la familiar en </w:t>
      </w:r>
      <w:r w:rsidR="00DD2269">
        <w:rPr>
          <w:rFonts w:ascii="Arial" w:hAnsi="Arial" w:cs="Arial"/>
          <w:sz w:val="24"/>
          <w:szCs w:val="24"/>
        </w:rPr>
        <w:t>$</w:t>
      </w:r>
      <w:r w:rsidRPr="00E93608">
        <w:rPr>
          <w:rFonts w:ascii="Arial" w:hAnsi="Arial" w:cs="Arial"/>
          <w:sz w:val="24"/>
          <w:szCs w:val="24"/>
        </w:rPr>
        <w:t>300</w:t>
      </w:r>
      <w:r w:rsidR="00DD2269">
        <w:rPr>
          <w:rFonts w:ascii="Arial" w:hAnsi="Arial" w:cs="Arial"/>
          <w:sz w:val="24"/>
          <w:szCs w:val="24"/>
        </w:rPr>
        <w:t>.00</w:t>
      </w:r>
      <w:r w:rsidRPr="00E93608">
        <w:rPr>
          <w:rFonts w:ascii="Arial" w:hAnsi="Arial" w:cs="Arial"/>
          <w:sz w:val="24"/>
          <w:szCs w:val="24"/>
        </w:rPr>
        <w:t xml:space="preserve"> que es atendía pues a la naturaleza del doble en pareja, ¿no? Esas eran las</w:t>
      </w:r>
      <w:r>
        <w:rPr>
          <w:rFonts w:ascii="Arial" w:hAnsi="Arial" w:cs="Arial"/>
          <w:sz w:val="24"/>
          <w:szCs w:val="24"/>
        </w:rPr>
        <w:t xml:space="preserve"> </w:t>
      </w:r>
      <w:r w:rsidRPr="00E93608">
        <w:rPr>
          <w:rFonts w:ascii="Arial" w:hAnsi="Arial" w:cs="Arial"/>
          <w:sz w:val="24"/>
          <w:szCs w:val="24"/>
        </w:rPr>
        <w:t>tarifas propuestas aumenta un 5% en la individual como se ha venido de forma generalizada haciendo en las demás tarifas que atiende únicamente al tema inflacionario. Sí.</w:t>
      </w:r>
      <w:r>
        <w:rPr>
          <w:rFonts w:ascii="Arial" w:hAnsi="Arial" w:cs="Arial"/>
          <w:sz w:val="24"/>
          <w:szCs w:val="24"/>
        </w:rPr>
        <w:t xml:space="preserve"> </w:t>
      </w:r>
      <w:r w:rsidRPr="00E93608">
        <w:rPr>
          <w:rFonts w:ascii="Arial" w:hAnsi="Arial" w:cs="Arial"/>
          <w:sz w:val="24"/>
          <w:szCs w:val="24"/>
        </w:rPr>
        <w:t>No, si hubiera más comentarios al respecto. De no ser de no ser así, les pediría antes, no sin antes agradecer la</w:t>
      </w:r>
      <w:r>
        <w:rPr>
          <w:rFonts w:ascii="Arial" w:hAnsi="Arial" w:cs="Arial"/>
          <w:sz w:val="24"/>
          <w:szCs w:val="24"/>
        </w:rPr>
        <w:t xml:space="preserve"> </w:t>
      </w:r>
      <w:r w:rsidRPr="00E93608">
        <w:rPr>
          <w:rFonts w:ascii="Arial" w:hAnsi="Arial" w:cs="Arial"/>
          <w:sz w:val="24"/>
          <w:szCs w:val="24"/>
        </w:rPr>
        <w:t>presencia y las aportaciones muy valiosas de la doctora Mariana Celeste López Méndez. Muchas gracias, doctora, por acompañarnos en esta sesión de</w:t>
      </w:r>
      <w:r w:rsidR="00934988">
        <w:rPr>
          <w:rFonts w:ascii="Arial" w:hAnsi="Arial" w:cs="Arial"/>
          <w:sz w:val="24"/>
          <w:szCs w:val="24"/>
        </w:rPr>
        <w:t xml:space="preserve"> </w:t>
      </w:r>
      <w:r w:rsidRPr="00E93608">
        <w:rPr>
          <w:rFonts w:ascii="Arial" w:hAnsi="Arial" w:cs="Arial"/>
          <w:sz w:val="24"/>
          <w:szCs w:val="24"/>
        </w:rPr>
        <w:t>comisión y pediría a mis compañeras y compañeros de la Comisión de Hacienda si tienen a bien decretar un receso para</w:t>
      </w:r>
      <w:r w:rsidR="00934988">
        <w:rPr>
          <w:rFonts w:ascii="Arial" w:hAnsi="Arial" w:cs="Arial"/>
          <w:sz w:val="24"/>
          <w:szCs w:val="24"/>
        </w:rPr>
        <w:t xml:space="preserve"> </w:t>
      </w:r>
      <w:r w:rsidRPr="00E93608">
        <w:rPr>
          <w:rFonts w:ascii="Arial" w:hAnsi="Arial" w:cs="Arial"/>
          <w:sz w:val="24"/>
          <w:szCs w:val="24"/>
        </w:rPr>
        <w:t>reintegrar, reanudar la sesión a las 2 de la tarde con la presencia de la Dirección General de Gestión de la Ciudad. Si están por la afirmativa, los pedidos lo manifiesten levantando la mano, por favor.</w:t>
      </w:r>
      <w:r w:rsidR="00934988">
        <w:rPr>
          <w:rFonts w:ascii="Arial" w:hAnsi="Arial" w:cs="Arial"/>
          <w:sz w:val="24"/>
          <w:szCs w:val="24"/>
        </w:rPr>
        <w:t xml:space="preserve"> </w:t>
      </w:r>
      <w:r w:rsidRPr="00E93608">
        <w:rPr>
          <w:rFonts w:ascii="Arial" w:hAnsi="Arial" w:cs="Arial"/>
          <w:sz w:val="24"/>
          <w:szCs w:val="24"/>
        </w:rPr>
        <w:t>Receso.</w:t>
      </w:r>
    </w:p>
    <w:p w14:paraId="6BBBB05F" w14:textId="77777777" w:rsidR="00DD2269" w:rsidRDefault="00000000" w:rsidP="00E93608">
      <w:pPr>
        <w:jc w:val="both"/>
        <w:rPr>
          <w:rFonts w:ascii="Arial" w:hAnsi="Arial" w:cs="Arial"/>
          <w:sz w:val="24"/>
          <w:szCs w:val="24"/>
        </w:rPr>
      </w:pPr>
      <w:r w:rsidRPr="00E93608">
        <w:rPr>
          <w:rFonts w:ascii="Arial" w:hAnsi="Arial" w:cs="Arial"/>
          <w:sz w:val="24"/>
          <w:szCs w:val="24"/>
        </w:rPr>
        <w:t>Apr</w:t>
      </w:r>
      <w:r w:rsidR="00934988">
        <w:rPr>
          <w:rFonts w:ascii="Arial" w:hAnsi="Arial" w:cs="Arial"/>
          <w:sz w:val="24"/>
          <w:szCs w:val="24"/>
        </w:rPr>
        <w:t>obado po</w:t>
      </w:r>
      <w:r w:rsidRPr="00E93608">
        <w:rPr>
          <w:rFonts w:ascii="Arial" w:hAnsi="Arial" w:cs="Arial"/>
          <w:sz w:val="24"/>
          <w:szCs w:val="24"/>
        </w:rPr>
        <w:t xml:space="preserve">r </w:t>
      </w:r>
      <w:r w:rsidR="00934988">
        <w:rPr>
          <w:rFonts w:ascii="Arial" w:hAnsi="Arial" w:cs="Arial"/>
          <w:sz w:val="24"/>
          <w:szCs w:val="24"/>
        </w:rPr>
        <w:t>unanimid</w:t>
      </w:r>
      <w:r w:rsidRPr="00E93608">
        <w:rPr>
          <w:rFonts w:ascii="Arial" w:hAnsi="Arial" w:cs="Arial"/>
          <w:sz w:val="24"/>
          <w:szCs w:val="24"/>
        </w:rPr>
        <w:t xml:space="preserve">ad </w:t>
      </w:r>
      <w:r w:rsidR="00934988">
        <w:rPr>
          <w:rFonts w:ascii="Arial" w:hAnsi="Arial" w:cs="Arial"/>
          <w:sz w:val="24"/>
          <w:szCs w:val="24"/>
        </w:rPr>
        <w:t xml:space="preserve">de </w:t>
      </w:r>
      <w:r w:rsidRPr="00E93608">
        <w:rPr>
          <w:rFonts w:ascii="Arial" w:hAnsi="Arial" w:cs="Arial"/>
          <w:sz w:val="24"/>
          <w:szCs w:val="24"/>
        </w:rPr>
        <w:t xml:space="preserve">los presentes. Muchas gracias. Nos regresamos a las 2 </w:t>
      </w:r>
      <w:r w:rsidR="00934988">
        <w:rPr>
          <w:rFonts w:ascii="Arial" w:hAnsi="Arial" w:cs="Arial"/>
          <w:sz w:val="24"/>
          <w:szCs w:val="24"/>
        </w:rPr>
        <w:t xml:space="preserve">dos </w:t>
      </w:r>
      <w:r w:rsidRPr="00E93608">
        <w:rPr>
          <w:rFonts w:ascii="Arial" w:hAnsi="Arial" w:cs="Arial"/>
          <w:sz w:val="24"/>
          <w:szCs w:val="24"/>
        </w:rPr>
        <w:t>de la tarde.</w:t>
      </w:r>
      <w:r w:rsidR="00934988">
        <w:rPr>
          <w:rFonts w:ascii="Arial" w:hAnsi="Arial" w:cs="Arial"/>
          <w:sz w:val="24"/>
          <w:szCs w:val="24"/>
        </w:rPr>
        <w:t xml:space="preserve"> </w:t>
      </w:r>
    </w:p>
    <w:p w14:paraId="7AC9FC84" w14:textId="078152CB" w:rsidR="00934988" w:rsidRDefault="00000000" w:rsidP="00E93608">
      <w:pPr>
        <w:jc w:val="both"/>
        <w:rPr>
          <w:rFonts w:ascii="Arial" w:hAnsi="Arial" w:cs="Arial"/>
          <w:sz w:val="24"/>
          <w:szCs w:val="24"/>
        </w:rPr>
      </w:pPr>
      <w:r w:rsidRPr="00E93608">
        <w:rPr>
          <w:rFonts w:ascii="Arial" w:hAnsi="Arial" w:cs="Arial"/>
          <w:sz w:val="24"/>
          <w:szCs w:val="24"/>
        </w:rPr>
        <w:t>Listo. Buenas tardes, compañeras, compañeros. Siendo las 14</w:t>
      </w:r>
      <w:r w:rsidR="00934988">
        <w:rPr>
          <w:rFonts w:ascii="Arial" w:hAnsi="Arial" w:cs="Arial"/>
          <w:sz w:val="24"/>
          <w:szCs w:val="24"/>
        </w:rPr>
        <w:t xml:space="preserve"> catorce horas con 54 cincuenta y cuatro minutos</w:t>
      </w:r>
      <w:r w:rsidRPr="00E93608">
        <w:rPr>
          <w:rFonts w:ascii="Arial" w:hAnsi="Arial" w:cs="Arial"/>
          <w:sz w:val="24"/>
          <w:szCs w:val="24"/>
        </w:rPr>
        <w:t xml:space="preserve"> de este</w:t>
      </w:r>
      <w:r w:rsidR="00934988">
        <w:rPr>
          <w:rFonts w:ascii="Arial" w:hAnsi="Arial" w:cs="Arial"/>
          <w:sz w:val="24"/>
          <w:szCs w:val="24"/>
        </w:rPr>
        <w:t xml:space="preserve"> </w:t>
      </w:r>
      <w:r w:rsidRPr="00E93608">
        <w:rPr>
          <w:rFonts w:ascii="Arial" w:hAnsi="Arial" w:cs="Arial"/>
          <w:sz w:val="24"/>
          <w:szCs w:val="24"/>
        </w:rPr>
        <w:t>miércoles, martes 28</w:t>
      </w:r>
      <w:r w:rsidR="00934988">
        <w:rPr>
          <w:rFonts w:ascii="Arial" w:hAnsi="Arial" w:cs="Arial"/>
          <w:sz w:val="24"/>
          <w:szCs w:val="24"/>
        </w:rPr>
        <w:t xml:space="preserve"> veintiocho</w:t>
      </w:r>
      <w:r w:rsidRPr="00E93608">
        <w:rPr>
          <w:rFonts w:ascii="Arial" w:hAnsi="Arial" w:cs="Arial"/>
          <w:sz w:val="24"/>
          <w:szCs w:val="24"/>
        </w:rPr>
        <w:t xml:space="preserve"> de julio de 2026</w:t>
      </w:r>
      <w:r w:rsidR="00934988">
        <w:rPr>
          <w:rFonts w:ascii="Arial" w:hAnsi="Arial" w:cs="Arial"/>
          <w:sz w:val="24"/>
          <w:szCs w:val="24"/>
        </w:rPr>
        <w:t xml:space="preserve"> dos mil veintiséis,</w:t>
      </w:r>
      <w:r w:rsidRPr="00E93608">
        <w:rPr>
          <w:rFonts w:ascii="Arial" w:hAnsi="Arial" w:cs="Arial"/>
          <w:sz w:val="24"/>
          <w:szCs w:val="24"/>
        </w:rPr>
        <w:t xml:space="preserve"> reanudamos esta 15</w:t>
      </w:r>
      <w:r w:rsidR="00934988">
        <w:rPr>
          <w:rFonts w:ascii="Arial" w:hAnsi="Arial" w:cs="Arial"/>
          <w:sz w:val="24"/>
          <w:szCs w:val="24"/>
        </w:rPr>
        <w:t xml:space="preserve"> decima quinta</w:t>
      </w:r>
      <w:r w:rsidRPr="00E93608">
        <w:rPr>
          <w:rFonts w:ascii="Arial" w:hAnsi="Arial" w:cs="Arial"/>
          <w:sz w:val="24"/>
          <w:szCs w:val="24"/>
        </w:rPr>
        <w:t xml:space="preserve"> sesión ordinaria de la Comisión </w:t>
      </w:r>
      <w:proofErr w:type="gramStart"/>
      <w:r w:rsidR="00934988">
        <w:rPr>
          <w:rFonts w:ascii="Arial" w:hAnsi="Arial" w:cs="Arial"/>
          <w:sz w:val="24"/>
          <w:szCs w:val="24"/>
        </w:rPr>
        <w:t>Edilicia</w:t>
      </w:r>
      <w:proofErr w:type="gramEnd"/>
      <w:r w:rsidR="00934988">
        <w:rPr>
          <w:rFonts w:ascii="Arial" w:hAnsi="Arial" w:cs="Arial"/>
          <w:sz w:val="24"/>
          <w:szCs w:val="24"/>
        </w:rPr>
        <w:t xml:space="preserve"> Permanente </w:t>
      </w:r>
      <w:r w:rsidRPr="00E93608">
        <w:rPr>
          <w:rFonts w:ascii="Arial" w:hAnsi="Arial" w:cs="Arial"/>
          <w:sz w:val="24"/>
          <w:szCs w:val="24"/>
        </w:rPr>
        <w:t xml:space="preserve">de Hacienda Pública </w:t>
      </w:r>
      <w:r w:rsidR="00DD2269">
        <w:rPr>
          <w:rFonts w:ascii="Arial" w:hAnsi="Arial" w:cs="Arial"/>
          <w:sz w:val="24"/>
          <w:szCs w:val="24"/>
        </w:rPr>
        <w:t>y</w:t>
      </w:r>
      <w:r w:rsidRPr="00E93608">
        <w:rPr>
          <w:rFonts w:ascii="Arial" w:hAnsi="Arial" w:cs="Arial"/>
          <w:sz w:val="24"/>
          <w:szCs w:val="24"/>
        </w:rPr>
        <w:t xml:space="preserve"> P</w:t>
      </w:r>
      <w:r w:rsidR="00934988">
        <w:rPr>
          <w:rFonts w:ascii="Arial" w:hAnsi="Arial" w:cs="Arial"/>
          <w:sz w:val="24"/>
          <w:szCs w:val="24"/>
        </w:rPr>
        <w:t xml:space="preserve">atrimonio </w:t>
      </w:r>
      <w:r w:rsidRPr="00E93608">
        <w:rPr>
          <w:rFonts w:ascii="Arial" w:hAnsi="Arial" w:cs="Arial"/>
          <w:sz w:val="24"/>
          <w:szCs w:val="24"/>
        </w:rPr>
        <w:t>Municipal. No sin antes</w:t>
      </w:r>
      <w:r w:rsidR="00934988">
        <w:rPr>
          <w:rFonts w:ascii="Arial" w:hAnsi="Arial" w:cs="Arial"/>
          <w:sz w:val="24"/>
          <w:szCs w:val="24"/>
        </w:rPr>
        <w:t xml:space="preserve"> </w:t>
      </w:r>
      <w:r w:rsidRPr="00E93608">
        <w:rPr>
          <w:rFonts w:ascii="Arial" w:hAnsi="Arial" w:cs="Arial"/>
          <w:sz w:val="24"/>
          <w:szCs w:val="24"/>
        </w:rPr>
        <w:t xml:space="preserve">agradecer a </w:t>
      </w:r>
      <w:r w:rsidR="00934988" w:rsidRPr="00E93608">
        <w:rPr>
          <w:rFonts w:ascii="Arial" w:hAnsi="Arial" w:cs="Arial"/>
          <w:sz w:val="24"/>
          <w:szCs w:val="24"/>
        </w:rPr>
        <w:t>las compañeras</w:t>
      </w:r>
      <w:r w:rsidRPr="00E93608">
        <w:rPr>
          <w:rFonts w:ascii="Arial" w:hAnsi="Arial" w:cs="Arial"/>
          <w:sz w:val="24"/>
          <w:szCs w:val="24"/>
        </w:rPr>
        <w:t xml:space="preserve">, compañeros, regidores, invitados especiales y </w:t>
      </w:r>
      <w:r w:rsidR="00934988" w:rsidRPr="00E93608">
        <w:rPr>
          <w:rFonts w:ascii="Arial" w:hAnsi="Arial" w:cs="Arial"/>
          <w:sz w:val="24"/>
          <w:szCs w:val="24"/>
        </w:rPr>
        <w:t>el área técnica</w:t>
      </w:r>
      <w:r w:rsidRPr="00E93608">
        <w:rPr>
          <w:rFonts w:ascii="Arial" w:hAnsi="Arial" w:cs="Arial"/>
          <w:sz w:val="24"/>
          <w:szCs w:val="24"/>
        </w:rPr>
        <w:t xml:space="preserve">, </w:t>
      </w:r>
      <w:proofErr w:type="gramStart"/>
      <w:r w:rsidR="00934988">
        <w:rPr>
          <w:rFonts w:ascii="Arial" w:hAnsi="Arial" w:cs="Arial"/>
          <w:sz w:val="24"/>
          <w:szCs w:val="24"/>
        </w:rPr>
        <w:t>D</w:t>
      </w:r>
      <w:r w:rsidRPr="00E93608">
        <w:rPr>
          <w:rFonts w:ascii="Arial" w:hAnsi="Arial" w:cs="Arial"/>
          <w:sz w:val="24"/>
          <w:szCs w:val="24"/>
        </w:rPr>
        <w:t xml:space="preserve">irectora </w:t>
      </w:r>
      <w:r w:rsidR="00934988">
        <w:rPr>
          <w:rFonts w:ascii="Arial" w:hAnsi="Arial" w:cs="Arial"/>
          <w:sz w:val="24"/>
          <w:szCs w:val="24"/>
        </w:rPr>
        <w:t>G</w:t>
      </w:r>
      <w:r w:rsidRPr="00E93608">
        <w:rPr>
          <w:rFonts w:ascii="Arial" w:hAnsi="Arial" w:cs="Arial"/>
          <w:sz w:val="24"/>
          <w:szCs w:val="24"/>
        </w:rPr>
        <w:t>eneral</w:t>
      </w:r>
      <w:proofErr w:type="gramEnd"/>
      <w:r w:rsidRPr="00E93608">
        <w:rPr>
          <w:rFonts w:ascii="Arial" w:hAnsi="Arial" w:cs="Arial"/>
          <w:sz w:val="24"/>
          <w:szCs w:val="24"/>
        </w:rPr>
        <w:t xml:space="preserve"> de </w:t>
      </w:r>
      <w:r w:rsidR="00934988">
        <w:rPr>
          <w:rFonts w:ascii="Arial" w:hAnsi="Arial" w:cs="Arial"/>
          <w:sz w:val="24"/>
          <w:szCs w:val="24"/>
        </w:rPr>
        <w:t>G</w:t>
      </w:r>
      <w:r w:rsidRPr="00E93608">
        <w:rPr>
          <w:rFonts w:ascii="Arial" w:hAnsi="Arial" w:cs="Arial"/>
          <w:sz w:val="24"/>
          <w:szCs w:val="24"/>
        </w:rPr>
        <w:t xml:space="preserve">estión de la ciudad, </w:t>
      </w:r>
      <w:r w:rsidR="00934988" w:rsidRPr="00E93608">
        <w:rPr>
          <w:rFonts w:ascii="Arial" w:hAnsi="Arial" w:cs="Arial"/>
          <w:sz w:val="24"/>
          <w:szCs w:val="24"/>
        </w:rPr>
        <w:t>Mi</w:t>
      </w:r>
      <w:r w:rsidR="00934988">
        <w:rPr>
          <w:rFonts w:ascii="Arial" w:hAnsi="Arial" w:cs="Arial"/>
          <w:sz w:val="24"/>
          <w:szCs w:val="24"/>
        </w:rPr>
        <w:t xml:space="preserve">riám </w:t>
      </w:r>
      <w:r w:rsidR="00934988" w:rsidRPr="00E93608">
        <w:rPr>
          <w:rFonts w:ascii="Arial" w:hAnsi="Arial" w:cs="Arial"/>
          <w:sz w:val="24"/>
          <w:szCs w:val="24"/>
        </w:rPr>
        <w:t>Salomé</w:t>
      </w:r>
      <w:r w:rsidR="00934988">
        <w:rPr>
          <w:rFonts w:ascii="Arial" w:hAnsi="Arial" w:cs="Arial"/>
          <w:sz w:val="24"/>
          <w:szCs w:val="24"/>
        </w:rPr>
        <w:t xml:space="preserve"> </w:t>
      </w:r>
      <w:r w:rsidRPr="00E93608">
        <w:rPr>
          <w:rFonts w:ascii="Arial" w:hAnsi="Arial" w:cs="Arial"/>
          <w:sz w:val="24"/>
          <w:szCs w:val="24"/>
        </w:rPr>
        <w:t>Torres</w:t>
      </w:r>
      <w:r w:rsidR="00934988">
        <w:rPr>
          <w:rFonts w:ascii="Arial" w:hAnsi="Arial" w:cs="Arial"/>
          <w:sz w:val="24"/>
          <w:szCs w:val="24"/>
        </w:rPr>
        <w:t xml:space="preserve"> Lares</w:t>
      </w:r>
      <w:r w:rsidRPr="00E93608">
        <w:rPr>
          <w:rFonts w:ascii="Arial" w:hAnsi="Arial" w:cs="Arial"/>
          <w:sz w:val="24"/>
          <w:szCs w:val="24"/>
        </w:rPr>
        <w:t xml:space="preserve">, </w:t>
      </w:r>
      <w:r w:rsidR="00934988">
        <w:rPr>
          <w:rFonts w:ascii="Arial" w:hAnsi="Arial" w:cs="Arial"/>
          <w:sz w:val="24"/>
          <w:szCs w:val="24"/>
        </w:rPr>
        <w:t>L</w:t>
      </w:r>
      <w:r w:rsidRPr="00E93608">
        <w:rPr>
          <w:rFonts w:ascii="Arial" w:hAnsi="Arial" w:cs="Arial"/>
          <w:sz w:val="24"/>
          <w:szCs w:val="24"/>
        </w:rPr>
        <w:t xml:space="preserve">icenciado </w:t>
      </w:r>
      <w:r w:rsidR="00934988">
        <w:rPr>
          <w:rFonts w:ascii="Arial" w:hAnsi="Arial" w:cs="Arial"/>
          <w:sz w:val="24"/>
          <w:szCs w:val="24"/>
        </w:rPr>
        <w:t>M</w:t>
      </w:r>
      <w:r w:rsidRPr="00E93608">
        <w:rPr>
          <w:rFonts w:ascii="Arial" w:hAnsi="Arial" w:cs="Arial"/>
          <w:sz w:val="24"/>
          <w:szCs w:val="24"/>
        </w:rPr>
        <w:t xml:space="preserve">aestro Javier Medina de Medio Ambiente y </w:t>
      </w:r>
      <w:r w:rsidR="00934988">
        <w:rPr>
          <w:rFonts w:ascii="Arial" w:hAnsi="Arial" w:cs="Arial"/>
          <w:sz w:val="24"/>
          <w:szCs w:val="24"/>
        </w:rPr>
        <w:t>D</w:t>
      </w:r>
      <w:r w:rsidRPr="00E93608">
        <w:rPr>
          <w:rFonts w:ascii="Arial" w:hAnsi="Arial" w:cs="Arial"/>
          <w:sz w:val="24"/>
          <w:szCs w:val="24"/>
        </w:rPr>
        <w:t xml:space="preserve">esarrollo </w:t>
      </w:r>
      <w:r w:rsidR="00934988">
        <w:rPr>
          <w:rFonts w:ascii="Arial" w:hAnsi="Arial" w:cs="Arial"/>
          <w:sz w:val="24"/>
          <w:szCs w:val="24"/>
        </w:rPr>
        <w:t>S</w:t>
      </w:r>
      <w:r w:rsidRPr="00E93608">
        <w:rPr>
          <w:rFonts w:ascii="Arial" w:hAnsi="Arial" w:cs="Arial"/>
          <w:sz w:val="24"/>
          <w:szCs w:val="24"/>
        </w:rPr>
        <w:t>ustentable, muchas gracias. Arquitecto Miguel Ángel Barrag</w:t>
      </w:r>
      <w:r w:rsidR="00DD2269">
        <w:rPr>
          <w:rFonts w:ascii="Arial" w:hAnsi="Arial" w:cs="Arial"/>
          <w:sz w:val="24"/>
          <w:szCs w:val="24"/>
        </w:rPr>
        <w:t>an</w:t>
      </w:r>
      <w:r w:rsidRPr="00E93608">
        <w:rPr>
          <w:rFonts w:ascii="Arial" w:hAnsi="Arial" w:cs="Arial"/>
          <w:sz w:val="24"/>
          <w:szCs w:val="24"/>
        </w:rPr>
        <w:t xml:space="preserve">, </w:t>
      </w:r>
      <w:proofErr w:type="gramStart"/>
      <w:r w:rsidR="00934988">
        <w:rPr>
          <w:rFonts w:ascii="Arial" w:hAnsi="Arial" w:cs="Arial"/>
          <w:sz w:val="24"/>
          <w:szCs w:val="24"/>
        </w:rPr>
        <w:t>D</w:t>
      </w:r>
      <w:r w:rsidRPr="00E93608">
        <w:rPr>
          <w:rFonts w:ascii="Arial" w:hAnsi="Arial" w:cs="Arial"/>
          <w:sz w:val="24"/>
          <w:szCs w:val="24"/>
        </w:rPr>
        <w:t>irector</w:t>
      </w:r>
      <w:proofErr w:type="gramEnd"/>
      <w:r w:rsidRPr="00E93608">
        <w:rPr>
          <w:rFonts w:ascii="Arial" w:hAnsi="Arial" w:cs="Arial"/>
          <w:sz w:val="24"/>
          <w:szCs w:val="24"/>
        </w:rPr>
        <w:t xml:space="preserve"> de </w:t>
      </w:r>
      <w:r w:rsidR="00934988">
        <w:rPr>
          <w:rFonts w:ascii="Arial" w:hAnsi="Arial" w:cs="Arial"/>
          <w:sz w:val="24"/>
          <w:szCs w:val="24"/>
        </w:rPr>
        <w:t>O</w:t>
      </w:r>
      <w:r w:rsidRPr="00E93608">
        <w:rPr>
          <w:rFonts w:ascii="Arial" w:hAnsi="Arial" w:cs="Arial"/>
          <w:sz w:val="24"/>
          <w:szCs w:val="24"/>
        </w:rPr>
        <w:t>bras</w:t>
      </w:r>
      <w:r w:rsidR="00934988">
        <w:rPr>
          <w:rFonts w:ascii="Arial" w:hAnsi="Arial" w:cs="Arial"/>
          <w:sz w:val="24"/>
          <w:szCs w:val="24"/>
        </w:rPr>
        <w:t xml:space="preserve"> P</w:t>
      </w:r>
      <w:r w:rsidRPr="00E93608">
        <w:rPr>
          <w:rFonts w:ascii="Arial" w:hAnsi="Arial" w:cs="Arial"/>
          <w:sz w:val="24"/>
          <w:szCs w:val="24"/>
        </w:rPr>
        <w:t xml:space="preserve">úblicas y el </w:t>
      </w:r>
      <w:r w:rsidR="00934988">
        <w:rPr>
          <w:rFonts w:ascii="Arial" w:hAnsi="Arial" w:cs="Arial"/>
          <w:sz w:val="24"/>
          <w:szCs w:val="24"/>
        </w:rPr>
        <w:t>A</w:t>
      </w:r>
      <w:r w:rsidRPr="00E93608">
        <w:rPr>
          <w:rFonts w:ascii="Arial" w:hAnsi="Arial" w:cs="Arial"/>
          <w:sz w:val="24"/>
          <w:szCs w:val="24"/>
        </w:rPr>
        <w:t>rquitecto Braulio Mauricio Andrade González de Ordenamiento Territorial. Muchas gracias también por acompañarnos y la tesorería</w:t>
      </w:r>
      <w:r w:rsidR="00934988">
        <w:rPr>
          <w:rFonts w:ascii="Arial" w:hAnsi="Arial" w:cs="Arial"/>
          <w:sz w:val="24"/>
          <w:szCs w:val="24"/>
        </w:rPr>
        <w:t xml:space="preserve"> </w:t>
      </w:r>
      <w:r w:rsidRPr="00E93608">
        <w:rPr>
          <w:rFonts w:ascii="Arial" w:hAnsi="Arial" w:cs="Arial"/>
          <w:sz w:val="24"/>
          <w:szCs w:val="24"/>
        </w:rPr>
        <w:t>municipal como siempre aquí acompañándonos en esta sesión.</w:t>
      </w:r>
      <w:r w:rsidR="00934988">
        <w:rPr>
          <w:rFonts w:ascii="Arial" w:hAnsi="Arial" w:cs="Arial"/>
          <w:sz w:val="24"/>
          <w:szCs w:val="24"/>
        </w:rPr>
        <w:t xml:space="preserve"> </w:t>
      </w:r>
      <w:r w:rsidRPr="00E93608">
        <w:rPr>
          <w:rFonts w:ascii="Arial" w:hAnsi="Arial" w:cs="Arial"/>
          <w:sz w:val="24"/>
          <w:szCs w:val="24"/>
        </w:rPr>
        <w:t>Vamos a continuar ya en el último estrecho de este análisis longevo de la ley de ingresos 2027</w:t>
      </w:r>
      <w:r w:rsidR="00934988">
        <w:rPr>
          <w:rFonts w:ascii="Arial" w:hAnsi="Arial" w:cs="Arial"/>
          <w:sz w:val="24"/>
          <w:szCs w:val="24"/>
        </w:rPr>
        <w:t xml:space="preserve"> dos mil veintisiete</w:t>
      </w:r>
      <w:r w:rsidRPr="00E93608">
        <w:rPr>
          <w:rFonts w:ascii="Arial" w:hAnsi="Arial" w:cs="Arial"/>
          <w:sz w:val="24"/>
          <w:szCs w:val="24"/>
        </w:rPr>
        <w:t>. Vamos a continuar</w:t>
      </w:r>
      <w:r w:rsidR="00934988">
        <w:rPr>
          <w:rFonts w:ascii="Arial" w:hAnsi="Arial" w:cs="Arial"/>
          <w:sz w:val="24"/>
          <w:szCs w:val="24"/>
        </w:rPr>
        <w:t xml:space="preserve"> </w:t>
      </w:r>
      <w:r w:rsidRPr="00E93608">
        <w:rPr>
          <w:rFonts w:ascii="Arial" w:hAnsi="Arial" w:cs="Arial"/>
          <w:sz w:val="24"/>
          <w:szCs w:val="24"/>
        </w:rPr>
        <w:t>con la Dirección de Medio Ambiente y Desarrollo Sustentable en el artículo 20 que dice, "Las personas físicas o jurídicas requieren</w:t>
      </w:r>
      <w:r w:rsidR="00934988">
        <w:rPr>
          <w:rFonts w:ascii="Arial" w:hAnsi="Arial" w:cs="Arial"/>
          <w:sz w:val="24"/>
          <w:szCs w:val="24"/>
        </w:rPr>
        <w:t xml:space="preserve"> </w:t>
      </w:r>
      <w:r w:rsidRPr="00E93608">
        <w:rPr>
          <w:rFonts w:ascii="Arial" w:hAnsi="Arial" w:cs="Arial"/>
          <w:sz w:val="24"/>
          <w:szCs w:val="24"/>
        </w:rPr>
        <w:t xml:space="preserve">de los servicios de la Dirección de Medio Ambiente y </w:t>
      </w:r>
      <w:r w:rsidR="00934988">
        <w:rPr>
          <w:rFonts w:ascii="Arial" w:hAnsi="Arial" w:cs="Arial"/>
          <w:sz w:val="24"/>
          <w:szCs w:val="24"/>
        </w:rPr>
        <w:t>D</w:t>
      </w:r>
      <w:r w:rsidRPr="00E93608">
        <w:rPr>
          <w:rFonts w:ascii="Arial" w:hAnsi="Arial" w:cs="Arial"/>
          <w:sz w:val="24"/>
          <w:szCs w:val="24"/>
        </w:rPr>
        <w:t xml:space="preserve">esarrollo </w:t>
      </w:r>
      <w:r w:rsidR="00934988">
        <w:rPr>
          <w:rFonts w:ascii="Arial" w:hAnsi="Arial" w:cs="Arial"/>
          <w:sz w:val="24"/>
          <w:szCs w:val="24"/>
        </w:rPr>
        <w:t>S</w:t>
      </w:r>
      <w:r w:rsidRPr="00E93608">
        <w:rPr>
          <w:rFonts w:ascii="Arial" w:hAnsi="Arial" w:cs="Arial"/>
          <w:sz w:val="24"/>
          <w:szCs w:val="24"/>
        </w:rPr>
        <w:t xml:space="preserve">ustentable cubrirán previamente las siguientes tarifas, </w:t>
      </w:r>
      <w:r w:rsidR="00934988" w:rsidRPr="00E93608">
        <w:rPr>
          <w:rFonts w:ascii="Arial" w:hAnsi="Arial" w:cs="Arial"/>
          <w:sz w:val="24"/>
          <w:szCs w:val="24"/>
        </w:rPr>
        <w:t>que,</w:t>
      </w:r>
      <w:r w:rsidRPr="00E93608">
        <w:rPr>
          <w:rFonts w:ascii="Arial" w:hAnsi="Arial" w:cs="Arial"/>
          <w:sz w:val="24"/>
          <w:szCs w:val="24"/>
        </w:rPr>
        <w:t xml:space="preserve"> de </w:t>
      </w:r>
      <w:r w:rsidR="00E125AA" w:rsidRPr="00E93608">
        <w:rPr>
          <w:rFonts w:ascii="Arial" w:hAnsi="Arial" w:cs="Arial"/>
          <w:sz w:val="24"/>
          <w:szCs w:val="24"/>
        </w:rPr>
        <w:t>hecho,</w:t>
      </w:r>
      <w:r w:rsidRPr="00E93608">
        <w:rPr>
          <w:rFonts w:ascii="Arial" w:hAnsi="Arial" w:cs="Arial"/>
          <w:sz w:val="24"/>
          <w:szCs w:val="24"/>
        </w:rPr>
        <w:t xml:space="preserve"> estas tarifas, como se bien</w:t>
      </w:r>
      <w:r w:rsidR="00934988">
        <w:rPr>
          <w:rFonts w:ascii="Arial" w:hAnsi="Arial" w:cs="Arial"/>
          <w:sz w:val="24"/>
          <w:szCs w:val="24"/>
        </w:rPr>
        <w:t xml:space="preserve"> </w:t>
      </w:r>
      <w:r w:rsidRPr="00E93608">
        <w:rPr>
          <w:rFonts w:ascii="Arial" w:hAnsi="Arial" w:cs="Arial"/>
          <w:sz w:val="24"/>
          <w:szCs w:val="24"/>
        </w:rPr>
        <w:t>se muestran aquí en el archivo que se les compartió previamente, no sufre modificación alguna. Todos están con el mismo costo a excepción, ¿no? Ese también no.</w:t>
      </w:r>
      <w:r w:rsidR="00934988">
        <w:rPr>
          <w:rFonts w:ascii="Arial" w:hAnsi="Arial" w:cs="Arial"/>
          <w:sz w:val="24"/>
          <w:szCs w:val="24"/>
        </w:rPr>
        <w:t xml:space="preserve"> </w:t>
      </w:r>
      <w:r w:rsidRPr="00E93608">
        <w:rPr>
          <w:rFonts w:ascii="Arial" w:hAnsi="Arial" w:cs="Arial"/>
          <w:sz w:val="24"/>
          <w:szCs w:val="24"/>
        </w:rPr>
        <w:t>Aquí no más se ajustó un poco la redacción.</w:t>
      </w:r>
      <w:r w:rsidR="00934988">
        <w:rPr>
          <w:rFonts w:ascii="Arial" w:hAnsi="Arial" w:cs="Arial"/>
          <w:sz w:val="24"/>
          <w:szCs w:val="24"/>
        </w:rPr>
        <w:t xml:space="preserve"> </w:t>
      </w:r>
      <w:r w:rsidRPr="00E93608">
        <w:rPr>
          <w:rFonts w:ascii="Arial" w:hAnsi="Arial" w:cs="Arial"/>
          <w:sz w:val="24"/>
          <w:szCs w:val="24"/>
        </w:rPr>
        <w:t xml:space="preserve">El único que se está aumentando en un 50% más o menos. </w:t>
      </w:r>
      <w:r w:rsidRPr="00E93608">
        <w:rPr>
          <w:rFonts w:ascii="Arial" w:hAnsi="Arial" w:cs="Arial"/>
          <w:sz w:val="24"/>
          <w:szCs w:val="24"/>
        </w:rPr>
        <w:lastRenderedPageBreak/>
        <w:t>Establecimientos</w:t>
      </w:r>
      <w:r w:rsidR="00934988">
        <w:rPr>
          <w:rFonts w:ascii="Arial" w:hAnsi="Arial" w:cs="Arial"/>
          <w:sz w:val="24"/>
          <w:szCs w:val="24"/>
        </w:rPr>
        <w:t xml:space="preserve"> </w:t>
      </w:r>
      <w:r w:rsidRPr="00E93608">
        <w:rPr>
          <w:rFonts w:ascii="Arial" w:hAnsi="Arial" w:cs="Arial"/>
          <w:sz w:val="24"/>
          <w:szCs w:val="24"/>
        </w:rPr>
        <w:t>industriales en los que se realicen procesos de transformación de materia prima como lo pueden ser metalúrgicas, fábricas y demás afines y que en sus procesos de producción generan recintos</w:t>
      </w:r>
      <w:r w:rsidR="00934988">
        <w:rPr>
          <w:rFonts w:ascii="Arial" w:hAnsi="Arial" w:cs="Arial"/>
          <w:sz w:val="24"/>
          <w:szCs w:val="24"/>
        </w:rPr>
        <w:t xml:space="preserve"> </w:t>
      </w:r>
      <w:r w:rsidRPr="00E93608">
        <w:rPr>
          <w:rFonts w:ascii="Arial" w:hAnsi="Arial" w:cs="Arial"/>
          <w:sz w:val="24"/>
          <w:szCs w:val="24"/>
        </w:rPr>
        <w:t>peligrosos o de manejo especial</w:t>
      </w:r>
      <w:r w:rsidR="00934988">
        <w:rPr>
          <w:rFonts w:ascii="Arial" w:hAnsi="Arial" w:cs="Arial"/>
          <w:sz w:val="24"/>
          <w:szCs w:val="24"/>
        </w:rPr>
        <w:t xml:space="preserve"> $</w:t>
      </w:r>
      <w:r w:rsidRPr="00E93608">
        <w:rPr>
          <w:rFonts w:ascii="Arial" w:hAnsi="Arial" w:cs="Arial"/>
          <w:sz w:val="24"/>
          <w:szCs w:val="24"/>
        </w:rPr>
        <w:t>1</w:t>
      </w:r>
      <w:r w:rsidR="00934988">
        <w:rPr>
          <w:rFonts w:ascii="Arial" w:hAnsi="Arial" w:cs="Arial"/>
          <w:sz w:val="24"/>
          <w:szCs w:val="24"/>
        </w:rPr>
        <w:t>,</w:t>
      </w:r>
      <w:r w:rsidRPr="00E93608">
        <w:rPr>
          <w:rFonts w:ascii="Arial" w:hAnsi="Arial" w:cs="Arial"/>
          <w:sz w:val="24"/>
          <w:szCs w:val="24"/>
        </w:rPr>
        <w:t>250</w:t>
      </w:r>
      <w:r w:rsidR="00A74614">
        <w:rPr>
          <w:rFonts w:ascii="Arial" w:hAnsi="Arial" w:cs="Arial"/>
          <w:sz w:val="24"/>
          <w:szCs w:val="24"/>
        </w:rPr>
        <w:t>.00</w:t>
      </w:r>
      <w:r w:rsidRPr="00E93608">
        <w:rPr>
          <w:rFonts w:ascii="Arial" w:hAnsi="Arial" w:cs="Arial"/>
          <w:sz w:val="24"/>
          <w:szCs w:val="24"/>
        </w:rPr>
        <w:t xml:space="preserve"> pesos. Actualmente está en </w:t>
      </w:r>
      <w:r w:rsidR="00934988">
        <w:rPr>
          <w:rFonts w:ascii="Arial" w:hAnsi="Arial" w:cs="Arial"/>
          <w:sz w:val="24"/>
          <w:szCs w:val="24"/>
        </w:rPr>
        <w:t>$</w:t>
      </w:r>
      <w:r w:rsidRPr="00E93608">
        <w:rPr>
          <w:rFonts w:ascii="Arial" w:hAnsi="Arial" w:cs="Arial"/>
          <w:sz w:val="24"/>
          <w:szCs w:val="24"/>
        </w:rPr>
        <w:t>595</w:t>
      </w:r>
      <w:r w:rsidR="00A74614">
        <w:rPr>
          <w:rFonts w:ascii="Arial" w:hAnsi="Arial" w:cs="Arial"/>
          <w:sz w:val="24"/>
          <w:szCs w:val="24"/>
        </w:rPr>
        <w:t>.00 pesos</w:t>
      </w:r>
      <w:r w:rsidRPr="00E93608">
        <w:rPr>
          <w:rFonts w:ascii="Arial" w:hAnsi="Arial" w:cs="Arial"/>
          <w:sz w:val="24"/>
          <w:szCs w:val="24"/>
        </w:rPr>
        <w:t>, perdón, atiende un 100% de aumento. Si me apoy</w:t>
      </w:r>
      <w:r w:rsidR="00934988">
        <w:rPr>
          <w:rFonts w:ascii="Arial" w:hAnsi="Arial" w:cs="Arial"/>
          <w:sz w:val="24"/>
          <w:szCs w:val="24"/>
        </w:rPr>
        <w:t>as le</w:t>
      </w:r>
      <w:r w:rsidRPr="00E93608">
        <w:rPr>
          <w:rFonts w:ascii="Arial" w:hAnsi="Arial" w:cs="Arial"/>
          <w:sz w:val="24"/>
          <w:szCs w:val="24"/>
        </w:rPr>
        <w:t>yendo a la primera parte del artículo, por favor, para leer qué dicen en el encabezado.</w:t>
      </w:r>
      <w:r w:rsidR="00934988">
        <w:rPr>
          <w:rFonts w:ascii="Arial" w:hAnsi="Arial" w:cs="Arial"/>
          <w:sz w:val="24"/>
          <w:szCs w:val="24"/>
        </w:rPr>
        <w:t xml:space="preserve"> </w:t>
      </w:r>
      <w:r w:rsidRPr="00E93608">
        <w:rPr>
          <w:rFonts w:ascii="Arial" w:hAnsi="Arial" w:cs="Arial"/>
          <w:sz w:val="24"/>
          <w:szCs w:val="24"/>
        </w:rPr>
        <w:t>No, sí, en materia de utilizaciones ambientales, el municipio podrá efectuar</w:t>
      </w:r>
      <w:r w:rsidR="00934988">
        <w:rPr>
          <w:rFonts w:ascii="Arial" w:hAnsi="Arial" w:cs="Arial"/>
          <w:sz w:val="24"/>
          <w:szCs w:val="24"/>
        </w:rPr>
        <w:t xml:space="preserve"> </w:t>
      </w:r>
      <w:r w:rsidRPr="00E93608">
        <w:rPr>
          <w:rFonts w:ascii="Arial" w:hAnsi="Arial" w:cs="Arial"/>
          <w:sz w:val="24"/>
          <w:szCs w:val="24"/>
        </w:rPr>
        <w:t>cobros por la emisión de documentos de factibilidad ambiental para fraccionamientos y notificaciones, construcciones, edificaciones y demás relativos de acuerdo al tipo de</w:t>
      </w:r>
      <w:r w:rsidR="00934988">
        <w:rPr>
          <w:rFonts w:ascii="Arial" w:hAnsi="Arial" w:cs="Arial"/>
          <w:sz w:val="24"/>
          <w:szCs w:val="24"/>
        </w:rPr>
        <w:t xml:space="preserve"> </w:t>
      </w:r>
      <w:r w:rsidRPr="00E93608">
        <w:rPr>
          <w:rFonts w:ascii="Arial" w:hAnsi="Arial" w:cs="Arial"/>
          <w:sz w:val="24"/>
          <w:szCs w:val="24"/>
        </w:rPr>
        <w:t>densidad</w:t>
      </w:r>
      <w:r w:rsidR="00934988">
        <w:rPr>
          <w:rFonts w:ascii="Arial" w:hAnsi="Arial" w:cs="Arial"/>
          <w:sz w:val="24"/>
          <w:szCs w:val="24"/>
        </w:rPr>
        <w:t xml:space="preserve"> con</w:t>
      </w:r>
      <w:r w:rsidRPr="00E93608">
        <w:rPr>
          <w:rFonts w:ascii="Arial" w:hAnsi="Arial" w:cs="Arial"/>
          <w:sz w:val="24"/>
          <w:szCs w:val="24"/>
        </w:rPr>
        <w:t>templada en dichos proyectos por la correlación de estos con la generación de impactos a medio ambiente de acuerdo al artículo 117 del reglamento municipal de medio ambiente y</w:t>
      </w:r>
      <w:r w:rsidR="00934988">
        <w:rPr>
          <w:rFonts w:ascii="Arial" w:hAnsi="Arial" w:cs="Arial"/>
          <w:sz w:val="24"/>
          <w:szCs w:val="24"/>
        </w:rPr>
        <w:t xml:space="preserve"> </w:t>
      </w:r>
      <w:r w:rsidRPr="00E93608">
        <w:rPr>
          <w:rFonts w:ascii="Arial" w:hAnsi="Arial" w:cs="Arial"/>
          <w:sz w:val="24"/>
          <w:szCs w:val="24"/>
        </w:rPr>
        <w:t>desarrollo sustentable. De aquí se desprenden las tarifas que se cobran a los fraccionamientos, a todos los proyectos de urbanización y de y de construcción.</w:t>
      </w:r>
      <w:r w:rsidR="00934988">
        <w:rPr>
          <w:rFonts w:ascii="Arial" w:hAnsi="Arial" w:cs="Arial"/>
          <w:sz w:val="24"/>
          <w:szCs w:val="24"/>
        </w:rPr>
        <w:t xml:space="preserve"> </w:t>
      </w:r>
      <w:r w:rsidRPr="00E93608">
        <w:rPr>
          <w:rFonts w:ascii="Arial" w:hAnsi="Arial" w:cs="Arial"/>
          <w:sz w:val="24"/>
          <w:szCs w:val="24"/>
        </w:rPr>
        <w:t>Se está incorporando la fracción 12 que dice, "Empaques de alimentos procesados o no procesados en</w:t>
      </w:r>
      <w:r w:rsidR="00934988">
        <w:rPr>
          <w:rFonts w:ascii="Arial" w:hAnsi="Arial" w:cs="Arial"/>
          <w:sz w:val="24"/>
          <w:szCs w:val="24"/>
        </w:rPr>
        <w:t xml:space="preserve"> </w:t>
      </w:r>
      <w:r w:rsidRPr="00E93608">
        <w:rPr>
          <w:rFonts w:ascii="Arial" w:hAnsi="Arial" w:cs="Arial"/>
          <w:sz w:val="24"/>
          <w:szCs w:val="24"/>
        </w:rPr>
        <w:t>los que se empleen procesos mecanizados y en los que derivado de ellos se generen residuos peligrosos, perdón, se generen residuos de manejo especial</w:t>
      </w:r>
      <w:r w:rsidR="00934988">
        <w:rPr>
          <w:rFonts w:ascii="Arial" w:hAnsi="Arial" w:cs="Arial"/>
          <w:sz w:val="24"/>
          <w:szCs w:val="24"/>
        </w:rPr>
        <w:t xml:space="preserve"> </w:t>
      </w:r>
      <w:r w:rsidRPr="00E93608">
        <w:rPr>
          <w:rFonts w:ascii="Arial" w:hAnsi="Arial" w:cs="Arial"/>
          <w:sz w:val="24"/>
          <w:szCs w:val="24"/>
        </w:rPr>
        <w:t xml:space="preserve">peligrosos y o aguas residuales </w:t>
      </w:r>
      <w:r w:rsidR="00934988">
        <w:rPr>
          <w:rFonts w:ascii="Arial" w:hAnsi="Arial" w:cs="Arial"/>
          <w:sz w:val="24"/>
          <w:szCs w:val="24"/>
        </w:rPr>
        <w:t>$</w:t>
      </w:r>
      <w:r w:rsidRPr="00E93608">
        <w:rPr>
          <w:rFonts w:ascii="Arial" w:hAnsi="Arial" w:cs="Arial"/>
          <w:sz w:val="24"/>
          <w:szCs w:val="24"/>
        </w:rPr>
        <w:t>417</w:t>
      </w:r>
      <w:r w:rsidR="00A74614">
        <w:rPr>
          <w:rFonts w:ascii="Arial" w:hAnsi="Arial" w:cs="Arial"/>
          <w:sz w:val="24"/>
          <w:szCs w:val="24"/>
        </w:rPr>
        <w:t>.00</w:t>
      </w:r>
      <w:r w:rsidRPr="00E93608">
        <w:rPr>
          <w:rFonts w:ascii="Arial" w:hAnsi="Arial" w:cs="Arial"/>
          <w:sz w:val="24"/>
          <w:szCs w:val="24"/>
        </w:rPr>
        <w:t xml:space="preserve"> pesos. es una </w:t>
      </w:r>
      <w:r w:rsidR="00934988" w:rsidRPr="00E93608">
        <w:rPr>
          <w:rFonts w:ascii="Arial" w:hAnsi="Arial" w:cs="Arial"/>
          <w:sz w:val="24"/>
          <w:szCs w:val="24"/>
        </w:rPr>
        <w:t>fracción nueva</w:t>
      </w:r>
      <w:r w:rsidRPr="00E93608">
        <w:rPr>
          <w:rFonts w:ascii="Arial" w:hAnsi="Arial" w:cs="Arial"/>
          <w:sz w:val="24"/>
          <w:szCs w:val="24"/>
        </w:rPr>
        <w:t xml:space="preserve"> y pues bueno, viene armonizado con el demás</w:t>
      </w:r>
      <w:r w:rsidR="00934988">
        <w:rPr>
          <w:rFonts w:ascii="Arial" w:hAnsi="Arial" w:cs="Arial"/>
          <w:sz w:val="24"/>
          <w:szCs w:val="24"/>
        </w:rPr>
        <w:t xml:space="preserve"> </w:t>
      </w:r>
      <w:r w:rsidRPr="00E93608">
        <w:rPr>
          <w:rFonts w:ascii="Arial" w:hAnsi="Arial" w:cs="Arial"/>
          <w:sz w:val="24"/>
          <w:szCs w:val="24"/>
        </w:rPr>
        <w:t>cobro que se están haciendo en la materia.</w:t>
      </w:r>
      <w:r w:rsidR="00934988">
        <w:rPr>
          <w:rFonts w:ascii="Arial" w:hAnsi="Arial" w:cs="Arial"/>
          <w:sz w:val="24"/>
          <w:szCs w:val="24"/>
        </w:rPr>
        <w:t xml:space="preserve"> </w:t>
      </w:r>
      <w:r w:rsidRPr="00E93608">
        <w:rPr>
          <w:rFonts w:ascii="Arial" w:hAnsi="Arial" w:cs="Arial"/>
          <w:sz w:val="24"/>
          <w:szCs w:val="24"/>
        </w:rPr>
        <w:t>S</w:t>
      </w:r>
      <w:r w:rsidR="00934988">
        <w:rPr>
          <w:rFonts w:ascii="Arial" w:hAnsi="Arial" w:cs="Arial"/>
          <w:sz w:val="24"/>
          <w:szCs w:val="24"/>
        </w:rPr>
        <w:t>i</w:t>
      </w:r>
      <w:r w:rsidRPr="00E93608">
        <w:rPr>
          <w:rFonts w:ascii="Arial" w:hAnsi="Arial" w:cs="Arial"/>
          <w:sz w:val="24"/>
          <w:szCs w:val="24"/>
        </w:rPr>
        <w:t xml:space="preserve"> adelante, </w:t>
      </w:r>
      <w:r w:rsidR="00934988">
        <w:rPr>
          <w:rFonts w:ascii="Arial" w:hAnsi="Arial" w:cs="Arial"/>
          <w:sz w:val="24"/>
          <w:szCs w:val="24"/>
        </w:rPr>
        <w:t>R</w:t>
      </w:r>
      <w:r w:rsidRPr="00E93608">
        <w:rPr>
          <w:rFonts w:ascii="Arial" w:hAnsi="Arial" w:cs="Arial"/>
          <w:sz w:val="24"/>
          <w:szCs w:val="24"/>
        </w:rPr>
        <w:t>egidor Óscar</w:t>
      </w:r>
      <w:r w:rsidR="00934988">
        <w:rPr>
          <w:rFonts w:ascii="Arial" w:hAnsi="Arial" w:cs="Arial"/>
          <w:sz w:val="24"/>
          <w:szCs w:val="24"/>
        </w:rPr>
        <w:t>.</w:t>
      </w:r>
    </w:p>
    <w:p w14:paraId="10F158FC" w14:textId="690441F0" w:rsidR="00EA0C28" w:rsidRPr="00E93608" w:rsidRDefault="00934988" w:rsidP="00E93608">
      <w:pPr>
        <w:jc w:val="both"/>
        <w:rPr>
          <w:rFonts w:ascii="Arial" w:hAnsi="Arial" w:cs="Arial"/>
          <w:sz w:val="24"/>
          <w:szCs w:val="24"/>
        </w:rPr>
      </w:pPr>
      <w:r>
        <w:rPr>
          <w:rFonts w:ascii="Arial" w:hAnsi="Arial" w:cs="Arial"/>
          <w:b/>
          <w:bCs/>
          <w:sz w:val="24"/>
          <w:szCs w:val="24"/>
        </w:rPr>
        <w:t xml:space="preserve">C. ÓSCAR MURGÍA TORRES. - </w:t>
      </w:r>
      <w:r>
        <w:rPr>
          <w:rFonts w:ascii="Arial" w:hAnsi="Arial" w:cs="Arial"/>
          <w:sz w:val="24"/>
          <w:szCs w:val="24"/>
        </w:rPr>
        <w:t>M</w:t>
      </w:r>
      <w:r w:rsidRPr="00E93608">
        <w:rPr>
          <w:rFonts w:ascii="Arial" w:hAnsi="Arial" w:cs="Arial"/>
          <w:sz w:val="24"/>
          <w:szCs w:val="24"/>
        </w:rPr>
        <w:t>uchas gracias, le puedes puede</w:t>
      </w:r>
      <w:r>
        <w:rPr>
          <w:rFonts w:ascii="Arial" w:hAnsi="Arial" w:cs="Arial"/>
          <w:sz w:val="24"/>
          <w:szCs w:val="24"/>
        </w:rPr>
        <w:t xml:space="preserve"> </w:t>
      </w:r>
      <w:r w:rsidRPr="00E93608">
        <w:rPr>
          <w:rFonts w:ascii="Arial" w:hAnsi="Arial" w:cs="Arial"/>
          <w:sz w:val="24"/>
          <w:szCs w:val="24"/>
        </w:rPr>
        <w:t>subir un poco en donde hay un aumento del 100% ahí.  veo que en el motivo por el cual se está incrementando a esa</w:t>
      </w:r>
      <w:r>
        <w:rPr>
          <w:rFonts w:ascii="Arial" w:hAnsi="Arial" w:cs="Arial"/>
          <w:sz w:val="24"/>
          <w:szCs w:val="24"/>
        </w:rPr>
        <w:t xml:space="preserve"> </w:t>
      </w:r>
      <w:r w:rsidRPr="00E93608">
        <w:rPr>
          <w:rFonts w:ascii="Arial" w:hAnsi="Arial" w:cs="Arial"/>
          <w:sz w:val="24"/>
          <w:szCs w:val="24"/>
        </w:rPr>
        <w:t>cantidad dice, se propone incremento para homologar la actividad con otras similares contenidas en esta, ¿me</w:t>
      </w:r>
      <w:r>
        <w:rPr>
          <w:rFonts w:ascii="Arial" w:hAnsi="Arial" w:cs="Arial"/>
          <w:sz w:val="24"/>
          <w:szCs w:val="24"/>
        </w:rPr>
        <w:t xml:space="preserve"> </w:t>
      </w:r>
      <w:r w:rsidRPr="00E93608">
        <w:rPr>
          <w:rFonts w:ascii="Arial" w:hAnsi="Arial" w:cs="Arial"/>
          <w:sz w:val="24"/>
          <w:szCs w:val="24"/>
        </w:rPr>
        <w:t>pueden ampliar un poquito más la información de acuerdo al argumento que se utiliza para aumentarle al 100% en esa área en específico, por favor?</w:t>
      </w:r>
    </w:p>
    <w:p w14:paraId="15EF643C" w14:textId="03F7656E" w:rsidR="00EA0C28" w:rsidRPr="00E93608" w:rsidRDefault="00934988"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Si me apoya, maestro Javier, por favor.</w:t>
      </w:r>
    </w:p>
    <w:p w14:paraId="0E1EC7CC" w14:textId="4066DD24" w:rsidR="00EA0C28" w:rsidRPr="00E93608" w:rsidRDefault="005F3144" w:rsidP="00E93608">
      <w:pPr>
        <w:jc w:val="both"/>
        <w:rPr>
          <w:rFonts w:ascii="Arial" w:hAnsi="Arial" w:cs="Arial"/>
          <w:sz w:val="24"/>
          <w:szCs w:val="24"/>
        </w:rPr>
      </w:pPr>
      <w:r>
        <w:rPr>
          <w:rFonts w:ascii="Arial" w:hAnsi="Arial" w:cs="Arial"/>
          <w:b/>
          <w:bCs/>
          <w:sz w:val="24"/>
          <w:szCs w:val="24"/>
        </w:rPr>
        <w:t xml:space="preserve">C. JAVIER MEDINA. - </w:t>
      </w:r>
      <w:r w:rsidRPr="00E93608">
        <w:rPr>
          <w:rFonts w:ascii="Arial" w:hAnsi="Arial" w:cs="Arial"/>
          <w:sz w:val="24"/>
          <w:szCs w:val="24"/>
        </w:rPr>
        <w:t>Sí, allá, buenas tardes</w:t>
      </w:r>
      <w:r>
        <w:rPr>
          <w:rFonts w:ascii="Arial" w:hAnsi="Arial" w:cs="Arial"/>
          <w:sz w:val="24"/>
          <w:szCs w:val="24"/>
        </w:rPr>
        <w:t xml:space="preserve"> </w:t>
      </w:r>
      <w:r w:rsidRPr="00E93608">
        <w:rPr>
          <w:rFonts w:ascii="Arial" w:hAnsi="Arial" w:cs="Arial"/>
          <w:sz w:val="24"/>
          <w:szCs w:val="24"/>
        </w:rPr>
        <w:t>de hecho, si se fijan, bueno, conforme vayamos avanzando en la en la revisión, son muy pocos los apartados en los</w:t>
      </w:r>
      <w:r>
        <w:rPr>
          <w:rFonts w:ascii="Arial" w:hAnsi="Arial" w:cs="Arial"/>
          <w:sz w:val="24"/>
          <w:szCs w:val="24"/>
        </w:rPr>
        <w:t xml:space="preserve"> </w:t>
      </w:r>
      <w:r w:rsidRPr="00E93608">
        <w:rPr>
          <w:rFonts w:ascii="Arial" w:hAnsi="Arial" w:cs="Arial"/>
          <w:sz w:val="24"/>
          <w:szCs w:val="24"/>
        </w:rPr>
        <w:t>que se propone algún incremento como tal, siendo este uno de los que se proponen, la razón es la</w:t>
      </w:r>
      <w:r>
        <w:rPr>
          <w:rFonts w:ascii="Arial" w:hAnsi="Arial" w:cs="Arial"/>
          <w:sz w:val="24"/>
          <w:szCs w:val="24"/>
        </w:rPr>
        <w:t xml:space="preserve"> </w:t>
      </w:r>
      <w:r w:rsidRPr="00E93608">
        <w:rPr>
          <w:rFonts w:ascii="Arial" w:hAnsi="Arial" w:cs="Arial"/>
          <w:sz w:val="24"/>
          <w:szCs w:val="24"/>
        </w:rPr>
        <w:t>que por ejemplo si vemos en el en el concepto establecimientos que tenemos en el parque industrial, aquí en el</w:t>
      </w:r>
      <w:r>
        <w:rPr>
          <w:rFonts w:ascii="Arial" w:hAnsi="Arial" w:cs="Arial"/>
          <w:sz w:val="24"/>
          <w:szCs w:val="24"/>
        </w:rPr>
        <w:t xml:space="preserve"> </w:t>
      </w:r>
      <w:r w:rsidRPr="00E93608">
        <w:rPr>
          <w:rFonts w:ascii="Arial" w:hAnsi="Arial" w:cs="Arial"/>
          <w:sz w:val="24"/>
          <w:szCs w:val="24"/>
        </w:rPr>
        <w:t>municipio, la actividad de industrial o a gran escala, digamos, este no es tan no es tan intensiva, pero sí tenemos</w:t>
      </w:r>
      <w:r>
        <w:rPr>
          <w:rFonts w:ascii="Arial" w:hAnsi="Arial" w:cs="Arial"/>
          <w:sz w:val="24"/>
          <w:szCs w:val="24"/>
        </w:rPr>
        <w:t xml:space="preserve"> </w:t>
      </w:r>
      <w:r w:rsidRPr="00E93608">
        <w:rPr>
          <w:rFonts w:ascii="Arial" w:hAnsi="Arial" w:cs="Arial"/>
          <w:sz w:val="24"/>
          <w:szCs w:val="24"/>
        </w:rPr>
        <w:t>algunas actividades, las principales son el tema, por ejemplo, de fundidoras.</w:t>
      </w:r>
      <w:r>
        <w:rPr>
          <w:rFonts w:ascii="Arial" w:hAnsi="Arial" w:cs="Arial"/>
          <w:sz w:val="24"/>
          <w:szCs w:val="24"/>
        </w:rPr>
        <w:t xml:space="preserve"> </w:t>
      </w:r>
      <w:r w:rsidRPr="00E93608">
        <w:rPr>
          <w:rFonts w:ascii="Arial" w:hAnsi="Arial" w:cs="Arial"/>
          <w:sz w:val="24"/>
          <w:szCs w:val="24"/>
        </w:rPr>
        <w:t xml:space="preserve">Entonces, anteriormente teníamos el costo de </w:t>
      </w:r>
      <w:r>
        <w:rPr>
          <w:rFonts w:ascii="Arial" w:hAnsi="Arial" w:cs="Arial"/>
          <w:sz w:val="24"/>
          <w:szCs w:val="24"/>
        </w:rPr>
        <w:t>$</w:t>
      </w:r>
      <w:r w:rsidRPr="00E93608">
        <w:rPr>
          <w:rFonts w:ascii="Arial" w:hAnsi="Arial" w:cs="Arial"/>
          <w:sz w:val="24"/>
          <w:szCs w:val="24"/>
        </w:rPr>
        <w:t>595</w:t>
      </w:r>
      <w:r w:rsidR="00A74614">
        <w:rPr>
          <w:rFonts w:ascii="Arial" w:hAnsi="Arial" w:cs="Arial"/>
          <w:sz w:val="24"/>
          <w:szCs w:val="24"/>
        </w:rPr>
        <w:t>.00 pesos</w:t>
      </w:r>
      <w:r w:rsidRPr="00E93608">
        <w:rPr>
          <w:rFonts w:ascii="Arial" w:hAnsi="Arial" w:cs="Arial"/>
          <w:sz w:val="24"/>
          <w:szCs w:val="24"/>
        </w:rPr>
        <w:t>, por ejemplo, ese costo, si revisamos en conceptos que vienen un poquito más hacia arriba, son los que se aplican</w:t>
      </w:r>
      <w:r>
        <w:rPr>
          <w:rFonts w:ascii="Arial" w:hAnsi="Arial" w:cs="Arial"/>
          <w:sz w:val="24"/>
          <w:szCs w:val="24"/>
        </w:rPr>
        <w:t xml:space="preserve"> </w:t>
      </w:r>
      <w:r w:rsidRPr="00E93608">
        <w:rPr>
          <w:rFonts w:ascii="Arial" w:hAnsi="Arial" w:cs="Arial"/>
          <w:sz w:val="24"/>
          <w:szCs w:val="24"/>
        </w:rPr>
        <w:t>para establecimientos como talleres mecánicos, por ejemplo, incluso de prestación de servicios de salud, como</w:t>
      </w:r>
      <w:r>
        <w:rPr>
          <w:rFonts w:ascii="Arial" w:hAnsi="Arial" w:cs="Arial"/>
          <w:sz w:val="24"/>
          <w:szCs w:val="24"/>
        </w:rPr>
        <w:t xml:space="preserve"> </w:t>
      </w:r>
      <w:r w:rsidRPr="00E93608">
        <w:rPr>
          <w:rFonts w:ascii="Arial" w:hAnsi="Arial" w:cs="Arial"/>
          <w:sz w:val="24"/>
          <w:szCs w:val="24"/>
        </w:rPr>
        <w:t>son el caso de algunas clínicas de análisis, algunas de veterinarias, odontológicas, hemodiálisis que tengan</w:t>
      </w:r>
      <w:r>
        <w:rPr>
          <w:rFonts w:ascii="Arial" w:hAnsi="Arial" w:cs="Arial"/>
          <w:sz w:val="24"/>
          <w:szCs w:val="24"/>
        </w:rPr>
        <w:t xml:space="preserve"> </w:t>
      </w:r>
      <w:r w:rsidRPr="00E93608">
        <w:rPr>
          <w:rFonts w:ascii="Arial" w:hAnsi="Arial" w:cs="Arial"/>
          <w:sz w:val="24"/>
          <w:szCs w:val="24"/>
        </w:rPr>
        <w:lastRenderedPageBreak/>
        <w:t>generación de residuos este peligrosos biológico infecciosos, ¿sí? Son los únicos que entran.</w:t>
      </w:r>
      <w:r>
        <w:rPr>
          <w:rFonts w:ascii="Arial" w:hAnsi="Arial" w:cs="Arial"/>
          <w:sz w:val="24"/>
          <w:szCs w:val="24"/>
        </w:rPr>
        <w:t xml:space="preserve"> </w:t>
      </w:r>
      <w:r w:rsidRPr="00E93608">
        <w:rPr>
          <w:rFonts w:ascii="Arial" w:hAnsi="Arial" w:cs="Arial"/>
          <w:sz w:val="24"/>
          <w:szCs w:val="24"/>
        </w:rPr>
        <w:t>Entonces, lo que se está haciendo es esta actividad al ser este más intensiva que la que se realiza, por ejemplo, en un taller mecánico, se</w:t>
      </w:r>
      <w:r>
        <w:rPr>
          <w:rFonts w:ascii="Arial" w:hAnsi="Arial" w:cs="Arial"/>
          <w:sz w:val="24"/>
          <w:szCs w:val="24"/>
        </w:rPr>
        <w:t xml:space="preserve"> </w:t>
      </w:r>
      <w:r w:rsidRPr="00E93608">
        <w:rPr>
          <w:rFonts w:ascii="Arial" w:hAnsi="Arial" w:cs="Arial"/>
          <w:sz w:val="24"/>
          <w:szCs w:val="24"/>
        </w:rPr>
        <w:t>puede incrementar un poco más el costo por la actividad realizada, por la tributación que propiamente esos establecimientos tienen y por las</w:t>
      </w:r>
      <w:r>
        <w:rPr>
          <w:rFonts w:ascii="Arial" w:hAnsi="Arial" w:cs="Arial"/>
          <w:sz w:val="24"/>
          <w:szCs w:val="24"/>
        </w:rPr>
        <w:t xml:space="preserve"> </w:t>
      </w:r>
      <w:r w:rsidRPr="00E93608">
        <w:rPr>
          <w:rFonts w:ascii="Arial" w:hAnsi="Arial" w:cs="Arial"/>
          <w:sz w:val="24"/>
          <w:szCs w:val="24"/>
        </w:rPr>
        <w:t>regulaciones a las a las que están sujetas, porque consideramos que no es lo mismo cobrarle a alguien que tiene</w:t>
      </w:r>
      <w:r>
        <w:rPr>
          <w:rFonts w:ascii="Arial" w:hAnsi="Arial" w:cs="Arial"/>
          <w:sz w:val="24"/>
          <w:szCs w:val="24"/>
        </w:rPr>
        <w:t xml:space="preserve"> </w:t>
      </w:r>
      <w:r w:rsidRPr="00E93608">
        <w:rPr>
          <w:rFonts w:ascii="Arial" w:hAnsi="Arial" w:cs="Arial"/>
          <w:sz w:val="24"/>
          <w:szCs w:val="24"/>
        </w:rPr>
        <w:t xml:space="preserve">algún taller, que a la semana recibe </w:t>
      </w:r>
      <w:r>
        <w:rPr>
          <w:rFonts w:ascii="Arial" w:hAnsi="Arial" w:cs="Arial"/>
          <w:sz w:val="24"/>
          <w:szCs w:val="24"/>
        </w:rPr>
        <w:t>8-</w:t>
      </w:r>
      <w:r w:rsidRPr="00E93608">
        <w:rPr>
          <w:rFonts w:ascii="Arial" w:hAnsi="Arial" w:cs="Arial"/>
          <w:sz w:val="24"/>
          <w:szCs w:val="24"/>
        </w:rPr>
        <w:t>10 carros y que los va a sacar</w:t>
      </w:r>
      <w:r>
        <w:rPr>
          <w:rFonts w:ascii="Arial" w:hAnsi="Arial" w:cs="Arial"/>
          <w:sz w:val="24"/>
          <w:szCs w:val="24"/>
        </w:rPr>
        <w:t xml:space="preserve"> </w:t>
      </w:r>
      <w:r w:rsidRPr="00E93608">
        <w:rPr>
          <w:rFonts w:ascii="Arial" w:hAnsi="Arial" w:cs="Arial"/>
          <w:sz w:val="24"/>
          <w:szCs w:val="24"/>
        </w:rPr>
        <w:t>buscando que alguien que realiza una actividad industrial intensiva.</w:t>
      </w:r>
      <w:r>
        <w:rPr>
          <w:rFonts w:ascii="Arial" w:hAnsi="Arial" w:cs="Arial"/>
          <w:sz w:val="24"/>
          <w:szCs w:val="24"/>
        </w:rPr>
        <w:t xml:space="preserve"> </w:t>
      </w:r>
      <w:r w:rsidRPr="00E93608">
        <w:rPr>
          <w:rFonts w:ascii="Arial" w:hAnsi="Arial" w:cs="Arial"/>
          <w:sz w:val="24"/>
          <w:szCs w:val="24"/>
        </w:rPr>
        <w:t>Entonces, este, la razón del del incremento es esa. ¿Sí? A bien, en la parte inicial de la de la tabla</w:t>
      </w:r>
      <w:r>
        <w:rPr>
          <w:rFonts w:ascii="Arial" w:hAnsi="Arial" w:cs="Arial"/>
          <w:sz w:val="24"/>
          <w:szCs w:val="24"/>
        </w:rPr>
        <w:t xml:space="preserve"> </w:t>
      </w:r>
      <w:r w:rsidRPr="00E93608">
        <w:rPr>
          <w:rFonts w:ascii="Arial" w:hAnsi="Arial" w:cs="Arial"/>
          <w:sz w:val="24"/>
          <w:szCs w:val="24"/>
        </w:rPr>
        <w:t>tenemos una tabla de incentivos que justamente te va diciendo si la empresa que tú estás regulando tiene un manejo</w:t>
      </w:r>
      <w:r>
        <w:rPr>
          <w:rFonts w:ascii="Arial" w:hAnsi="Arial" w:cs="Arial"/>
          <w:sz w:val="24"/>
          <w:szCs w:val="24"/>
        </w:rPr>
        <w:t xml:space="preserve"> </w:t>
      </w:r>
      <w:r w:rsidRPr="00E93608">
        <w:rPr>
          <w:rFonts w:ascii="Arial" w:hAnsi="Arial" w:cs="Arial"/>
          <w:sz w:val="24"/>
          <w:szCs w:val="24"/>
        </w:rPr>
        <w:t xml:space="preserve">adecuado de </w:t>
      </w:r>
      <w:proofErr w:type="gramStart"/>
      <w:r w:rsidRPr="00E93608">
        <w:rPr>
          <w:rFonts w:ascii="Arial" w:hAnsi="Arial" w:cs="Arial"/>
          <w:sz w:val="24"/>
          <w:szCs w:val="24"/>
        </w:rPr>
        <w:t>residuos,  los</w:t>
      </w:r>
      <w:proofErr w:type="gramEnd"/>
      <w:r w:rsidRPr="00E93608">
        <w:rPr>
          <w:rFonts w:ascii="Arial" w:hAnsi="Arial" w:cs="Arial"/>
          <w:sz w:val="24"/>
          <w:szCs w:val="24"/>
        </w:rPr>
        <w:t xml:space="preserve"> destina, por ejemplo, los peligrosos a un recolector autorizado, tiene plan de manejo, todas esas cuestiones con las</w:t>
      </w:r>
      <w:r>
        <w:rPr>
          <w:rFonts w:ascii="Arial" w:hAnsi="Arial" w:cs="Arial"/>
          <w:sz w:val="24"/>
          <w:szCs w:val="24"/>
        </w:rPr>
        <w:t xml:space="preserve"> </w:t>
      </w:r>
      <w:r w:rsidRPr="00E93608">
        <w:rPr>
          <w:rFonts w:ascii="Arial" w:hAnsi="Arial" w:cs="Arial"/>
          <w:sz w:val="24"/>
          <w:szCs w:val="24"/>
        </w:rPr>
        <w:t xml:space="preserve">que debe de cumplir, esta cantidad de </w:t>
      </w:r>
      <w:r>
        <w:rPr>
          <w:rFonts w:ascii="Arial" w:hAnsi="Arial" w:cs="Arial"/>
          <w:sz w:val="24"/>
          <w:szCs w:val="24"/>
        </w:rPr>
        <w:t>$</w:t>
      </w:r>
      <w:r w:rsidRPr="00E93608">
        <w:rPr>
          <w:rFonts w:ascii="Arial" w:hAnsi="Arial" w:cs="Arial"/>
          <w:sz w:val="24"/>
          <w:szCs w:val="24"/>
        </w:rPr>
        <w:t>1</w:t>
      </w:r>
      <w:r>
        <w:rPr>
          <w:rFonts w:ascii="Arial" w:hAnsi="Arial" w:cs="Arial"/>
          <w:sz w:val="24"/>
          <w:szCs w:val="24"/>
        </w:rPr>
        <w:t>,</w:t>
      </w:r>
      <w:r w:rsidRPr="00E93608">
        <w:rPr>
          <w:rFonts w:ascii="Arial" w:hAnsi="Arial" w:cs="Arial"/>
          <w:sz w:val="24"/>
          <w:szCs w:val="24"/>
        </w:rPr>
        <w:t>250</w:t>
      </w:r>
      <w:r w:rsidR="00A74614">
        <w:rPr>
          <w:rFonts w:ascii="Arial" w:hAnsi="Arial" w:cs="Arial"/>
          <w:sz w:val="24"/>
          <w:szCs w:val="24"/>
        </w:rPr>
        <w:t>.00 pesos</w:t>
      </w:r>
      <w:r w:rsidRPr="00E93608">
        <w:rPr>
          <w:rFonts w:ascii="Arial" w:hAnsi="Arial" w:cs="Arial"/>
          <w:sz w:val="24"/>
          <w:szCs w:val="24"/>
        </w:rPr>
        <w:t xml:space="preserve"> se puede ir reduciendo para incentivar el cumplimiento de las de las obligaciones que tiene el</w:t>
      </w:r>
      <w:r>
        <w:rPr>
          <w:rFonts w:ascii="Arial" w:hAnsi="Arial" w:cs="Arial"/>
          <w:sz w:val="24"/>
          <w:szCs w:val="24"/>
        </w:rPr>
        <w:t xml:space="preserve"> </w:t>
      </w:r>
      <w:r w:rsidRPr="00E93608">
        <w:rPr>
          <w:rFonts w:ascii="Arial" w:hAnsi="Arial" w:cs="Arial"/>
          <w:sz w:val="24"/>
          <w:szCs w:val="24"/>
        </w:rPr>
        <w:t>establecimiento. Entonces, de manera general, pues ese es el panorama, ¿no? Se puede reducir esa cantidad, se puede reducir en la manera en la que</w:t>
      </w:r>
      <w:r>
        <w:rPr>
          <w:rFonts w:ascii="Arial" w:hAnsi="Arial" w:cs="Arial"/>
          <w:sz w:val="24"/>
          <w:szCs w:val="24"/>
        </w:rPr>
        <w:t xml:space="preserve"> </w:t>
      </w:r>
      <w:r w:rsidRPr="00E93608">
        <w:rPr>
          <w:rFonts w:ascii="Arial" w:hAnsi="Arial" w:cs="Arial"/>
          <w:sz w:val="24"/>
          <w:szCs w:val="24"/>
        </w:rPr>
        <w:t>el establecimiento vaya cumpliendo con ciertos lineamientos. Se puede reducir.</w:t>
      </w:r>
      <w:r>
        <w:rPr>
          <w:rFonts w:ascii="Arial" w:hAnsi="Arial" w:cs="Arial"/>
          <w:sz w:val="24"/>
          <w:szCs w:val="24"/>
        </w:rPr>
        <w:t xml:space="preserve"> </w:t>
      </w:r>
      <w:r w:rsidRPr="00E93608">
        <w:rPr>
          <w:rFonts w:ascii="Arial" w:hAnsi="Arial" w:cs="Arial"/>
          <w:sz w:val="24"/>
          <w:szCs w:val="24"/>
        </w:rPr>
        <w:t>Eso que dice usted que se puede reducir está estableciendo aquí o en aquí mismo en la ley de ingresos. Si pueden por favor subir la tabla.</w:t>
      </w:r>
      <w:r>
        <w:rPr>
          <w:rFonts w:ascii="Arial" w:hAnsi="Arial" w:cs="Arial"/>
          <w:sz w:val="24"/>
          <w:szCs w:val="24"/>
        </w:rPr>
        <w:t xml:space="preserve"> </w:t>
      </w:r>
      <w:r w:rsidRPr="00E93608">
        <w:rPr>
          <w:rFonts w:ascii="Arial" w:hAnsi="Arial" w:cs="Arial"/>
          <w:sz w:val="24"/>
          <w:szCs w:val="24"/>
        </w:rPr>
        <w:t>Sí, no</w:t>
      </w:r>
      <w:r>
        <w:rPr>
          <w:rFonts w:ascii="Arial" w:hAnsi="Arial" w:cs="Arial"/>
          <w:sz w:val="24"/>
          <w:szCs w:val="24"/>
        </w:rPr>
        <w:t xml:space="preserve"> d</w:t>
      </w:r>
      <w:r w:rsidRPr="00E93608">
        <w:rPr>
          <w:rFonts w:ascii="Arial" w:hAnsi="Arial" w:cs="Arial"/>
          <w:sz w:val="24"/>
          <w:szCs w:val="24"/>
        </w:rPr>
        <w:t>e hecho, ahí está la tabla y contiene es esa, si usted alcanza a revisar, tiene cierto porcentaje de reducción al costo si se si se cumplen con las</w:t>
      </w:r>
      <w:r>
        <w:rPr>
          <w:rFonts w:ascii="Arial" w:hAnsi="Arial" w:cs="Arial"/>
          <w:sz w:val="24"/>
          <w:szCs w:val="24"/>
        </w:rPr>
        <w:t xml:space="preserve"> </w:t>
      </w:r>
      <w:r w:rsidRPr="00E93608">
        <w:rPr>
          <w:rFonts w:ascii="Arial" w:hAnsi="Arial" w:cs="Arial"/>
          <w:sz w:val="24"/>
          <w:szCs w:val="24"/>
        </w:rPr>
        <w:t>obligaciones que cada establecimiento tenga. Obviamente hay apartados que van a ser aplicables para algunos establecimientos, algunos no, dependiendo del giro, pero sí contamos</w:t>
      </w:r>
      <w:r>
        <w:rPr>
          <w:rFonts w:ascii="Arial" w:hAnsi="Arial" w:cs="Arial"/>
          <w:sz w:val="24"/>
          <w:szCs w:val="24"/>
        </w:rPr>
        <w:t xml:space="preserve"> </w:t>
      </w:r>
      <w:r w:rsidRPr="00E93608">
        <w:rPr>
          <w:rFonts w:ascii="Arial" w:hAnsi="Arial" w:cs="Arial"/>
          <w:sz w:val="24"/>
          <w:szCs w:val="24"/>
        </w:rPr>
        <w:t>con esta tabla de incentivos para si alguien está cumpliendo, pues obviamente reducirle el costo y fomentar ese ese cumplimiento, ¿no?</w:t>
      </w:r>
      <w:r>
        <w:rPr>
          <w:rFonts w:ascii="Arial" w:hAnsi="Arial" w:cs="Arial"/>
          <w:sz w:val="24"/>
          <w:szCs w:val="24"/>
        </w:rPr>
        <w:t xml:space="preserve"> </w:t>
      </w:r>
      <w:r w:rsidRPr="00E93608">
        <w:rPr>
          <w:rFonts w:ascii="Arial" w:hAnsi="Arial" w:cs="Arial"/>
          <w:sz w:val="24"/>
          <w:szCs w:val="24"/>
        </w:rPr>
        <w:t>Muy amable. Gracias. Muy claro. Gracias.</w:t>
      </w:r>
    </w:p>
    <w:p w14:paraId="08AB32DA" w14:textId="1FB13F5D" w:rsidR="00EA0C28" w:rsidRPr="00E93608" w:rsidRDefault="005F3144"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w:t>
      </w:r>
      <w:r>
        <w:rPr>
          <w:rFonts w:ascii="Arial" w:hAnsi="Arial" w:cs="Arial"/>
          <w:sz w:val="24"/>
          <w:szCs w:val="24"/>
        </w:rPr>
        <w:t>L</w:t>
      </w:r>
      <w:r w:rsidRPr="00E93608">
        <w:rPr>
          <w:rFonts w:ascii="Arial" w:hAnsi="Arial" w:cs="Arial"/>
          <w:sz w:val="24"/>
          <w:szCs w:val="24"/>
        </w:rPr>
        <w:t>icenciado Javier. Sí, esta esta tabla que refiere está en el artículo 25 de la ley de ingresos. Este, creo que no sufre modificaciones. Los</w:t>
      </w:r>
      <w:r>
        <w:rPr>
          <w:rFonts w:ascii="Arial" w:hAnsi="Arial" w:cs="Arial"/>
          <w:sz w:val="24"/>
          <w:szCs w:val="24"/>
        </w:rPr>
        <w:t xml:space="preserve"> </w:t>
      </w:r>
      <w:r w:rsidRPr="00E93608">
        <w:rPr>
          <w:rFonts w:ascii="Arial" w:hAnsi="Arial" w:cs="Arial"/>
          <w:sz w:val="24"/>
          <w:szCs w:val="24"/>
        </w:rPr>
        <w:t>porcentajes están ahí igual que los que se aplican este año. Ibas a hablar mucho que</w:t>
      </w:r>
      <w:r>
        <w:rPr>
          <w:rFonts w:ascii="Arial" w:hAnsi="Arial" w:cs="Arial"/>
          <w:sz w:val="24"/>
          <w:szCs w:val="24"/>
        </w:rPr>
        <w:t xml:space="preserve"> </w:t>
      </w:r>
      <w:r w:rsidRPr="00E93608">
        <w:rPr>
          <w:rFonts w:ascii="Arial" w:hAnsi="Arial" w:cs="Arial"/>
          <w:sz w:val="24"/>
          <w:szCs w:val="24"/>
        </w:rPr>
        <w:t>son costos que se generan</w:t>
      </w:r>
      <w:r>
        <w:rPr>
          <w:rFonts w:ascii="Arial" w:hAnsi="Arial" w:cs="Arial"/>
          <w:sz w:val="24"/>
          <w:szCs w:val="24"/>
        </w:rPr>
        <w:t xml:space="preserve"> </w:t>
      </w:r>
      <w:r w:rsidRPr="00E93608">
        <w:rPr>
          <w:rFonts w:ascii="Arial" w:hAnsi="Arial" w:cs="Arial"/>
          <w:sz w:val="24"/>
          <w:szCs w:val="24"/>
        </w:rPr>
        <w:t>será el artículo 120</w:t>
      </w:r>
      <w:r>
        <w:rPr>
          <w:rFonts w:ascii="Arial" w:hAnsi="Arial" w:cs="Arial"/>
          <w:sz w:val="24"/>
          <w:szCs w:val="24"/>
        </w:rPr>
        <w:t xml:space="preserve"> </w:t>
      </w:r>
      <w:r w:rsidRPr="00E93608">
        <w:rPr>
          <w:rFonts w:ascii="Arial" w:hAnsi="Arial" w:cs="Arial"/>
          <w:sz w:val="24"/>
          <w:szCs w:val="24"/>
        </w:rPr>
        <w:t>impuesto para eso público artículo</w:t>
      </w:r>
      <w:r>
        <w:rPr>
          <w:rFonts w:ascii="Arial" w:hAnsi="Arial" w:cs="Arial"/>
          <w:sz w:val="24"/>
          <w:szCs w:val="24"/>
        </w:rPr>
        <w:t xml:space="preserve"> </w:t>
      </w:r>
      <w:r w:rsidRPr="00E93608">
        <w:rPr>
          <w:rFonts w:ascii="Arial" w:hAnsi="Arial" w:cs="Arial"/>
          <w:sz w:val="24"/>
          <w:szCs w:val="24"/>
        </w:rPr>
        <w:t>es a partir del 128, si no mal recuerdo.</w:t>
      </w:r>
      <w:r>
        <w:rPr>
          <w:rFonts w:ascii="Arial" w:hAnsi="Arial" w:cs="Arial"/>
          <w:sz w:val="24"/>
          <w:szCs w:val="24"/>
        </w:rPr>
        <w:t xml:space="preserve"> </w:t>
      </w:r>
      <w:r w:rsidRPr="00E93608">
        <w:rPr>
          <w:rFonts w:ascii="Arial" w:hAnsi="Arial" w:cs="Arial"/>
          <w:sz w:val="24"/>
          <w:szCs w:val="24"/>
        </w:rPr>
        <w:t>Muy bien, continuaremos con la lectura.</w:t>
      </w:r>
      <w:r>
        <w:rPr>
          <w:rFonts w:ascii="Arial" w:hAnsi="Arial" w:cs="Arial"/>
          <w:sz w:val="24"/>
          <w:szCs w:val="24"/>
        </w:rPr>
        <w:t xml:space="preserve"> </w:t>
      </w:r>
      <w:r w:rsidRPr="00E93608">
        <w:rPr>
          <w:rFonts w:ascii="Arial" w:hAnsi="Arial" w:cs="Arial"/>
          <w:sz w:val="24"/>
          <w:szCs w:val="24"/>
        </w:rPr>
        <w:t>Entonces, se propone homologar la tarifa, como ya nos explicó el licenciado Javier Medina, con los demás giros que generen residuos peligrosos y</w:t>
      </w:r>
      <w:r>
        <w:rPr>
          <w:rFonts w:ascii="Arial" w:hAnsi="Arial" w:cs="Arial"/>
          <w:sz w:val="24"/>
          <w:szCs w:val="24"/>
        </w:rPr>
        <w:t xml:space="preserve"> </w:t>
      </w:r>
      <w:r w:rsidRPr="00E93608">
        <w:rPr>
          <w:rFonts w:ascii="Arial" w:hAnsi="Arial" w:cs="Arial"/>
          <w:sz w:val="24"/>
          <w:szCs w:val="24"/>
        </w:rPr>
        <w:t>la incorporación de este párrafo que tuve bien leer.</w:t>
      </w:r>
      <w:r>
        <w:rPr>
          <w:rFonts w:ascii="Arial" w:hAnsi="Arial" w:cs="Arial"/>
          <w:sz w:val="24"/>
          <w:szCs w:val="24"/>
        </w:rPr>
        <w:t xml:space="preserve"> </w:t>
      </w:r>
      <w:r w:rsidRPr="00E93608">
        <w:rPr>
          <w:rFonts w:ascii="Arial" w:hAnsi="Arial" w:cs="Arial"/>
          <w:sz w:val="24"/>
          <w:szCs w:val="24"/>
        </w:rPr>
        <w:t>Todos los demás cobros de apartados de la dirección de medio ambiente y desarrollo sustentable quedan igual con el mismo cobro que se actualmente se hace.</w:t>
      </w:r>
      <w:r>
        <w:rPr>
          <w:rFonts w:ascii="Arial" w:hAnsi="Arial" w:cs="Arial"/>
          <w:sz w:val="24"/>
          <w:szCs w:val="24"/>
        </w:rPr>
        <w:t xml:space="preserve"> </w:t>
      </w:r>
      <w:r w:rsidRPr="00E93608">
        <w:rPr>
          <w:rFonts w:ascii="Arial" w:hAnsi="Arial" w:cs="Arial"/>
          <w:sz w:val="24"/>
          <w:szCs w:val="24"/>
        </w:rPr>
        <w:t>La</w:t>
      </w:r>
      <w:r>
        <w:rPr>
          <w:rFonts w:ascii="Arial" w:hAnsi="Arial" w:cs="Arial"/>
          <w:sz w:val="24"/>
          <w:szCs w:val="24"/>
        </w:rPr>
        <w:t xml:space="preserve"> e</w:t>
      </w:r>
      <w:r w:rsidRPr="00E93608">
        <w:rPr>
          <w:rFonts w:ascii="Arial" w:hAnsi="Arial" w:cs="Arial"/>
          <w:sz w:val="24"/>
          <w:szCs w:val="24"/>
        </w:rPr>
        <w:t>n el artículo 184 tenemos las infracciones y extensiones al reglamento de medio ambiente y desarrollo sustentable del municipio.</w:t>
      </w:r>
      <w:r>
        <w:rPr>
          <w:rFonts w:ascii="Arial" w:hAnsi="Arial" w:cs="Arial"/>
          <w:sz w:val="24"/>
          <w:szCs w:val="24"/>
        </w:rPr>
        <w:t xml:space="preserve"> </w:t>
      </w:r>
      <w:r w:rsidRPr="00E93608">
        <w:rPr>
          <w:rFonts w:ascii="Arial" w:hAnsi="Arial" w:cs="Arial"/>
          <w:sz w:val="24"/>
          <w:szCs w:val="24"/>
        </w:rPr>
        <w:t xml:space="preserve">Las personas físicas o jurídicas que cometan faltas al reglamento de medio ambiente y desarrollo sustentable del municipio Zapotal Grande, </w:t>
      </w:r>
      <w:r w:rsidRPr="00E93608">
        <w:rPr>
          <w:rFonts w:ascii="Arial" w:hAnsi="Arial" w:cs="Arial"/>
          <w:sz w:val="24"/>
          <w:szCs w:val="24"/>
        </w:rPr>
        <w:lastRenderedPageBreak/>
        <w:t>Jalisco serán acreedores a las siguientes sanciones.</w:t>
      </w:r>
      <w:r>
        <w:rPr>
          <w:rFonts w:ascii="Arial" w:hAnsi="Arial" w:cs="Arial"/>
          <w:sz w:val="24"/>
          <w:szCs w:val="24"/>
        </w:rPr>
        <w:t xml:space="preserve"> </w:t>
      </w:r>
      <w:r w:rsidRPr="00E93608">
        <w:rPr>
          <w:rFonts w:ascii="Arial" w:hAnsi="Arial" w:cs="Arial"/>
          <w:sz w:val="24"/>
          <w:szCs w:val="24"/>
        </w:rPr>
        <w:t>Apartado A, en materia de urbanización, construcción y en general acciones urbanísticas la falta de factibilidad ambiental para</w:t>
      </w:r>
      <w:r>
        <w:rPr>
          <w:rFonts w:ascii="Arial" w:hAnsi="Arial" w:cs="Arial"/>
          <w:sz w:val="24"/>
          <w:szCs w:val="24"/>
        </w:rPr>
        <w:t xml:space="preserve"> </w:t>
      </w:r>
      <w:r w:rsidRPr="00E93608">
        <w:rPr>
          <w:rFonts w:ascii="Arial" w:hAnsi="Arial" w:cs="Arial"/>
          <w:sz w:val="24"/>
          <w:szCs w:val="24"/>
        </w:rPr>
        <w:t>utilización de construcción de nuevos fraccionamientos habitacionales, el cual será acreedor a la multa de 150 a 450 UMAS. Se está aumentando actualmente,</w:t>
      </w:r>
      <w:r>
        <w:rPr>
          <w:rFonts w:ascii="Arial" w:hAnsi="Arial" w:cs="Arial"/>
          <w:sz w:val="24"/>
          <w:szCs w:val="24"/>
        </w:rPr>
        <w:t xml:space="preserve"> </w:t>
      </w:r>
      <w:r w:rsidRPr="00E93608">
        <w:rPr>
          <w:rFonts w:ascii="Arial" w:hAnsi="Arial" w:cs="Arial"/>
          <w:sz w:val="24"/>
          <w:szCs w:val="24"/>
        </w:rPr>
        <w:t>está actualmente de 150 a 200 UMAS, se está ampliando hasta 450 UMA.</w:t>
      </w:r>
      <w:r>
        <w:rPr>
          <w:rFonts w:ascii="Arial" w:hAnsi="Arial" w:cs="Arial"/>
          <w:sz w:val="24"/>
          <w:szCs w:val="24"/>
        </w:rPr>
        <w:t xml:space="preserve"> </w:t>
      </w:r>
      <w:r w:rsidRPr="00E93608">
        <w:rPr>
          <w:rFonts w:ascii="Arial" w:hAnsi="Arial" w:cs="Arial"/>
          <w:sz w:val="24"/>
          <w:szCs w:val="24"/>
        </w:rPr>
        <w:t>De igual forma, omisión de las determinaciones estipuladas en la factibilidad ambiental para construcción de nuevos fraccionamientos habitacionales según la gravedad de la</w:t>
      </w:r>
      <w:r>
        <w:rPr>
          <w:rFonts w:ascii="Arial" w:hAnsi="Arial" w:cs="Arial"/>
          <w:sz w:val="24"/>
          <w:szCs w:val="24"/>
        </w:rPr>
        <w:t xml:space="preserve"> </w:t>
      </w:r>
      <w:r w:rsidRPr="00E93608">
        <w:rPr>
          <w:rFonts w:ascii="Arial" w:hAnsi="Arial" w:cs="Arial"/>
          <w:sz w:val="24"/>
          <w:szCs w:val="24"/>
        </w:rPr>
        <w:t>falta, el cual será acreedor la multa de 150 a 500 UMA. Actualmente está</w:t>
      </w:r>
      <w:r>
        <w:rPr>
          <w:rFonts w:ascii="Arial" w:hAnsi="Arial" w:cs="Arial"/>
          <w:sz w:val="24"/>
          <w:szCs w:val="24"/>
        </w:rPr>
        <w:t xml:space="preserve"> </w:t>
      </w:r>
      <w:r w:rsidRPr="00E93608">
        <w:rPr>
          <w:rFonts w:ascii="Arial" w:hAnsi="Arial" w:cs="Arial"/>
          <w:sz w:val="24"/>
          <w:szCs w:val="24"/>
        </w:rPr>
        <w:t>de 300 a 320. Se está disminuyendo el rango, pero también se está ampliando, ¿no? De 300 a 320, de 150 a 500 UMAS</w:t>
      </w:r>
      <w:r>
        <w:rPr>
          <w:rFonts w:ascii="Arial" w:hAnsi="Arial" w:cs="Arial"/>
          <w:sz w:val="24"/>
          <w:szCs w:val="24"/>
        </w:rPr>
        <w:t xml:space="preserve"> </w:t>
      </w:r>
      <w:r w:rsidRPr="00E93608">
        <w:rPr>
          <w:rFonts w:ascii="Arial" w:hAnsi="Arial" w:cs="Arial"/>
          <w:sz w:val="24"/>
          <w:szCs w:val="24"/>
        </w:rPr>
        <w:t>Se está aquí ajustando la nomenclatura del reglamento.</w:t>
      </w:r>
      <w:r>
        <w:rPr>
          <w:rFonts w:ascii="Arial" w:hAnsi="Arial" w:cs="Arial"/>
          <w:sz w:val="24"/>
          <w:szCs w:val="24"/>
        </w:rPr>
        <w:t xml:space="preserve"> </w:t>
      </w:r>
      <w:r w:rsidRPr="00E93608">
        <w:rPr>
          <w:rFonts w:ascii="Arial" w:hAnsi="Arial" w:cs="Arial"/>
          <w:sz w:val="24"/>
          <w:szCs w:val="24"/>
        </w:rPr>
        <w:t>Igual aquí por falta de facilidad ambiental para construcción de nuevos hoteles, moteles y hostales según la gravedad del daño ambiental, el cual será acreedora a la multa de 150 a 300</w:t>
      </w:r>
      <w:r>
        <w:rPr>
          <w:rFonts w:ascii="Arial" w:hAnsi="Arial" w:cs="Arial"/>
          <w:sz w:val="24"/>
          <w:szCs w:val="24"/>
        </w:rPr>
        <w:t xml:space="preserve"> </w:t>
      </w:r>
      <w:r w:rsidRPr="00E93608">
        <w:rPr>
          <w:rFonts w:ascii="Arial" w:hAnsi="Arial" w:cs="Arial"/>
          <w:sz w:val="24"/>
          <w:szCs w:val="24"/>
        </w:rPr>
        <w:t>sumas. Actualmente está de 10 a 300. Se está subiendo la base para este cuantificar la multa.</w:t>
      </w:r>
      <w:r>
        <w:rPr>
          <w:rFonts w:ascii="Arial" w:hAnsi="Arial" w:cs="Arial"/>
          <w:sz w:val="24"/>
          <w:szCs w:val="24"/>
        </w:rPr>
        <w:t xml:space="preserve"> </w:t>
      </w:r>
      <w:r w:rsidRPr="00E93608">
        <w:rPr>
          <w:rFonts w:ascii="Arial" w:hAnsi="Arial" w:cs="Arial"/>
          <w:sz w:val="24"/>
          <w:szCs w:val="24"/>
        </w:rPr>
        <w:t>Comisión determinaciones plasmadas dentro de la factibilidad ambiental para construcción de voz, hoteles, moteles y hostales según la gravedad del daño ambiental, el cual será acreedora la</w:t>
      </w:r>
      <w:r>
        <w:rPr>
          <w:rFonts w:ascii="Arial" w:hAnsi="Arial" w:cs="Arial"/>
          <w:sz w:val="24"/>
          <w:szCs w:val="24"/>
        </w:rPr>
        <w:t xml:space="preserve"> </w:t>
      </w:r>
      <w:r w:rsidRPr="00E93608">
        <w:rPr>
          <w:rFonts w:ascii="Arial" w:hAnsi="Arial" w:cs="Arial"/>
          <w:sz w:val="24"/>
          <w:szCs w:val="24"/>
        </w:rPr>
        <w:t>multa de 300 UMAS. Actualmente está, bueno, creo que no hay un comparativo, se estará clasificando, me están comentando. Entonces, e uno es por la falta de factibilidad y otra por la omisión en las</w:t>
      </w:r>
      <w:r>
        <w:rPr>
          <w:rFonts w:ascii="Arial" w:hAnsi="Arial" w:cs="Arial"/>
          <w:sz w:val="24"/>
          <w:szCs w:val="24"/>
        </w:rPr>
        <w:t xml:space="preserve"> </w:t>
      </w:r>
      <w:r w:rsidRPr="00E93608">
        <w:rPr>
          <w:rFonts w:ascii="Arial" w:hAnsi="Arial" w:cs="Arial"/>
          <w:sz w:val="24"/>
          <w:szCs w:val="24"/>
        </w:rPr>
        <w:t>determinaciones plasmadas en la misma factibilidad. Esto atiende a, me imagino, licenciado Javier, a las a las</w:t>
      </w:r>
      <w:r>
        <w:rPr>
          <w:rFonts w:ascii="Arial" w:hAnsi="Arial" w:cs="Arial"/>
          <w:sz w:val="24"/>
          <w:szCs w:val="24"/>
        </w:rPr>
        <w:t xml:space="preserve"> </w:t>
      </w:r>
      <w:r w:rsidRPr="00E93608">
        <w:rPr>
          <w:rFonts w:ascii="Arial" w:hAnsi="Arial" w:cs="Arial"/>
          <w:sz w:val="24"/>
          <w:szCs w:val="24"/>
        </w:rPr>
        <w:t>faltas graves, pues en materia ambiental y por lo que significa ahorita el cuidado del medio ambiente. Se está aumentando las penas</w:t>
      </w:r>
      <w:r>
        <w:rPr>
          <w:rFonts w:ascii="Arial" w:hAnsi="Arial" w:cs="Arial"/>
          <w:sz w:val="24"/>
          <w:szCs w:val="24"/>
        </w:rPr>
        <w:t xml:space="preserve"> </w:t>
      </w:r>
      <w:r w:rsidRPr="00E93608">
        <w:rPr>
          <w:rFonts w:ascii="Arial" w:hAnsi="Arial" w:cs="Arial"/>
          <w:sz w:val="24"/>
          <w:szCs w:val="24"/>
        </w:rPr>
        <w:t>por despalme y movimiento de tierras, retiro de cobertura a</w:t>
      </w:r>
      <w:r>
        <w:rPr>
          <w:rFonts w:ascii="Arial" w:hAnsi="Arial" w:cs="Arial"/>
          <w:sz w:val="24"/>
          <w:szCs w:val="24"/>
        </w:rPr>
        <w:t>rbórea</w:t>
      </w:r>
      <w:r w:rsidRPr="00E93608">
        <w:rPr>
          <w:rFonts w:ascii="Arial" w:hAnsi="Arial" w:cs="Arial"/>
          <w:sz w:val="24"/>
          <w:szCs w:val="24"/>
        </w:rPr>
        <w:t xml:space="preserve"> o vegetal para obras, infraestructura o aprovechamiento de áreas de</w:t>
      </w:r>
      <w:r>
        <w:rPr>
          <w:rFonts w:ascii="Arial" w:hAnsi="Arial" w:cs="Arial"/>
          <w:sz w:val="24"/>
          <w:szCs w:val="24"/>
        </w:rPr>
        <w:t xml:space="preserve"> </w:t>
      </w:r>
      <w:r w:rsidRPr="00E93608">
        <w:rPr>
          <w:rFonts w:ascii="Arial" w:hAnsi="Arial" w:cs="Arial"/>
          <w:sz w:val="24"/>
          <w:szCs w:val="24"/>
        </w:rPr>
        <w:t>conservación sin facilidad ambiental multa de 150 a 1150, independientemente de la compensación ambiental correspondiente. Esta es una</w:t>
      </w:r>
      <w:r>
        <w:rPr>
          <w:rFonts w:ascii="Arial" w:hAnsi="Arial" w:cs="Arial"/>
          <w:sz w:val="24"/>
          <w:szCs w:val="24"/>
        </w:rPr>
        <w:t xml:space="preserve"> </w:t>
      </w:r>
      <w:r w:rsidRPr="00E93608">
        <w:rPr>
          <w:rFonts w:ascii="Arial" w:hAnsi="Arial" w:cs="Arial"/>
          <w:sz w:val="24"/>
          <w:szCs w:val="24"/>
        </w:rPr>
        <w:t>fracción nueva que es un supuesto que no se está considerando y pues trae una un rango</w:t>
      </w:r>
      <w:r>
        <w:rPr>
          <w:rFonts w:ascii="Arial" w:hAnsi="Arial" w:cs="Arial"/>
          <w:sz w:val="24"/>
          <w:szCs w:val="24"/>
        </w:rPr>
        <w:t xml:space="preserve"> </w:t>
      </w:r>
      <w:r w:rsidRPr="00E93608">
        <w:rPr>
          <w:rFonts w:ascii="Arial" w:hAnsi="Arial" w:cs="Arial"/>
          <w:sz w:val="24"/>
          <w:szCs w:val="24"/>
        </w:rPr>
        <w:t>de 150 a 1150 UMAS de multa por este concepto.</w:t>
      </w:r>
      <w:r>
        <w:rPr>
          <w:rFonts w:ascii="Arial" w:hAnsi="Arial" w:cs="Arial"/>
          <w:sz w:val="24"/>
          <w:szCs w:val="24"/>
        </w:rPr>
        <w:t xml:space="preserve"> </w:t>
      </w:r>
      <w:r w:rsidRPr="00E93608">
        <w:rPr>
          <w:rFonts w:ascii="Arial" w:hAnsi="Arial" w:cs="Arial"/>
          <w:sz w:val="24"/>
          <w:szCs w:val="24"/>
        </w:rPr>
        <w:t>Apartado B de actividades comerciales y de prestación de servicios. Comisión las determinaciones plasmadas dentro de la factibilidad ambiental para giros donde se produzcan, transformen,</w:t>
      </w:r>
      <w:r>
        <w:rPr>
          <w:rFonts w:ascii="Arial" w:hAnsi="Arial" w:cs="Arial"/>
          <w:sz w:val="24"/>
          <w:szCs w:val="24"/>
        </w:rPr>
        <w:t xml:space="preserve"> </w:t>
      </w:r>
      <w:r w:rsidRPr="00E93608">
        <w:rPr>
          <w:rFonts w:ascii="Arial" w:hAnsi="Arial" w:cs="Arial"/>
          <w:sz w:val="24"/>
          <w:szCs w:val="24"/>
        </w:rPr>
        <w:t>industrialicen, vendan o almacenen productos químicos inflamables, corrosivos, tóxicos o explosivos y que genere residuos considerados como peligrosos, como son aceite de motor,</w:t>
      </w:r>
      <w:r>
        <w:rPr>
          <w:rFonts w:ascii="Arial" w:hAnsi="Arial" w:cs="Arial"/>
          <w:sz w:val="24"/>
          <w:szCs w:val="24"/>
        </w:rPr>
        <w:t xml:space="preserve"> </w:t>
      </w:r>
      <w:r w:rsidRPr="00E93608">
        <w:rPr>
          <w:rFonts w:ascii="Arial" w:hAnsi="Arial" w:cs="Arial"/>
          <w:sz w:val="24"/>
          <w:szCs w:val="24"/>
        </w:rPr>
        <w:t xml:space="preserve">solventes, ácidos, combustibles y sus envases según la gravedad del daño ambiental, el cual será </w:t>
      </w:r>
      <w:r>
        <w:rPr>
          <w:rFonts w:ascii="Arial" w:hAnsi="Arial" w:cs="Arial"/>
          <w:sz w:val="24"/>
          <w:szCs w:val="24"/>
        </w:rPr>
        <w:t xml:space="preserve">acreedor </w:t>
      </w:r>
      <w:r w:rsidRPr="00E93608">
        <w:rPr>
          <w:rFonts w:ascii="Arial" w:hAnsi="Arial" w:cs="Arial"/>
          <w:sz w:val="24"/>
          <w:szCs w:val="24"/>
        </w:rPr>
        <w:t>de manifiesto de corrección de residuos de manejo especial y de las características de un sitio de clasificación y almacenamiento de un</w:t>
      </w:r>
      <w:r>
        <w:rPr>
          <w:rFonts w:ascii="Arial" w:hAnsi="Arial" w:cs="Arial"/>
          <w:sz w:val="24"/>
          <w:szCs w:val="24"/>
        </w:rPr>
        <w:t xml:space="preserve"> </w:t>
      </w:r>
      <w:r w:rsidRPr="00E93608">
        <w:rPr>
          <w:rFonts w:ascii="Arial" w:hAnsi="Arial" w:cs="Arial"/>
          <w:sz w:val="24"/>
          <w:szCs w:val="24"/>
        </w:rPr>
        <w:t>resido, de manejo especial temporal, así como</w:t>
      </w:r>
      <w:r>
        <w:rPr>
          <w:rFonts w:ascii="Arial" w:hAnsi="Arial" w:cs="Arial"/>
          <w:sz w:val="24"/>
          <w:szCs w:val="24"/>
        </w:rPr>
        <w:t xml:space="preserve"> </w:t>
      </w:r>
      <w:r w:rsidRPr="00E93608">
        <w:rPr>
          <w:rFonts w:ascii="Arial" w:hAnsi="Arial" w:cs="Arial"/>
          <w:sz w:val="24"/>
          <w:szCs w:val="24"/>
        </w:rPr>
        <w:t>los planes de manejo y bitácoras correspondientes para giros donde se produzcan o manejen de dichos residuos.</w:t>
      </w:r>
      <w:r>
        <w:rPr>
          <w:rFonts w:ascii="Arial" w:hAnsi="Arial" w:cs="Arial"/>
          <w:sz w:val="24"/>
          <w:szCs w:val="24"/>
        </w:rPr>
        <w:t xml:space="preserve"> </w:t>
      </w:r>
      <w:r w:rsidRPr="00E93608">
        <w:rPr>
          <w:rFonts w:ascii="Arial" w:hAnsi="Arial" w:cs="Arial"/>
          <w:sz w:val="24"/>
          <w:szCs w:val="24"/>
        </w:rPr>
        <w:t>se cobrará una multa de 50 a 120 UMAS por falta de fatal para laboratorios de análisis clínicos, consultorios dentales</w:t>
      </w:r>
      <w:r>
        <w:rPr>
          <w:rFonts w:ascii="Arial" w:hAnsi="Arial" w:cs="Arial"/>
          <w:sz w:val="24"/>
          <w:szCs w:val="24"/>
        </w:rPr>
        <w:t xml:space="preserve"> </w:t>
      </w:r>
      <w:r w:rsidRPr="00E93608">
        <w:rPr>
          <w:rFonts w:ascii="Arial" w:hAnsi="Arial" w:cs="Arial"/>
          <w:sz w:val="24"/>
          <w:szCs w:val="24"/>
        </w:rPr>
        <w:t xml:space="preserve">y en general sitios de atención médica de competencia municipal en los que se generen residuos considerados como peligrosos, </w:t>
      </w:r>
      <w:r w:rsidRPr="00E93608">
        <w:rPr>
          <w:rFonts w:ascii="Arial" w:hAnsi="Arial" w:cs="Arial"/>
          <w:sz w:val="24"/>
          <w:szCs w:val="24"/>
        </w:rPr>
        <w:lastRenderedPageBreak/>
        <w:t>biológicos, infecciosos, además de aquellos generadores de</w:t>
      </w:r>
      <w:r>
        <w:rPr>
          <w:rFonts w:ascii="Arial" w:hAnsi="Arial" w:cs="Arial"/>
          <w:sz w:val="24"/>
          <w:szCs w:val="24"/>
        </w:rPr>
        <w:t xml:space="preserve"> </w:t>
      </w:r>
      <w:r w:rsidRPr="00E93608">
        <w:rPr>
          <w:rFonts w:ascii="Arial" w:hAnsi="Arial" w:cs="Arial"/>
          <w:sz w:val="24"/>
          <w:szCs w:val="24"/>
        </w:rPr>
        <w:t>residuos punzocortantes que hayan estado en contacto con humanos o animales o sus muestras biológicas durante el diagnóstico y tratamiento, incluyendo</w:t>
      </w:r>
      <w:r>
        <w:rPr>
          <w:rFonts w:ascii="Arial" w:hAnsi="Arial" w:cs="Arial"/>
          <w:sz w:val="24"/>
          <w:szCs w:val="24"/>
        </w:rPr>
        <w:t xml:space="preserve"> </w:t>
      </w:r>
      <w:r w:rsidRPr="00E93608">
        <w:rPr>
          <w:rFonts w:ascii="Arial" w:hAnsi="Arial" w:cs="Arial"/>
          <w:sz w:val="24"/>
          <w:szCs w:val="24"/>
        </w:rPr>
        <w:t>navajas de bisturí, lancetas, jeringas con aguja integrada, agujas hipodérmicas de acupuntura o para tatuajes según la gravedad del daño ambiental, el cual</w:t>
      </w:r>
      <w:r>
        <w:rPr>
          <w:rFonts w:ascii="Arial" w:hAnsi="Arial" w:cs="Arial"/>
          <w:sz w:val="24"/>
          <w:szCs w:val="24"/>
        </w:rPr>
        <w:t xml:space="preserve"> </w:t>
      </w:r>
      <w:r w:rsidRPr="00E93608">
        <w:rPr>
          <w:rFonts w:ascii="Arial" w:hAnsi="Arial" w:cs="Arial"/>
          <w:sz w:val="24"/>
          <w:szCs w:val="24"/>
        </w:rPr>
        <w:t>será creedor de una multa de 50 a 120 humas</w:t>
      </w:r>
      <w:r>
        <w:rPr>
          <w:rFonts w:ascii="Arial" w:hAnsi="Arial" w:cs="Arial"/>
          <w:sz w:val="24"/>
          <w:szCs w:val="24"/>
        </w:rPr>
        <w:t>, c</w:t>
      </w:r>
      <w:r w:rsidRPr="00E93608">
        <w:rPr>
          <w:rFonts w:ascii="Arial" w:hAnsi="Arial" w:cs="Arial"/>
          <w:sz w:val="24"/>
          <w:szCs w:val="24"/>
        </w:rPr>
        <w:t>omisión a las determinaciones plasmadas dentro de factibilidad ambiental para laboratorios de análisis clínicos, consultorios dentales y generar sitios de atención médica de competencia</w:t>
      </w:r>
      <w:r>
        <w:rPr>
          <w:rFonts w:ascii="Arial" w:hAnsi="Arial" w:cs="Arial"/>
          <w:sz w:val="24"/>
          <w:szCs w:val="24"/>
        </w:rPr>
        <w:t xml:space="preserve"> </w:t>
      </w:r>
      <w:r w:rsidRPr="00E93608">
        <w:rPr>
          <w:rFonts w:ascii="Arial" w:hAnsi="Arial" w:cs="Arial"/>
          <w:sz w:val="24"/>
          <w:szCs w:val="24"/>
        </w:rPr>
        <w:t>municipal en los que se generen residuos  considerados como peligrosos biológicos infecciosos, además de aquellos generadores de residuos</w:t>
      </w:r>
      <w:r>
        <w:rPr>
          <w:rFonts w:ascii="Arial" w:hAnsi="Arial" w:cs="Arial"/>
          <w:sz w:val="24"/>
          <w:szCs w:val="24"/>
        </w:rPr>
        <w:t xml:space="preserve"> </w:t>
      </w:r>
      <w:r w:rsidRPr="00E93608">
        <w:rPr>
          <w:rFonts w:ascii="Arial" w:hAnsi="Arial" w:cs="Arial"/>
          <w:sz w:val="24"/>
          <w:szCs w:val="24"/>
        </w:rPr>
        <w:t>punzocortantes y demás villa ley. Se aplicará una multa de 50 a 120 por falta de manifiesto de recolección</w:t>
      </w:r>
      <w:r>
        <w:rPr>
          <w:rFonts w:ascii="Arial" w:hAnsi="Arial" w:cs="Arial"/>
          <w:sz w:val="24"/>
          <w:szCs w:val="24"/>
        </w:rPr>
        <w:t xml:space="preserve"> </w:t>
      </w:r>
      <w:r w:rsidRPr="00E93608">
        <w:rPr>
          <w:rFonts w:ascii="Arial" w:hAnsi="Arial" w:cs="Arial"/>
          <w:sz w:val="24"/>
          <w:szCs w:val="24"/>
        </w:rPr>
        <w:t>de residuos peligrosos y de residiros peligrosos biológicos infecciosos, así como los planes de manejo y bitácoras correspondientes para para giros donde se produzcan o manejen dichos residuos,</w:t>
      </w:r>
      <w:r>
        <w:rPr>
          <w:rFonts w:ascii="Arial" w:hAnsi="Arial" w:cs="Arial"/>
          <w:sz w:val="24"/>
          <w:szCs w:val="24"/>
        </w:rPr>
        <w:t xml:space="preserve"> </w:t>
      </w:r>
      <w:r w:rsidRPr="00E93608">
        <w:rPr>
          <w:rFonts w:ascii="Arial" w:hAnsi="Arial" w:cs="Arial"/>
          <w:sz w:val="24"/>
          <w:szCs w:val="24"/>
        </w:rPr>
        <w:t>se cobrará una multa de 50 a 120 humas por falta de activid</w:t>
      </w:r>
      <w:r>
        <w:rPr>
          <w:rFonts w:ascii="Arial" w:hAnsi="Arial" w:cs="Arial"/>
          <w:sz w:val="24"/>
          <w:szCs w:val="24"/>
        </w:rPr>
        <w:t>ad</w:t>
      </w:r>
      <w:r w:rsidRPr="00E93608">
        <w:rPr>
          <w:rFonts w:ascii="Arial" w:hAnsi="Arial" w:cs="Arial"/>
          <w:sz w:val="24"/>
          <w:szCs w:val="24"/>
        </w:rPr>
        <w:t xml:space="preserve"> ambiental en establecimientos restauranteros y en general aquellos de preparación, venta,</w:t>
      </w:r>
      <w:r>
        <w:rPr>
          <w:rFonts w:ascii="Arial" w:hAnsi="Arial" w:cs="Arial"/>
          <w:sz w:val="24"/>
          <w:szCs w:val="24"/>
        </w:rPr>
        <w:t xml:space="preserve"> </w:t>
      </w:r>
      <w:r w:rsidRPr="00E93608">
        <w:rPr>
          <w:rFonts w:ascii="Arial" w:hAnsi="Arial" w:cs="Arial"/>
          <w:sz w:val="24"/>
          <w:szCs w:val="24"/>
        </w:rPr>
        <w:t>procesamiento y consumo de alimentos, así como puestos fijos y semifijos de preparación, venta y consumo de alimentos y carnicería, según la gravedad del daño ambiental. En caso que</w:t>
      </w:r>
      <w:r>
        <w:rPr>
          <w:rFonts w:ascii="Arial" w:hAnsi="Arial" w:cs="Arial"/>
          <w:sz w:val="24"/>
          <w:szCs w:val="24"/>
        </w:rPr>
        <w:t xml:space="preserve"> </w:t>
      </w:r>
      <w:r w:rsidRPr="00E93608">
        <w:rPr>
          <w:rFonts w:ascii="Arial" w:hAnsi="Arial" w:cs="Arial"/>
          <w:sz w:val="24"/>
          <w:szCs w:val="24"/>
        </w:rPr>
        <w:t>generen olores o dispongan de manera inadecuada de residuos y o aguas residuales, será acreedora a una multa de 50 a 120 humas</w:t>
      </w:r>
      <w:r>
        <w:rPr>
          <w:rFonts w:ascii="Arial" w:hAnsi="Arial" w:cs="Arial"/>
          <w:sz w:val="24"/>
          <w:szCs w:val="24"/>
        </w:rPr>
        <w:t>, c</w:t>
      </w:r>
      <w:r w:rsidRPr="00E93608">
        <w:rPr>
          <w:rFonts w:ascii="Arial" w:hAnsi="Arial" w:cs="Arial"/>
          <w:sz w:val="24"/>
          <w:szCs w:val="24"/>
        </w:rPr>
        <w:t>omisión a las determinaciones plasmadas dentro de la factibi</w:t>
      </w:r>
      <w:r>
        <w:rPr>
          <w:rFonts w:ascii="Arial" w:hAnsi="Arial" w:cs="Arial"/>
          <w:sz w:val="24"/>
          <w:szCs w:val="24"/>
        </w:rPr>
        <w:t>li</w:t>
      </w:r>
      <w:r w:rsidRPr="00E93608">
        <w:rPr>
          <w:rFonts w:ascii="Arial" w:hAnsi="Arial" w:cs="Arial"/>
          <w:sz w:val="24"/>
          <w:szCs w:val="24"/>
        </w:rPr>
        <w:t>dad ambiental en establecimientos restauranteros y en general aquellos que ya leen la fracción anterior de 50 a 120 más la multa.</w:t>
      </w:r>
      <w:r>
        <w:rPr>
          <w:rFonts w:ascii="Arial" w:hAnsi="Arial" w:cs="Arial"/>
          <w:sz w:val="24"/>
          <w:szCs w:val="24"/>
        </w:rPr>
        <w:t xml:space="preserve"> </w:t>
      </w:r>
      <w:r w:rsidRPr="00E93608">
        <w:rPr>
          <w:rFonts w:ascii="Arial" w:hAnsi="Arial" w:cs="Arial"/>
          <w:sz w:val="24"/>
          <w:szCs w:val="24"/>
        </w:rPr>
        <w:t>Por falta de</w:t>
      </w:r>
      <w:r>
        <w:rPr>
          <w:rFonts w:ascii="Arial" w:hAnsi="Arial" w:cs="Arial"/>
          <w:sz w:val="24"/>
          <w:szCs w:val="24"/>
        </w:rPr>
        <w:t xml:space="preserve"> </w:t>
      </w:r>
      <w:r w:rsidRPr="00E93608">
        <w:rPr>
          <w:rFonts w:ascii="Arial" w:hAnsi="Arial" w:cs="Arial"/>
          <w:sz w:val="24"/>
          <w:szCs w:val="24"/>
        </w:rPr>
        <w:t>facti</w:t>
      </w:r>
      <w:r>
        <w:rPr>
          <w:rFonts w:ascii="Arial" w:hAnsi="Arial" w:cs="Arial"/>
          <w:sz w:val="24"/>
          <w:szCs w:val="24"/>
        </w:rPr>
        <w:t>bili</w:t>
      </w:r>
      <w:r w:rsidRPr="00E93608">
        <w:rPr>
          <w:rFonts w:ascii="Arial" w:hAnsi="Arial" w:cs="Arial"/>
          <w:sz w:val="24"/>
          <w:szCs w:val="24"/>
        </w:rPr>
        <w:t>dad en actividades como exportación y aprovechamiento de material geológico en territorio municipal. movimientos de tierras, ladrilleras y alfarerías según la</w:t>
      </w:r>
      <w:r>
        <w:rPr>
          <w:rFonts w:ascii="Arial" w:hAnsi="Arial" w:cs="Arial"/>
          <w:sz w:val="24"/>
          <w:szCs w:val="24"/>
        </w:rPr>
        <w:t xml:space="preserve"> </w:t>
      </w:r>
      <w:r w:rsidRPr="00E93608">
        <w:rPr>
          <w:rFonts w:ascii="Arial" w:hAnsi="Arial" w:cs="Arial"/>
          <w:sz w:val="24"/>
          <w:szCs w:val="24"/>
        </w:rPr>
        <w:t>gravedad de daño ambiental, el cual será acreedor una multa de 50 a 200 UMAS.</w:t>
      </w:r>
      <w:r>
        <w:rPr>
          <w:rFonts w:ascii="Arial" w:hAnsi="Arial" w:cs="Arial"/>
          <w:sz w:val="24"/>
          <w:szCs w:val="24"/>
        </w:rPr>
        <w:t xml:space="preserve"> </w:t>
      </w:r>
      <w:r w:rsidRPr="00E93608">
        <w:rPr>
          <w:rFonts w:ascii="Arial" w:hAnsi="Arial" w:cs="Arial"/>
          <w:sz w:val="24"/>
          <w:szCs w:val="24"/>
        </w:rPr>
        <w:t>Y de igual forma en este concepto la omisión a las determinaciones pla</w:t>
      </w:r>
      <w:r>
        <w:rPr>
          <w:rFonts w:ascii="Arial" w:hAnsi="Arial" w:cs="Arial"/>
          <w:sz w:val="24"/>
          <w:szCs w:val="24"/>
        </w:rPr>
        <w:t>sma</w:t>
      </w:r>
      <w:r w:rsidRPr="00E93608">
        <w:rPr>
          <w:rFonts w:ascii="Arial" w:hAnsi="Arial" w:cs="Arial"/>
          <w:sz w:val="24"/>
          <w:szCs w:val="24"/>
        </w:rPr>
        <w:t>das en esta</w:t>
      </w:r>
      <w:r>
        <w:rPr>
          <w:rFonts w:ascii="Arial" w:hAnsi="Arial" w:cs="Arial"/>
          <w:sz w:val="24"/>
          <w:szCs w:val="24"/>
        </w:rPr>
        <w:t xml:space="preserve"> </w:t>
      </w:r>
      <w:r w:rsidRPr="00E93608">
        <w:rPr>
          <w:rFonts w:ascii="Arial" w:hAnsi="Arial" w:cs="Arial"/>
          <w:sz w:val="24"/>
          <w:szCs w:val="24"/>
        </w:rPr>
        <w:t>factibilidad de 50 200 sumas y por falta de factibilidad en estos mismos giros</w:t>
      </w:r>
      <w:r>
        <w:rPr>
          <w:rFonts w:ascii="Arial" w:hAnsi="Arial" w:cs="Arial"/>
          <w:sz w:val="24"/>
          <w:szCs w:val="24"/>
        </w:rPr>
        <w:t xml:space="preserve"> </w:t>
      </w:r>
      <w:r w:rsidRPr="00E93608">
        <w:rPr>
          <w:rFonts w:ascii="Arial" w:hAnsi="Arial" w:cs="Arial"/>
          <w:sz w:val="24"/>
          <w:szCs w:val="24"/>
        </w:rPr>
        <w:t>de 50, perdón, por falta de factibi</w:t>
      </w:r>
      <w:r>
        <w:rPr>
          <w:rFonts w:ascii="Arial" w:hAnsi="Arial" w:cs="Arial"/>
          <w:sz w:val="24"/>
          <w:szCs w:val="24"/>
        </w:rPr>
        <w:t>li</w:t>
      </w:r>
      <w:r w:rsidRPr="00E93608">
        <w:rPr>
          <w:rFonts w:ascii="Arial" w:hAnsi="Arial" w:cs="Arial"/>
          <w:sz w:val="24"/>
          <w:szCs w:val="24"/>
        </w:rPr>
        <w:t>dad ambiental para centros de acopio almacenes de residuos sólidos urbanos y de manejo especial según la gravedad de</w:t>
      </w:r>
      <w:r>
        <w:rPr>
          <w:rFonts w:ascii="Arial" w:hAnsi="Arial" w:cs="Arial"/>
          <w:sz w:val="24"/>
          <w:szCs w:val="24"/>
        </w:rPr>
        <w:t xml:space="preserve"> </w:t>
      </w:r>
      <w:r w:rsidRPr="00E93608">
        <w:rPr>
          <w:rFonts w:ascii="Arial" w:hAnsi="Arial" w:cs="Arial"/>
          <w:sz w:val="24"/>
          <w:szCs w:val="24"/>
        </w:rPr>
        <w:t>daño ambiental de 50 120 la omisión las determinaciones en dicha factibi</w:t>
      </w:r>
      <w:r>
        <w:rPr>
          <w:rFonts w:ascii="Arial" w:hAnsi="Arial" w:cs="Arial"/>
          <w:sz w:val="24"/>
          <w:szCs w:val="24"/>
        </w:rPr>
        <w:t>li</w:t>
      </w:r>
      <w:r w:rsidRPr="00E93608">
        <w:rPr>
          <w:rFonts w:ascii="Arial" w:hAnsi="Arial" w:cs="Arial"/>
          <w:sz w:val="24"/>
          <w:szCs w:val="24"/>
        </w:rPr>
        <w:t>dad ambiental para esos giros de 50 120.</w:t>
      </w:r>
      <w:r>
        <w:rPr>
          <w:rFonts w:ascii="Arial" w:hAnsi="Arial" w:cs="Arial"/>
          <w:sz w:val="24"/>
          <w:szCs w:val="24"/>
        </w:rPr>
        <w:t xml:space="preserve"> </w:t>
      </w:r>
      <w:r w:rsidRPr="00E93608">
        <w:rPr>
          <w:rFonts w:ascii="Arial" w:hAnsi="Arial" w:cs="Arial"/>
          <w:sz w:val="24"/>
          <w:szCs w:val="24"/>
        </w:rPr>
        <w:t>La fracción doceava queda igual en el apartado C. Residuos, emisiones, aguas residuales y en general fuentes de contaminación.</w:t>
      </w:r>
      <w:r>
        <w:rPr>
          <w:rFonts w:ascii="Arial" w:hAnsi="Arial" w:cs="Arial"/>
          <w:sz w:val="24"/>
          <w:szCs w:val="24"/>
        </w:rPr>
        <w:t xml:space="preserve"> </w:t>
      </w:r>
      <w:r w:rsidRPr="00E93608">
        <w:rPr>
          <w:rFonts w:ascii="Arial" w:hAnsi="Arial" w:cs="Arial"/>
          <w:sz w:val="24"/>
          <w:szCs w:val="24"/>
        </w:rPr>
        <w:t>Arrojar o abandonar en la vía pública áreas comunes, parques, barrancas en general en sitios no autorizados, residuos de cualquier especie, quemar a cielo abierto o en lugares no</w:t>
      </w:r>
      <w:r>
        <w:rPr>
          <w:rFonts w:ascii="Arial" w:hAnsi="Arial" w:cs="Arial"/>
          <w:sz w:val="24"/>
          <w:szCs w:val="24"/>
        </w:rPr>
        <w:t xml:space="preserve"> </w:t>
      </w:r>
      <w:r w:rsidRPr="00E93608">
        <w:rPr>
          <w:rFonts w:ascii="Arial" w:hAnsi="Arial" w:cs="Arial"/>
          <w:sz w:val="24"/>
          <w:szCs w:val="24"/>
        </w:rPr>
        <w:t>autorizados. llantas, plásticos, aceites gastados, residuos de la industria del calzado y curtiduría, desperdicios de</w:t>
      </w:r>
      <w:r>
        <w:rPr>
          <w:rFonts w:ascii="Arial" w:hAnsi="Arial" w:cs="Arial"/>
          <w:sz w:val="24"/>
          <w:szCs w:val="24"/>
        </w:rPr>
        <w:t xml:space="preserve"> </w:t>
      </w:r>
      <w:r w:rsidRPr="00E93608">
        <w:rPr>
          <w:rFonts w:ascii="Arial" w:hAnsi="Arial" w:cs="Arial"/>
          <w:sz w:val="24"/>
          <w:szCs w:val="24"/>
        </w:rPr>
        <w:t>ropa, solventes, productos químicos y en general cualquier tipo de residuos.</w:t>
      </w:r>
      <w:r>
        <w:rPr>
          <w:rFonts w:ascii="Arial" w:hAnsi="Arial" w:cs="Arial"/>
          <w:sz w:val="24"/>
          <w:szCs w:val="24"/>
        </w:rPr>
        <w:t xml:space="preserve"> </w:t>
      </w:r>
      <w:r w:rsidRPr="00E93608">
        <w:rPr>
          <w:rFonts w:ascii="Arial" w:hAnsi="Arial" w:cs="Arial"/>
          <w:sz w:val="24"/>
          <w:szCs w:val="24"/>
        </w:rPr>
        <w:t>Establecer sitios de disposición final de residuos sólidos urbanos de manejo especial no compatibles o peligrosos en lugares no autorizados. La dilución o</w:t>
      </w:r>
      <w:r>
        <w:rPr>
          <w:rFonts w:ascii="Arial" w:hAnsi="Arial" w:cs="Arial"/>
          <w:sz w:val="24"/>
          <w:szCs w:val="24"/>
        </w:rPr>
        <w:t xml:space="preserve"> </w:t>
      </w:r>
      <w:r w:rsidRPr="00E93608">
        <w:rPr>
          <w:rFonts w:ascii="Arial" w:hAnsi="Arial" w:cs="Arial"/>
          <w:sz w:val="24"/>
          <w:szCs w:val="24"/>
        </w:rPr>
        <w:t>mezcla de residuos sólidos urbanos de manejo especial</w:t>
      </w:r>
      <w:r>
        <w:rPr>
          <w:rFonts w:ascii="Arial" w:hAnsi="Arial" w:cs="Arial"/>
          <w:sz w:val="24"/>
          <w:szCs w:val="24"/>
        </w:rPr>
        <w:t xml:space="preserve"> l</w:t>
      </w:r>
      <w:r w:rsidRPr="00E93608">
        <w:rPr>
          <w:rFonts w:ascii="Arial" w:hAnsi="Arial" w:cs="Arial"/>
          <w:sz w:val="24"/>
          <w:szCs w:val="24"/>
        </w:rPr>
        <w:t xml:space="preserve">os con líquidos para su vertimiento al sistema de alcantarillado o a cualquier cuerpo de agua o </w:t>
      </w:r>
      <w:r w:rsidRPr="00E93608">
        <w:rPr>
          <w:rFonts w:ascii="Arial" w:hAnsi="Arial" w:cs="Arial"/>
          <w:sz w:val="24"/>
          <w:szCs w:val="24"/>
        </w:rPr>
        <w:lastRenderedPageBreak/>
        <w:t>sobres suelos con o sin cubierta</w:t>
      </w:r>
      <w:r>
        <w:rPr>
          <w:rFonts w:ascii="Arial" w:hAnsi="Arial" w:cs="Arial"/>
          <w:sz w:val="24"/>
          <w:szCs w:val="24"/>
        </w:rPr>
        <w:t xml:space="preserve"> </w:t>
      </w:r>
      <w:r w:rsidRPr="00E93608">
        <w:rPr>
          <w:rFonts w:ascii="Arial" w:hAnsi="Arial" w:cs="Arial"/>
          <w:sz w:val="24"/>
          <w:szCs w:val="24"/>
        </w:rPr>
        <w:t>vegetal, el cual será acreedor a la multa de 20 a 400</w:t>
      </w:r>
      <w:r>
        <w:rPr>
          <w:rFonts w:ascii="Arial" w:hAnsi="Arial" w:cs="Arial"/>
          <w:sz w:val="24"/>
          <w:szCs w:val="24"/>
        </w:rPr>
        <w:t xml:space="preserve"> UMAS </w:t>
      </w:r>
      <w:r w:rsidRPr="00E93608">
        <w:rPr>
          <w:rFonts w:ascii="Arial" w:hAnsi="Arial" w:cs="Arial"/>
          <w:sz w:val="24"/>
          <w:szCs w:val="24"/>
        </w:rPr>
        <w:t>Se está aumentando.</w:t>
      </w:r>
      <w:r>
        <w:rPr>
          <w:rFonts w:ascii="Arial" w:hAnsi="Arial" w:cs="Arial"/>
          <w:sz w:val="24"/>
          <w:szCs w:val="24"/>
        </w:rPr>
        <w:t xml:space="preserve"> </w:t>
      </w:r>
      <w:r w:rsidRPr="00E93608">
        <w:rPr>
          <w:rFonts w:ascii="Arial" w:hAnsi="Arial" w:cs="Arial"/>
          <w:sz w:val="24"/>
          <w:szCs w:val="24"/>
        </w:rPr>
        <w:t>La fracción dos y tres quedan igual. La fracción cuarta es, la falta de instalación de mecanismos de reducción de emisiones a la atmósfera por fuentes fijas obstando dichos dispositivos</w:t>
      </w:r>
      <w:r>
        <w:rPr>
          <w:rFonts w:ascii="Arial" w:hAnsi="Arial" w:cs="Arial"/>
          <w:sz w:val="24"/>
          <w:szCs w:val="24"/>
        </w:rPr>
        <w:t xml:space="preserve"> </w:t>
      </w:r>
      <w:r w:rsidRPr="00E93608">
        <w:rPr>
          <w:rFonts w:ascii="Arial" w:hAnsi="Arial" w:cs="Arial"/>
          <w:sz w:val="24"/>
          <w:szCs w:val="24"/>
        </w:rPr>
        <w:t>instalados no se encuentren en condiciones adecuadas, el cual será acreedora la multa de 30 a 500 UMAS</w:t>
      </w:r>
      <w:r>
        <w:rPr>
          <w:rFonts w:ascii="Arial" w:hAnsi="Arial" w:cs="Arial"/>
          <w:sz w:val="24"/>
          <w:szCs w:val="24"/>
        </w:rPr>
        <w:t xml:space="preserve"> </w:t>
      </w:r>
      <w:r w:rsidRPr="00E93608">
        <w:rPr>
          <w:rFonts w:ascii="Arial" w:hAnsi="Arial" w:cs="Arial"/>
          <w:sz w:val="24"/>
          <w:szCs w:val="24"/>
        </w:rPr>
        <w:t>en el apartado C, que creo que sería D más bien,</w:t>
      </w:r>
      <w:r>
        <w:rPr>
          <w:rFonts w:ascii="Arial" w:hAnsi="Arial" w:cs="Arial"/>
          <w:sz w:val="24"/>
          <w:szCs w:val="24"/>
        </w:rPr>
        <w:t xml:space="preserve"> </w:t>
      </w:r>
      <w:r w:rsidRPr="00E93608">
        <w:rPr>
          <w:rFonts w:ascii="Arial" w:hAnsi="Arial" w:cs="Arial"/>
          <w:sz w:val="24"/>
          <w:szCs w:val="24"/>
        </w:rPr>
        <w:t>de las relativas arbolado, vegetación, áreas</w:t>
      </w:r>
      <w:r>
        <w:rPr>
          <w:rFonts w:ascii="Arial" w:hAnsi="Arial" w:cs="Arial"/>
          <w:sz w:val="24"/>
          <w:szCs w:val="24"/>
        </w:rPr>
        <w:t xml:space="preserve"> </w:t>
      </w:r>
      <w:r w:rsidRPr="00E93608">
        <w:rPr>
          <w:rFonts w:ascii="Arial" w:hAnsi="Arial" w:cs="Arial"/>
          <w:sz w:val="24"/>
          <w:szCs w:val="24"/>
        </w:rPr>
        <w:t>verdes, áreas y espacios verdes. ¿Cómo realizar? ¿R</w:t>
      </w:r>
      <w:r>
        <w:rPr>
          <w:rFonts w:ascii="Arial" w:hAnsi="Arial" w:cs="Arial"/>
          <w:sz w:val="24"/>
          <w:szCs w:val="24"/>
        </w:rPr>
        <w:t>e</w:t>
      </w:r>
      <w:r w:rsidRPr="00E93608">
        <w:rPr>
          <w:rFonts w:ascii="Arial" w:hAnsi="Arial" w:cs="Arial"/>
          <w:sz w:val="24"/>
          <w:szCs w:val="24"/>
        </w:rPr>
        <w:t>alizar como acción culposa o dolosa el derribo o cualquier acción provocada que ponga en riesgo la salud</w:t>
      </w:r>
      <w:r>
        <w:rPr>
          <w:rFonts w:ascii="Arial" w:hAnsi="Arial" w:cs="Arial"/>
          <w:sz w:val="24"/>
          <w:szCs w:val="24"/>
        </w:rPr>
        <w:t xml:space="preserve"> </w:t>
      </w:r>
      <w:r w:rsidRPr="00E93608">
        <w:rPr>
          <w:rFonts w:ascii="Arial" w:hAnsi="Arial" w:cs="Arial"/>
          <w:sz w:val="24"/>
          <w:szCs w:val="24"/>
        </w:rPr>
        <w:t>del árbol, palma o vegetación sin la autorización correspondiente por unidad, independientemente de reparar el daño causado dentro del domicilio de</w:t>
      </w:r>
      <w:r>
        <w:rPr>
          <w:rFonts w:ascii="Arial" w:hAnsi="Arial" w:cs="Arial"/>
          <w:sz w:val="24"/>
          <w:szCs w:val="24"/>
        </w:rPr>
        <w:t xml:space="preserve"> </w:t>
      </w:r>
      <w:r w:rsidRPr="00E93608">
        <w:rPr>
          <w:rFonts w:ascii="Arial" w:hAnsi="Arial" w:cs="Arial"/>
          <w:sz w:val="24"/>
          <w:szCs w:val="24"/>
        </w:rPr>
        <w:t>particulares? De 10 a 150, cuando es fuera del domicilio de particulares de 20 a 150 UMAS</w:t>
      </w:r>
      <w:r>
        <w:rPr>
          <w:rFonts w:ascii="Arial" w:hAnsi="Arial" w:cs="Arial"/>
          <w:sz w:val="24"/>
          <w:szCs w:val="24"/>
        </w:rPr>
        <w:t xml:space="preserve"> </w:t>
      </w:r>
      <w:r w:rsidRPr="00E93608">
        <w:rPr>
          <w:rFonts w:ascii="Arial" w:hAnsi="Arial" w:cs="Arial"/>
          <w:sz w:val="24"/>
          <w:szCs w:val="24"/>
        </w:rPr>
        <w:t>En la fracción tercera, fuera de oficinas, comercios, industrias o giros similares de 50 a 500 más</w:t>
      </w:r>
      <w:r>
        <w:rPr>
          <w:rFonts w:ascii="Arial" w:hAnsi="Arial" w:cs="Arial"/>
          <w:sz w:val="24"/>
          <w:szCs w:val="24"/>
        </w:rPr>
        <w:t xml:space="preserve">. </w:t>
      </w:r>
      <w:r w:rsidRPr="00E93608">
        <w:rPr>
          <w:rFonts w:ascii="Arial" w:hAnsi="Arial" w:cs="Arial"/>
          <w:sz w:val="24"/>
          <w:szCs w:val="24"/>
        </w:rPr>
        <w:t>En la fracción cuarta, cuando se encuentran en camellones, parques, jardines u otros espacios</w:t>
      </w:r>
      <w:r>
        <w:rPr>
          <w:rFonts w:ascii="Arial" w:hAnsi="Arial" w:cs="Arial"/>
          <w:sz w:val="24"/>
          <w:szCs w:val="24"/>
        </w:rPr>
        <w:t xml:space="preserve"> </w:t>
      </w:r>
      <w:r w:rsidRPr="00E93608">
        <w:rPr>
          <w:rFonts w:ascii="Arial" w:hAnsi="Arial" w:cs="Arial"/>
          <w:sz w:val="24"/>
          <w:szCs w:val="24"/>
        </w:rPr>
        <w:t>públicos similares, incluso realizando solamente poda cuando esta se efectúe sin dictamen o autorización correspondiente de 50 a 500 UMAS.</w:t>
      </w:r>
      <w:r>
        <w:rPr>
          <w:rFonts w:ascii="Arial" w:hAnsi="Arial" w:cs="Arial"/>
          <w:sz w:val="24"/>
          <w:szCs w:val="24"/>
        </w:rPr>
        <w:t xml:space="preserve"> </w:t>
      </w:r>
      <w:r w:rsidRPr="00E93608">
        <w:rPr>
          <w:rFonts w:ascii="Arial" w:hAnsi="Arial" w:cs="Arial"/>
          <w:sz w:val="24"/>
          <w:szCs w:val="24"/>
        </w:rPr>
        <w:t>por el derribo de árboles considerados patrimoniales o que por sus características fisiológicas tengan un valor social dentro del municipio, conforme la declaratoria municipal de árboles municipales publicada en la</w:t>
      </w:r>
      <w:r>
        <w:rPr>
          <w:rFonts w:ascii="Arial" w:hAnsi="Arial" w:cs="Arial"/>
          <w:sz w:val="24"/>
          <w:szCs w:val="24"/>
        </w:rPr>
        <w:t xml:space="preserve"> </w:t>
      </w:r>
      <w:r w:rsidRPr="00E93608">
        <w:rPr>
          <w:rFonts w:ascii="Arial" w:hAnsi="Arial" w:cs="Arial"/>
          <w:sz w:val="24"/>
          <w:szCs w:val="24"/>
        </w:rPr>
        <w:t>página oficial de municipios que previa autorización de la dirección de medio ambiente y desarrollo sustentable de 1000 UMAS a 3,000 UMAS.</w:t>
      </w:r>
      <w:r>
        <w:rPr>
          <w:rFonts w:ascii="Arial" w:hAnsi="Arial" w:cs="Arial"/>
          <w:sz w:val="24"/>
          <w:szCs w:val="24"/>
        </w:rPr>
        <w:t xml:space="preserve"> </w:t>
      </w:r>
      <w:r w:rsidRPr="00E93608">
        <w:rPr>
          <w:rFonts w:ascii="Arial" w:hAnsi="Arial" w:cs="Arial"/>
          <w:sz w:val="24"/>
          <w:szCs w:val="24"/>
        </w:rPr>
        <w:t>Se propone incorporar la fracción séptima ausencia u omisión de dictamen para poda de árboles públicos mayores a 3 m, multa de 10 a 100 UMAS. Cuando la</w:t>
      </w:r>
      <w:r>
        <w:rPr>
          <w:rFonts w:ascii="Arial" w:hAnsi="Arial" w:cs="Arial"/>
          <w:sz w:val="24"/>
          <w:szCs w:val="24"/>
        </w:rPr>
        <w:t xml:space="preserve"> </w:t>
      </w:r>
      <w:r w:rsidRPr="00E93608">
        <w:rPr>
          <w:rFonts w:ascii="Arial" w:hAnsi="Arial" w:cs="Arial"/>
          <w:sz w:val="24"/>
          <w:szCs w:val="24"/>
        </w:rPr>
        <w:t>poda sea excesiva y se aplique en árboles mayores a 10 m, se podrá aplicar hasta un máximo de 700 UMAS. Lo anterior excepción de aquellos ubicados en áreas</w:t>
      </w:r>
      <w:r>
        <w:rPr>
          <w:rFonts w:ascii="Arial" w:hAnsi="Arial" w:cs="Arial"/>
          <w:sz w:val="24"/>
          <w:szCs w:val="24"/>
        </w:rPr>
        <w:t xml:space="preserve"> </w:t>
      </w:r>
      <w:r w:rsidRPr="00E93608">
        <w:rPr>
          <w:rFonts w:ascii="Arial" w:hAnsi="Arial" w:cs="Arial"/>
          <w:sz w:val="24"/>
          <w:szCs w:val="24"/>
        </w:rPr>
        <w:t xml:space="preserve">de servidumbre y en los cuales </w:t>
      </w:r>
      <w:r w:rsidR="00E125AA" w:rsidRPr="00E93608">
        <w:rPr>
          <w:rFonts w:ascii="Arial" w:hAnsi="Arial" w:cs="Arial"/>
          <w:sz w:val="24"/>
          <w:szCs w:val="24"/>
        </w:rPr>
        <w:t>el trabajo de podas es</w:t>
      </w:r>
      <w:r w:rsidRPr="00E93608">
        <w:rPr>
          <w:rFonts w:ascii="Arial" w:hAnsi="Arial" w:cs="Arial"/>
          <w:sz w:val="24"/>
          <w:szCs w:val="24"/>
        </w:rPr>
        <w:t xml:space="preserve"> con carácter preventivo o en relación al control del tamaño del árbol o sanitario y que se encuentre debidamente aplicado.</w:t>
      </w:r>
      <w:r>
        <w:rPr>
          <w:rFonts w:ascii="Arial" w:hAnsi="Arial" w:cs="Arial"/>
          <w:sz w:val="24"/>
          <w:szCs w:val="24"/>
        </w:rPr>
        <w:t xml:space="preserve"> </w:t>
      </w:r>
      <w:r w:rsidRPr="00E93608">
        <w:rPr>
          <w:rFonts w:ascii="Arial" w:hAnsi="Arial" w:cs="Arial"/>
          <w:sz w:val="24"/>
          <w:szCs w:val="24"/>
        </w:rPr>
        <w:t>En la fracción octava sin modificación.</w:t>
      </w:r>
      <w:r>
        <w:rPr>
          <w:rFonts w:ascii="Arial" w:hAnsi="Arial" w:cs="Arial"/>
          <w:sz w:val="24"/>
          <w:szCs w:val="24"/>
        </w:rPr>
        <w:t xml:space="preserve"> </w:t>
      </w:r>
      <w:r w:rsidRPr="00E93608">
        <w:rPr>
          <w:rFonts w:ascii="Arial" w:hAnsi="Arial" w:cs="Arial"/>
          <w:sz w:val="24"/>
          <w:szCs w:val="24"/>
        </w:rPr>
        <w:t>En la nueve dice, derribos sin dictamen técnico o utilizad municipal de árboles propios o en propiedad privada mayores a 3 metros y que hayan contado con</w:t>
      </w:r>
      <w:r>
        <w:rPr>
          <w:rFonts w:ascii="Arial" w:hAnsi="Arial" w:cs="Arial"/>
          <w:sz w:val="24"/>
          <w:szCs w:val="24"/>
        </w:rPr>
        <w:t xml:space="preserve"> </w:t>
      </w:r>
      <w:r w:rsidRPr="00E93608">
        <w:rPr>
          <w:rFonts w:ascii="Arial" w:hAnsi="Arial" w:cs="Arial"/>
          <w:sz w:val="24"/>
          <w:szCs w:val="24"/>
        </w:rPr>
        <w:t>adecuaciones físicas, condiciones físicas y sanitarias, adaptación al lugar y potencial de generar servicios ambientales, multa de 30 a 150 UMAS.</w:t>
      </w:r>
      <w:r>
        <w:rPr>
          <w:rFonts w:ascii="Arial" w:hAnsi="Arial" w:cs="Arial"/>
          <w:sz w:val="24"/>
          <w:szCs w:val="24"/>
        </w:rPr>
        <w:t xml:space="preserve"> </w:t>
      </w:r>
      <w:r w:rsidRPr="00E93608">
        <w:rPr>
          <w:rFonts w:ascii="Arial" w:hAnsi="Arial" w:cs="Arial"/>
          <w:sz w:val="24"/>
          <w:szCs w:val="24"/>
        </w:rPr>
        <w:t>En el inciso fracción 12, ausencia u omisión a disposiciones de dictamen para poda de árboles propios o en propiedad privada mayores a 3 m, multa de 10 a 100 UMAS.</w:t>
      </w:r>
      <w:r>
        <w:rPr>
          <w:rFonts w:ascii="Arial" w:hAnsi="Arial" w:cs="Arial"/>
          <w:sz w:val="24"/>
          <w:szCs w:val="24"/>
        </w:rPr>
        <w:t xml:space="preserve"> </w:t>
      </w:r>
      <w:r w:rsidRPr="00E93608">
        <w:rPr>
          <w:rFonts w:ascii="Arial" w:hAnsi="Arial" w:cs="Arial"/>
          <w:sz w:val="24"/>
          <w:szCs w:val="24"/>
        </w:rPr>
        <w:t>Se está reformulando esta este apartado y se está reformulando la fracción 16,</w:t>
      </w:r>
      <w:r>
        <w:rPr>
          <w:rFonts w:ascii="Arial" w:hAnsi="Arial" w:cs="Arial"/>
          <w:sz w:val="24"/>
          <w:szCs w:val="24"/>
        </w:rPr>
        <w:t xml:space="preserve"> </w:t>
      </w:r>
      <w:r w:rsidRPr="00E93608">
        <w:rPr>
          <w:rFonts w:ascii="Arial" w:hAnsi="Arial" w:cs="Arial"/>
          <w:sz w:val="24"/>
          <w:szCs w:val="24"/>
        </w:rPr>
        <w:t>realizar trasplante de árboles o palmas sin autorización o bien sin respetar las condiciones, requisitos y disposiciones contenidas en el reglamento de medio</w:t>
      </w:r>
      <w:r>
        <w:rPr>
          <w:rFonts w:ascii="Arial" w:hAnsi="Arial" w:cs="Arial"/>
          <w:sz w:val="24"/>
          <w:szCs w:val="24"/>
        </w:rPr>
        <w:t xml:space="preserve"> </w:t>
      </w:r>
      <w:r w:rsidRPr="00E93608">
        <w:rPr>
          <w:rFonts w:ascii="Arial" w:hAnsi="Arial" w:cs="Arial"/>
          <w:sz w:val="24"/>
          <w:szCs w:val="24"/>
        </w:rPr>
        <w:t>ambiente desarrollo sustentable y o del correspondiente dictamen técnico, multa de 20 a 100 UM</w:t>
      </w:r>
      <w:r>
        <w:rPr>
          <w:rFonts w:ascii="Arial" w:hAnsi="Arial" w:cs="Arial"/>
          <w:sz w:val="24"/>
          <w:szCs w:val="24"/>
        </w:rPr>
        <w:t xml:space="preserve">AS </w:t>
      </w:r>
      <w:r w:rsidRPr="00E93608">
        <w:rPr>
          <w:rFonts w:ascii="Arial" w:hAnsi="Arial" w:cs="Arial"/>
          <w:sz w:val="24"/>
          <w:szCs w:val="24"/>
        </w:rPr>
        <w:t>Fracción 18, ocasionar daños o retiros de árboles en causa justificada en espacios públicos productos de forestaciones o reforestaciones, sin importar la altura de los mismos, multa de 10 a 150</w:t>
      </w:r>
      <w:r>
        <w:rPr>
          <w:rFonts w:ascii="Arial" w:hAnsi="Arial" w:cs="Arial"/>
          <w:sz w:val="24"/>
          <w:szCs w:val="24"/>
        </w:rPr>
        <w:t xml:space="preserve"> UMAS</w:t>
      </w:r>
      <w:r w:rsidRPr="00E93608">
        <w:rPr>
          <w:rFonts w:ascii="Arial" w:hAnsi="Arial" w:cs="Arial"/>
          <w:sz w:val="24"/>
          <w:szCs w:val="24"/>
        </w:rPr>
        <w:t>, apartado e, afectaciones en general a la política y gestión ambiental</w:t>
      </w:r>
      <w:r>
        <w:rPr>
          <w:rFonts w:ascii="Arial" w:hAnsi="Arial" w:cs="Arial"/>
          <w:sz w:val="24"/>
          <w:szCs w:val="24"/>
        </w:rPr>
        <w:t xml:space="preserve"> </w:t>
      </w:r>
      <w:r w:rsidRPr="00E93608">
        <w:rPr>
          <w:rFonts w:ascii="Arial" w:hAnsi="Arial" w:cs="Arial"/>
          <w:sz w:val="24"/>
          <w:szCs w:val="24"/>
        </w:rPr>
        <w:t>quedan sin este sin modificaciones</w:t>
      </w:r>
      <w:r>
        <w:rPr>
          <w:rFonts w:ascii="Arial" w:hAnsi="Arial" w:cs="Arial"/>
          <w:sz w:val="24"/>
          <w:szCs w:val="24"/>
        </w:rPr>
        <w:t>, m</w:t>
      </w:r>
      <w:r w:rsidRPr="00E93608">
        <w:rPr>
          <w:rFonts w:ascii="Arial" w:hAnsi="Arial" w:cs="Arial"/>
          <w:sz w:val="24"/>
          <w:szCs w:val="24"/>
        </w:rPr>
        <w:t xml:space="preserve">uy bien. Entonces, las cuotas y </w:t>
      </w:r>
      <w:r w:rsidRPr="00E93608">
        <w:rPr>
          <w:rFonts w:ascii="Arial" w:hAnsi="Arial" w:cs="Arial"/>
          <w:sz w:val="24"/>
          <w:szCs w:val="24"/>
        </w:rPr>
        <w:lastRenderedPageBreak/>
        <w:t>tarifas quedaron prácticamente igual, salvo las multas por infraccionar, por</w:t>
      </w:r>
      <w:r>
        <w:rPr>
          <w:rFonts w:ascii="Arial" w:hAnsi="Arial" w:cs="Arial"/>
          <w:sz w:val="24"/>
          <w:szCs w:val="24"/>
        </w:rPr>
        <w:t xml:space="preserve"> </w:t>
      </w:r>
      <w:r w:rsidRPr="00E93608">
        <w:rPr>
          <w:rFonts w:ascii="Arial" w:hAnsi="Arial" w:cs="Arial"/>
          <w:sz w:val="24"/>
          <w:szCs w:val="24"/>
        </w:rPr>
        <w:t xml:space="preserve">infringir el reglamento de medio ambiente, si están </w:t>
      </w:r>
      <w:r w:rsidR="007823BE" w:rsidRPr="00E93608">
        <w:rPr>
          <w:rFonts w:ascii="Arial" w:hAnsi="Arial" w:cs="Arial"/>
          <w:sz w:val="24"/>
          <w:szCs w:val="24"/>
        </w:rPr>
        <w:t>sufriendo algunos ajustes</w:t>
      </w:r>
      <w:r w:rsidRPr="00E93608">
        <w:rPr>
          <w:rFonts w:ascii="Arial" w:hAnsi="Arial" w:cs="Arial"/>
          <w:sz w:val="24"/>
          <w:szCs w:val="24"/>
        </w:rPr>
        <w:t xml:space="preserve"> al alza considerables por</w:t>
      </w:r>
      <w:r>
        <w:rPr>
          <w:rFonts w:ascii="Arial" w:hAnsi="Arial" w:cs="Arial"/>
          <w:sz w:val="24"/>
          <w:szCs w:val="24"/>
        </w:rPr>
        <w:t xml:space="preserve"> </w:t>
      </w:r>
      <w:r w:rsidRPr="00E93608">
        <w:rPr>
          <w:rFonts w:ascii="Arial" w:hAnsi="Arial" w:cs="Arial"/>
          <w:sz w:val="24"/>
          <w:szCs w:val="24"/>
        </w:rPr>
        <w:t>justamente para prevenir el daño al medio ambiente municipal. ¿No si hubiera alguna duda en cuanto a la dirección de medio ambiente desarrollo sustentable?</w:t>
      </w:r>
      <w:r>
        <w:rPr>
          <w:rFonts w:ascii="Arial" w:hAnsi="Arial" w:cs="Arial"/>
          <w:sz w:val="24"/>
          <w:szCs w:val="24"/>
        </w:rPr>
        <w:t xml:space="preserve"> </w:t>
      </w:r>
      <w:r w:rsidRPr="00E93608">
        <w:rPr>
          <w:rFonts w:ascii="Arial" w:hAnsi="Arial" w:cs="Arial"/>
          <w:sz w:val="24"/>
          <w:szCs w:val="24"/>
        </w:rPr>
        <w:t xml:space="preserve">A sí, continuaríamos con </w:t>
      </w:r>
      <w:r w:rsidR="007823BE" w:rsidRPr="00E93608">
        <w:rPr>
          <w:rFonts w:ascii="Arial" w:hAnsi="Arial" w:cs="Arial"/>
          <w:sz w:val="24"/>
          <w:szCs w:val="24"/>
        </w:rPr>
        <w:t>la siguiente dirección</w:t>
      </w:r>
      <w:r w:rsidRPr="00E93608">
        <w:rPr>
          <w:rFonts w:ascii="Arial" w:hAnsi="Arial" w:cs="Arial"/>
          <w:sz w:val="24"/>
          <w:szCs w:val="24"/>
        </w:rPr>
        <w:t xml:space="preserve"> que sería el ordenamiento territorial.</w:t>
      </w:r>
      <w:r w:rsidR="007823BE">
        <w:rPr>
          <w:rFonts w:ascii="Arial" w:hAnsi="Arial" w:cs="Arial"/>
          <w:sz w:val="24"/>
          <w:szCs w:val="24"/>
        </w:rPr>
        <w:t xml:space="preserve"> N</w:t>
      </w:r>
      <w:r w:rsidRPr="00E93608">
        <w:rPr>
          <w:rFonts w:ascii="Arial" w:hAnsi="Arial" w:cs="Arial"/>
          <w:sz w:val="24"/>
          <w:szCs w:val="24"/>
        </w:rPr>
        <w:t xml:space="preserve">o sin antes es agradecer la el acompañamiento de la presencia del </w:t>
      </w:r>
      <w:r w:rsidR="007823BE">
        <w:rPr>
          <w:rFonts w:ascii="Arial" w:hAnsi="Arial" w:cs="Arial"/>
          <w:sz w:val="24"/>
          <w:szCs w:val="24"/>
        </w:rPr>
        <w:t>L</w:t>
      </w:r>
      <w:r w:rsidRPr="00E93608">
        <w:rPr>
          <w:rFonts w:ascii="Arial" w:hAnsi="Arial" w:cs="Arial"/>
          <w:sz w:val="24"/>
          <w:szCs w:val="24"/>
        </w:rPr>
        <w:t xml:space="preserve">icenciado Javier </w:t>
      </w:r>
      <w:r w:rsidR="007823BE">
        <w:rPr>
          <w:rFonts w:ascii="Arial" w:hAnsi="Arial" w:cs="Arial"/>
          <w:sz w:val="24"/>
          <w:szCs w:val="24"/>
        </w:rPr>
        <w:t>M</w:t>
      </w:r>
      <w:r w:rsidRPr="00E93608">
        <w:rPr>
          <w:rFonts w:ascii="Arial" w:hAnsi="Arial" w:cs="Arial"/>
          <w:sz w:val="24"/>
          <w:szCs w:val="24"/>
        </w:rPr>
        <w:t xml:space="preserve">edina apreciado </w:t>
      </w:r>
      <w:r w:rsidR="007823BE">
        <w:rPr>
          <w:rFonts w:ascii="Arial" w:hAnsi="Arial" w:cs="Arial"/>
          <w:sz w:val="24"/>
          <w:szCs w:val="24"/>
        </w:rPr>
        <w:t>F</w:t>
      </w:r>
      <w:r w:rsidRPr="00E93608">
        <w:rPr>
          <w:rFonts w:ascii="Arial" w:hAnsi="Arial" w:cs="Arial"/>
          <w:sz w:val="24"/>
          <w:szCs w:val="24"/>
        </w:rPr>
        <w:t xml:space="preserve">iscal </w:t>
      </w:r>
      <w:r w:rsidR="007823BE">
        <w:rPr>
          <w:rFonts w:ascii="Arial" w:hAnsi="Arial" w:cs="Arial"/>
          <w:sz w:val="24"/>
          <w:szCs w:val="24"/>
        </w:rPr>
        <w:t>A</w:t>
      </w:r>
      <w:r w:rsidRPr="00E93608">
        <w:rPr>
          <w:rFonts w:ascii="Arial" w:hAnsi="Arial" w:cs="Arial"/>
          <w:sz w:val="24"/>
          <w:szCs w:val="24"/>
        </w:rPr>
        <w:t>mbiental. Muchas gracias licenciado, por su apoyo.</w:t>
      </w:r>
      <w:r w:rsidR="007823BE">
        <w:rPr>
          <w:rFonts w:ascii="Arial" w:hAnsi="Arial" w:cs="Arial"/>
          <w:sz w:val="24"/>
          <w:szCs w:val="24"/>
        </w:rPr>
        <w:t xml:space="preserve"> </w:t>
      </w:r>
      <w:r w:rsidRPr="00E93608">
        <w:rPr>
          <w:rFonts w:ascii="Arial" w:hAnsi="Arial" w:cs="Arial"/>
          <w:sz w:val="24"/>
          <w:szCs w:val="24"/>
        </w:rPr>
        <w:t>Continuaremos con el artículo 37 que es del impuesto sobre negocios jurídicos ya correspondiente a la Dirección de Ordenamiento Territorial.</w:t>
      </w:r>
      <w:r w:rsidR="007823BE">
        <w:rPr>
          <w:rFonts w:ascii="Arial" w:hAnsi="Arial" w:cs="Arial"/>
          <w:sz w:val="24"/>
          <w:szCs w:val="24"/>
        </w:rPr>
        <w:t xml:space="preserve"> </w:t>
      </w:r>
      <w:r w:rsidRPr="00E93608">
        <w:rPr>
          <w:rFonts w:ascii="Arial" w:hAnsi="Arial" w:cs="Arial"/>
          <w:sz w:val="24"/>
          <w:szCs w:val="24"/>
        </w:rPr>
        <w:t>Bueno, empezaremos en el artículo 60</w:t>
      </w:r>
      <w:r w:rsidR="007823BE">
        <w:rPr>
          <w:rFonts w:ascii="Arial" w:hAnsi="Arial" w:cs="Arial"/>
          <w:sz w:val="24"/>
          <w:szCs w:val="24"/>
        </w:rPr>
        <w:t xml:space="preserve"> l</w:t>
      </w:r>
      <w:r w:rsidRPr="00E93608">
        <w:rPr>
          <w:rFonts w:ascii="Arial" w:hAnsi="Arial" w:cs="Arial"/>
          <w:sz w:val="24"/>
          <w:szCs w:val="24"/>
        </w:rPr>
        <w:t>as personas físicas o jurídicas que pretendan llevar a cabo la construcción, reconstrucción, reparación o demolición de obras, deberán obtener previamente la</w:t>
      </w:r>
      <w:r w:rsidR="007823BE">
        <w:rPr>
          <w:rFonts w:ascii="Arial" w:hAnsi="Arial" w:cs="Arial"/>
          <w:sz w:val="24"/>
          <w:szCs w:val="24"/>
        </w:rPr>
        <w:t xml:space="preserve"> </w:t>
      </w:r>
      <w:r w:rsidRPr="00E93608">
        <w:rPr>
          <w:rFonts w:ascii="Arial" w:hAnsi="Arial" w:cs="Arial"/>
          <w:sz w:val="24"/>
          <w:szCs w:val="24"/>
        </w:rPr>
        <w:t>licencia correspondiente y pagar los derechos conforme la siguiente licencia.</w:t>
      </w:r>
      <w:r w:rsidR="007823BE">
        <w:rPr>
          <w:rFonts w:ascii="Arial" w:hAnsi="Arial" w:cs="Arial"/>
          <w:sz w:val="24"/>
          <w:szCs w:val="24"/>
        </w:rPr>
        <w:t xml:space="preserve"> </w:t>
      </w:r>
      <w:r w:rsidRPr="00E93608">
        <w:rPr>
          <w:rFonts w:ascii="Arial" w:hAnsi="Arial" w:cs="Arial"/>
          <w:sz w:val="24"/>
          <w:szCs w:val="24"/>
        </w:rPr>
        <w:t>Licencia de construcción menor de 30 m², incluyendo inspección, tendrá un valor y vigencia únicas de 12 meses, siempre y</w:t>
      </w:r>
      <w:r w:rsidR="007823BE">
        <w:rPr>
          <w:rFonts w:ascii="Arial" w:hAnsi="Arial" w:cs="Arial"/>
          <w:sz w:val="24"/>
          <w:szCs w:val="24"/>
        </w:rPr>
        <w:t xml:space="preserve"> </w:t>
      </w:r>
      <w:r w:rsidRPr="00E93608">
        <w:rPr>
          <w:rFonts w:ascii="Arial" w:hAnsi="Arial" w:cs="Arial"/>
          <w:sz w:val="24"/>
          <w:szCs w:val="24"/>
        </w:rPr>
        <w:t xml:space="preserve">cuando su giro sea habitacional, de </w:t>
      </w:r>
      <w:r w:rsidR="007823BE">
        <w:rPr>
          <w:rFonts w:ascii="Arial" w:hAnsi="Arial" w:cs="Arial"/>
          <w:sz w:val="24"/>
          <w:szCs w:val="24"/>
        </w:rPr>
        <w:t>$</w:t>
      </w:r>
      <w:r w:rsidRPr="00E93608">
        <w:rPr>
          <w:rFonts w:ascii="Arial" w:hAnsi="Arial" w:cs="Arial"/>
          <w:sz w:val="24"/>
          <w:szCs w:val="24"/>
        </w:rPr>
        <w:t>1</w:t>
      </w:r>
      <w:r w:rsidR="007823BE">
        <w:rPr>
          <w:rFonts w:ascii="Arial" w:hAnsi="Arial" w:cs="Arial"/>
          <w:sz w:val="24"/>
          <w:szCs w:val="24"/>
        </w:rPr>
        <w:t>,</w:t>
      </w:r>
      <w:r w:rsidRPr="00E93608">
        <w:rPr>
          <w:rFonts w:ascii="Arial" w:hAnsi="Arial" w:cs="Arial"/>
          <w:sz w:val="24"/>
          <w:szCs w:val="24"/>
        </w:rPr>
        <w:t>160</w:t>
      </w:r>
      <w:r w:rsidR="00A74614">
        <w:rPr>
          <w:rFonts w:ascii="Arial" w:hAnsi="Arial" w:cs="Arial"/>
          <w:sz w:val="24"/>
          <w:szCs w:val="24"/>
        </w:rPr>
        <w:t>.00</w:t>
      </w:r>
      <w:r w:rsidRPr="00E93608">
        <w:rPr>
          <w:rFonts w:ascii="Arial" w:hAnsi="Arial" w:cs="Arial"/>
          <w:sz w:val="24"/>
          <w:szCs w:val="24"/>
        </w:rPr>
        <w:t xml:space="preserve"> pesos. Actualmente está en </w:t>
      </w:r>
      <w:r w:rsidR="007823BE">
        <w:rPr>
          <w:rFonts w:ascii="Arial" w:hAnsi="Arial" w:cs="Arial"/>
          <w:sz w:val="24"/>
          <w:szCs w:val="24"/>
        </w:rPr>
        <w:t>$</w:t>
      </w:r>
      <w:r w:rsidRPr="00E93608">
        <w:rPr>
          <w:rFonts w:ascii="Arial" w:hAnsi="Arial" w:cs="Arial"/>
          <w:sz w:val="24"/>
          <w:szCs w:val="24"/>
        </w:rPr>
        <w:t>551</w:t>
      </w:r>
      <w:r w:rsidR="00A74614">
        <w:rPr>
          <w:rFonts w:ascii="Arial" w:hAnsi="Arial" w:cs="Arial"/>
          <w:sz w:val="24"/>
          <w:szCs w:val="24"/>
        </w:rPr>
        <w:t>.00 pesos</w:t>
      </w:r>
      <w:r w:rsidRPr="00E93608">
        <w:rPr>
          <w:rFonts w:ascii="Arial" w:hAnsi="Arial" w:cs="Arial"/>
          <w:sz w:val="24"/>
          <w:szCs w:val="24"/>
        </w:rPr>
        <w:t>, pero porque la vigencia es por 6 meses. Se</w:t>
      </w:r>
      <w:r w:rsidR="007823BE">
        <w:rPr>
          <w:rFonts w:ascii="Arial" w:hAnsi="Arial" w:cs="Arial"/>
          <w:sz w:val="24"/>
          <w:szCs w:val="24"/>
        </w:rPr>
        <w:t xml:space="preserve"> </w:t>
      </w:r>
      <w:r w:rsidRPr="00E93608">
        <w:rPr>
          <w:rFonts w:ascii="Arial" w:hAnsi="Arial" w:cs="Arial"/>
          <w:sz w:val="24"/>
          <w:szCs w:val="24"/>
        </w:rPr>
        <w:t>está duplicando la vigencia de la licencia y por ende se está duplicando el monto, el costo. Adelante, regidor Gustavo.</w:t>
      </w:r>
    </w:p>
    <w:p w14:paraId="4780BCE6" w14:textId="5D5C8DCC" w:rsidR="00EA0C28" w:rsidRPr="00E93608" w:rsidRDefault="007823BE" w:rsidP="00E93608">
      <w:pPr>
        <w:jc w:val="both"/>
        <w:rPr>
          <w:rFonts w:ascii="Arial" w:hAnsi="Arial" w:cs="Arial"/>
          <w:sz w:val="24"/>
          <w:szCs w:val="24"/>
        </w:rPr>
      </w:pPr>
      <w:r>
        <w:rPr>
          <w:rFonts w:ascii="Arial" w:hAnsi="Arial" w:cs="Arial"/>
          <w:b/>
          <w:bCs/>
          <w:sz w:val="24"/>
          <w:szCs w:val="24"/>
        </w:rPr>
        <w:t xml:space="preserve">C. GUSTAVO LOPEZ SANDOVAL. - </w:t>
      </w:r>
      <w:r w:rsidRPr="00E93608">
        <w:rPr>
          <w:rFonts w:ascii="Arial" w:hAnsi="Arial" w:cs="Arial"/>
          <w:sz w:val="24"/>
          <w:szCs w:val="24"/>
        </w:rPr>
        <w:t>Gracias, regidor.</w:t>
      </w:r>
      <w:r>
        <w:rPr>
          <w:rFonts w:ascii="Arial" w:hAnsi="Arial" w:cs="Arial"/>
          <w:sz w:val="24"/>
          <w:szCs w:val="24"/>
        </w:rPr>
        <w:t xml:space="preserve"> </w:t>
      </w:r>
      <w:r w:rsidRPr="00E93608">
        <w:rPr>
          <w:rFonts w:ascii="Arial" w:hAnsi="Arial" w:cs="Arial"/>
          <w:sz w:val="24"/>
          <w:szCs w:val="24"/>
        </w:rPr>
        <w:t>Y igual como el ejercicio pasado se dup</w:t>
      </w:r>
      <w:r>
        <w:rPr>
          <w:rFonts w:ascii="Arial" w:hAnsi="Arial" w:cs="Arial"/>
          <w:sz w:val="24"/>
          <w:szCs w:val="24"/>
        </w:rPr>
        <w:t>lico</w:t>
      </w:r>
      <w:r w:rsidRPr="00E93608">
        <w:rPr>
          <w:rFonts w:ascii="Arial" w:hAnsi="Arial" w:cs="Arial"/>
          <w:sz w:val="24"/>
          <w:szCs w:val="24"/>
        </w:rPr>
        <w:t xml:space="preserve"> es el 100%, ¿verdad?, del incremento,</w:t>
      </w:r>
      <w:r>
        <w:rPr>
          <w:rFonts w:ascii="Arial" w:hAnsi="Arial" w:cs="Arial"/>
          <w:sz w:val="24"/>
          <w:szCs w:val="24"/>
        </w:rPr>
        <w:t xml:space="preserve"> </w:t>
      </w:r>
      <w:r w:rsidRPr="00E93608">
        <w:rPr>
          <w:rFonts w:ascii="Arial" w:hAnsi="Arial" w:cs="Arial"/>
          <w:sz w:val="24"/>
          <w:szCs w:val="24"/>
        </w:rPr>
        <w:t>pero así es, pero se duplica la vigencia</w:t>
      </w:r>
      <w:proofErr w:type="gramStart"/>
      <w:r w:rsidRPr="00E93608">
        <w:rPr>
          <w:rFonts w:ascii="Arial" w:hAnsi="Arial" w:cs="Arial"/>
          <w:sz w:val="24"/>
          <w:szCs w:val="24"/>
        </w:rPr>
        <w:t>. ,</w:t>
      </w:r>
      <w:proofErr w:type="gramEnd"/>
      <w:r w:rsidRPr="00E93608">
        <w:rPr>
          <w:rFonts w:ascii="Arial" w:hAnsi="Arial" w:cs="Arial"/>
          <w:sz w:val="24"/>
          <w:szCs w:val="24"/>
        </w:rPr>
        <w:t xml:space="preserve"> recuerdo que el año en que entramos aquí</w:t>
      </w:r>
      <w:r>
        <w:rPr>
          <w:rFonts w:ascii="Arial" w:hAnsi="Arial" w:cs="Arial"/>
          <w:sz w:val="24"/>
          <w:szCs w:val="24"/>
        </w:rPr>
        <w:t xml:space="preserve"> </w:t>
      </w:r>
      <w:r w:rsidRPr="00E93608">
        <w:rPr>
          <w:rFonts w:ascii="Arial" w:hAnsi="Arial" w:cs="Arial"/>
          <w:sz w:val="24"/>
          <w:szCs w:val="24"/>
        </w:rPr>
        <w:t>hubo un ejercicio muy similar y estaba una arquitecta, no recuerdo, y mi pregunta fue si ella construía, me dijo que sí, que ha trabajado en la</w:t>
      </w:r>
      <w:r>
        <w:rPr>
          <w:rFonts w:ascii="Arial" w:hAnsi="Arial" w:cs="Arial"/>
          <w:sz w:val="24"/>
          <w:szCs w:val="24"/>
        </w:rPr>
        <w:t xml:space="preserve"> </w:t>
      </w:r>
      <w:r w:rsidRPr="00E93608">
        <w:rPr>
          <w:rFonts w:ascii="Arial" w:hAnsi="Arial" w:cs="Arial"/>
          <w:sz w:val="24"/>
          <w:szCs w:val="24"/>
        </w:rPr>
        <w:t>construcción. Le dije, "No, pero usted ha construido por su cuenta, o sea, usted ha hecho una casa como negocio o</w:t>
      </w:r>
      <w:r>
        <w:rPr>
          <w:rFonts w:ascii="Arial" w:hAnsi="Arial" w:cs="Arial"/>
          <w:sz w:val="24"/>
          <w:szCs w:val="24"/>
        </w:rPr>
        <w:t xml:space="preserve"> </w:t>
      </w:r>
      <w:r w:rsidRPr="00E93608">
        <w:rPr>
          <w:rFonts w:ascii="Arial" w:hAnsi="Arial" w:cs="Arial"/>
          <w:sz w:val="24"/>
          <w:szCs w:val="24"/>
        </w:rPr>
        <w:t>para vivir o para algo que le que le hubiera costado a ella de su dinero." Me dijo que no. Le dije, "Ah, porque yo</w:t>
      </w:r>
      <w:r>
        <w:rPr>
          <w:rFonts w:ascii="Arial" w:hAnsi="Arial" w:cs="Arial"/>
          <w:sz w:val="24"/>
          <w:szCs w:val="24"/>
        </w:rPr>
        <w:t xml:space="preserve"> </w:t>
      </w:r>
      <w:r w:rsidRPr="00E93608">
        <w:rPr>
          <w:rFonts w:ascii="Arial" w:hAnsi="Arial" w:cs="Arial"/>
          <w:sz w:val="24"/>
          <w:szCs w:val="24"/>
        </w:rPr>
        <w:t>sí y yo tengo la experiencia y en un año, en un año es muy probable que no</w:t>
      </w:r>
      <w:r>
        <w:rPr>
          <w:rFonts w:ascii="Arial" w:hAnsi="Arial" w:cs="Arial"/>
          <w:sz w:val="24"/>
          <w:szCs w:val="24"/>
        </w:rPr>
        <w:t xml:space="preserve"> </w:t>
      </w:r>
      <w:r w:rsidRPr="00E93608">
        <w:rPr>
          <w:rFonts w:ascii="Arial" w:hAnsi="Arial" w:cs="Arial"/>
          <w:sz w:val="24"/>
          <w:szCs w:val="24"/>
        </w:rPr>
        <w:t xml:space="preserve">acabes de </w:t>
      </w:r>
      <w:r w:rsidR="00E125AA" w:rsidRPr="00E93608">
        <w:rPr>
          <w:rFonts w:ascii="Arial" w:hAnsi="Arial" w:cs="Arial"/>
          <w:sz w:val="24"/>
          <w:szCs w:val="24"/>
        </w:rPr>
        <w:t>construir una</w:t>
      </w:r>
      <w:r w:rsidRPr="00E93608">
        <w:rPr>
          <w:rFonts w:ascii="Arial" w:hAnsi="Arial" w:cs="Arial"/>
          <w:sz w:val="24"/>
          <w:szCs w:val="24"/>
        </w:rPr>
        <w:t xml:space="preserve"> casa o algún tema habitacional por muchos factores,</w:t>
      </w:r>
      <w:r>
        <w:rPr>
          <w:rFonts w:ascii="Arial" w:hAnsi="Arial" w:cs="Arial"/>
          <w:sz w:val="24"/>
          <w:szCs w:val="24"/>
        </w:rPr>
        <w:t xml:space="preserve"> </w:t>
      </w:r>
      <w:r w:rsidRPr="00E93608">
        <w:rPr>
          <w:rFonts w:ascii="Arial" w:hAnsi="Arial" w:cs="Arial"/>
          <w:sz w:val="24"/>
          <w:szCs w:val="24"/>
        </w:rPr>
        <w:t>pero el principal que es el dinero y aquí hay varios arquitectos que no van a dejar mentir cuánto viene incrementando</w:t>
      </w:r>
      <w:r>
        <w:rPr>
          <w:rFonts w:ascii="Arial" w:hAnsi="Arial" w:cs="Arial"/>
          <w:sz w:val="24"/>
          <w:szCs w:val="24"/>
        </w:rPr>
        <w:t xml:space="preserve"> </w:t>
      </w:r>
      <w:r w:rsidRPr="00E93608">
        <w:rPr>
          <w:rFonts w:ascii="Arial" w:hAnsi="Arial" w:cs="Arial"/>
          <w:sz w:val="24"/>
          <w:szCs w:val="24"/>
        </w:rPr>
        <w:t>el cemento, el acero, el blog, mes con mes, incrementos del 20 25%. Entonces, si</w:t>
      </w:r>
      <w:r>
        <w:rPr>
          <w:rFonts w:ascii="Arial" w:hAnsi="Arial" w:cs="Arial"/>
          <w:sz w:val="24"/>
          <w:szCs w:val="24"/>
        </w:rPr>
        <w:t xml:space="preserve"> </w:t>
      </w:r>
      <w:r w:rsidRPr="00E93608">
        <w:rPr>
          <w:rFonts w:ascii="Arial" w:hAnsi="Arial" w:cs="Arial"/>
          <w:sz w:val="24"/>
          <w:szCs w:val="24"/>
        </w:rPr>
        <w:t>tienes un presupuesto, se te acaba el dinero, regidor. Y muchos no nos financiamos con bancos, créditos para</w:t>
      </w:r>
      <w:r>
        <w:rPr>
          <w:rFonts w:ascii="Arial" w:hAnsi="Arial" w:cs="Arial"/>
          <w:sz w:val="24"/>
          <w:szCs w:val="24"/>
        </w:rPr>
        <w:t xml:space="preserve"> </w:t>
      </w:r>
      <w:r w:rsidRPr="00E93608">
        <w:rPr>
          <w:rFonts w:ascii="Arial" w:hAnsi="Arial" w:cs="Arial"/>
          <w:sz w:val="24"/>
          <w:szCs w:val="24"/>
        </w:rPr>
        <w:t>poder arrancar. A veces hacer una casa te lleva hasta 2 años y medio, o sea, en 12 meses es muy complicado,</w:t>
      </w:r>
      <w:r>
        <w:rPr>
          <w:rFonts w:ascii="Arial" w:hAnsi="Arial" w:cs="Arial"/>
          <w:sz w:val="24"/>
          <w:szCs w:val="24"/>
        </w:rPr>
        <w:t xml:space="preserve"> </w:t>
      </w:r>
      <w:r w:rsidRPr="00E93608">
        <w:rPr>
          <w:rFonts w:ascii="Arial" w:hAnsi="Arial" w:cs="Arial"/>
          <w:sz w:val="24"/>
          <w:szCs w:val="24"/>
        </w:rPr>
        <w:t>por así decirlo. También está el factor mano de obra, que también aquí los arquitectos no van a dejar mentir.</w:t>
      </w:r>
      <w:r>
        <w:rPr>
          <w:rFonts w:ascii="Arial" w:hAnsi="Arial" w:cs="Arial"/>
          <w:sz w:val="24"/>
          <w:szCs w:val="24"/>
        </w:rPr>
        <w:t xml:space="preserve"> </w:t>
      </w:r>
      <w:r w:rsidRPr="00E93608">
        <w:rPr>
          <w:rFonts w:ascii="Arial" w:hAnsi="Arial" w:cs="Arial"/>
          <w:sz w:val="24"/>
          <w:szCs w:val="24"/>
        </w:rPr>
        <w:t>Arquitecta, ¿cómo se le sufre con la mano de obra de albañilería?</w:t>
      </w:r>
      <w:r>
        <w:rPr>
          <w:rFonts w:ascii="Arial" w:hAnsi="Arial" w:cs="Arial"/>
          <w:sz w:val="24"/>
          <w:szCs w:val="24"/>
        </w:rPr>
        <w:t xml:space="preserve"> </w:t>
      </w:r>
      <w:r w:rsidRPr="00E93608">
        <w:rPr>
          <w:rFonts w:ascii="Arial" w:hAnsi="Arial" w:cs="Arial"/>
          <w:sz w:val="24"/>
          <w:szCs w:val="24"/>
        </w:rPr>
        <w:t>fontaneros, electricistas, cerrajeros, pero las personas que no se han metido a</w:t>
      </w:r>
      <w:r>
        <w:rPr>
          <w:rFonts w:ascii="Arial" w:hAnsi="Arial" w:cs="Arial"/>
          <w:sz w:val="24"/>
          <w:szCs w:val="24"/>
        </w:rPr>
        <w:t xml:space="preserve"> </w:t>
      </w:r>
      <w:r w:rsidRPr="00E93608">
        <w:rPr>
          <w:rFonts w:ascii="Arial" w:hAnsi="Arial" w:cs="Arial"/>
          <w:sz w:val="24"/>
          <w:szCs w:val="24"/>
        </w:rPr>
        <w:t>temas de construcción por su dinero como negocio, quizás no lo van a comprender.</w:t>
      </w:r>
      <w:r>
        <w:rPr>
          <w:rFonts w:ascii="Arial" w:hAnsi="Arial" w:cs="Arial"/>
          <w:sz w:val="24"/>
          <w:szCs w:val="24"/>
        </w:rPr>
        <w:t xml:space="preserve"> </w:t>
      </w:r>
      <w:r w:rsidRPr="00E93608">
        <w:rPr>
          <w:rFonts w:ascii="Arial" w:hAnsi="Arial" w:cs="Arial"/>
          <w:sz w:val="24"/>
          <w:szCs w:val="24"/>
        </w:rPr>
        <w:t>Entonces, a mí se me hace se me hace una locura. No sé de qué otra manera puedo decirlo, que, aunque dupliquen 6 meses</w:t>
      </w:r>
      <w:r>
        <w:rPr>
          <w:rFonts w:ascii="Arial" w:hAnsi="Arial" w:cs="Arial"/>
          <w:sz w:val="24"/>
          <w:szCs w:val="24"/>
        </w:rPr>
        <w:t xml:space="preserve"> </w:t>
      </w:r>
      <w:r w:rsidRPr="00E93608">
        <w:rPr>
          <w:rFonts w:ascii="Arial" w:hAnsi="Arial" w:cs="Arial"/>
          <w:sz w:val="24"/>
          <w:szCs w:val="24"/>
        </w:rPr>
        <w:t>más, que no es nada otros temas que no dependen de uno, como el</w:t>
      </w:r>
      <w:r>
        <w:rPr>
          <w:rFonts w:ascii="Arial" w:hAnsi="Arial" w:cs="Arial"/>
          <w:sz w:val="24"/>
          <w:szCs w:val="24"/>
        </w:rPr>
        <w:t xml:space="preserve"> </w:t>
      </w:r>
      <w:r w:rsidRPr="00E93608">
        <w:rPr>
          <w:rFonts w:ascii="Arial" w:hAnsi="Arial" w:cs="Arial"/>
          <w:sz w:val="24"/>
          <w:szCs w:val="24"/>
        </w:rPr>
        <w:t xml:space="preserve">clima, las lluvias, humedad, que otra vez se lo digo a </w:t>
      </w:r>
      <w:r w:rsidR="00E125AA" w:rsidRPr="00E93608">
        <w:rPr>
          <w:rFonts w:ascii="Arial" w:hAnsi="Arial" w:cs="Arial"/>
          <w:sz w:val="24"/>
          <w:szCs w:val="24"/>
        </w:rPr>
        <w:t>usted,</w:t>
      </w:r>
      <w:r w:rsidRPr="00E93608">
        <w:rPr>
          <w:rFonts w:ascii="Arial" w:hAnsi="Arial" w:cs="Arial"/>
          <w:sz w:val="24"/>
          <w:szCs w:val="24"/>
        </w:rPr>
        <w:t xml:space="preserve"> </w:t>
      </w:r>
      <w:r w:rsidRPr="00E93608">
        <w:rPr>
          <w:rFonts w:ascii="Arial" w:hAnsi="Arial" w:cs="Arial"/>
          <w:sz w:val="24"/>
          <w:szCs w:val="24"/>
        </w:rPr>
        <w:lastRenderedPageBreak/>
        <w:t>arquitecta, no va a dejar mentir. En este tiempo</w:t>
      </w:r>
      <w:r>
        <w:rPr>
          <w:rFonts w:ascii="Arial" w:hAnsi="Arial" w:cs="Arial"/>
          <w:sz w:val="24"/>
          <w:szCs w:val="24"/>
        </w:rPr>
        <w:t xml:space="preserve"> </w:t>
      </w:r>
      <w:r w:rsidRPr="00E93608">
        <w:rPr>
          <w:rFonts w:ascii="Arial" w:hAnsi="Arial" w:cs="Arial"/>
          <w:sz w:val="24"/>
          <w:szCs w:val="24"/>
        </w:rPr>
        <w:t>muchos albañiles paran, muchas obras se paran por el tiempo de lluvia. Entonces, son muchos factores y se me hace se me</w:t>
      </w:r>
      <w:r>
        <w:rPr>
          <w:rFonts w:ascii="Arial" w:hAnsi="Arial" w:cs="Arial"/>
          <w:sz w:val="24"/>
          <w:szCs w:val="24"/>
        </w:rPr>
        <w:t xml:space="preserve"> </w:t>
      </w:r>
      <w:r w:rsidRPr="00E93608">
        <w:rPr>
          <w:rFonts w:ascii="Arial" w:hAnsi="Arial" w:cs="Arial"/>
          <w:sz w:val="24"/>
          <w:szCs w:val="24"/>
        </w:rPr>
        <w:t xml:space="preserve">hace realmente una locura que se vaya el 100% en el monto y que sean 6 meses nada más cuando es muy difícil </w:t>
      </w:r>
      <w:r>
        <w:rPr>
          <w:rFonts w:ascii="Arial" w:hAnsi="Arial" w:cs="Arial"/>
          <w:sz w:val="24"/>
          <w:szCs w:val="24"/>
        </w:rPr>
        <w:t>que</w:t>
      </w:r>
      <w:r w:rsidRPr="00E93608">
        <w:rPr>
          <w:rFonts w:ascii="Arial" w:hAnsi="Arial" w:cs="Arial"/>
          <w:sz w:val="24"/>
          <w:szCs w:val="24"/>
        </w:rPr>
        <w:t xml:space="preserve"> una persona que autoconstruye acabe su vivienda en 12 meses. </w:t>
      </w:r>
      <w:r>
        <w:rPr>
          <w:rFonts w:ascii="Arial" w:hAnsi="Arial" w:cs="Arial"/>
          <w:sz w:val="24"/>
          <w:szCs w:val="24"/>
        </w:rPr>
        <w:t xml:space="preserve"> </w:t>
      </w:r>
      <w:r w:rsidRPr="00E93608">
        <w:rPr>
          <w:rFonts w:ascii="Arial" w:hAnsi="Arial" w:cs="Arial"/>
          <w:sz w:val="24"/>
          <w:szCs w:val="24"/>
        </w:rPr>
        <w:t>Es cuánto</w:t>
      </w:r>
      <w:r>
        <w:rPr>
          <w:rFonts w:ascii="Arial" w:hAnsi="Arial" w:cs="Arial"/>
          <w:sz w:val="24"/>
          <w:szCs w:val="24"/>
        </w:rPr>
        <w:t>.</w:t>
      </w:r>
    </w:p>
    <w:p w14:paraId="1A9A653E" w14:textId="2AD8751C" w:rsidR="00EA0C28" w:rsidRPr="00E93608" w:rsidRDefault="007823BE" w:rsidP="00E93608">
      <w:pPr>
        <w:jc w:val="both"/>
        <w:rPr>
          <w:rFonts w:ascii="Arial" w:hAnsi="Arial" w:cs="Arial"/>
          <w:sz w:val="24"/>
          <w:szCs w:val="24"/>
        </w:rPr>
      </w:pPr>
      <w:r w:rsidRPr="00E125AA">
        <w:rPr>
          <w:rFonts w:ascii="Arial" w:hAnsi="Arial" w:cs="Arial"/>
          <w:b/>
          <w:bCs/>
          <w:sz w:val="24"/>
          <w:szCs w:val="24"/>
        </w:rPr>
        <w:t xml:space="preserve">C. MIGUEL MARENTES. - </w:t>
      </w:r>
      <w:r w:rsidRPr="00E125AA">
        <w:rPr>
          <w:rFonts w:ascii="Arial" w:hAnsi="Arial" w:cs="Arial"/>
          <w:sz w:val="24"/>
          <w:szCs w:val="24"/>
        </w:rPr>
        <w:t>Sí. Antes de hacer uso de la voz del arquitecto, gracias regidor, no más hacer la aclaración que si bien se duplica el monto, pero es porque se duplica la temporalidad de la licencia.</w:t>
      </w:r>
      <w:r w:rsidR="00E125AA">
        <w:rPr>
          <w:rFonts w:ascii="Arial" w:hAnsi="Arial" w:cs="Arial"/>
          <w:sz w:val="24"/>
          <w:szCs w:val="24"/>
        </w:rPr>
        <w:t xml:space="preserve"> </w:t>
      </w:r>
      <w:r w:rsidRPr="00E93608">
        <w:rPr>
          <w:rFonts w:ascii="Arial" w:hAnsi="Arial" w:cs="Arial"/>
          <w:sz w:val="24"/>
          <w:szCs w:val="24"/>
        </w:rPr>
        <w:t>Actualmente se cobran se por 6</w:t>
      </w:r>
      <w:r w:rsidR="00E125AA">
        <w:rPr>
          <w:rFonts w:ascii="Arial" w:hAnsi="Arial" w:cs="Arial"/>
          <w:sz w:val="24"/>
          <w:szCs w:val="24"/>
        </w:rPr>
        <w:t xml:space="preserve"> seis</w:t>
      </w:r>
      <w:r w:rsidRPr="00E93608">
        <w:rPr>
          <w:rFonts w:ascii="Arial" w:hAnsi="Arial" w:cs="Arial"/>
          <w:sz w:val="24"/>
          <w:szCs w:val="24"/>
        </w:rPr>
        <w:t xml:space="preserve"> meses </w:t>
      </w:r>
      <w:r w:rsidR="00E125AA">
        <w:rPr>
          <w:rFonts w:ascii="Arial" w:hAnsi="Arial" w:cs="Arial"/>
          <w:sz w:val="24"/>
          <w:szCs w:val="24"/>
        </w:rPr>
        <w:t>$</w:t>
      </w:r>
      <w:r w:rsidRPr="00E93608">
        <w:rPr>
          <w:rFonts w:ascii="Arial" w:hAnsi="Arial" w:cs="Arial"/>
          <w:sz w:val="24"/>
          <w:szCs w:val="24"/>
        </w:rPr>
        <w:t>550</w:t>
      </w:r>
      <w:r w:rsidR="00A74614">
        <w:rPr>
          <w:rFonts w:ascii="Arial" w:hAnsi="Arial" w:cs="Arial"/>
          <w:sz w:val="24"/>
          <w:szCs w:val="24"/>
        </w:rPr>
        <w:t>.00</w:t>
      </w:r>
      <w:r w:rsidR="00E125AA">
        <w:rPr>
          <w:rFonts w:ascii="Arial" w:hAnsi="Arial" w:cs="Arial"/>
          <w:sz w:val="24"/>
          <w:szCs w:val="24"/>
        </w:rPr>
        <w:t xml:space="preserve"> pesos</w:t>
      </w:r>
      <w:r w:rsidRPr="00E93608">
        <w:rPr>
          <w:rFonts w:ascii="Arial" w:hAnsi="Arial" w:cs="Arial"/>
          <w:sz w:val="24"/>
          <w:szCs w:val="24"/>
        </w:rPr>
        <w:t>.</w:t>
      </w:r>
      <w:r w:rsidR="00E125AA">
        <w:rPr>
          <w:rFonts w:ascii="Arial" w:hAnsi="Arial" w:cs="Arial"/>
          <w:sz w:val="24"/>
          <w:szCs w:val="24"/>
        </w:rPr>
        <w:t xml:space="preserve"> </w:t>
      </w:r>
      <w:r w:rsidRPr="00E93608">
        <w:rPr>
          <w:rFonts w:ascii="Arial" w:hAnsi="Arial" w:cs="Arial"/>
          <w:sz w:val="24"/>
          <w:szCs w:val="24"/>
        </w:rPr>
        <w:t>Se pretende cobrar por 12</w:t>
      </w:r>
      <w:r w:rsidR="00E125AA">
        <w:rPr>
          <w:rFonts w:ascii="Arial" w:hAnsi="Arial" w:cs="Arial"/>
          <w:sz w:val="24"/>
          <w:szCs w:val="24"/>
        </w:rPr>
        <w:t xml:space="preserve"> doce</w:t>
      </w:r>
      <w:r w:rsidRPr="00E93608">
        <w:rPr>
          <w:rFonts w:ascii="Arial" w:hAnsi="Arial" w:cs="Arial"/>
          <w:sz w:val="24"/>
          <w:szCs w:val="24"/>
        </w:rPr>
        <w:t xml:space="preserve"> meses </w:t>
      </w:r>
      <w:r w:rsidR="00E125AA">
        <w:rPr>
          <w:rFonts w:ascii="Arial" w:hAnsi="Arial" w:cs="Arial"/>
          <w:sz w:val="24"/>
          <w:szCs w:val="24"/>
        </w:rPr>
        <w:t>$</w:t>
      </w:r>
      <w:r w:rsidRPr="00E93608">
        <w:rPr>
          <w:rFonts w:ascii="Arial" w:hAnsi="Arial" w:cs="Arial"/>
          <w:sz w:val="24"/>
          <w:szCs w:val="24"/>
        </w:rPr>
        <w:t>1</w:t>
      </w:r>
      <w:r w:rsidR="00E125AA">
        <w:rPr>
          <w:rFonts w:ascii="Arial" w:hAnsi="Arial" w:cs="Arial"/>
          <w:sz w:val="24"/>
          <w:szCs w:val="24"/>
        </w:rPr>
        <w:t>,</w:t>
      </w:r>
      <w:r w:rsidRPr="00E93608">
        <w:rPr>
          <w:rFonts w:ascii="Arial" w:hAnsi="Arial" w:cs="Arial"/>
          <w:sz w:val="24"/>
          <w:szCs w:val="24"/>
        </w:rPr>
        <w:t>160</w:t>
      </w:r>
      <w:r w:rsidR="00A74614">
        <w:rPr>
          <w:rFonts w:ascii="Arial" w:hAnsi="Arial" w:cs="Arial"/>
          <w:sz w:val="24"/>
          <w:szCs w:val="24"/>
        </w:rPr>
        <w:t>.00 pesos</w:t>
      </w:r>
      <w:r w:rsidRPr="00E93608">
        <w:rPr>
          <w:rFonts w:ascii="Arial" w:hAnsi="Arial" w:cs="Arial"/>
          <w:sz w:val="24"/>
          <w:szCs w:val="24"/>
        </w:rPr>
        <w:t xml:space="preserve"> y esta licencia únicamente es para menor de 30 m², o sea, no se va a hacer una</w:t>
      </w:r>
      <w:r w:rsidR="00E125AA">
        <w:rPr>
          <w:rFonts w:ascii="Arial" w:hAnsi="Arial" w:cs="Arial"/>
          <w:sz w:val="24"/>
          <w:szCs w:val="24"/>
        </w:rPr>
        <w:t xml:space="preserve"> </w:t>
      </w:r>
      <w:r w:rsidRPr="00E93608">
        <w:rPr>
          <w:rFonts w:ascii="Arial" w:hAnsi="Arial" w:cs="Arial"/>
          <w:sz w:val="24"/>
          <w:szCs w:val="24"/>
        </w:rPr>
        <w:t>casa en 30 m, pues es para algún cuarto o algo similar.</w:t>
      </w:r>
      <w:r w:rsidR="00E125AA">
        <w:rPr>
          <w:rFonts w:ascii="Arial" w:hAnsi="Arial" w:cs="Arial"/>
          <w:sz w:val="24"/>
          <w:szCs w:val="24"/>
        </w:rPr>
        <w:t xml:space="preserve"> </w:t>
      </w:r>
      <w:r w:rsidR="00E125AA" w:rsidRPr="00E93608">
        <w:rPr>
          <w:rFonts w:ascii="Arial" w:hAnsi="Arial" w:cs="Arial"/>
          <w:sz w:val="24"/>
          <w:szCs w:val="24"/>
        </w:rPr>
        <w:t>Entonces, es</w:t>
      </w:r>
      <w:r w:rsidRPr="00E93608">
        <w:rPr>
          <w:rFonts w:ascii="Arial" w:hAnsi="Arial" w:cs="Arial"/>
          <w:sz w:val="24"/>
          <w:szCs w:val="24"/>
        </w:rPr>
        <w:t xml:space="preserve"> justamente para algún cuarto, una adecuación a la casa de menor de 30 m² y para una casa o en eso no aplica.</w:t>
      </w:r>
      <w:r w:rsidR="00E125AA">
        <w:rPr>
          <w:rFonts w:ascii="Arial" w:hAnsi="Arial" w:cs="Arial"/>
          <w:sz w:val="24"/>
          <w:szCs w:val="24"/>
        </w:rPr>
        <w:t xml:space="preserve"> </w:t>
      </w:r>
      <w:r w:rsidRPr="00E93608">
        <w:rPr>
          <w:rFonts w:ascii="Arial" w:hAnsi="Arial" w:cs="Arial"/>
          <w:sz w:val="24"/>
          <w:szCs w:val="24"/>
        </w:rPr>
        <w:t xml:space="preserve">Vamos a continuar con la </w:t>
      </w:r>
      <w:r w:rsidR="00E125AA" w:rsidRPr="00E93608">
        <w:rPr>
          <w:rFonts w:ascii="Arial" w:hAnsi="Arial" w:cs="Arial"/>
          <w:sz w:val="24"/>
          <w:szCs w:val="24"/>
        </w:rPr>
        <w:t>lect</w:t>
      </w:r>
      <w:r w:rsidR="00E125AA">
        <w:rPr>
          <w:rFonts w:ascii="Arial" w:hAnsi="Arial" w:cs="Arial"/>
          <w:sz w:val="24"/>
          <w:szCs w:val="24"/>
        </w:rPr>
        <w:t xml:space="preserve">ura </w:t>
      </w:r>
      <w:r w:rsidR="00E125AA" w:rsidRPr="00E93608">
        <w:rPr>
          <w:rFonts w:ascii="Arial" w:hAnsi="Arial" w:cs="Arial"/>
          <w:sz w:val="24"/>
          <w:szCs w:val="24"/>
        </w:rPr>
        <w:t>temas</w:t>
      </w:r>
      <w:r w:rsidRPr="00E93608">
        <w:rPr>
          <w:rFonts w:ascii="Arial" w:hAnsi="Arial" w:cs="Arial"/>
          <w:sz w:val="24"/>
          <w:szCs w:val="24"/>
        </w:rPr>
        <w:t xml:space="preserve"> habitacionales, pero igual</w:t>
      </w:r>
      <w:r w:rsidR="00FD3A37">
        <w:rPr>
          <w:rFonts w:ascii="Arial" w:hAnsi="Arial" w:cs="Arial"/>
          <w:sz w:val="24"/>
          <w:szCs w:val="24"/>
        </w:rPr>
        <w:t xml:space="preserve"> le cedo</w:t>
      </w:r>
      <w:r w:rsidR="00E125AA">
        <w:rPr>
          <w:rFonts w:ascii="Arial" w:hAnsi="Arial" w:cs="Arial"/>
          <w:sz w:val="24"/>
          <w:szCs w:val="24"/>
        </w:rPr>
        <w:t xml:space="preserve"> uso</w:t>
      </w:r>
      <w:r w:rsidRPr="00E93608">
        <w:rPr>
          <w:rFonts w:ascii="Arial" w:hAnsi="Arial" w:cs="Arial"/>
          <w:sz w:val="24"/>
          <w:szCs w:val="24"/>
        </w:rPr>
        <w:t xml:space="preserve"> de la voz al </w:t>
      </w:r>
      <w:r w:rsidR="00E125AA">
        <w:rPr>
          <w:rFonts w:ascii="Arial" w:hAnsi="Arial" w:cs="Arial"/>
          <w:sz w:val="24"/>
          <w:szCs w:val="24"/>
        </w:rPr>
        <w:t>A</w:t>
      </w:r>
      <w:r w:rsidRPr="00E93608">
        <w:rPr>
          <w:rFonts w:ascii="Arial" w:hAnsi="Arial" w:cs="Arial"/>
          <w:sz w:val="24"/>
          <w:szCs w:val="24"/>
        </w:rPr>
        <w:t>rquitecto Braulio.</w:t>
      </w:r>
    </w:p>
    <w:p w14:paraId="2A694CB5" w14:textId="3D74B683" w:rsidR="00EA0C28" w:rsidRPr="00E93608" w:rsidRDefault="00E125AA" w:rsidP="00E93608">
      <w:pPr>
        <w:jc w:val="both"/>
        <w:rPr>
          <w:rFonts w:ascii="Arial" w:hAnsi="Arial" w:cs="Arial"/>
          <w:sz w:val="24"/>
          <w:szCs w:val="24"/>
        </w:rPr>
      </w:pPr>
      <w:r>
        <w:rPr>
          <w:rFonts w:ascii="Arial" w:hAnsi="Arial" w:cs="Arial"/>
          <w:b/>
          <w:bCs/>
          <w:sz w:val="24"/>
          <w:szCs w:val="24"/>
        </w:rPr>
        <w:t xml:space="preserve">C. BRAULIO MAURICIO GONZÁLEZ. - </w:t>
      </w:r>
      <w:r w:rsidRPr="00E93608">
        <w:rPr>
          <w:rFonts w:ascii="Arial" w:hAnsi="Arial" w:cs="Arial"/>
          <w:sz w:val="24"/>
          <w:szCs w:val="24"/>
        </w:rPr>
        <w:t>Sí, este, mi comentario iba a ser para reforzar eso que comenta acá el regidor Marentes, en donde este es solamente</w:t>
      </w:r>
      <w:r>
        <w:rPr>
          <w:rFonts w:ascii="Arial" w:hAnsi="Arial" w:cs="Arial"/>
          <w:sz w:val="24"/>
          <w:szCs w:val="24"/>
        </w:rPr>
        <w:t xml:space="preserve"> </w:t>
      </w:r>
      <w:r w:rsidRPr="00E93608">
        <w:rPr>
          <w:rFonts w:ascii="Arial" w:hAnsi="Arial" w:cs="Arial"/>
          <w:sz w:val="24"/>
          <w:szCs w:val="24"/>
        </w:rPr>
        <w:t>para licencias que son de 1 m hasta 30 m², que puede ser para la ampliación de una casa habitación, ya sea una recámara</w:t>
      </w:r>
      <w:r>
        <w:rPr>
          <w:rFonts w:ascii="Arial" w:hAnsi="Arial" w:cs="Arial"/>
          <w:sz w:val="24"/>
          <w:szCs w:val="24"/>
        </w:rPr>
        <w:t xml:space="preserve"> </w:t>
      </w:r>
      <w:r w:rsidRPr="00E93608">
        <w:rPr>
          <w:rFonts w:ascii="Arial" w:hAnsi="Arial" w:cs="Arial"/>
          <w:sz w:val="24"/>
          <w:szCs w:val="24"/>
        </w:rPr>
        <w:t>más, incluyendo con un baño, una construcción para tapar la parte de la cochera, porque a veces suelen ocupar tapar la cochera. a veces para hacer lo</w:t>
      </w:r>
      <w:r>
        <w:rPr>
          <w:rFonts w:ascii="Arial" w:hAnsi="Arial" w:cs="Arial"/>
          <w:sz w:val="24"/>
          <w:szCs w:val="24"/>
        </w:rPr>
        <w:t xml:space="preserve"> </w:t>
      </w:r>
      <w:r w:rsidRPr="00E93608">
        <w:rPr>
          <w:rFonts w:ascii="Arial" w:hAnsi="Arial" w:cs="Arial"/>
          <w:sz w:val="24"/>
          <w:szCs w:val="24"/>
        </w:rPr>
        <w:t>que es una salita o hacer unas escaleras y hacer un pequeño cuarto en planta alta. Esto nos ajusta el tema de 30 m cuadrados, que viene siendo una recámara</w:t>
      </w:r>
      <w:r>
        <w:rPr>
          <w:rFonts w:ascii="Arial" w:hAnsi="Arial" w:cs="Arial"/>
          <w:sz w:val="24"/>
          <w:szCs w:val="24"/>
        </w:rPr>
        <w:t xml:space="preserve"> </w:t>
      </w:r>
      <w:r w:rsidRPr="00E93608">
        <w:rPr>
          <w:rFonts w:ascii="Arial" w:hAnsi="Arial" w:cs="Arial"/>
          <w:sz w:val="24"/>
          <w:szCs w:val="24"/>
        </w:rPr>
        <w:t xml:space="preserve">que son, póngale que unos 4x4 ya incluyendo de este el closet ya son 16 m², un pequeño bañito que puede </w:t>
      </w:r>
      <w:r>
        <w:rPr>
          <w:rFonts w:ascii="Arial" w:hAnsi="Arial" w:cs="Arial"/>
          <w:sz w:val="24"/>
          <w:szCs w:val="24"/>
        </w:rPr>
        <w:t>a</w:t>
      </w:r>
      <w:r w:rsidRPr="00E93608">
        <w:rPr>
          <w:rFonts w:ascii="Arial" w:hAnsi="Arial" w:cs="Arial"/>
          <w:sz w:val="24"/>
          <w:szCs w:val="24"/>
        </w:rPr>
        <w:t>barcar</w:t>
      </w:r>
      <w:r>
        <w:rPr>
          <w:rFonts w:ascii="Arial" w:hAnsi="Arial" w:cs="Arial"/>
          <w:sz w:val="24"/>
          <w:szCs w:val="24"/>
        </w:rPr>
        <w:t xml:space="preserve"> </w:t>
      </w:r>
      <w:r w:rsidRPr="00E93608">
        <w:rPr>
          <w:rFonts w:ascii="Arial" w:hAnsi="Arial" w:cs="Arial"/>
          <w:sz w:val="24"/>
          <w:szCs w:val="24"/>
        </w:rPr>
        <w:t>con unos 5 o 6 m². Entonces se alcanza para hacer una adecuación o ampliación no completa, no desde ser una casa</w:t>
      </w:r>
      <w:r>
        <w:rPr>
          <w:rFonts w:ascii="Arial" w:hAnsi="Arial" w:cs="Arial"/>
          <w:sz w:val="24"/>
          <w:szCs w:val="24"/>
        </w:rPr>
        <w:t xml:space="preserve"> </w:t>
      </w:r>
      <w:r w:rsidRPr="00E93608">
        <w:rPr>
          <w:rFonts w:ascii="Arial" w:hAnsi="Arial" w:cs="Arial"/>
          <w:sz w:val="24"/>
          <w:szCs w:val="24"/>
        </w:rPr>
        <w:t>habitación, pero sí para hacer una pequeña ampliación. Antes se estaba manejando unos 6</w:t>
      </w:r>
      <w:r>
        <w:rPr>
          <w:rFonts w:ascii="Arial" w:hAnsi="Arial" w:cs="Arial"/>
          <w:sz w:val="24"/>
          <w:szCs w:val="24"/>
        </w:rPr>
        <w:t xml:space="preserve"> seis</w:t>
      </w:r>
      <w:r w:rsidRPr="00E93608">
        <w:rPr>
          <w:rFonts w:ascii="Arial" w:hAnsi="Arial" w:cs="Arial"/>
          <w:sz w:val="24"/>
          <w:szCs w:val="24"/>
        </w:rPr>
        <w:t xml:space="preserve"> meses por </w:t>
      </w:r>
      <w:r>
        <w:rPr>
          <w:rFonts w:ascii="Arial" w:hAnsi="Arial" w:cs="Arial"/>
          <w:sz w:val="24"/>
          <w:szCs w:val="24"/>
        </w:rPr>
        <w:t>$</w:t>
      </w:r>
      <w:r w:rsidRPr="00E93608">
        <w:rPr>
          <w:rFonts w:ascii="Arial" w:hAnsi="Arial" w:cs="Arial"/>
          <w:sz w:val="24"/>
          <w:szCs w:val="24"/>
        </w:rPr>
        <w:t>55</w:t>
      </w:r>
      <w:r w:rsidR="00954180">
        <w:rPr>
          <w:rFonts w:ascii="Arial" w:hAnsi="Arial" w:cs="Arial"/>
          <w:sz w:val="24"/>
          <w:szCs w:val="24"/>
        </w:rPr>
        <w:t>1.00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Acá</w:t>
      </w:r>
      <w:r>
        <w:rPr>
          <w:rFonts w:ascii="Arial" w:hAnsi="Arial" w:cs="Arial"/>
          <w:sz w:val="24"/>
          <w:szCs w:val="24"/>
        </w:rPr>
        <w:t xml:space="preserve"> </w:t>
      </w:r>
      <w:r w:rsidRPr="00E93608">
        <w:rPr>
          <w:rFonts w:ascii="Arial" w:hAnsi="Arial" w:cs="Arial"/>
          <w:sz w:val="24"/>
          <w:szCs w:val="24"/>
        </w:rPr>
        <w:t>se manejan proporcionalmente el doble, una por la situación de que vemos, así como usted comenta, de que 6</w:t>
      </w:r>
      <w:r>
        <w:rPr>
          <w:rFonts w:ascii="Arial" w:hAnsi="Arial" w:cs="Arial"/>
          <w:sz w:val="24"/>
          <w:szCs w:val="24"/>
        </w:rPr>
        <w:t xml:space="preserve"> seis</w:t>
      </w:r>
      <w:r w:rsidRPr="00E93608">
        <w:rPr>
          <w:rFonts w:ascii="Arial" w:hAnsi="Arial" w:cs="Arial"/>
          <w:sz w:val="24"/>
          <w:szCs w:val="24"/>
        </w:rPr>
        <w:t xml:space="preserve"> meses es un</w:t>
      </w:r>
      <w:r>
        <w:rPr>
          <w:rFonts w:ascii="Arial" w:hAnsi="Arial" w:cs="Arial"/>
          <w:sz w:val="24"/>
          <w:szCs w:val="24"/>
        </w:rPr>
        <w:t xml:space="preserve"> </w:t>
      </w:r>
      <w:r w:rsidRPr="00E93608">
        <w:rPr>
          <w:rFonts w:ascii="Arial" w:hAnsi="Arial" w:cs="Arial"/>
          <w:sz w:val="24"/>
          <w:szCs w:val="24"/>
        </w:rPr>
        <w:t>poco es poco tiempo para puede surgir muchas situaciones. Acá me decían algunas personas, "¿Sabes qué? Este, no</w:t>
      </w:r>
      <w:r>
        <w:rPr>
          <w:rFonts w:ascii="Arial" w:hAnsi="Arial" w:cs="Arial"/>
          <w:sz w:val="24"/>
          <w:szCs w:val="24"/>
        </w:rPr>
        <w:t xml:space="preserve"> </w:t>
      </w:r>
      <w:r w:rsidRPr="00E93608">
        <w:rPr>
          <w:rFonts w:ascii="Arial" w:hAnsi="Arial" w:cs="Arial"/>
          <w:sz w:val="24"/>
          <w:szCs w:val="24"/>
        </w:rPr>
        <w:t>alcancé a terminar, tenía una licencia para hacer un cuarto, no alcancé a terminar. ¿Cuáles son los motivos?</w:t>
      </w:r>
      <w:r>
        <w:rPr>
          <w:rFonts w:ascii="Arial" w:hAnsi="Arial" w:cs="Arial"/>
          <w:sz w:val="24"/>
          <w:szCs w:val="24"/>
        </w:rPr>
        <w:t xml:space="preserve"> </w:t>
      </w:r>
      <w:r w:rsidRPr="00E93608">
        <w:rPr>
          <w:rFonts w:ascii="Arial" w:hAnsi="Arial" w:cs="Arial"/>
          <w:sz w:val="24"/>
          <w:szCs w:val="24"/>
        </w:rPr>
        <w:t>¿Sabes qué? Por una, este, me se me puso mal un familiar, ¿sabes qué? tuve que salir a trabajar fuera más aparte este</w:t>
      </w:r>
      <w:r>
        <w:rPr>
          <w:rFonts w:ascii="Arial" w:hAnsi="Arial" w:cs="Arial"/>
          <w:sz w:val="24"/>
          <w:szCs w:val="24"/>
        </w:rPr>
        <w:t xml:space="preserve"> </w:t>
      </w:r>
      <w:r w:rsidRPr="00E93608">
        <w:rPr>
          <w:rFonts w:ascii="Arial" w:hAnsi="Arial" w:cs="Arial"/>
          <w:sz w:val="24"/>
          <w:szCs w:val="24"/>
        </w:rPr>
        <w:t xml:space="preserve">pues puede ser que hasta yo me incapacité y de plano pues no tuve la posibilidad </w:t>
      </w:r>
      <w:r w:rsidR="00FD3A37" w:rsidRPr="00E93608">
        <w:rPr>
          <w:rFonts w:ascii="Arial" w:hAnsi="Arial" w:cs="Arial"/>
          <w:sz w:val="24"/>
          <w:szCs w:val="24"/>
        </w:rPr>
        <w:t xml:space="preserve">de </w:t>
      </w:r>
      <w:r w:rsidR="00FD3A37">
        <w:rPr>
          <w:rFonts w:ascii="Arial" w:hAnsi="Arial" w:cs="Arial"/>
          <w:sz w:val="24"/>
          <w:szCs w:val="24"/>
        </w:rPr>
        <w:t>continuar</w:t>
      </w:r>
      <w:r w:rsidR="00FD3A37" w:rsidRPr="00E93608">
        <w:rPr>
          <w:rFonts w:ascii="Arial" w:hAnsi="Arial" w:cs="Arial"/>
          <w:sz w:val="24"/>
          <w:szCs w:val="24"/>
        </w:rPr>
        <w:t>,</w:t>
      </w:r>
      <w:r w:rsidRPr="00E93608">
        <w:rPr>
          <w:rFonts w:ascii="Arial" w:hAnsi="Arial" w:cs="Arial"/>
          <w:sz w:val="24"/>
          <w:szCs w:val="24"/>
        </w:rPr>
        <w:t xml:space="preserve"> aunque sea una remodelación, una ampliación chica,</w:t>
      </w:r>
      <w:r>
        <w:rPr>
          <w:rFonts w:ascii="Arial" w:hAnsi="Arial" w:cs="Arial"/>
          <w:sz w:val="24"/>
          <w:szCs w:val="24"/>
        </w:rPr>
        <w:t xml:space="preserve"> </w:t>
      </w:r>
      <w:r w:rsidRPr="00E93608">
        <w:rPr>
          <w:rFonts w:ascii="Arial" w:hAnsi="Arial" w:cs="Arial"/>
          <w:sz w:val="24"/>
          <w:szCs w:val="24"/>
        </w:rPr>
        <w:t>dice, se me complicó mucho la verdad acá porque eran una vigencia única de 6 meses. Acá en este caso estamos</w:t>
      </w:r>
      <w:r>
        <w:rPr>
          <w:rFonts w:ascii="Arial" w:hAnsi="Arial" w:cs="Arial"/>
          <w:sz w:val="24"/>
          <w:szCs w:val="24"/>
        </w:rPr>
        <w:t xml:space="preserve"> </w:t>
      </w:r>
      <w:r w:rsidRPr="00E93608">
        <w:rPr>
          <w:rFonts w:ascii="Arial" w:hAnsi="Arial" w:cs="Arial"/>
          <w:sz w:val="24"/>
          <w:szCs w:val="24"/>
        </w:rPr>
        <w:t>duplicando por cualquier este imprevisto que tenga el ciudadano, también por temas económicos, temas de los</w:t>
      </w:r>
      <w:r>
        <w:rPr>
          <w:rFonts w:ascii="Arial" w:hAnsi="Arial" w:cs="Arial"/>
          <w:sz w:val="24"/>
          <w:szCs w:val="24"/>
        </w:rPr>
        <w:t xml:space="preserve"> </w:t>
      </w:r>
      <w:r w:rsidRPr="00E93608">
        <w:rPr>
          <w:rFonts w:ascii="Arial" w:hAnsi="Arial" w:cs="Arial"/>
          <w:sz w:val="24"/>
          <w:szCs w:val="24"/>
        </w:rPr>
        <w:t>albañiles, tema de salud, por cualquier cosa. Entonces va a tener oportunidad de hacer esos hasta 30 m² en</w:t>
      </w:r>
      <w:r>
        <w:rPr>
          <w:rFonts w:ascii="Arial" w:hAnsi="Arial" w:cs="Arial"/>
          <w:sz w:val="24"/>
          <w:szCs w:val="24"/>
        </w:rPr>
        <w:t xml:space="preserve"> </w:t>
      </w:r>
      <w:r w:rsidRPr="00E93608">
        <w:rPr>
          <w:rFonts w:ascii="Arial" w:hAnsi="Arial" w:cs="Arial"/>
          <w:sz w:val="24"/>
          <w:szCs w:val="24"/>
        </w:rPr>
        <w:t>un tiempo de 12</w:t>
      </w:r>
      <w:r>
        <w:rPr>
          <w:rFonts w:ascii="Arial" w:hAnsi="Arial" w:cs="Arial"/>
          <w:sz w:val="24"/>
          <w:szCs w:val="24"/>
        </w:rPr>
        <w:t xml:space="preserve"> doce</w:t>
      </w:r>
      <w:r w:rsidRPr="00E93608">
        <w:rPr>
          <w:rFonts w:ascii="Arial" w:hAnsi="Arial" w:cs="Arial"/>
          <w:sz w:val="24"/>
          <w:szCs w:val="24"/>
        </w:rPr>
        <w:t xml:space="preserve"> </w:t>
      </w:r>
      <w:r w:rsidRPr="00E93608">
        <w:rPr>
          <w:rFonts w:ascii="Arial" w:hAnsi="Arial" w:cs="Arial"/>
          <w:sz w:val="24"/>
          <w:szCs w:val="24"/>
        </w:rPr>
        <w:lastRenderedPageBreak/>
        <w:t>meses. Ya en dado caso que vayan a tramitar una licencia para una casa completa, pues ya sería en el</w:t>
      </w:r>
      <w:r>
        <w:rPr>
          <w:rFonts w:ascii="Arial" w:hAnsi="Arial" w:cs="Arial"/>
          <w:sz w:val="24"/>
          <w:szCs w:val="24"/>
        </w:rPr>
        <w:t xml:space="preserve"> </w:t>
      </w:r>
      <w:r w:rsidRPr="00E93608">
        <w:rPr>
          <w:rFonts w:ascii="Arial" w:hAnsi="Arial" w:cs="Arial"/>
          <w:sz w:val="24"/>
          <w:szCs w:val="24"/>
        </w:rPr>
        <w:t xml:space="preserve">en los siguientes apartados. Acá en estas licencias menores también pueden entrar lo que son </w:t>
      </w:r>
      <w:proofErr w:type="spellStart"/>
      <w:r w:rsidRPr="00E93608">
        <w:rPr>
          <w:rFonts w:ascii="Arial" w:hAnsi="Arial" w:cs="Arial"/>
          <w:sz w:val="24"/>
          <w:szCs w:val="24"/>
        </w:rPr>
        <w:t>bardeos</w:t>
      </w:r>
      <w:proofErr w:type="spellEnd"/>
      <w:r w:rsidRPr="00E93608">
        <w:rPr>
          <w:rFonts w:ascii="Arial" w:hAnsi="Arial" w:cs="Arial"/>
          <w:sz w:val="24"/>
          <w:szCs w:val="24"/>
        </w:rPr>
        <w:t xml:space="preserve"> perimetrales o poner un pórtico, y puede ser que duren</w:t>
      </w:r>
      <w:r>
        <w:rPr>
          <w:rFonts w:ascii="Arial" w:hAnsi="Arial" w:cs="Arial"/>
          <w:sz w:val="24"/>
          <w:szCs w:val="24"/>
        </w:rPr>
        <w:t xml:space="preserve"> </w:t>
      </w:r>
      <w:r w:rsidRPr="00E93608">
        <w:rPr>
          <w:rFonts w:ascii="Arial" w:hAnsi="Arial" w:cs="Arial"/>
          <w:sz w:val="24"/>
          <w:szCs w:val="24"/>
        </w:rPr>
        <w:t>uno un mes cuando mucho, pero al final de cuentas va a tener la posibilidad de que por cualquier cosa tenga 12</w:t>
      </w:r>
      <w:r>
        <w:rPr>
          <w:rFonts w:ascii="Arial" w:hAnsi="Arial" w:cs="Arial"/>
          <w:sz w:val="24"/>
          <w:szCs w:val="24"/>
        </w:rPr>
        <w:t xml:space="preserve"> doce</w:t>
      </w:r>
      <w:r w:rsidRPr="00E93608">
        <w:rPr>
          <w:rFonts w:ascii="Arial" w:hAnsi="Arial" w:cs="Arial"/>
          <w:sz w:val="24"/>
          <w:szCs w:val="24"/>
        </w:rPr>
        <w:t xml:space="preserve"> meses de utilidad o debida la</w:t>
      </w:r>
      <w:r>
        <w:rPr>
          <w:rFonts w:ascii="Arial" w:hAnsi="Arial" w:cs="Arial"/>
          <w:sz w:val="24"/>
          <w:szCs w:val="24"/>
        </w:rPr>
        <w:t xml:space="preserve"> </w:t>
      </w:r>
      <w:r w:rsidRPr="00E93608">
        <w:rPr>
          <w:rFonts w:ascii="Arial" w:hAnsi="Arial" w:cs="Arial"/>
          <w:sz w:val="24"/>
          <w:szCs w:val="24"/>
        </w:rPr>
        <w:t>licencia para hacer esa acción menor dentro de la propiedad. Para eso es el fin de esta licencia menor. Sí, gracias.</w:t>
      </w:r>
    </w:p>
    <w:p w14:paraId="0F29A5FE" w14:textId="64B6D3A3" w:rsidR="00EA0C28" w:rsidRPr="00E93608" w:rsidRDefault="00FD3A37"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arquitecto. Ya, gracias, </w:t>
      </w:r>
      <w:r>
        <w:rPr>
          <w:rFonts w:ascii="Arial" w:hAnsi="Arial" w:cs="Arial"/>
          <w:sz w:val="24"/>
          <w:szCs w:val="24"/>
        </w:rPr>
        <w:t>R</w:t>
      </w:r>
      <w:r w:rsidRPr="00E93608">
        <w:rPr>
          <w:rFonts w:ascii="Arial" w:hAnsi="Arial" w:cs="Arial"/>
          <w:sz w:val="24"/>
          <w:szCs w:val="24"/>
        </w:rPr>
        <w:t>egidor Gustavo. Vamos a continuar justamente a con las licencias</w:t>
      </w:r>
      <w:r>
        <w:rPr>
          <w:rFonts w:ascii="Arial" w:hAnsi="Arial" w:cs="Arial"/>
          <w:sz w:val="24"/>
          <w:szCs w:val="24"/>
        </w:rPr>
        <w:t xml:space="preserve"> </w:t>
      </w:r>
      <w:r w:rsidRPr="00E93608">
        <w:rPr>
          <w:rFonts w:ascii="Arial" w:hAnsi="Arial" w:cs="Arial"/>
          <w:sz w:val="24"/>
          <w:szCs w:val="24"/>
        </w:rPr>
        <w:t>mayores a 30 m, que es lo que creo que usted comentaba. Licencia de construcción mayor de 30 m², incluyendo inspección por metro cuadrado de</w:t>
      </w:r>
      <w:r>
        <w:rPr>
          <w:rFonts w:ascii="Arial" w:hAnsi="Arial" w:cs="Arial"/>
          <w:sz w:val="24"/>
          <w:szCs w:val="24"/>
        </w:rPr>
        <w:t xml:space="preserve"> </w:t>
      </w:r>
      <w:r w:rsidRPr="00E93608">
        <w:rPr>
          <w:rFonts w:ascii="Arial" w:hAnsi="Arial" w:cs="Arial"/>
          <w:sz w:val="24"/>
          <w:szCs w:val="24"/>
        </w:rPr>
        <w:t>construcción, de acuerdo con la siguiente clasificación.</w:t>
      </w:r>
      <w:r>
        <w:rPr>
          <w:rFonts w:ascii="Arial" w:hAnsi="Arial" w:cs="Arial"/>
          <w:sz w:val="24"/>
          <w:szCs w:val="24"/>
        </w:rPr>
        <w:t xml:space="preserve"> </w:t>
      </w:r>
      <w:r w:rsidRPr="00E93608">
        <w:rPr>
          <w:rFonts w:ascii="Arial" w:hAnsi="Arial" w:cs="Arial"/>
          <w:sz w:val="24"/>
          <w:szCs w:val="24"/>
        </w:rPr>
        <w:t>Inmuebles únicamente de uso habitacional</w:t>
      </w:r>
      <w:r>
        <w:rPr>
          <w:rFonts w:ascii="Arial" w:hAnsi="Arial" w:cs="Arial"/>
          <w:sz w:val="24"/>
          <w:szCs w:val="24"/>
        </w:rPr>
        <w:t>,</w:t>
      </w:r>
      <w:r w:rsidRPr="00E93608">
        <w:rPr>
          <w:rFonts w:ascii="Arial" w:hAnsi="Arial" w:cs="Arial"/>
          <w:sz w:val="24"/>
          <w:szCs w:val="24"/>
        </w:rPr>
        <w:t xml:space="preserve"> Densidad alta unifamiliar </w:t>
      </w:r>
      <w:r>
        <w:rPr>
          <w:rFonts w:ascii="Arial" w:hAnsi="Arial" w:cs="Arial"/>
          <w:sz w:val="24"/>
          <w:szCs w:val="24"/>
        </w:rPr>
        <w:t>$</w:t>
      </w:r>
      <w:r w:rsidRPr="00E93608">
        <w:rPr>
          <w:rFonts w:ascii="Arial" w:hAnsi="Arial" w:cs="Arial"/>
          <w:sz w:val="24"/>
          <w:szCs w:val="24"/>
        </w:rPr>
        <w:t>18.75 pes</w:t>
      </w:r>
      <w:r>
        <w:rPr>
          <w:rFonts w:ascii="Arial" w:hAnsi="Arial" w:cs="Arial"/>
          <w:sz w:val="24"/>
          <w:szCs w:val="24"/>
        </w:rPr>
        <w:t>os</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 xml:space="preserve">Plurifamiliar horizontal </w:t>
      </w:r>
      <w:r>
        <w:rPr>
          <w:rFonts w:ascii="Arial" w:hAnsi="Arial" w:cs="Arial"/>
          <w:sz w:val="24"/>
          <w:szCs w:val="24"/>
        </w:rPr>
        <w:t>$</w:t>
      </w:r>
      <w:r w:rsidRPr="00E93608">
        <w:rPr>
          <w:rFonts w:ascii="Arial" w:hAnsi="Arial" w:cs="Arial"/>
          <w:sz w:val="24"/>
          <w:szCs w:val="24"/>
        </w:rPr>
        <w:t>20.48</w:t>
      </w:r>
      <w:r w:rsidR="00954180">
        <w:rPr>
          <w:rFonts w:ascii="Arial" w:hAnsi="Arial" w:cs="Arial"/>
          <w:sz w:val="24"/>
          <w:szCs w:val="24"/>
        </w:rPr>
        <w:t xml:space="preserve"> pesos</w:t>
      </w:r>
      <w:r w:rsidRPr="00E93608">
        <w:rPr>
          <w:rFonts w:ascii="Arial" w:hAnsi="Arial" w:cs="Arial"/>
          <w:sz w:val="24"/>
          <w:szCs w:val="24"/>
        </w:rPr>
        <w:t xml:space="preserve"> Plurifamiliar vertical </w:t>
      </w:r>
      <w:r>
        <w:rPr>
          <w:rFonts w:ascii="Arial" w:hAnsi="Arial" w:cs="Arial"/>
          <w:sz w:val="24"/>
          <w:szCs w:val="24"/>
        </w:rPr>
        <w:t>$</w:t>
      </w:r>
      <w:r w:rsidRPr="00E93608">
        <w:rPr>
          <w:rFonts w:ascii="Arial" w:hAnsi="Arial" w:cs="Arial"/>
          <w:sz w:val="24"/>
          <w:szCs w:val="24"/>
        </w:rPr>
        <w:t>238</w:t>
      </w:r>
      <w:r w:rsidR="00954180">
        <w:rPr>
          <w:rFonts w:ascii="Arial" w:hAnsi="Arial" w:cs="Arial"/>
          <w:sz w:val="24"/>
          <w:szCs w:val="24"/>
        </w:rPr>
        <w:t>.00 pesos</w:t>
      </w:r>
      <w:r>
        <w:rPr>
          <w:rFonts w:ascii="Arial" w:hAnsi="Arial" w:cs="Arial"/>
          <w:sz w:val="24"/>
          <w:szCs w:val="24"/>
        </w:rPr>
        <w:t xml:space="preserve"> </w:t>
      </w:r>
      <w:r w:rsidRPr="00E93608">
        <w:rPr>
          <w:rFonts w:ascii="Arial" w:hAnsi="Arial" w:cs="Arial"/>
          <w:sz w:val="24"/>
          <w:szCs w:val="24"/>
        </w:rPr>
        <w:t xml:space="preserve">Desdoblamiento de la edificación de vivienda </w:t>
      </w:r>
      <w:r>
        <w:rPr>
          <w:rFonts w:ascii="Arial" w:hAnsi="Arial" w:cs="Arial"/>
          <w:sz w:val="24"/>
          <w:szCs w:val="24"/>
        </w:rPr>
        <w:t>$</w:t>
      </w:r>
      <w:r w:rsidRPr="00E93608">
        <w:rPr>
          <w:rFonts w:ascii="Arial" w:hAnsi="Arial" w:cs="Arial"/>
          <w:sz w:val="24"/>
          <w:szCs w:val="24"/>
        </w:rPr>
        <w:t>23.88 pesos que estos son un aumento del 5% respecto a las tarifas de este año.</w:t>
      </w:r>
      <w:r>
        <w:rPr>
          <w:rFonts w:ascii="Arial" w:hAnsi="Arial" w:cs="Arial"/>
          <w:sz w:val="24"/>
          <w:szCs w:val="24"/>
        </w:rPr>
        <w:t xml:space="preserve"> </w:t>
      </w:r>
      <w:r w:rsidRPr="00E93608">
        <w:rPr>
          <w:rFonts w:ascii="Arial" w:hAnsi="Arial" w:cs="Arial"/>
          <w:sz w:val="24"/>
          <w:szCs w:val="24"/>
        </w:rPr>
        <w:t>Aquí hacen un aquí en sí, cierto. En la ley de</w:t>
      </w:r>
      <w:r>
        <w:rPr>
          <w:rFonts w:ascii="Arial" w:hAnsi="Arial" w:cs="Arial"/>
          <w:sz w:val="24"/>
          <w:szCs w:val="24"/>
        </w:rPr>
        <w:t xml:space="preserve"> i</w:t>
      </w:r>
      <w:r w:rsidRPr="00E93608">
        <w:rPr>
          <w:rFonts w:ascii="Arial" w:hAnsi="Arial" w:cs="Arial"/>
          <w:sz w:val="24"/>
          <w:szCs w:val="24"/>
        </w:rPr>
        <w:t xml:space="preserve">ngresos actual el plurifamiliar horizontal dice </w:t>
      </w:r>
      <w:r>
        <w:rPr>
          <w:rFonts w:ascii="Arial" w:hAnsi="Arial" w:cs="Arial"/>
          <w:sz w:val="24"/>
          <w:szCs w:val="24"/>
        </w:rPr>
        <w:t>$</w:t>
      </w:r>
      <w:r w:rsidRPr="00E93608">
        <w:rPr>
          <w:rFonts w:ascii="Arial" w:hAnsi="Arial" w:cs="Arial"/>
          <w:sz w:val="24"/>
          <w:szCs w:val="24"/>
        </w:rPr>
        <w:t>109</w:t>
      </w:r>
      <w:r w:rsidR="00954180">
        <w:rPr>
          <w:rFonts w:ascii="Arial" w:hAnsi="Arial" w:cs="Arial"/>
          <w:sz w:val="24"/>
          <w:szCs w:val="24"/>
        </w:rPr>
        <w:t>.00</w:t>
      </w:r>
      <w:r w:rsidRPr="00E93608">
        <w:rPr>
          <w:rFonts w:ascii="Arial" w:hAnsi="Arial" w:cs="Arial"/>
          <w:sz w:val="24"/>
          <w:szCs w:val="24"/>
        </w:rPr>
        <w:t xml:space="preserve"> Creo quiero pensar que era eran </w:t>
      </w:r>
      <w:r>
        <w:rPr>
          <w:rFonts w:ascii="Arial" w:hAnsi="Arial" w:cs="Arial"/>
          <w:sz w:val="24"/>
          <w:szCs w:val="24"/>
        </w:rPr>
        <w:t>$</w:t>
      </w:r>
      <w:r w:rsidRPr="00E93608">
        <w:rPr>
          <w:rFonts w:ascii="Arial" w:hAnsi="Arial" w:cs="Arial"/>
          <w:sz w:val="24"/>
          <w:szCs w:val="24"/>
        </w:rPr>
        <w:t>19</w:t>
      </w:r>
      <w:r w:rsidR="00954180">
        <w:rPr>
          <w:rFonts w:ascii="Arial" w:hAnsi="Arial" w:cs="Arial"/>
          <w:sz w:val="24"/>
          <w:szCs w:val="24"/>
        </w:rPr>
        <w:t>.00</w:t>
      </w:r>
      <w:r w:rsidRPr="00E93608">
        <w:rPr>
          <w:rFonts w:ascii="Arial" w:hAnsi="Arial" w:cs="Arial"/>
          <w:sz w:val="24"/>
          <w:szCs w:val="24"/>
        </w:rPr>
        <w:t xml:space="preserve"> pesos. No,</w:t>
      </w:r>
      <w:r>
        <w:rPr>
          <w:rFonts w:ascii="Arial" w:hAnsi="Arial" w:cs="Arial"/>
          <w:sz w:val="24"/>
          <w:szCs w:val="24"/>
        </w:rPr>
        <w:t xml:space="preserve"> </w:t>
      </w:r>
      <w:r w:rsidRPr="00E93608">
        <w:rPr>
          <w:rFonts w:ascii="Arial" w:hAnsi="Arial" w:cs="Arial"/>
          <w:sz w:val="24"/>
          <w:szCs w:val="24"/>
        </w:rPr>
        <w:t xml:space="preserve">no, más bien la que no se fue </w:t>
      </w:r>
      <w:r>
        <w:rPr>
          <w:rFonts w:ascii="Arial" w:hAnsi="Arial" w:cs="Arial"/>
          <w:sz w:val="24"/>
          <w:szCs w:val="24"/>
        </w:rPr>
        <w:t>$</w:t>
      </w:r>
      <w:r w:rsidRPr="00E93608">
        <w:rPr>
          <w:rFonts w:ascii="Arial" w:hAnsi="Arial" w:cs="Arial"/>
          <w:sz w:val="24"/>
          <w:szCs w:val="24"/>
        </w:rPr>
        <w:t>2</w:t>
      </w:r>
      <w:r>
        <w:rPr>
          <w:rFonts w:ascii="Arial" w:hAnsi="Arial" w:cs="Arial"/>
          <w:sz w:val="24"/>
          <w:szCs w:val="24"/>
        </w:rPr>
        <w:t>,</w:t>
      </w:r>
      <w:r w:rsidRPr="00E93608">
        <w:rPr>
          <w:rFonts w:ascii="Arial" w:hAnsi="Arial" w:cs="Arial"/>
          <w:sz w:val="24"/>
          <w:szCs w:val="24"/>
        </w:rPr>
        <w:t>048</w:t>
      </w:r>
      <w:r w:rsidR="00954180">
        <w:rPr>
          <w:rFonts w:ascii="Arial" w:hAnsi="Arial" w:cs="Arial"/>
          <w:sz w:val="24"/>
          <w:szCs w:val="24"/>
        </w:rPr>
        <w:t>.00</w:t>
      </w:r>
      <w:r w:rsidRPr="00E93608">
        <w:rPr>
          <w:rFonts w:ascii="Arial" w:hAnsi="Arial" w:cs="Arial"/>
          <w:sz w:val="24"/>
          <w:szCs w:val="24"/>
        </w:rPr>
        <w:t xml:space="preserve"> adelante, arquitecto.</w:t>
      </w:r>
    </w:p>
    <w:p w14:paraId="56888E20" w14:textId="44600BCD" w:rsidR="00EA0C28" w:rsidRPr="00E93608" w:rsidRDefault="00FD3A37" w:rsidP="00E93608">
      <w:pPr>
        <w:jc w:val="both"/>
        <w:rPr>
          <w:rFonts w:ascii="Arial" w:hAnsi="Arial" w:cs="Arial"/>
          <w:sz w:val="24"/>
          <w:szCs w:val="24"/>
        </w:rPr>
      </w:pPr>
      <w:r>
        <w:rPr>
          <w:rFonts w:ascii="Arial" w:hAnsi="Arial" w:cs="Arial"/>
          <w:b/>
          <w:bCs/>
          <w:sz w:val="24"/>
          <w:szCs w:val="24"/>
        </w:rPr>
        <w:t xml:space="preserve">C. BRAULIO MAURICIO GONZÁLEZ. - </w:t>
      </w:r>
      <w:r w:rsidRPr="00E93608">
        <w:rPr>
          <w:rFonts w:ascii="Arial" w:hAnsi="Arial" w:cs="Arial"/>
          <w:sz w:val="24"/>
          <w:szCs w:val="24"/>
        </w:rPr>
        <w:t>Aquí en este punto quiero hacer a sí que la descripción de lo que anda comentando acá el regidor acá en la propuesta de reforma a la ley de</w:t>
      </w:r>
      <w:r>
        <w:rPr>
          <w:rFonts w:ascii="Arial" w:hAnsi="Arial" w:cs="Arial"/>
          <w:sz w:val="24"/>
          <w:szCs w:val="24"/>
        </w:rPr>
        <w:t xml:space="preserve"> </w:t>
      </w:r>
      <w:r w:rsidRPr="00E93608">
        <w:rPr>
          <w:rFonts w:ascii="Arial" w:hAnsi="Arial" w:cs="Arial"/>
          <w:sz w:val="24"/>
          <w:szCs w:val="24"/>
        </w:rPr>
        <w:t>ingresos en el apartado uno, que es densidad alta, en la parte de desdoblamiento a la edificación de</w:t>
      </w:r>
      <w:r>
        <w:rPr>
          <w:rFonts w:ascii="Arial" w:hAnsi="Arial" w:cs="Arial"/>
          <w:sz w:val="24"/>
          <w:szCs w:val="24"/>
        </w:rPr>
        <w:t xml:space="preserve"> </w:t>
      </w:r>
      <w:r w:rsidRPr="00E93608">
        <w:rPr>
          <w:rFonts w:ascii="Arial" w:hAnsi="Arial" w:cs="Arial"/>
          <w:sz w:val="24"/>
          <w:szCs w:val="24"/>
        </w:rPr>
        <w:t xml:space="preserve">vivienda, viene siendo el inciso D. Ahí anteriormente, bueno, actualmente se cuenta con un costo, una tarifa de </w:t>
      </w:r>
      <w:r>
        <w:rPr>
          <w:rFonts w:ascii="Arial" w:hAnsi="Arial" w:cs="Arial"/>
          <w:sz w:val="24"/>
          <w:szCs w:val="24"/>
        </w:rPr>
        <w:t>$</w:t>
      </w:r>
      <w:r w:rsidRPr="00E93608">
        <w:rPr>
          <w:rFonts w:ascii="Arial" w:hAnsi="Arial" w:cs="Arial"/>
          <w:sz w:val="24"/>
          <w:szCs w:val="24"/>
        </w:rPr>
        <w:t>17.86</w:t>
      </w:r>
      <w:r>
        <w:rPr>
          <w:rFonts w:ascii="Arial" w:hAnsi="Arial" w:cs="Arial"/>
          <w:sz w:val="24"/>
          <w:szCs w:val="24"/>
        </w:rPr>
        <w:t xml:space="preserve"> </w:t>
      </w:r>
      <w:r w:rsidRPr="00E93608">
        <w:rPr>
          <w:rFonts w:ascii="Arial" w:hAnsi="Arial" w:cs="Arial"/>
          <w:sz w:val="24"/>
          <w:szCs w:val="24"/>
        </w:rPr>
        <w:t>pes</w:t>
      </w:r>
      <w:r>
        <w:rPr>
          <w:rFonts w:ascii="Arial" w:hAnsi="Arial" w:cs="Arial"/>
          <w:sz w:val="24"/>
          <w:szCs w:val="24"/>
        </w:rPr>
        <w:t>os</w:t>
      </w:r>
      <w:r w:rsidRPr="00E93608">
        <w:rPr>
          <w:rFonts w:ascii="Arial" w:hAnsi="Arial" w:cs="Arial"/>
          <w:sz w:val="24"/>
          <w:szCs w:val="24"/>
        </w:rPr>
        <w:t xml:space="preserve"> por metro cuad</w:t>
      </w:r>
      <w:r>
        <w:rPr>
          <w:rFonts w:ascii="Arial" w:hAnsi="Arial" w:cs="Arial"/>
          <w:sz w:val="24"/>
          <w:szCs w:val="24"/>
        </w:rPr>
        <w:t>ro</w:t>
      </w:r>
      <w:r w:rsidRPr="00E93608">
        <w:rPr>
          <w:rFonts w:ascii="Arial" w:hAnsi="Arial" w:cs="Arial"/>
          <w:sz w:val="24"/>
          <w:szCs w:val="24"/>
        </w:rPr>
        <w:t>. De ahí acá este se está proponiendo que se aumente o que se asimile lo que es al costo de</w:t>
      </w:r>
      <w:r>
        <w:rPr>
          <w:rFonts w:ascii="Arial" w:hAnsi="Arial" w:cs="Arial"/>
          <w:sz w:val="24"/>
          <w:szCs w:val="24"/>
        </w:rPr>
        <w:t xml:space="preserve"> </w:t>
      </w:r>
      <w:r w:rsidRPr="00E93608">
        <w:rPr>
          <w:rFonts w:ascii="Arial" w:hAnsi="Arial" w:cs="Arial"/>
          <w:sz w:val="24"/>
          <w:szCs w:val="24"/>
        </w:rPr>
        <w:t xml:space="preserve">plurifamiliar vertical que son 20 ya con el aumento proporcional en todo ese artículo del 5% que sea a similar </w:t>
      </w:r>
      <w:r>
        <w:rPr>
          <w:rFonts w:ascii="Arial" w:hAnsi="Arial" w:cs="Arial"/>
          <w:sz w:val="24"/>
          <w:szCs w:val="24"/>
        </w:rPr>
        <w:t xml:space="preserve">al </w:t>
      </w:r>
      <w:r w:rsidRPr="00E93608">
        <w:rPr>
          <w:rFonts w:ascii="Arial" w:hAnsi="Arial" w:cs="Arial"/>
          <w:sz w:val="24"/>
          <w:szCs w:val="24"/>
        </w:rPr>
        <w:t xml:space="preserve">de plurifamiliar </w:t>
      </w:r>
      <w:r>
        <w:rPr>
          <w:rFonts w:ascii="Arial" w:hAnsi="Arial" w:cs="Arial"/>
          <w:sz w:val="24"/>
          <w:szCs w:val="24"/>
        </w:rPr>
        <w:t>ver</w:t>
      </w:r>
      <w:r w:rsidRPr="00E93608">
        <w:rPr>
          <w:rFonts w:ascii="Arial" w:hAnsi="Arial" w:cs="Arial"/>
          <w:sz w:val="24"/>
          <w:szCs w:val="24"/>
        </w:rPr>
        <w:t>tical. Eso entendido de que viene siendo un apoyo para todas las zonas que son habitacional unifamiliar densidad alta,</w:t>
      </w:r>
      <w:r>
        <w:rPr>
          <w:rFonts w:ascii="Arial" w:hAnsi="Arial" w:cs="Arial"/>
          <w:sz w:val="24"/>
          <w:szCs w:val="24"/>
        </w:rPr>
        <w:t xml:space="preserve"> </w:t>
      </w:r>
      <w:r w:rsidRPr="00E93608">
        <w:rPr>
          <w:rFonts w:ascii="Arial" w:hAnsi="Arial" w:cs="Arial"/>
          <w:sz w:val="24"/>
          <w:szCs w:val="24"/>
        </w:rPr>
        <w:t>que viene siendo toda la zona sur y partes de la zona norte, en donde son asentamientos que pueden tener o tienen susceptibilidad de ser un desdoblamiento</w:t>
      </w:r>
      <w:r>
        <w:rPr>
          <w:rFonts w:ascii="Arial" w:hAnsi="Arial" w:cs="Arial"/>
          <w:sz w:val="24"/>
          <w:szCs w:val="24"/>
        </w:rPr>
        <w:t xml:space="preserve"> </w:t>
      </w:r>
      <w:r w:rsidRPr="00E93608">
        <w:rPr>
          <w:rFonts w:ascii="Arial" w:hAnsi="Arial" w:cs="Arial"/>
          <w:sz w:val="24"/>
          <w:szCs w:val="24"/>
        </w:rPr>
        <w:t>a la edificación. ¿En qué sentido? De que en un solo predio existir dos viviendas independientes o si acaso un local en la planta baja y un</w:t>
      </w:r>
      <w:r w:rsidR="00696603">
        <w:rPr>
          <w:rFonts w:ascii="Arial" w:hAnsi="Arial" w:cs="Arial"/>
          <w:sz w:val="24"/>
          <w:szCs w:val="24"/>
        </w:rPr>
        <w:t xml:space="preserve"> </w:t>
      </w:r>
      <w:r w:rsidRPr="00E93608">
        <w:rPr>
          <w:rFonts w:ascii="Arial" w:hAnsi="Arial" w:cs="Arial"/>
          <w:sz w:val="24"/>
          <w:szCs w:val="24"/>
        </w:rPr>
        <w:t xml:space="preserve">departamento en planta alta. Aquí se propone para que </w:t>
      </w:r>
      <w:r w:rsidR="00696603">
        <w:rPr>
          <w:rFonts w:ascii="Arial" w:hAnsi="Arial" w:cs="Arial"/>
          <w:sz w:val="24"/>
          <w:szCs w:val="24"/>
        </w:rPr>
        <w:t>asimile</w:t>
      </w:r>
      <w:r w:rsidRPr="00E93608">
        <w:rPr>
          <w:rFonts w:ascii="Arial" w:hAnsi="Arial" w:cs="Arial"/>
          <w:sz w:val="24"/>
          <w:szCs w:val="24"/>
        </w:rPr>
        <w:t xml:space="preserve"> porque se puede entender de que es en términos a sí</w:t>
      </w:r>
      <w:r w:rsidR="00696603">
        <w:rPr>
          <w:rFonts w:ascii="Arial" w:hAnsi="Arial" w:cs="Arial"/>
          <w:sz w:val="24"/>
          <w:szCs w:val="24"/>
        </w:rPr>
        <w:t xml:space="preserve"> </w:t>
      </w:r>
      <w:r w:rsidRPr="00E93608">
        <w:rPr>
          <w:rFonts w:ascii="Arial" w:hAnsi="Arial" w:cs="Arial"/>
          <w:sz w:val="24"/>
          <w:szCs w:val="24"/>
        </w:rPr>
        <w:t xml:space="preserve">que técnicos como si fuera </w:t>
      </w:r>
      <w:proofErr w:type="gramStart"/>
      <w:r w:rsidRPr="00E93608">
        <w:rPr>
          <w:rFonts w:ascii="Arial" w:hAnsi="Arial" w:cs="Arial"/>
          <w:sz w:val="24"/>
          <w:szCs w:val="24"/>
        </w:rPr>
        <w:t>una dúplex</w:t>
      </w:r>
      <w:proofErr w:type="gramEnd"/>
      <w:r w:rsidRPr="00E93608">
        <w:rPr>
          <w:rFonts w:ascii="Arial" w:hAnsi="Arial" w:cs="Arial"/>
          <w:sz w:val="24"/>
          <w:szCs w:val="24"/>
        </w:rPr>
        <w:t>, algo que se puede hacer en un uso mixto desde barrial en adelante en un H4U</w:t>
      </w:r>
      <w:r w:rsidR="00696603">
        <w:rPr>
          <w:rFonts w:ascii="Arial" w:hAnsi="Arial" w:cs="Arial"/>
          <w:sz w:val="24"/>
          <w:szCs w:val="24"/>
        </w:rPr>
        <w:t xml:space="preserve"> </w:t>
      </w:r>
      <w:r w:rsidRPr="00E93608">
        <w:rPr>
          <w:rFonts w:ascii="Arial" w:hAnsi="Arial" w:cs="Arial"/>
          <w:sz w:val="24"/>
          <w:szCs w:val="24"/>
        </w:rPr>
        <w:t>viene siendo una densidad habitacional alta. Esto con el objetivo de que una el en el reglamento de unificación actualmente se tiene la opción de que</w:t>
      </w:r>
      <w:r w:rsidR="00696603">
        <w:rPr>
          <w:rFonts w:ascii="Arial" w:hAnsi="Arial" w:cs="Arial"/>
          <w:sz w:val="24"/>
          <w:szCs w:val="24"/>
        </w:rPr>
        <w:t xml:space="preserve"> </w:t>
      </w:r>
      <w:r w:rsidRPr="00E93608">
        <w:rPr>
          <w:rFonts w:ascii="Arial" w:hAnsi="Arial" w:cs="Arial"/>
          <w:sz w:val="24"/>
          <w:szCs w:val="24"/>
        </w:rPr>
        <w:t>puedan ser este tipo de desdoblamientos que viene siendo dos departamentos o un local y departamento en zona densidad alta para que este puedan tener algún</w:t>
      </w:r>
      <w:r w:rsidR="00696603">
        <w:rPr>
          <w:rFonts w:ascii="Arial" w:hAnsi="Arial" w:cs="Arial"/>
          <w:sz w:val="24"/>
          <w:szCs w:val="24"/>
        </w:rPr>
        <w:t xml:space="preserve"> </w:t>
      </w:r>
      <w:r w:rsidRPr="00E93608">
        <w:rPr>
          <w:rFonts w:ascii="Arial" w:hAnsi="Arial" w:cs="Arial"/>
          <w:sz w:val="24"/>
          <w:szCs w:val="24"/>
        </w:rPr>
        <w:t xml:space="preserve">ingreso adicional, ya sea incluso para independizar los </w:t>
      </w:r>
      <w:r w:rsidRPr="00E93608">
        <w:rPr>
          <w:rFonts w:ascii="Arial" w:hAnsi="Arial" w:cs="Arial"/>
          <w:sz w:val="24"/>
          <w:szCs w:val="24"/>
        </w:rPr>
        <w:lastRenderedPageBreak/>
        <w:t>servicios, ya sea de que una familia como tenemos a sí que situaciones muy vívidas aquí en el</w:t>
      </w:r>
      <w:r w:rsidR="00696603">
        <w:rPr>
          <w:rFonts w:ascii="Arial" w:hAnsi="Arial" w:cs="Arial"/>
          <w:sz w:val="24"/>
          <w:szCs w:val="24"/>
        </w:rPr>
        <w:t xml:space="preserve"> </w:t>
      </w:r>
      <w:r w:rsidRPr="00E93608">
        <w:rPr>
          <w:rFonts w:ascii="Arial" w:hAnsi="Arial" w:cs="Arial"/>
          <w:sz w:val="24"/>
          <w:szCs w:val="24"/>
        </w:rPr>
        <w:t xml:space="preserve">municipio, de que tenemos una vivienda en donde viven tanto la familia la principal que es papá mamá en planta baja y que pues </w:t>
      </w:r>
      <w:r w:rsidR="00696603">
        <w:rPr>
          <w:rFonts w:ascii="Arial" w:hAnsi="Arial" w:cs="Arial"/>
          <w:sz w:val="24"/>
          <w:szCs w:val="24"/>
        </w:rPr>
        <w:t>h</w:t>
      </w:r>
      <w:r w:rsidRPr="00E93608">
        <w:rPr>
          <w:rFonts w:ascii="Arial" w:hAnsi="Arial" w:cs="Arial"/>
          <w:sz w:val="24"/>
          <w:szCs w:val="24"/>
        </w:rPr>
        <w:t>a sí que en la</w:t>
      </w:r>
      <w:r w:rsidR="00696603">
        <w:rPr>
          <w:rFonts w:ascii="Arial" w:hAnsi="Arial" w:cs="Arial"/>
          <w:sz w:val="24"/>
          <w:szCs w:val="24"/>
        </w:rPr>
        <w:t xml:space="preserve"> </w:t>
      </w:r>
      <w:r w:rsidRPr="00E93608">
        <w:rPr>
          <w:rFonts w:ascii="Arial" w:hAnsi="Arial" w:cs="Arial"/>
          <w:sz w:val="24"/>
          <w:szCs w:val="24"/>
        </w:rPr>
        <w:t xml:space="preserve">costumbre dejan a sus hijos o a uno de sus hijos en planta alta. Esto puede generar una </w:t>
      </w:r>
      <w:r w:rsidR="00696603" w:rsidRPr="00E93608">
        <w:rPr>
          <w:rFonts w:ascii="Arial" w:hAnsi="Arial" w:cs="Arial"/>
          <w:sz w:val="24"/>
          <w:szCs w:val="24"/>
        </w:rPr>
        <w:t>así</w:t>
      </w:r>
      <w:r w:rsidRPr="00E93608">
        <w:rPr>
          <w:rFonts w:ascii="Arial" w:hAnsi="Arial" w:cs="Arial"/>
          <w:sz w:val="24"/>
          <w:szCs w:val="24"/>
        </w:rPr>
        <w:t xml:space="preserve"> que la independización de todos los servicios,</w:t>
      </w:r>
      <w:r w:rsidR="00696603">
        <w:rPr>
          <w:rFonts w:ascii="Arial" w:hAnsi="Arial" w:cs="Arial"/>
          <w:sz w:val="24"/>
          <w:szCs w:val="24"/>
        </w:rPr>
        <w:t xml:space="preserve"> </w:t>
      </w:r>
      <w:r w:rsidRPr="00E93608">
        <w:rPr>
          <w:rFonts w:ascii="Arial" w:hAnsi="Arial" w:cs="Arial"/>
          <w:sz w:val="24"/>
          <w:szCs w:val="24"/>
        </w:rPr>
        <w:t>incluyendo el impuesto predial y lo que es el servicio de agua y de drenaje, ya para que puedan a sí que tener como tipo dos viviendas en un solo predio.</w:t>
      </w:r>
      <w:r w:rsidR="00696603">
        <w:rPr>
          <w:rFonts w:ascii="Arial" w:hAnsi="Arial" w:cs="Arial"/>
          <w:sz w:val="24"/>
          <w:szCs w:val="24"/>
        </w:rPr>
        <w:t xml:space="preserve"> </w:t>
      </w:r>
      <w:r w:rsidR="00696603" w:rsidRPr="00E93608">
        <w:rPr>
          <w:rFonts w:ascii="Arial" w:hAnsi="Arial" w:cs="Arial"/>
          <w:sz w:val="24"/>
          <w:szCs w:val="24"/>
        </w:rPr>
        <w:t>Acá se</w:t>
      </w:r>
      <w:r w:rsidRPr="00E93608">
        <w:rPr>
          <w:rFonts w:ascii="Arial" w:hAnsi="Arial" w:cs="Arial"/>
          <w:sz w:val="24"/>
          <w:szCs w:val="24"/>
        </w:rPr>
        <w:t xml:space="preserve"> cuenta actualmente con un valor inferior a lo que es el </w:t>
      </w:r>
      <w:r w:rsidR="00696603" w:rsidRPr="00E93608">
        <w:rPr>
          <w:rFonts w:ascii="Arial" w:hAnsi="Arial" w:cs="Arial"/>
          <w:sz w:val="24"/>
          <w:szCs w:val="24"/>
        </w:rPr>
        <w:t>plurifamiliar</w:t>
      </w:r>
      <w:r w:rsidRPr="00E93608">
        <w:rPr>
          <w:rFonts w:ascii="Arial" w:hAnsi="Arial" w:cs="Arial"/>
          <w:sz w:val="24"/>
          <w:szCs w:val="24"/>
        </w:rPr>
        <w:t xml:space="preserve"> vertical, pero al final de cuentas se genera una constitución en</w:t>
      </w:r>
      <w:r w:rsidR="00696603">
        <w:rPr>
          <w:rFonts w:ascii="Arial" w:hAnsi="Arial" w:cs="Arial"/>
          <w:sz w:val="24"/>
          <w:szCs w:val="24"/>
        </w:rPr>
        <w:t xml:space="preserve"> </w:t>
      </w:r>
      <w:r w:rsidRPr="00E93608">
        <w:rPr>
          <w:rFonts w:ascii="Arial" w:hAnsi="Arial" w:cs="Arial"/>
          <w:sz w:val="24"/>
          <w:szCs w:val="24"/>
        </w:rPr>
        <w:t xml:space="preserve">condominio para poder </w:t>
      </w:r>
      <w:r w:rsidR="00696603" w:rsidRPr="00E93608">
        <w:rPr>
          <w:rFonts w:ascii="Arial" w:hAnsi="Arial" w:cs="Arial"/>
          <w:sz w:val="24"/>
          <w:szCs w:val="24"/>
        </w:rPr>
        <w:t>así</w:t>
      </w:r>
      <w:r w:rsidRPr="00E93608">
        <w:rPr>
          <w:rFonts w:ascii="Arial" w:hAnsi="Arial" w:cs="Arial"/>
          <w:sz w:val="24"/>
          <w:szCs w:val="24"/>
        </w:rPr>
        <w:t xml:space="preserve"> que independizar todos los servicios y generar a sí que las viviendas independientes. La propuesta que yo</w:t>
      </w:r>
      <w:r w:rsidR="00696603">
        <w:rPr>
          <w:rFonts w:ascii="Arial" w:hAnsi="Arial" w:cs="Arial"/>
          <w:sz w:val="24"/>
          <w:szCs w:val="24"/>
        </w:rPr>
        <w:t xml:space="preserve"> </w:t>
      </w:r>
      <w:r w:rsidRPr="00E93608">
        <w:rPr>
          <w:rFonts w:ascii="Arial" w:hAnsi="Arial" w:cs="Arial"/>
          <w:sz w:val="24"/>
          <w:szCs w:val="24"/>
        </w:rPr>
        <w:t>genero viene siendo asimilarlo lo que es el costo del plurifamiliar vertical para el desdoblamiento. No sé si tengan alguna pregunta.</w:t>
      </w:r>
    </w:p>
    <w:p w14:paraId="239F99F0" w14:textId="4949CBC8" w:rsidR="00FC3703" w:rsidRDefault="00696603"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arquitecto. De no haber más dudas al respecto, continuaremos con la densidad media.</w:t>
      </w:r>
      <w:r>
        <w:rPr>
          <w:rFonts w:ascii="Arial" w:hAnsi="Arial" w:cs="Arial"/>
          <w:sz w:val="24"/>
          <w:szCs w:val="24"/>
        </w:rPr>
        <w:t xml:space="preserve"> </w:t>
      </w:r>
      <w:r w:rsidRPr="00E93608">
        <w:rPr>
          <w:rFonts w:ascii="Arial" w:hAnsi="Arial" w:cs="Arial"/>
          <w:sz w:val="24"/>
          <w:szCs w:val="24"/>
        </w:rPr>
        <w:t xml:space="preserve">Densidad media unifamiliar </w:t>
      </w:r>
      <w:r w:rsidR="00FC3703">
        <w:rPr>
          <w:rFonts w:ascii="Arial" w:hAnsi="Arial" w:cs="Arial"/>
          <w:sz w:val="24"/>
          <w:szCs w:val="24"/>
        </w:rPr>
        <w:t>$</w:t>
      </w:r>
      <w:r w:rsidRPr="00E93608">
        <w:rPr>
          <w:rFonts w:ascii="Arial" w:hAnsi="Arial" w:cs="Arial"/>
          <w:sz w:val="24"/>
          <w:szCs w:val="24"/>
        </w:rPr>
        <w:t>36.</w:t>
      </w:r>
      <w:r w:rsidR="00954180">
        <w:rPr>
          <w:rFonts w:ascii="Arial" w:hAnsi="Arial" w:cs="Arial"/>
          <w:sz w:val="24"/>
          <w:szCs w:val="24"/>
        </w:rPr>
        <w:t>00 pesos</w:t>
      </w:r>
      <w:r>
        <w:rPr>
          <w:rFonts w:ascii="Arial" w:hAnsi="Arial" w:cs="Arial"/>
          <w:sz w:val="24"/>
          <w:szCs w:val="24"/>
        </w:rPr>
        <w:t xml:space="preserve"> </w:t>
      </w:r>
      <w:r w:rsidRPr="00E93608">
        <w:rPr>
          <w:rFonts w:ascii="Arial" w:hAnsi="Arial" w:cs="Arial"/>
          <w:sz w:val="24"/>
          <w:szCs w:val="24"/>
        </w:rPr>
        <w:t xml:space="preserve">Gracias. ¿Me permite un poquito más arriba? densidad media unifamiliar </w:t>
      </w:r>
      <w:r w:rsidR="00FC3703">
        <w:rPr>
          <w:rFonts w:ascii="Arial" w:hAnsi="Arial" w:cs="Arial"/>
          <w:sz w:val="24"/>
          <w:szCs w:val="24"/>
        </w:rPr>
        <w:t>$</w:t>
      </w:r>
      <w:r w:rsidRPr="00E93608">
        <w:rPr>
          <w:rFonts w:ascii="Arial" w:hAnsi="Arial" w:cs="Arial"/>
          <w:sz w:val="24"/>
          <w:szCs w:val="24"/>
        </w:rPr>
        <w:t>37</w:t>
      </w:r>
      <w:r w:rsidR="00FC3703">
        <w:rPr>
          <w:rFonts w:ascii="Arial" w:hAnsi="Arial" w:cs="Arial"/>
          <w:sz w:val="24"/>
          <w:szCs w:val="24"/>
        </w:rPr>
        <w:t>.</w:t>
      </w:r>
      <w:r w:rsidRPr="00E93608">
        <w:rPr>
          <w:rFonts w:ascii="Arial" w:hAnsi="Arial" w:cs="Arial"/>
          <w:sz w:val="24"/>
          <w:szCs w:val="24"/>
        </w:rPr>
        <w:t>50</w:t>
      </w:r>
      <w:r w:rsidR="00954180">
        <w:rPr>
          <w:rFonts w:ascii="Arial" w:hAnsi="Arial" w:cs="Arial"/>
          <w:sz w:val="24"/>
          <w:szCs w:val="24"/>
        </w:rPr>
        <w:t xml:space="preserve"> pesos</w:t>
      </w:r>
      <w:r w:rsidRPr="00E93608">
        <w:rPr>
          <w:rFonts w:ascii="Arial" w:hAnsi="Arial" w:cs="Arial"/>
          <w:sz w:val="24"/>
          <w:szCs w:val="24"/>
        </w:rPr>
        <w:t xml:space="preserve"> Plurifamiliar horizontal </w:t>
      </w:r>
      <w:r w:rsidR="00FC3703">
        <w:rPr>
          <w:rFonts w:ascii="Arial" w:hAnsi="Arial" w:cs="Arial"/>
          <w:sz w:val="24"/>
          <w:szCs w:val="24"/>
        </w:rPr>
        <w:t>$</w:t>
      </w:r>
      <w:r w:rsidRPr="00E93608">
        <w:rPr>
          <w:rFonts w:ascii="Arial" w:hAnsi="Arial" w:cs="Arial"/>
          <w:sz w:val="24"/>
          <w:szCs w:val="24"/>
        </w:rPr>
        <w:t>36</w:t>
      </w:r>
      <w:r w:rsidR="00FC3703">
        <w:rPr>
          <w:rFonts w:ascii="Arial" w:hAnsi="Arial" w:cs="Arial"/>
          <w:sz w:val="24"/>
          <w:szCs w:val="24"/>
        </w:rPr>
        <w:t>.</w:t>
      </w:r>
      <w:r w:rsidRPr="00E93608">
        <w:rPr>
          <w:rFonts w:ascii="Arial" w:hAnsi="Arial" w:cs="Arial"/>
          <w:sz w:val="24"/>
          <w:szCs w:val="24"/>
        </w:rPr>
        <w:t xml:space="preserve">75 </w:t>
      </w:r>
      <w:r w:rsidR="00954180">
        <w:rPr>
          <w:rFonts w:ascii="Arial" w:hAnsi="Arial" w:cs="Arial"/>
          <w:sz w:val="24"/>
          <w:szCs w:val="24"/>
        </w:rPr>
        <w:t xml:space="preserve">pesos </w:t>
      </w:r>
      <w:r w:rsidRPr="00E93608">
        <w:rPr>
          <w:rFonts w:ascii="Arial" w:hAnsi="Arial" w:cs="Arial"/>
          <w:sz w:val="24"/>
          <w:szCs w:val="24"/>
        </w:rPr>
        <w:t xml:space="preserve">y plurifamiliar vertical </w:t>
      </w:r>
      <w:r w:rsidR="00FC3703">
        <w:rPr>
          <w:rFonts w:ascii="Arial" w:hAnsi="Arial" w:cs="Arial"/>
          <w:sz w:val="24"/>
          <w:szCs w:val="24"/>
        </w:rPr>
        <w:t>$</w:t>
      </w:r>
      <w:r w:rsidRPr="00E93608">
        <w:rPr>
          <w:rFonts w:ascii="Arial" w:hAnsi="Arial" w:cs="Arial"/>
          <w:sz w:val="24"/>
          <w:szCs w:val="24"/>
        </w:rPr>
        <w:t>46.</w:t>
      </w:r>
      <w:r w:rsidR="00954180">
        <w:rPr>
          <w:rFonts w:ascii="Arial" w:hAnsi="Arial" w:cs="Arial"/>
          <w:sz w:val="24"/>
          <w:szCs w:val="24"/>
        </w:rPr>
        <w:t>00 pesos</w:t>
      </w:r>
      <w:r w:rsidRPr="00E93608">
        <w:rPr>
          <w:rFonts w:ascii="Arial" w:hAnsi="Arial" w:cs="Arial"/>
          <w:sz w:val="24"/>
          <w:szCs w:val="24"/>
        </w:rPr>
        <w:t xml:space="preserve"> Igual</w:t>
      </w:r>
      <w:r>
        <w:rPr>
          <w:rFonts w:ascii="Arial" w:hAnsi="Arial" w:cs="Arial"/>
          <w:sz w:val="24"/>
          <w:szCs w:val="24"/>
        </w:rPr>
        <w:t xml:space="preserve"> </w:t>
      </w:r>
      <w:r w:rsidRPr="00E93608">
        <w:rPr>
          <w:rFonts w:ascii="Arial" w:hAnsi="Arial" w:cs="Arial"/>
          <w:sz w:val="24"/>
          <w:szCs w:val="24"/>
        </w:rPr>
        <w:t>respecto a las tarifas de este año representa un 5% de incremento. Densidad</w:t>
      </w:r>
      <w:r>
        <w:rPr>
          <w:rFonts w:ascii="Arial" w:hAnsi="Arial" w:cs="Arial"/>
          <w:sz w:val="24"/>
          <w:szCs w:val="24"/>
        </w:rPr>
        <w:t xml:space="preserve"> </w:t>
      </w:r>
      <w:r w:rsidRPr="00E93608">
        <w:rPr>
          <w:rFonts w:ascii="Arial" w:hAnsi="Arial" w:cs="Arial"/>
          <w:sz w:val="24"/>
          <w:szCs w:val="24"/>
        </w:rPr>
        <w:t xml:space="preserve">baja unifamiliar </w:t>
      </w:r>
      <w:r w:rsidR="00954180">
        <w:rPr>
          <w:rFonts w:ascii="Arial" w:hAnsi="Arial" w:cs="Arial"/>
          <w:sz w:val="24"/>
          <w:szCs w:val="24"/>
        </w:rPr>
        <w:t>$</w:t>
      </w:r>
      <w:r w:rsidRPr="00E93608">
        <w:rPr>
          <w:rFonts w:ascii="Arial" w:hAnsi="Arial" w:cs="Arial"/>
          <w:sz w:val="24"/>
          <w:szCs w:val="24"/>
        </w:rPr>
        <w:t>61</w:t>
      </w:r>
      <w:r w:rsidR="00FC3703">
        <w:rPr>
          <w:rFonts w:ascii="Arial" w:hAnsi="Arial" w:cs="Arial"/>
          <w:sz w:val="24"/>
          <w:szCs w:val="24"/>
        </w:rPr>
        <w:t>.</w:t>
      </w:r>
      <w:r w:rsidRPr="00E93608">
        <w:rPr>
          <w:rFonts w:ascii="Arial" w:hAnsi="Arial" w:cs="Arial"/>
          <w:sz w:val="24"/>
          <w:szCs w:val="24"/>
        </w:rPr>
        <w:t xml:space="preserve">45 </w:t>
      </w:r>
      <w:r w:rsidR="00954180">
        <w:rPr>
          <w:rFonts w:ascii="Arial" w:hAnsi="Arial" w:cs="Arial"/>
          <w:sz w:val="24"/>
          <w:szCs w:val="24"/>
        </w:rPr>
        <w:t xml:space="preserve">pesos </w:t>
      </w:r>
      <w:r w:rsidRPr="00E93608">
        <w:rPr>
          <w:rFonts w:ascii="Arial" w:hAnsi="Arial" w:cs="Arial"/>
          <w:sz w:val="24"/>
          <w:szCs w:val="24"/>
        </w:rPr>
        <w:t xml:space="preserve">Plurifamiliar horizontal </w:t>
      </w:r>
      <w:r w:rsidR="00FC3703">
        <w:rPr>
          <w:rFonts w:ascii="Arial" w:hAnsi="Arial" w:cs="Arial"/>
          <w:sz w:val="24"/>
          <w:szCs w:val="24"/>
        </w:rPr>
        <w:t>$</w:t>
      </w:r>
      <w:r w:rsidRPr="00E93608">
        <w:rPr>
          <w:rFonts w:ascii="Arial" w:hAnsi="Arial" w:cs="Arial"/>
          <w:sz w:val="24"/>
          <w:szCs w:val="24"/>
        </w:rPr>
        <w:t>68</w:t>
      </w:r>
      <w:r w:rsidR="00FC3703">
        <w:rPr>
          <w:rFonts w:ascii="Arial" w:hAnsi="Arial" w:cs="Arial"/>
          <w:sz w:val="24"/>
          <w:szCs w:val="24"/>
        </w:rPr>
        <w:t>.</w:t>
      </w:r>
      <w:r w:rsidRPr="00E93608">
        <w:rPr>
          <w:rFonts w:ascii="Arial" w:hAnsi="Arial" w:cs="Arial"/>
          <w:sz w:val="24"/>
          <w:szCs w:val="24"/>
        </w:rPr>
        <w:t>90</w:t>
      </w:r>
      <w:r w:rsidR="00954180">
        <w:rPr>
          <w:rFonts w:ascii="Arial" w:hAnsi="Arial" w:cs="Arial"/>
          <w:sz w:val="24"/>
          <w:szCs w:val="24"/>
        </w:rPr>
        <w:t xml:space="preserve"> pesos</w:t>
      </w:r>
      <w:r w:rsidRPr="00E93608">
        <w:rPr>
          <w:rFonts w:ascii="Arial" w:hAnsi="Arial" w:cs="Arial"/>
          <w:sz w:val="24"/>
          <w:szCs w:val="24"/>
        </w:rPr>
        <w:t xml:space="preserve"> Plurifamiliar vertical </w:t>
      </w:r>
      <w:r w:rsidR="00FC3703">
        <w:rPr>
          <w:rFonts w:ascii="Arial" w:hAnsi="Arial" w:cs="Arial"/>
          <w:sz w:val="24"/>
          <w:szCs w:val="24"/>
        </w:rPr>
        <w:t>$</w:t>
      </w:r>
      <w:r w:rsidRPr="00E93608">
        <w:rPr>
          <w:rFonts w:ascii="Arial" w:hAnsi="Arial" w:cs="Arial"/>
          <w:sz w:val="24"/>
          <w:szCs w:val="24"/>
        </w:rPr>
        <w:t>75.</w:t>
      </w:r>
      <w:r w:rsidR="00954180">
        <w:rPr>
          <w:rFonts w:ascii="Arial" w:hAnsi="Arial" w:cs="Arial"/>
          <w:sz w:val="24"/>
          <w:szCs w:val="24"/>
        </w:rPr>
        <w:t>00 pesos</w:t>
      </w:r>
      <w:r>
        <w:rPr>
          <w:rFonts w:ascii="Arial" w:hAnsi="Arial" w:cs="Arial"/>
          <w:sz w:val="24"/>
          <w:szCs w:val="24"/>
        </w:rPr>
        <w:t xml:space="preserve"> </w:t>
      </w:r>
      <w:r w:rsidRPr="00E93608">
        <w:rPr>
          <w:rFonts w:ascii="Arial" w:hAnsi="Arial" w:cs="Arial"/>
          <w:sz w:val="24"/>
          <w:szCs w:val="24"/>
        </w:rPr>
        <w:t>Un ajuste de 5% con base a la inflación.</w:t>
      </w:r>
      <w:r>
        <w:rPr>
          <w:rFonts w:ascii="Arial" w:hAnsi="Arial" w:cs="Arial"/>
          <w:sz w:val="24"/>
          <w:szCs w:val="24"/>
        </w:rPr>
        <w:t xml:space="preserve"> </w:t>
      </w:r>
      <w:r w:rsidRPr="00E93608">
        <w:rPr>
          <w:rFonts w:ascii="Arial" w:hAnsi="Arial" w:cs="Arial"/>
          <w:sz w:val="24"/>
          <w:szCs w:val="24"/>
        </w:rPr>
        <w:t xml:space="preserve">densidad mínima unifamiliar </w:t>
      </w:r>
      <w:r w:rsidR="00FC3703">
        <w:rPr>
          <w:rFonts w:ascii="Arial" w:hAnsi="Arial" w:cs="Arial"/>
          <w:sz w:val="24"/>
          <w:szCs w:val="24"/>
        </w:rPr>
        <w:t>$</w:t>
      </w:r>
      <w:r w:rsidRPr="00E93608">
        <w:rPr>
          <w:rFonts w:ascii="Arial" w:hAnsi="Arial" w:cs="Arial"/>
          <w:sz w:val="24"/>
          <w:szCs w:val="24"/>
        </w:rPr>
        <w:t>122</w:t>
      </w:r>
      <w:r w:rsidR="00FC3703">
        <w:rPr>
          <w:rFonts w:ascii="Arial" w:hAnsi="Arial" w:cs="Arial"/>
          <w:sz w:val="24"/>
          <w:szCs w:val="24"/>
        </w:rPr>
        <w:t>.</w:t>
      </w:r>
      <w:r w:rsidRPr="00E93608">
        <w:rPr>
          <w:rFonts w:ascii="Arial" w:hAnsi="Arial" w:cs="Arial"/>
          <w:sz w:val="24"/>
          <w:szCs w:val="24"/>
        </w:rPr>
        <w:t>87</w:t>
      </w:r>
      <w:r w:rsidR="00954180">
        <w:rPr>
          <w:rFonts w:ascii="Arial" w:hAnsi="Arial" w:cs="Arial"/>
          <w:sz w:val="24"/>
          <w:szCs w:val="24"/>
        </w:rPr>
        <w:t xml:space="preserve"> pesos</w:t>
      </w:r>
      <w:r w:rsidRPr="00E93608">
        <w:rPr>
          <w:rFonts w:ascii="Arial" w:hAnsi="Arial" w:cs="Arial"/>
          <w:sz w:val="24"/>
          <w:szCs w:val="24"/>
        </w:rPr>
        <w:t xml:space="preserve"> plurifamiliar horizontal </w:t>
      </w:r>
      <w:r w:rsidR="00FC3703">
        <w:rPr>
          <w:rFonts w:ascii="Arial" w:hAnsi="Arial" w:cs="Arial"/>
          <w:sz w:val="24"/>
          <w:szCs w:val="24"/>
        </w:rPr>
        <w:t>$</w:t>
      </w:r>
      <w:r w:rsidRPr="00E93608">
        <w:rPr>
          <w:rFonts w:ascii="Arial" w:hAnsi="Arial" w:cs="Arial"/>
          <w:sz w:val="24"/>
          <w:szCs w:val="24"/>
        </w:rPr>
        <w:t>136</w:t>
      </w:r>
      <w:r w:rsidR="00FC3703">
        <w:rPr>
          <w:rFonts w:ascii="Arial" w:hAnsi="Arial" w:cs="Arial"/>
          <w:sz w:val="24"/>
          <w:szCs w:val="24"/>
        </w:rPr>
        <w:t>.</w:t>
      </w:r>
      <w:r w:rsidRPr="00E93608">
        <w:rPr>
          <w:rFonts w:ascii="Arial" w:hAnsi="Arial" w:cs="Arial"/>
          <w:sz w:val="24"/>
          <w:szCs w:val="24"/>
        </w:rPr>
        <w:t>50</w:t>
      </w:r>
      <w:r w:rsidR="00954180">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 xml:space="preserve">y plurifamiliar vertical </w:t>
      </w:r>
      <w:r w:rsidR="00FC3703">
        <w:rPr>
          <w:rFonts w:ascii="Arial" w:hAnsi="Arial" w:cs="Arial"/>
          <w:sz w:val="24"/>
          <w:szCs w:val="24"/>
        </w:rPr>
        <w:t>$</w:t>
      </w:r>
      <w:r w:rsidRPr="00E93608">
        <w:rPr>
          <w:rFonts w:ascii="Arial" w:hAnsi="Arial" w:cs="Arial"/>
          <w:sz w:val="24"/>
          <w:szCs w:val="24"/>
        </w:rPr>
        <w:t>150.</w:t>
      </w:r>
      <w:r w:rsidR="00954180">
        <w:rPr>
          <w:rFonts w:ascii="Arial" w:hAnsi="Arial" w:cs="Arial"/>
          <w:sz w:val="24"/>
          <w:szCs w:val="24"/>
        </w:rPr>
        <w:t>00 pesos</w:t>
      </w:r>
      <w:r w:rsidRPr="00E93608">
        <w:rPr>
          <w:rFonts w:ascii="Arial" w:hAnsi="Arial" w:cs="Arial"/>
          <w:sz w:val="24"/>
          <w:szCs w:val="24"/>
        </w:rPr>
        <w:t xml:space="preserve"> Se está proponiendo adicionar un punto número cinco que es habitacional Jardín Única </w:t>
      </w:r>
      <w:r w:rsidR="00FC3703">
        <w:rPr>
          <w:rFonts w:ascii="Arial" w:hAnsi="Arial" w:cs="Arial"/>
          <w:sz w:val="24"/>
          <w:szCs w:val="24"/>
        </w:rPr>
        <w:t>$</w:t>
      </w:r>
      <w:r w:rsidRPr="00E93608">
        <w:rPr>
          <w:rFonts w:ascii="Arial" w:hAnsi="Arial" w:cs="Arial"/>
          <w:sz w:val="24"/>
          <w:szCs w:val="24"/>
        </w:rPr>
        <w:t>176</w:t>
      </w:r>
      <w:r w:rsidR="00FC3703">
        <w:rPr>
          <w:rFonts w:ascii="Arial" w:hAnsi="Arial" w:cs="Arial"/>
          <w:sz w:val="24"/>
          <w:szCs w:val="24"/>
        </w:rPr>
        <w:t>.</w:t>
      </w:r>
      <w:r w:rsidRPr="00E93608">
        <w:rPr>
          <w:rFonts w:ascii="Arial" w:hAnsi="Arial" w:cs="Arial"/>
          <w:sz w:val="24"/>
          <w:szCs w:val="24"/>
        </w:rPr>
        <w:t>28</w:t>
      </w:r>
      <w:r w:rsidR="00954180">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S</w:t>
      </w:r>
      <w:r w:rsidR="00FC3703">
        <w:rPr>
          <w:rFonts w:ascii="Arial" w:hAnsi="Arial" w:cs="Arial"/>
          <w:sz w:val="24"/>
          <w:szCs w:val="24"/>
        </w:rPr>
        <w:t>i</w:t>
      </w:r>
      <w:r w:rsidRPr="00E93608">
        <w:rPr>
          <w:rFonts w:ascii="Arial" w:hAnsi="Arial" w:cs="Arial"/>
          <w:sz w:val="24"/>
          <w:szCs w:val="24"/>
        </w:rPr>
        <w:t xml:space="preserve"> nos apoya arquitecto, por favor. </w:t>
      </w:r>
    </w:p>
    <w:p w14:paraId="69CD00DE" w14:textId="3AF722F5" w:rsidR="00FC3703" w:rsidRDefault="00FC3703" w:rsidP="00E93608">
      <w:pPr>
        <w:jc w:val="both"/>
        <w:rPr>
          <w:rFonts w:ascii="Arial" w:hAnsi="Arial" w:cs="Arial"/>
          <w:sz w:val="24"/>
          <w:szCs w:val="24"/>
        </w:rPr>
      </w:pPr>
      <w:r>
        <w:rPr>
          <w:rFonts w:ascii="Arial" w:hAnsi="Arial" w:cs="Arial"/>
          <w:b/>
          <w:bCs/>
          <w:sz w:val="24"/>
          <w:szCs w:val="24"/>
        </w:rPr>
        <w:t xml:space="preserve">C. BRAULIO MAURICIO </w:t>
      </w:r>
      <w:r w:rsidR="00076049">
        <w:rPr>
          <w:rFonts w:ascii="Arial" w:hAnsi="Arial" w:cs="Arial"/>
          <w:b/>
          <w:bCs/>
          <w:sz w:val="24"/>
          <w:szCs w:val="24"/>
        </w:rPr>
        <w:t xml:space="preserve">ANDRADE </w:t>
      </w:r>
      <w:r>
        <w:rPr>
          <w:rFonts w:ascii="Arial" w:hAnsi="Arial" w:cs="Arial"/>
          <w:b/>
          <w:bCs/>
          <w:sz w:val="24"/>
          <w:szCs w:val="24"/>
        </w:rPr>
        <w:t xml:space="preserve">GONZÁLEZ. - </w:t>
      </w:r>
      <w:r w:rsidRPr="00E93608">
        <w:rPr>
          <w:rFonts w:ascii="Arial" w:hAnsi="Arial" w:cs="Arial"/>
          <w:sz w:val="24"/>
          <w:szCs w:val="24"/>
        </w:rPr>
        <w:t>Ese punto número cinco es en razón de que actualmente la ley de ingresos no contemplaba un costo para ese uso habitacional que actualmente tenemos.</w:t>
      </w:r>
      <w:r w:rsidR="00696603">
        <w:rPr>
          <w:rFonts w:ascii="Arial" w:hAnsi="Arial" w:cs="Arial"/>
          <w:sz w:val="24"/>
          <w:szCs w:val="24"/>
        </w:rPr>
        <w:t xml:space="preserve"> </w:t>
      </w:r>
      <w:r w:rsidRPr="00E93608">
        <w:rPr>
          <w:rFonts w:ascii="Arial" w:hAnsi="Arial" w:cs="Arial"/>
          <w:sz w:val="24"/>
          <w:szCs w:val="24"/>
        </w:rPr>
        <w:t>En los planes parciales haría se incluye ese que hace falta. Sale.</w:t>
      </w:r>
      <w:r w:rsidR="00696603">
        <w:rPr>
          <w:rFonts w:ascii="Arial" w:hAnsi="Arial" w:cs="Arial"/>
          <w:sz w:val="24"/>
          <w:szCs w:val="24"/>
        </w:rPr>
        <w:t xml:space="preserve"> </w:t>
      </w:r>
      <w:r w:rsidRPr="00E93608">
        <w:rPr>
          <w:rFonts w:ascii="Arial" w:hAnsi="Arial" w:cs="Arial"/>
          <w:sz w:val="24"/>
          <w:szCs w:val="24"/>
        </w:rPr>
        <w:t>Gracias.</w:t>
      </w:r>
    </w:p>
    <w:p w14:paraId="0ACF710F" w14:textId="2D828572" w:rsidR="00523E27" w:rsidRDefault="00FC3703"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 Por los inmuebles de uso no habitacional, comercio y servicios. Vecinal </w:t>
      </w:r>
      <w:r>
        <w:rPr>
          <w:rFonts w:ascii="Arial" w:hAnsi="Arial" w:cs="Arial"/>
          <w:sz w:val="24"/>
          <w:szCs w:val="24"/>
        </w:rPr>
        <w:t>$</w:t>
      </w:r>
      <w:r w:rsidRPr="00E93608">
        <w:rPr>
          <w:rFonts w:ascii="Arial" w:hAnsi="Arial" w:cs="Arial"/>
          <w:sz w:val="24"/>
          <w:szCs w:val="24"/>
        </w:rPr>
        <w:t>54</w:t>
      </w:r>
      <w:r>
        <w:rPr>
          <w:rFonts w:ascii="Arial" w:hAnsi="Arial" w:cs="Arial"/>
          <w:sz w:val="24"/>
          <w:szCs w:val="24"/>
        </w:rPr>
        <w:t>.</w:t>
      </w:r>
      <w:r w:rsidRPr="00E93608">
        <w:rPr>
          <w:rFonts w:ascii="Arial" w:hAnsi="Arial" w:cs="Arial"/>
          <w:sz w:val="24"/>
          <w:szCs w:val="24"/>
        </w:rPr>
        <w:t>6</w:t>
      </w:r>
      <w:r>
        <w:rPr>
          <w:rFonts w:ascii="Arial" w:hAnsi="Arial" w:cs="Arial"/>
          <w:sz w:val="24"/>
          <w:szCs w:val="24"/>
        </w:rPr>
        <w:t>0</w:t>
      </w:r>
      <w:r w:rsidR="00954180">
        <w:rPr>
          <w:rFonts w:ascii="Arial" w:hAnsi="Arial" w:cs="Arial"/>
          <w:sz w:val="24"/>
          <w:szCs w:val="24"/>
        </w:rPr>
        <w:t xml:space="preserve"> pesos</w:t>
      </w:r>
      <w:r>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Barrial </w:t>
      </w:r>
      <w:r>
        <w:rPr>
          <w:rFonts w:ascii="Arial" w:hAnsi="Arial" w:cs="Arial"/>
          <w:sz w:val="24"/>
          <w:szCs w:val="24"/>
        </w:rPr>
        <w:t>$</w:t>
      </w:r>
      <w:r w:rsidRPr="00E93608">
        <w:rPr>
          <w:rFonts w:ascii="Arial" w:hAnsi="Arial" w:cs="Arial"/>
          <w:sz w:val="24"/>
          <w:szCs w:val="24"/>
        </w:rPr>
        <w:t>78</w:t>
      </w:r>
      <w:r>
        <w:rPr>
          <w:rFonts w:ascii="Arial" w:hAnsi="Arial" w:cs="Arial"/>
          <w:sz w:val="24"/>
          <w:szCs w:val="24"/>
        </w:rPr>
        <w:t>.</w:t>
      </w:r>
      <w:r w:rsidRPr="00E93608">
        <w:rPr>
          <w:rFonts w:ascii="Arial" w:hAnsi="Arial" w:cs="Arial"/>
          <w:sz w:val="24"/>
          <w:szCs w:val="24"/>
        </w:rPr>
        <w:t>48</w:t>
      </w:r>
      <w:r w:rsidR="00954180">
        <w:rPr>
          <w:rFonts w:ascii="Arial" w:hAnsi="Arial" w:cs="Arial"/>
          <w:sz w:val="24"/>
          <w:szCs w:val="24"/>
        </w:rPr>
        <w:t xml:space="preserve"> pesos</w:t>
      </w:r>
      <w:r w:rsidR="00696603">
        <w:rPr>
          <w:rFonts w:ascii="Arial" w:hAnsi="Arial" w:cs="Arial"/>
          <w:sz w:val="24"/>
          <w:szCs w:val="24"/>
        </w:rPr>
        <w:t xml:space="preserve"> </w:t>
      </w:r>
      <w:r w:rsidRPr="00E93608">
        <w:rPr>
          <w:rFonts w:ascii="Arial" w:hAnsi="Arial" w:cs="Arial"/>
          <w:sz w:val="24"/>
          <w:szCs w:val="24"/>
        </w:rPr>
        <w:t xml:space="preserve">Distrital </w:t>
      </w:r>
      <w:r>
        <w:rPr>
          <w:rFonts w:ascii="Arial" w:hAnsi="Arial" w:cs="Arial"/>
          <w:sz w:val="24"/>
          <w:szCs w:val="24"/>
        </w:rPr>
        <w:t>$</w:t>
      </w:r>
      <w:r w:rsidRPr="00E93608">
        <w:rPr>
          <w:rFonts w:ascii="Arial" w:hAnsi="Arial" w:cs="Arial"/>
          <w:sz w:val="24"/>
          <w:szCs w:val="24"/>
        </w:rPr>
        <w:t>102</w:t>
      </w:r>
      <w:r>
        <w:rPr>
          <w:rFonts w:ascii="Arial" w:hAnsi="Arial" w:cs="Arial"/>
          <w:sz w:val="24"/>
          <w:szCs w:val="24"/>
        </w:rPr>
        <w:t>.</w:t>
      </w:r>
      <w:r w:rsidRPr="00E93608">
        <w:rPr>
          <w:rFonts w:ascii="Arial" w:hAnsi="Arial" w:cs="Arial"/>
          <w:sz w:val="24"/>
          <w:szCs w:val="24"/>
        </w:rPr>
        <w:t>40</w:t>
      </w:r>
      <w:r w:rsidR="00954180">
        <w:rPr>
          <w:rFonts w:ascii="Arial" w:hAnsi="Arial" w:cs="Arial"/>
          <w:sz w:val="24"/>
          <w:szCs w:val="24"/>
        </w:rPr>
        <w:t xml:space="preserve"> pesos</w:t>
      </w:r>
      <w:r w:rsidRPr="00E93608">
        <w:rPr>
          <w:rFonts w:ascii="Arial" w:hAnsi="Arial" w:cs="Arial"/>
          <w:sz w:val="24"/>
          <w:szCs w:val="24"/>
        </w:rPr>
        <w:t xml:space="preserve">. Central igual </w:t>
      </w:r>
      <w:r>
        <w:rPr>
          <w:rFonts w:ascii="Arial" w:hAnsi="Arial" w:cs="Arial"/>
          <w:sz w:val="24"/>
          <w:szCs w:val="24"/>
        </w:rPr>
        <w:t>$</w:t>
      </w:r>
      <w:r w:rsidRPr="00E93608">
        <w:rPr>
          <w:rFonts w:ascii="Arial" w:hAnsi="Arial" w:cs="Arial"/>
          <w:sz w:val="24"/>
          <w:szCs w:val="24"/>
        </w:rPr>
        <w:t>102</w:t>
      </w:r>
      <w:r>
        <w:rPr>
          <w:rFonts w:ascii="Arial" w:hAnsi="Arial" w:cs="Arial"/>
          <w:sz w:val="24"/>
          <w:szCs w:val="24"/>
        </w:rPr>
        <w:t>.</w:t>
      </w:r>
      <w:r w:rsidRPr="00E93608">
        <w:rPr>
          <w:rFonts w:ascii="Arial" w:hAnsi="Arial" w:cs="Arial"/>
          <w:sz w:val="24"/>
          <w:szCs w:val="24"/>
        </w:rPr>
        <w:t>40</w:t>
      </w:r>
      <w:r w:rsidR="00954180">
        <w:rPr>
          <w:rFonts w:ascii="Arial" w:hAnsi="Arial" w:cs="Arial"/>
          <w:sz w:val="24"/>
          <w:szCs w:val="24"/>
        </w:rPr>
        <w:t xml:space="preserve"> pesos</w:t>
      </w:r>
      <w:r w:rsidRPr="00E93608">
        <w:rPr>
          <w:rFonts w:ascii="Arial" w:hAnsi="Arial" w:cs="Arial"/>
          <w:sz w:val="24"/>
          <w:szCs w:val="24"/>
        </w:rPr>
        <w:t xml:space="preserve">. Regional </w:t>
      </w:r>
      <w:r>
        <w:rPr>
          <w:rFonts w:ascii="Arial" w:hAnsi="Arial" w:cs="Arial"/>
          <w:sz w:val="24"/>
          <w:szCs w:val="24"/>
        </w:rPr>
        <w:t>$</w:t>
      </w:r>
      <w:r w:rsidRPr="00E93608">
        <w:rPr>
          <w:rFonts w:ascii="Arial" w:hAnsi="Arial" w:cs="Arial"/>
          <w:sz w:val="24"/>
          <w:szCs w:val="24"/>
        </w:rPr>
        <w:t>136</w:t>
      </w:r>
      <w:r>
        <w:rPr>
          <w:rFonts w:ascii="Arial" w:hAnsi="Arial" w:cs="Arial"/>
          <w:sz w:val="24"/>
          <w:szCs w:val="24"/>
        </w:rPr>
        <w:t>.</w:t>
      </w:r>
      <w:r w:rsidRPr="00E93608">
        <w:rPr>
          <w:rFonts w:ascii="Arial" w:hAnsi="Arial" w:cs="Arial"/>
          <w:sz w:val="24"/>
          <w:szCs w:val="24"/>
        </w:rPr>
        <w:t>50</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Servicios a la industria y comercio, </w:t>
      </w:r>
      <w:r>
        <w:rPr>
          <w:rFonts w:ascii="Arial" w:hAnsi="Arial" w:cs="Arial"/>
          <w:sz w:val="24"/>
          <w:szCs w:val="24"/>
        </w:rPr>
        <w:t>$</w:t>
      </w:r>
      <w:r w:rsidRPr="00E93608">
        <w:rPr>
          <w:rFonts w:ascii="Arial" w:hAnsi="Arial" w:cs="Arial"/>
          <w:sz w:val="24"/>
          <w:szCs w:val="24"/>
        </w:rPr>
        <w:t>136</w:t>
      </w:r>
      <w:r>
        <w:rPr>
          <w:rFonts w:ascii="Arial" w:hAnsi="Arial" w:cs="Arial"/>
          <w:sz w:val="24"/>
          <w:szCs w:val="24"/>
        </w:rPr>
        <w:t>.</w:t>
      </w:r>
      <w:r w:rsidRPr="00E93608">
        <w:rPr>
          <w:rFonts w:ascii="Arial" w:hAnsi="Arial" w:cs="Arial"/>
          <w:sz w:val="24"/>
          <w:szCs w:val="24"/>
        </w:rPr>
        <w:t>50</w:t>
      </w:r>
      <w:r w:rsidR="00954180">
        <w:rPr>
          <w:rFonts w:ascii="Arial" w:hAnsi="Arial" w:cs="Arial"/>
          <w:sz w:val="24"/>
          <w:szCs w:val="24"/>
        </w:rPr>
        <w:t xml:space="preserve"> pesos</w:t>
      </w:r>
      <w:r w:rsidRPr="00E93608">
        <w:rPr>
          <w:rFonts w:ascii="Arial" w:hAnsi="Arial" w:cs="Arial"/>
          <w:sz w:val="24"/>
          <w:szCs w:val="24"/>
        </w:rPr>
        <w:t>. Igual un aumento del 5% respecto a las tarifas de este año. Uso turístico</w:t>
      </w:r>
      <w:r w:rsidR="00696603">
        <w:rPr>
          <w:rFonts w:ascii="Arial" w:hAnsi="Arial" w:cs="Arial"/>
          <w:sz w:val="24"/>
          <w:szCs w:val="24"/>
        </w:rPr>
        <w:t xml:space="preserve"> </w:t>
      </w:r>
      <w:r w:rsidRPr="00E93608">
        <w:rPr>
          <w:rFonts w:ascii="Arial" w:hAnsi="Arial" w:cs="Arial"/>
          <w:sz w:val="24"/>
          <w:szCs w:val="24"/>
        </w:rPr>
        <w:t xml:space="preserve">campestre </w:t>
      </w:r>
      <w:r>
        <w:rPr>
          <w:rFonts w:ascii="Arial" w:hAnsi="Arial" w:cs="Arial"/>
          <w:sz w:val="24"/>
          <w:szCs w:val="24"/>
        </w:rPr>
        <w:t>$</w:t>
      </w:r>
      <w:r w:rsidRPr="00E93608">
        <w:rPr>
          <w:rFonts w:ascii="Arial" w:hAnsi="Arial" w:cs="Arial"/>
          <w:sz w:val="24"/>
          <w:szCs w:val="24"/>
        </w:rPr>
        <w:t>197</w:t>
      </w:r>
      <w:r>
        <w:rPr>
          <w:rFonts w:ascii="Arial" w:hAnsi="Arial" w:cs="Arial"/>
          <w:sz w:val="24"/>
          <w:szCs w:val="24"/>
        </w:rPr>
        <w:t>.</w:t>
      </w:r>
      <w:r w:rsidRPr="00E93608">
        <w:rPr>
          <w:rFonts w:ascii="Arial" w:hAnsi="Arial" w:cs="Arial"/>
          <w:sz w:val="24"/>
          <w:szCs w:val="24"/>
        </w:rPr>
        <w:t>97</w:t>
      </w:r>
      <w:r w:rsidR="00954180">
        <w:rPr>
          <w:rFonts w:ascii="Arial" w:hAnsi="Arial" w:cs="Arial"/>
          <w:sz w:val="24"/>
          <w:szCs w:val="24"/>
        </w:rPr>
        <w:t xml:space="preserve"> pesos</w:t>
      </w:r>
      <w:r w:rsidRPr="00E93608">
        <w:rPr>
          <w:rFonts w:ascii="Arial" w:hAnsi="Arial" w:cs="Arial"/>
          <w:sz w:val="24"/>
          <w:szCs w:val="24"/>
        </w:rPr>
        <w:t xml:space="preserve">. </w:t>
      </w:r>
      <w:r>
        <w:rPr>
          <w:rFonts w:ascii="Arial" w:hAnsi="Arial" w:cs="Arial"/>
          <w:sz w:val="24"/>
          <w:szCs w:val="24"/>
        </w:rPr>
        <w:t>Hotelero</w:t>
      </w:r>
      <w:r w:rsidRPr="00E93608">
        <w:rPr>
          <w:rFonts w:ascii="Arial" w:hAnsi="Arial" w:cs="Arial"/>
          <w:sz w:val="24"/>
          <w:szCs w:val="24"/>
        </w:rPr>
        <w:t xml:space="preserve">, densidad alta </w:t>
      </w:r>
      <w:r>
        <w:rPr>
          <w:rFonts w:ascii="Arial" w:hAnsi="Arial" w:cs="Arial"/>
          <w:sz w:val="24"/>
          <w:szCs w:val="24"/>
        </w:rPr>
        <w:t>$</w:t>
      </w:r>
      <w:r w:rsidRPr="00E93608">
        <w:rPr>
          <w:rFonts w:ascii="Arial" w:hAnsi="Arial" w:cs="Arial"/>
          <w:sz w:val="24"/>
          <w:szCs w:val="24"/>
        </w:rPr>
        <w:t>218</w:t>
      </w:r>
      <w:r>
        <w:rPr>
          <w:rFonts w:ascii="Arial" w:hAnsi="Arial" w:cs="Arial"/>
          <w:sz w:val="24"/>
          <w:szCs w:val="24"/>
        </w:rPr>
        <w:t>.</w:t>
      </w:r>
      <w:r w:rsidRPr="00E93608">
        <w:rPr>
          <w:rFonts w:ascii="Arial" w:hAnsi="Arial" w:cs="Arial"/>
          <w:sz w:val="24"/>
          <w:szCs w:val="24"/>
        </w:rPr>
        <w:t>44</w:t>
      </w:r>
      <w:r w:rsidR="00954180">
        <w:rPr>
          <w:rFonts w:ascii="Arial" w:hAnsi="Arial" w:cs="Arial"/>
          <w:sz w:val="24"/>
          <w:szCs w:val="24"/>
        </w:rPr>
        <w:t xml:space="preserve"> pesos</w:t>
      </w:r>
      <w:r w:rsidRPr="00E93608">
        <w:rPr>
          <w:rFonts w:ascii="Arial" w:hAnsi="Arial" w:cs="Arial"/>
          <w:sz w:val="24"/>
          <w:szCs w:val="24"/>
        </w:rPr>
        <w:t xml:space="preserve"> densidad media </w:t>
      </w:r>
      <w:r>
        <w:rPr>
          <w:rFonts w:ascii="Arial" w:hAnsi="Arial" w:cs="Arial"/>
          <w:sz w:val="24"/>
          <w:szCs w:val="24"/>
        </w:rPr>
        <w:t>$</w:t>
      </w:r>
      <w:r w:rsidRPr="00E93608">
        <w:rPr>
          <w:rFonts w:ascii="Arial" w:hAnsi="Arial" w:cs="Arial"/>
          <w:sz w:val="24"/>
          <w:szCs w:val="24"/>
        </w:rPr>
        <w:t>235</w:t>
      </w:r>
      <w:r>
        <w:rPr>
          <w:rFonts w:ascii="Arial" w:hAnsi="Arial" w:cs="Arial"/>
          <w:sz w:val="24"/>
          <w:szCs w:val="24"/>
        </w:rPr>
        <w:t>.</w:t>
      </w:r>
      <w:r w:rsidRPr="00E93608">
        <w:rPr>
          <w:rFonts w:ascii="Arial" w:hAnsi="Arial" w:cs="Arial"/>
          <w:sz w:val="24"/>
          <w:szCs w:val="24"/>
        </w:rPr>
        <w:t>47</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Pr>
          <w:rFonts w:ascii="Arial" w:hAnsi="Arial" w:cs="Arial"/>
          <w:sz w:val="24"/>
          <w:szCs w:val="24"/>
        </w:rPr>
        <w:t>Hotelero</w:t>
      </w:r>
      <w:r w:rsidRPr="00E93608">
        <w:rPr>
          <w:rFonts w:ascii="Arial" w:hAnsi="Arial" w:cs="Arial"/>
          <w:sz w:val="24"/>
          <w:szCs w:val="24"/>
        </w:rPr>
        <w:t xml:space="preserve">, densidad baja, </w:t>
      </w:r>
      <w:r>
        <w:rPr>
          <w:rFonts w:ascii="Arial" w:hAnsi="Arial" w:cs="Arial"/>
          <w:sz w:val="24"/>
          <w:szCs w:val="24"/>
        </w:rPr>
        <w:t>$</w:t>
      </w:r>
      <w:r w:rsidRPr="00E93608">
        <w:rPr>
          <w:rFonts w:ascii="Arial" w:hAnsi="Arial" w:cs="Arial"/>
          <w:sz w:val="24"/>
          <w:szCs w:val="24"/>
        </w:rPr>
        <w:t>255</w:t>
      </w:r>
      <w:r>
        <w:rPr>
          <w:rFonts w:ascii="Arial" w:hAnsi="Arial" w:cs="Arial"/>
          <w:sz w:val="24"/>
          <w:szCs w:val="24"/>
        </w:rPr>
        <w:t>.</w:t>
      </w:r>
      <w:r w:rsidRPr="00E93608">
        <w:rPr>
          <w:rFonts w:ascii="Arial" w:hAnsi="Arial" w:cs="Arial"/>
          <w:sz w:val="24"/>
          <w:szCs w:val="24"/>
        </w:rPr>
        <w:t>95</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Pr>
          <w:rFonts w:ascii="Arial" w:hAnsi="Arial" w:cs="Arial"/>
          <w:sz w:val="24"/>
          <w:szCs w:val="24"/>
        </w:rPr>
        <w:t>Hotelero</w:t>
      </w:r>
      <w:r w:rsidRPr="00E93608">
        <w:rPr>
          <w:rFonts w:ascii="Arial" w:hAnsi="Arial" w:cs="Arial"/>
          <w:sz w:val="24"/>
          <w:szCs w:val="24"/>
        </w:rPr>
        <w:t xml:space="preserve">, densidad mínima, </w:t>
      </w:r>
      <w:r>
        <w:rPr>
          <w:rFonts w:ascii="Arial" w:hAnsi="Arial" w:cs="Arial"/>
          <w:sz w:val="24"/>
          <w:szCs w:val="24"/>
        </w:rPr>
        <w:t>$</w:t>
      </w:r>
      <w:r w:rsidRPr="00E93608">
        <w:rPr>
          <w:rFonts w:ascii="Arial" w:hAnsi="Arial" w:cs="Arial"/>
          <w:sz w:val="24"/>
          <w:szCs w:val="24"/>
        </w:rPr>
        <w:t>283</w:t>
      </w:r>
      <w:r>
        <w:rPr>
          <w:rFonts w:ascii="Arial" w:hAnsi="Arial" w:cs="Arial"/>
          <w:sz w:val="24"/>
          <w:szCs w:val="24"/>
        </w:rPr>
        <w:t>.</w:t>
      </w:r>
      <w:r w:rsidRPr="00E93608">
        <w:rPr>
          <w:rFonts w:ascii="Arial" w:hAnsi="Arial" w:cs="Arial"/>
          <w:sz w:val="24"/>
          <w:szCs w:val="24"/>
        </w:rPr>
        <w:t>27</w:t>
      </w:r>
      <w:r w:rsidR="00954180">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 xml:space="preserve">y ecológico </w:t>
      </w:r>
      <w:r>
        <w:rPr>
          <w:rFonts w:ascii="Arial" w:hAnsi="Arial" w:cs="Arial"/>
          <w:sz w:val="24"/>
          <w:szCs w:val="24"/>
        </w:rPr>
        <w:t>$</w:t>
      </w:r>
      <w:r w:rsidRPr="00E93608">
        <w:rPr>
          <w:rFonts w:ascii="Arial" w:hAnsi="Arial" w:cs="Arial"/>
          <w:sz w:val="24"/>
          <w:szCs w:val="24"/>
        </w:rPr>
        <w:t>208</w:t>
      </w:r>
      <w:r>
        <w:rPr>
          <w:rFonts w:ascii="Arial" w:hAnsi="Arial" w:cs="Arial"/>
          <w:sz w:val="24"/>
          <w:szCs w:val="24"/>
        </w:rPr>
        <w:t>.</w:t>
      </w:r>
      <w:r w:rsidRPr="00E93608">
        <w:rPr>
          <w:rFonts w:ascii="Arial" w:hAnsi="Arial" w:cs="Arial"/>
          <w:sz w:val="24"/>
          <w:szCs w:val="24"/>
        </w:rPr>
        <w:t>17</w:t>
      </w:r>
      <w:r w:rsidR="0066421D">
        <w:rPr>
          <w:rFonts w:ascii="Arial" w:hAnsi="Arial" w:cs="Arial"/>
          <w:sz w:val="24"/>
          <w:szCs w:val="24"/>
        </w:rPr>
        <w:t xml:space="preserve"> </w:t>
      </w:r>
      <w:r w:rsidR="00954180">
        <w:rPr>
          <w:rFonts w:ascii="Arial" w:hAnsi="Arial" w:cs="Arial"/>
          <w:sz w:val="24"/>
          <w:szCs w:val="24"/>
        </w:rPr>
        <w:t>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De igual forma un incremento del 5%. Industria ligera, riesgo bajo, </w:t>
      </w:r>
      <w:r>
        <w:rPr>
          <w:rFonts w:ascii="Arial" w:hAnsi="Arial" w:cs="Arial"/>
          <w:sz w:val="24"/>
          <w:szCs w:val="24"/>
        </w:rPr>
        <w:t>$</w:t>
      </w:r>
      <w:r w:rsidRPr="00E93608">
        <w:rPr>
          <w:rFonts w:ascii="Arial" w:hAnsi="Arial" w:cs="Arial"/>
          <w:sz w:val="24"/>
          <w:szCs w:val="24"/>
        </w:rPr>
        <w:t>957</w:t>
      </w:r>
      <w:r w:rsidR="0066421D">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Media, riesgo medio, </w:t>
      </w:r>
      <w:r>
        <w:rPr>
          <w:rFonts w:ascii="Arial" w:hAnsi="Arial" w:cs="Arial"/>
          <w:sz w:val="24"/>
          <w:szCs w:val="24"/>
        </w:rPr>
        <w:t>$</w:t>
      </w:r>
      <w:r w:rsidRPr="00E93608">
        <w:rPr>
          <w:rFonts w:ascii="Arial" w:hAnsi="Arial" w:cs="Arial"/>
          <w:sz w:val="24"/>
          <w:szCs w:val="24"/>
        </w:rPr>
        <w:t>107</w:t>
      </w:r>
      <w:r>
        <w:rPr>
          <w:rFonts w:ascii="Arial" w:hAnsi="Arial" w:cs="Arial"/>
          <w:sz w:val="24"/>
          <w:szCs w:val="24"/>
        </w:rPr>
        <w:t>.</w:t>
      </w:r>
      <w:r w:rsidRPr="00E93608">
        <w:rPr>
          <w:rFonts w:ascii="Arial" w:hAnsi="Arial" w:cs="Arial"/>
          <w:sz w:val="24"/>
          <w:szCs w:val="24"/>
        </w:rPr>
        <w:t>50</w:t>
      </w:r>
      <w:r w:rsidR="00954180">
        <w:rPr>
          <w:rFonts w:ascii="Arial" w:hAnsi="Arial" w:cs="Arial"/>
          <w:sz w:val="24"/>
          <w:szCs w:val="24"/>
        </w:rPr>
        <w:t xml:space="preserve"> pesos</w:t>
      </w:r>
      <w:r w:rsidRPr="00E93608">
        <w:rPr>
          <w:rFonts w:ascii="Arial" w:hAnsi="Arial" w:cs="Arial"/>
          <w:sz w:val="24"/>
          <w:szCs w:val="24"/>
        </w:rPr>
        <w:t xml:space="preserve">. Pesada riesgo alto </w:t>
      </w:r>
      <w:r>
        <w:rPr>
          <w:rFonts w:ascii="Arial" w:hAnsi="Arial" w:cs="Arial"/>
          <w:sz w:val="24"/>
          <w:szCs w:val="24"/>
        </w:rPr>
        <w:t>$</w:t>
      </w:r>
      <w:r w:rsidRPr="00E93608">
        <w:rPr>
          <w:rFonts w:ascii="Arial" w:hAnsi="Arial" w:cs="Arial"/>
          <w:sz w:val="24"/>
          <w:szCs w:val="24"/>
        </w:rPr>
        <w:t>124</w:t>
      </w:r>
      <w:r>
        <w:rPr>
          <w:rFonts w:ascii="Arial" w:hAnsi="Arial" w:cs="Arial"/>
          <w:sz w:val="24"/>
          <w:szCs w:val="24"/>
        </w:rPr>
        <w:t>.</w:t>
      </w:r>
      <w:r w:rsidRPr="00E93608">
        <w:rPr>
          <w:rFonts w:ascii="Arial" w:hAnsi="Arial" w:cs="Arial"/>
          <w:sz w:val="24"/>
          <w:szCs w:val="24"/>
        </w:rPr>
        <w:t>57</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Manufacturas domiciliares, </w:t>
      </w:r>
      <w:r>
        <w:rPr>
          <w:rFonts w:ascii="Arial" w:hAnsi="Arial" w:cs="Arial"/>
          <w:sz w:val="24"/>
          <w:szCs w:val="24"/>
        </w:rPr>
        <w:t>$</w:t>
      </w:r>
      <w:r w:rsidRPr="00E93608">
        <w:rPr>
          <w:rFonts w:ascii="Arial" w:hAnsi="Arial" w:cs="Arial"/>
          <w:sz w:val="24"/>
          <w:szCs w:val="24"/>
        </w:rPr>
        <w:t>68</w:t>
      </w:r>
      <w:r>
        <w:rPr>
          <w:rFonts w:ascii="Arial" w:hAnsi="Arial" w:cs="Arial"/>
          <w:sz w:val="24"/>
          <w:szCs w:val="24"/>
        </w:rPr>
        <w:t>.</w:t>
      </w:r>
      <w:r w:rsidRPr="00E93608">
        <w:rPr>
          <w:rFonts w:ascii="Arial" w:hAnsi="Arial" w:cs="Arial"/>
          <w:sz w:val="24"/>
          <w:szCs w:val="24"/>
        </w:rPr>
        <w:t>20</w:t>
      </w:r>
      <w:r w:rsidR="00954180">
        <w:rPr>
          <w:rFonts w:ascii="Arial" w:hAnsi="Arial" w:cs="Arial"/>
          <w:sz w:val="24"/>
          <w:szCs w:val="24"/>
        </w:rPr>
        <w:t xml:space="preserve"> pesos</w:t>
      </w:r>
      <w:r w:rsidRPr="00E93608">
        <w:rPr>
          <w:rFonts w:ascii="Arial" w:hAnsi="Arial" w:cs="Arial"/>
          <w:sz w:val="24"/>
          <w:szCs w:val="24"/>
        </w:rPr>
        <w:t xml:space="preserve">. Manufactureras menores, </w:t>
      </w:r>
      <w:r>
        <w:rPr>
          <w:rFonts w:ascii="Arial" w:hAnsi="Arial" w:cs="Arial"/>
          <w:sz w:val="24"/>
          <w:szCs w:val="24"/>
        </w:rPr>
        <w:t>$</w:t>
      </w:r>
      <w:r w:rsidRPr="00E93608">
        <w:rPr>
          <w:rFonts w:ascii="Arial" w:hAnsi="Arial" w:cs="Arial"/>
          <w:sz w:val="24"/>
          <w:szCs w:val="24"/>
        </w:rPr>
        <w:t>83</w:t>
      </w:r>
      <w:r>
        <w:rPr>
          <w:rFonts w:ascii="Arial" w:hAnsi="Arial" w:cs="Arial"/>
          <w:sz w:val="24"/>
          <w:szCs w:val="24"/>
        </w:rPr>
        <w:t>.</w:t>
      </w:r>
      <w:r w:rsidRPr="00E93608">
        <w:rPr>
          <w:rFonts w:ascii="Arial" w:hAnsi="Arial" w:cs="Arial"/>
          <w:sz w:val="24"/>
          <w:szCs w:val="24"/>
        </w:rPr>
        <w:t>60</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Parque industrial </w:t>
      </w:r>
      <w:r>
        <w:rPr>
          <w:rFonts w:ascii="Arial" w:hAnsi="Arial" w:cs="Arial"/>
          <w:sz w:val="24"/>
          <w:szCs w:val="24"/>
        </w:rPr>
        <w:t>$</w:t>
      </w:r>
      <w:r w:rsidRPr="00E93608">
        <w:rPr>
          <w:rFonts w:ascii="Arial" w:hAnsi="Arial" w:cs="Arial"/>
          <w:sz w:val="24"/>
          <w:szCs w:val="24"/>
        </w:rPr>
        <w:t>97</w:t>
      </w:r>
      <w:r>
        <w:rPr>
          <w:rFonts w:ascii="Arial" w:hAnsi="Arial" w:cs="Arial"/>
          <w:sz w:val="24"/>
          <w:szCs w:val="24"/>
        </w:rPr>
        <w:t>.</w:t>
      </w:r>
      <w:r w:rsidRPr="00E93608">
        <w:rPr>
          <w:rFonts w:ascii="Arial" w:hAnsi="Arial" w:cs="Arial"/>
          <w:sz w:val="24"/>
          <w:szCs w:val="24"/>
        </w:rPr>
        <w:t>27</w:t>
      </w:r>
      <w:r w:rsidR="00954180">
        <w:rPr>
          <w:rFonts w:ascii="Arial" w:hAnsi="Arial" w:cs="Arial"/>
          <w:sz w:val="24"/>
          <w:szCs w:val="24"/>
        </w:rPr>
        <w:t xml:space="preserve"> pesos</w:t>
      </w:r>
      <w:r w:rsidRPr="00E93608">
        <w:rPr>
          <w:rFonts w:ascii="Arial" w:hAnsi="Arial" w:cs="Arial"/>
          <w:sz w:val="24"/>
          <w:szCs w:val="24"/>
        </w:rPr>
        <w:t xml:space="preserve">. y equipamiento y otros. Vecinal </w:t>
      </w:r>
      <w:r>
        <w:rPr>
          <w:rFonts w:ascii="Arial" w:hAnsi="Arial" w:cs="Arial"/>
          <w:sz w:val="24"/>
          <w:szCs w:val="24"/>
        </w:rPr>
        <w:t>$</w:t>
      </w:r>
      <w:r w:rsidRPr="00E93608">
        <w:rPr>
          <w:rFonts w:ascii="Arial" w:hAnsi="Arial" w:cs="Arial"/>
          <w:sz w:val="24"/>
          <w:szCs w:val="24"/>
        </w:rPr>
        <w:t>40</w:t>
      </w:r>
      <w:r>
        <w:rPr>
          <w:rFonts w:ascii="Arial" w:hAnsi="Arial" w:cs="Arial"/>
          <w:sz w:val="24"/>
          <w:szCs w:val="24"/>
        </w:rPr>
        <w:t>.</w:t>
      </w:r>
      <w:r w:rsidRPr="00E93608">
        <w:rPr>
          <w:rFonts w:ascii="Arial" w:hAnsi="Arial" w:cs="Arial"/>
          <w:sz w:val="24"/>
          <w:szCs w:val="24"/>
        </w:rPr>
        <w:t>95</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Barrial </w:t>
      </w:r>
      <w:r>
        <w:rPr>
          <w:rFonts w:ascii="Arial" w:hAnsi="Arial" w:cs="Arial"/>
          <w:sz w:val="24"/>
          <w:szCs w:val="24"/>
        </w:rPr>
        <w:t>$</w:t>
      </w:r>
      <w:r w:rsidRPr="00E93608">
        <w:rPr>
          <w:rFonts w:ascii="Arial" w:hAnsi="Arial" w:cs="Arial"/>
          <w:sz w:val="24"/>
          <w:szCs w:val="24"/>
        </w:rPr>
        <w:t>54</w:t>
      </w:r>
      <w:r>
        <w:rPr>
          <w:rFonts w:ascii="Arial" w:hAnsi="Arial" w:cs="Arial"/>
          <w:sz w:val="24"/>
          <w:szCs w:val="24"/>
        </w:rPr>
        <w:t>.</w:t>
      </w:r>
      <w:r w:rsidRPr="00E93608">
        <w:rPr>
          <w:rFonts w:ascii="Arial" w:hAnsi="Arial" w:cs="Arial"/>
          <w:sz w:val="24"/>
          <w:szCs w:val="24"/>
        </w:rPr>
        <w:t>60</w:t>
      </w:r>
      <w:r w:rsidR="00954180">
        <w:rPr>
          <w:rFonts w:ascii="Arial" w:hAnsi="Arial" w:cs="Arial"/>
          <w:sz w:val="24"/>
          <w:szCs w:val="24"/>
        </w:rPr>
        <w:t xml:space="preserve"> </w:t>
      </w:r>
      <w:r w:rsidR="00954180">
        <w:rPr>
          <w:rFonts w:ascii="Arial" w:hAnsi="Arial" w:cs="Arial"/>
          <w:sz w:val="24"/>
          <w:szCs w:val="24"/>
        </w:rPr>
        <w:lastRenderedPageBreak/>
        <w:t>pesos</w:t>
      </w:r>
      <w:r w:rsidRPr="00E93608">
        <w:rPr>
          <w:rFonts w:ascii="Arial" w:hAnsi="Arial" w:cs="Arial"/>
          <w:sz w:val="24"/>
          <w:szCs w:val="24"/>
        </w:rPr>
        <w:t xml:space="preserve">. Distrital </w:t>
      </w:r>
      <w:r>
        <w:rPr>
          <w:rFonts w:ascii="Arial" w:hAnsi="Arial" w:cs="Arial"/>
          <w:sz w:val="24"/>
          <w:szCs w:val="24"/>
        </w:rPr>
        <w:t>$</w:t>
      </w:r>
      <w:r w:rsidRPr="00E93608">
        <w:rPr>
          <w:rFonts w:ascii="Arial" w:hAnsi="Arial" w:cs="Arial"/>
          <w:sz w:val="24"/>
          <w:szCs w:val="24"/>
        </w:rPr>
        <w:t>68</w:t>
      </w:r>
      <w:r>
        <w:rPr>
          <w:rFonts w:ascii="Arial" w:hAnsi="Arial" w:cs="Arial"/>
          <w:sz w:val="24"/>
          <w:szCs w:val="24"/>
        </w:rPr>
        <w:t>.</w:t>
      </w:r>
      <w:r w:rsidRPr="00E93608">
        <w:rPr>
          <w:rFonts w:ascii="Arial" w:hAnsi="Arial" w:cs="Arial"/>
          <w:sz w:val="24"/>
          <w:szCs w:val="24"/>
        </w:rPr>
        <w:t>25</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Central </w:t>
      </w:r>
      <w:r>
        <w:rPr>
          <w:rFonts w:ascii="Arial" w:hAnsi="Arial" w:cs="Arial"/>
          <w:sz w:val="24"/>
          <w:szCs w:val="24"/>
        </w:rPr>
        <w:t>$</w:t>
      </w:r>
      <w:r w:rsidRPr="00E93608">
        <w:rPr>
          <w:rFonts w:ascii="Arial" w:hAnsi="Arial" w:cs="Arial"/>
          <w:sz w:val="24"/>
          <w:szCs w:val="24"/>
        </w:rPr>
        <w:t>87.</w:t>
      </w:r>
      <w:r w:rsidR="00954180">
        <w:rPr>
          <w:rFonts w:ascii="Arial" w:hAnsi="Arial" w:cs="Arial"/>
          <w:sz w:val="24"/>
          <w:szCs w:val="24"/>
        </w:rPr>
        <w:t>00 pesos</w:t>
      </w:r>
      <w:r w:rsidRPr="00E93608">
        <w:rPr>
          <w:rFonts w:ascii="Arial" w:hAnsi="Arial" w:cs="Arial"/>
          <w:sz w:val="24"/>
          <w:szCs w:val="24"/>
        </w:rPr>
        <w:t xml:space="preserve"> Regional </w:t>
      </w:r>
      <w:r>
        <w:rPr>
          <w:rFonts w:ascii="Arial" w:hAnsi="Arial" w:cs="Arial"/>
          <w:sz w:val="24"/>
          <w:szCs w:val="24"/>
        </w:rPr>
        <w:t>$</w:t>
      </w:r>
      <w:r w:rsidRPr="00E93608">
        <w:rPr>
          <w:rFonts w:ascii="Arial" w:hAnsi="Arial" w:cs="Arial"/>
          <w:sz w:val="24"/>
          <w:szCs w:val="24"/>
        </w:rPr>
        <w:t>97</w:t>
      </w:r>
      <w:r>
        <w:rPr>
          <w:rFonts w:ascii="Arial" w:hAnsi="Arial" w:cs="Arial"/>
          <w:sz w:val="24"/>
          <w:szCs w:val="24"/>
        </w:rPr>
        <w:t>.</w:t>
      </w:r>
      <w:r w:rsidRPr="00E93608">
        <w:rPr>
          <w:rFonts w:ascii="Arial" w:hAnsi="Arial" w:cs="Arial"/>
          <w:sz w:val="24"/>
          <w:szCs w:val="24"/>
        </w:rPr>
        <w:t>27</w:t>
      </w:r>
      <w:r w:rsidR="00954180">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Igual tarifas que aumentan un 5% únicamente, granjas y huertos única </w:t>
      </w:r>
      <w:r>
        <w:rPr>
          <w:rFonts w:ascii="Arial" w:hAnsi="Arial" w:cs="Arial"/>
          <w:sz w:val="24"/>
          <w:szCs w:val="24"/>
        </w:rPr>
        <w:br/>
        <w:t>$</w:t>
      </w:r>
      <w:r w:rsidRPr="00E93608">
        <w:rPr>
          <w:rFonts w:ascii="Arial" w:hAnsi="Arial" w:cs="Arial"/>
          <w:sz w:val="24"/>
          <w:szCs w:val="24"/>
        </w:rPr>
        <w:t>136 pesos. Y se está proponiendo adicional</w:t>
      </w:r>
      <w:r w:rsidR="00696603">
        <w:rPr>
          <w:rFonts w:ascii="Arial" w:hAnsi="Arial" w:cs="Arial"/>
          <w:sz w:val="24"/>
          <w:szCs w:val="24"/>
        </w:rPr>
        <w:t xml:space="preserve"> </w:t>
      </w:r>
      <w:r w:rsidRPr="00E93608">
        <w:rPr>
          <w:rFonts w:ascii="Arial" w:hAnsi="Arial" w:cs="Arial"/>
          <w:sz w:val="24"/>
          <w:szCs w:val="24"/>
        </w:rPr>
        <w:t xml:space="preserve">un punto número seis que es agropecuario única </w:t>
      </w:r>
      <w:r>
        <w:rPr>
          <w:rFonts w:ascii="Arial" w:hAnsi="Arial" w:cs="Arial"/>
          <w:sz w:val="24"/>
          <w:szCs w:val="24"/>
        </w:rPr>
        <w:t>$</w:t>
      </w:r>
      <w:r w:rsidRPr="00E93608">
        <w:rPr>
          <w:rFonts w:ascii="Arial" w:hAnsi="Arial" w:cs="Arial"/>
          <w:sz w:val="24"/>
          <w:szCs w:val="24"/>
        </w:rPr>
        <w:t>136</w:t>
      </w:r>
      <w:r>
        <w:rPr>
          <w:rFonts w:ascii="Arial" w:hAnsi="Arial" w:cs="Arial"/>
          <w:sz w:val="24"/>
          <w:szCs w:val="24"/>
        </w:rPr>
        <w:t>.</w:t>
      </w:r>
      <w:r w:rsidRPr="00E93608">
        <w:rPr>
          <w:rFonts w:ascii="Arial" w:hAnsi="Arial" w:cs="Arial"/>
          <w:sz w:val="24"/>
          <w:szCs w:val="24"/>
        </w:rPr>
        <w:t>60</w:t>
      </w:r>
      <w:r w:rsidR="00523E27">
        <w:rPr>
          <w:rFonts w:ascii="Arial" w:hAnsi="Arial" w:cs="Arial"/>
          <w:sz w:val="24"/>
          <w:szCs w:val="24"/>
        </w:rPr>
        <w:t xml:space="preserve"> </w:t>
      </w:r>
      <w:r w:rsidR="00954180">
        <w:rPr>
          <w:rFonts w:ascii="Arial" w:hAnsi="Arial" w:cs="Arial"/>
          <w:sz w:val="24"/>
          <w:szCs w:val="24"/>
        </w:rPr>
        <w:t>pesos</w:t>
      </w:r>
    </w:p>
    <w:p w14:paraId="77D63853" w14:textId="0255D98F" w:rsidR="000B3056" w:rsidRDefault="000B3056" w:rsidP="00E93608">
      <w:pPr>
        <w:jc w:val="both"/>
        <w:rPr>
          <w:rFonts w:ascii="Arial" w:hAnsi="Arial" w:cs="Arial"/>
          <w:sz w:val="24"/>
          <w:szCs w:val="24"/>
        </w:rPr>
      </w:pPr>
      <w:r>
        <w:rPr>
          <w:rFonts w:ascii="Arial" w:hAnsi="Arial" w:cs="Arial"/>
          <w:b/>
          <w:bCs/>
          <w:sz w:val="24"/>
          <w:szCs w:val="24"/>
        </w:rPr>
        <w:t xml:space="preserve">C. BRAULIO MAURICIO </w:t>
      </w:r>
      <w:r w:rsidR="00076049">
        <w:rPr>
          <w:rFonts w:ascii="Arial" w:hAnsi="Arial" w:cs="Arial"/>
          <w:b/>
          <w:bCs/>
          <w:sz w:val="24"/>
          <w:szCs w:val="24"/>
        </w:rPr>
        <w:t xml:space="preserve">ANDRADE </w:t>
      </w:r>
      <w:r>
        <w:rPr>
          <w:rFonts w:ascii="Arial" w:hAnsi="Arial" w:cs="Arial"/>
          <w:b/>
          <w:bCs/>
          <w:sz w:val="24"/>
          <w:szCs w:val="24"/>
        </w:rPr>
        <w:t xml:space="preserve">GONZÁLEZ. - </w:t>
      </w:r>
      <w:r w:rsidRPr="00E93608">
        <w:rPr>
          <w:rFonts w:ascii="Arial" w:hAnsi="Arial" w:cs="Arial"/>
          <w:sz w:val="24"/>
          <w:szCs w:val="24"/>
        </w:rPr>
        <w:t>Sí, va en el mismo sentido de que en la ley de ingresos no está contemplado ese valor para ese uso agropecuario.</w:t>
      </w:r>
      <w:r w:rsidR="00696603">
        <w:rPr>
          <w:rFonts w:ascii="Arial" w:hAnsi="Arial" w:cs="Arial"/>
          <w:sz w:val="24"/>
          <w:szCs w:val="24"/>
        </w:rPr>
        <w:t xml:space="preserve"> </w:t>
      </w:r>
    </w:p>
    <w:p w14:paraId="72CE35CC" w14:textId="250B4504" w:rsidR="00EA0C28" w:rsidRPr="00E93608" w:rsidRDefault="000B3056"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Para la </w:t>
      </w:r>
      <w:r w:rsidR="00FC3703">
        <w:rPr>
          <w:rFonts w:ascii="Arial" w:hAnsi="Arial" w:cs="Arial"/>
          <w:sz w:val="24"/>
          <w:szCs w:val="24"/>
        </w:rPr>
        <w:t>L</w:t>
      </w:r>
      <w:r w:rsidRPr="00E93608">
        <w:rPr>
          <w:rFonts w:ascii="Arial" w:hAnsi="Arial" w:cs="Arial"/>
          <w:sz w:val="24"/>
          <w:szCs w:val="24"/>
        </w:rPr>
        <w:t xml:space="preserve">icencia para construcción de albercas por metro cúbico de capacidad. Para uso habitacional </w:t>
      </w:r>
      <w:r w:rsidR="00A97DE9">
        <w:rPr>
          <w:rFonts w:ascii="Arial" w:hAnsi="Arial" w:cs="Arial"/>
          <w:sz w:val="24"/>
          <w:szCs w:val="24"/>
        </w:rPr>
        <w:t>$</w:t>
      </w:r>
      <w:r w:rsidRPr="00E93608">
        <w:rPr>
          <w:rFonts w:ascii="Arial" w:hAnsi="Arial" w:cs="Arial"/>
          <w:sz w:val="24"/>
          <w:szCs w:val="24"/>
        </w:rPr>
        <w:t>66</w:t>
      </w:r>
      <w:r w:rsidR="00A97DE9">
        <w:rPr>
          <w:rFonts w:ascii="Arial" w:hAnsi="Arial" w:cs="Arial"/>
          <w:sz w:val="24"/>
          <w:szCs w:val="24"/>
        </w:rPr>
        <w:t>.</w:t>
      </w:r>
      <w:r w:rsidRPr="00E93608">
        <w:rPr>
          <w:rFonts w:ascii="Arial" w:hAnsi="Arial" w:cs="Arial"/>
          <w:sz w:val="24"/>
          <w:szCs w:val="24"/>
        </w:rPr>
        <w:t>29</w:t>
      </w:r>
      <w:r w:rsidR="0066421D">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Para uso no habitacional </w:t>
      </w:r>
      <w:r w:rsidR="00A97DE9">
        <w:rPr>
          <w:rFonts w:ascii="Arial" w:hAnsi="Arial" w:cs="Arial"/>
          <w:sz w:val="24"/>
          <w:szCs w:val="24"/>
        </w:rPr>
        <w:t>$</w:t>
      </w:r>
      <w:r w:rsidRPr="00E93608">
        <w:rPr>
          <w:rFonts w:ascii="Arial" w:hAnsi="Arial" w:cs="Arial"/>
          <w:sz w:val="24"/>
          <w:szCs w:val="24"/>
        </w:rPr>
        <w:t>131</w:t>
      </w:r>
      <w:r w:rsidR="00A97DE9">
        <w:rPr>
          <w:rFonts w:ascii="Arial" w:hAnsi="Arial" w:cs="Arial"/>
          <w:sz w:val="24"/>
          <w:szCs w:val="24"/>
        </w:rPr>
        <w:t>.</w:t>
      </w:r>
      <w:r w:rsidRPr="00E93608">
        <w:rPr>
          <w:rFonts w:ascii="Arial" w:hAnsi="Arial" w:cs="Arial"/>
          <w:sz w:val="24"/>
          <w:szCs w:val="24"/>
        </w:rPr>
        <w:t>70</w:t>
      </w:r>
      <w:r w:rsidR="0066421D">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Licencias de construcción de </w:t>
      </w:r>
      <w:proofErr w:type="spellStart"/>
      <w:r w:rsidR="00A97DE9" w:rsidRPr="00E93608">
        <w:rPr>
          <w:rFonts w:ascii="Arial" w:hAnsi="Arial" w:cs="Arial"/>
          <w:sz w:val="24"/>
          <w:szCs w:val="24"/>
        </w:rPr>
        <w:t>al</w:t>
      </w:r>
      <w:r w:rsidR="00A97DE9">
        <w:rPr>
          <w:rFonts w:ascii="Arial" w:hAnsi="Arial" w:cs="Arial"/>
          <w:sz w:val="24"/>
          <w:szCs w:val="24"/>
        </w:rPr>
        <w:t>jiber</w:t>
      </w:r>
      <w:proofErr w:type="spellEnd"/>
      <w:r w:rsidR="00A97DE9">
        <w:rPr>
          <w:rFonts w:ascii="Arial" w:hAnsi="Arial" w:cs="Arial"/>
          <w:sz w:val="24"/>
          <w:szCs w:val="24"/>
        </w:rPr>
        <w:t xml:space="preserve"> y cisternas</w:t>
      </w:r>
      <w:r w:rsidRPr="00E93608">
        <w:rPr>
          <w:rFonts w:ascii="Arial" w:hAnsi="Arial" w:cs="Arial"/>
          <w:sz w:val="24"/>
          <w:szCs w:val="24"/>
        </w:rPr>
        <w:t xml:space="preserve"> </w:t>
      </w:r>
      <w:r w:rsidR="00A97DE9">
        <w:rPr>
          <w:rFonts w:ascii="Arial" w:hAnsi="Arial" w:cs="Arial"/>
          <w:sz w:val="24"/>
          <w:szCs w:val="24"/>
        </w:rPr>
        <w:t>$</w:t>
      </w:r>
      <w:r w:rsidRPr="00E93608">
        <w:rPr>
          <w:rFonts w:ascii="Arial" w:hAnsi="Arial" w:cs="Arial"/>
          <w:sz w:val="24"/>
          <w:szCs w:val="24"/>
        </w:rPr>
        <w:t>35</w:t>
      </w:r>
      <w:r w:rsidR="00A97DE9">
        <w:rPr>
          <w:rFonts w:ascii="Arial" w:hAnsi="Arial" w:cs="Arial"/>
          <w:sz w:val="24"/>
          <w:szCs w:val="24"/>
        </w:rPr>
        <w:t>.</w:t>
      </w:r>
      <w:r w:rsidRPr="00E93608">
        <w:rPr>
          <w:rFonts w:ascii="Arial" w:hAnsi="Arial" w:cs="Arial"/>
          <w:sz w:val="24"/>
          <w:szCs w:val="24"/>
        </w:rPr>
        <w:t>83</w:t>
      </w:r>
      <w:r w:rsidR="00696603">
        <w:rPr>
          <w:rFonts w:ascii="Arial" w:hAnsi="Arial" w:cs="Arial"/>
          <w:sz w:val="24"/>
          <w:szCs w:val="24"/>
        </w:rPr>
        <w:t xml:space="preserve"> </w:t>
      </w:r>
      <w:r w:rsidR="0066421D">
        <w:rPr>
          <w:rFonts w:ascii="Arial" w:hAnsi="Arial" w:cs="Arial"/>
          <w:sz w:val="24"/>
          <w:szCs w:val="24"/>
        </w:rPr>
        <w:t xml:space="preserve">pesos </w:t>
      </w:r>
      <w:r w:rsidRPr="00E93608">
        <w:rPr>
          <w:rFonts w:ascii="Arial" w:hAnsi="Arial" w:cs="Arial"/>
          <w:sz w:val="24"/>
          <w:szCs w:val="24"/>
        </w:rPr>
        <w:t xml:space="preserve">Construcciones de canchas y áreas deportivas por metro cuadrado. Para uso habitacional </w:t>
      </w:r>
      <w:r w:rsidR="00A97DE9">
        <w:rPr>
          <w:rFonts w:ascii="Arial" w:hAnsi="Arial" w:cs="Arial"/>
          <w:sz w:val="24"/>
          <w:szCs w:val="24"/>
        </w:rPr>
        <w:t>$</w:t>
      </w:r>
      <w:r w:rsidRPr="00E93608">
        <w:rPr>
          <w:rFonts w:ascii="Arial" w:hAnsi="Arial" w:cs="Arial"/>
          <w:sz w:val="24"/>
          <w:szCs w:val="24"/>
        </w:rPr>
        <w:t>10</w:t>
      </w:r>
      <w:r w:rsidR="00A97DE9">
        <w:rPr>
          <w:rFonts w:ascii="Arial" w:hAnsi="Arial" w:cs="Arial"/>
          <w:sz w:val="24"/>
          <w:szCs w:val="24"/>
        </w:rPr>
        <w:t>.</w:t>
      </w:r>
      <w:r w:rsidRPr="00E93608">
        <w:rPr>
          <w:rFonts w:ascii="Arial" w:hAnsi="Arial" w:cs="Arial"/>
          <w:sz w:val="24"/>
          <w:szCs w:val="24"/>
        </w:rPr>
        <w:t>74</w:t>
      </w:r>
      <w:r w:rsidR="0066421D">
        <w:rPr>
          <w:rFonts w:ascii="Arial" w:hAnsi="Arial" w:cs="Arial"/>
          <w:sz w:val="24"/>
          <w:szCs w:val="24"/>
        </w:rPr>
        <w:t xml:space="preserve"> pesos</w:t>
      </w:r>
      <w:r w:rsidRPr="00E93608">
        <w:rPr>
          <w:rFonts w:ascii="Arial" w:hAnsi="Arial" w:cs="Arial"/>
          <w:sz w:val="24"/>
          <w:szCs w:val="24"/>
        </w:rPr>
        <w:t xml:space="preserve"> y para uso no habitacional </w:t>
      </w:r>
      <w:r w:rsidR="00A97DE9">
        <w:rPr>
          <w:rFonts w:ascii="Arial" w:hAnsi="Arial" w:cs="Arial"/>
          <w:sz w:val="24"/>
          <w:szCs w:val="24"/>
        </w:rPr>
        <w:t>$</w:t>
      </w:r>
      <w:r w:rsidRPr="00E93608">
        <w:rPr>
          <w:rFonts w:ascii="Arial" w:hAnsi="Arial" w:cs="Arial"/>
          <w:sz w:val="24"/>
          <w:szCs w:val="24"/>
        </w:rPr>
        <w:t>21</w:t>
      </w:r>
      <w:r w:rsidR="00A97DE9">
        <w:rPr>
          <w:rFonts w:ascii="Arial" w:hAnsi="Arial" w:cs="Arial"/>
          <w:sz w:val="24"/>
          <w:szCs w:val="24"/>
        </w:rPr>
        <w:t>.</w:t>
      </w:r>
      <w:r w:rsidRPr="00E93608">
        <w:rPr>
          <w:rFonts w:ascii="Arial" w:hAnsi="Arial" w:cs="Arial"/>
          <w:sz w:val="24"/>
          <w:szCs w:val="24"/>
        </w:rPr>
        <w:t>49</w:t>
      </w:r>
      <w:r w:rsidR="0066421D">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Igual un aumento únicamente del 5% en las tarifas. Estacionamientos para usos no habitacionales por metro cuadrado.</w:t>
      </w:r>
      <w:r w:rsidR="00696603">
        <w:rPr>
          <w:rFonts w:ascii="Arial" w:hAnsi="Arial" w:cs="Arial"/>
          <w:sz w:val="24"/>
          <w:szCs w:val="24"/>
        </w:rPr>
        <w:t xml:space="preserve"> </w:t>
      </w:r>
      <w:r w:rsidRPr="00E93608">
        <w:rPr>
          <w:rFonts w:ascii="Arial" w:hAnsi="Arial" w:cs="Arial"/>
          <w:sz w:val="24"/>
          <w:szCs w:val="24"/>
        </w:rPr>
        <w:t xml:space="preserve">Descubierto </w:t>
      </w:r>
      <w:r w:rsidR="00A97DE9">
        <w:rPr>
          <w:rFonts w:ascii="Arial" w:hAnsi="Arial" w:cs="Arial"/>
          <w:sz w:val="24"/>
          <w:szCs w:val="24"/>
        </w:rPr>
        <w:t>$</w:t>
      </w:r>
      <w:r w:rsidRPr="00E93608">
        <w:rPr>
          <w:rFonts w:ascii="Arial" w:hAnsi="Arial" w:cs="Arial"/>
          <w:sz w:val="24"/>
          <w:szCs w:val="24"/>
        </w:rPr>
        <w:t>10</w:t>
      </w:r>
      <w:r w:rsidR="00A97DE9">
        <w:rPr>
          <w:rFonts w:ascii="Arial" w:hAnsi="Arial" w:cs="Arial"/>
          <w:sz w:val="24"/>
          <w:szCs w:val="24"/>
        </w:rPr>
        <w:t>.</w:t>
      </w:r>
      <w:r w:rsidRPr="00E93608">
        <w:rPr>
          <w:rFonts w:ascii="Arial" w:hAnsi="Arial" w:cs="Arial"/>
          <w:sz w:val="24"/>
          <w:szCs w:val="24"/>
        </w:rPr>
        <w:t>74</w:t>
      </w:r>
      <w:r w:rsidR="0066421D">
        <w:rPr>
          <w:rFonts w:ascii="Arial" w:hAnsi="Arial" w:cs="Arial"/>
          <w:sz w:val="24"/>
          <w:szCs w:val="24"/>
        </w:rPr>
        <w:t xml:space="preserve"> pesos</w:t>
      </w:r>
      <w:r w:rsidRPr="00E93608">
        <w:rPr>
          <w:rFonts w:ascii="Arial" w:hAnsi="Arial" w:cs="Arial"/>
          <w:sz w:val="24"/>
          <w:szCs w:val="24"/>
        </w:rPr>
        <w:t xml:space="preserve"> y cubierto </w:t>
      </w:r>
      <w:r w:rsidR="00A97DE9">
        <w:rPr>
          <w:rFonts w:ascii="Arial" w:hAnsi="Arial" w:cs="Arial"/>
          <w:sz w:val="24"/>
          <w:szCs w:val="24"/>
        </w:rPr>
        <w:t>$</w:t>
      </w:r>
      <w:r w:rsidRPr="00E93608">
        <w:rPr>
          <w:rFonts w:ascii="Arial" w:hAnsi="Arial" w:cs="Arial"/>
          <w:sz w:val="24"/>
          <w:szCs w:val="24"/>
        </w:rPr>
        <w:t>21</w:t>
      </w:r>
      <w:r w:rsidR="00A97DE9">
        <w:rPr>
          <w:rFonts w:ascii="Arial" w:hAnsi="Arial" w:cs="Arial"/>
          <w:sz w:val="24"/>
          <w:szCs w:val="24"/>
        </w:rPr>
        <w:t>.</w:t>
      </w:r>
      <w:r w:rsidRPr="00E93608">
        <w:rPr>
          <w:rFonts w:ascii="Arial" w:hAnsi="Arial" w:cs="Arial"/>
          <w:sz w:val="24"/>
          <w:szCs w:val="24"/>
        </w:rPr>
        <w:t>49</w:t>
      </w:r>
      <w:r w:rsidR="0066421D">
        <w:rPr>
          <w:rFonts w:ascii="Arial" w:hAnsi="Arial" w:cs="Arial"/>
          <w:sz w:val="24"/>
          <w:szCs w:val="24"/>
        </w:rPr>
        <w:t xml:space="preserve"> pesos</w:t>
      </w:r>
      <w:r w:rsidRPr="00E93608">
        <w:rPr>
          <w:rFonts w:ascii="Arial" w:hAnsi="Arial" w:cs="Arial"/>
          <w:sz w:val="24"/>
          <w:szCs w:val="24"/>
        </w:rPr>
        <w:t>. Nuevamente un aumento del 5% solamente.</w:t>
      </w:r>
      <w:r w:rsidR="00696603">
        <w:rPr>
          <w:rFonts w:ascii="Arial" w:hAnsi="Arial" w:cs="Arial"/>
          <w:sz w:val="24"/>
          <w:szCs w:val="24"/>
        </w:rPr>
        <w:t xml:space="preserve"> </w:t>
      </w:r>
      <w:r w:rsidRPr="00E93608">
        <w:rPr>
          <w:rFonts w:ascii="Arial" w:hAnsi="Arial" w:cs="Arial"/>
          <w:sz w:val="24"/>
          <w:szCs w:val="24"/>
        </w:rPr>
        <w:t>Licencia para demolición y desmontaje pagará sobre el importe de los derechos que se determinen de acuerdo a la fracción segunda de este artículo, que ya lo vimos. El</w:t>
      </w:r>
      <w:r w:rsidR="00696603">
        <w:rPr>
          <w:rFonts w:ascii="Arial" w:hAnsi="Arial" w:cs="Arial"/>
          <w:sz w:val="24"/>
          <w:szCs w:val="24"/>
        </w:rPr>
        <w:t xml:space="preserve"> </w:t>
      </w:r>
      <w:r w:rsidRPr="00E93608">
        <w:rPr>
          <w:rFonts w:ascii="Arial" w:hAnsi="Arial" w:cs="Arial"/>
          <w:sz w:val="24"/>
          <w:szCs w:val="24"/>
        </w:rPr>
        <w:t xml:space="preserve">tal por </w:t>
      </w:r>
      <w:r w:rsidR="00A97DE9">
        <w:rPr>
          <w:rFonts w:ascii="Arial" w:hAnsi="Arial" w:cs="Arial"/>
          <w:sz w:val="24"/>
          <w:szCs w:val="24"/>
        </w:rPr>
        <w:t>%</w:t>
      </w:r>
      <w:r w:rsidRPr="00E93608">
        <w:rPr>
          <w:rFonts w:ascii="Arial" w:hAnsi="Arial" w:cs="Arial"/>
          <w:sz w:val="24"/>
          <w:szCs w:val="24"/>
        </w:rPr>
        <w:t xml:space="preserve">, </w:t>
      </w:r>
      <w:r w:rsidR="00A97DE9" w:rsidRPr="00E93608">
        <w:rPr>
          <w:rFonts w:ascii="Arial" w:hAnsi="Arial" w:cs="Arial"/>
          <w:sz w:val="24"/>
          <w:szCs w:val="24"/>
        </w:rPr>
        <w:t>en la</w:t>
      </w:r>
      <w:r w:rsidRPr="00E93608">
        <w:rPr>
          <w:rFonts w:ascii="Arial" w:hAnsi="Arial" w:cs="Arial"/>
          <w:sz w:val="24"/>
          <w:szCs w:val="24"/>
        </w:rPr>
        <w:t xml:space="preserve"> fracción A y B queda igual del 50%.</w:t>
      </w:r>
      <w:r w:rsidR="00696603">
        <w:rPr>
          <w:rFonts w:ascii="Arial" w:hAnsi="Arial" w:cs="Arial"/>
          <w:sz w:val="24"/>
          <w:szCs w:val="24"/>
        </w:rPr>
        <w:t xml:space="preserve"> </w:t>
      </w:r>
      <w:r w:rsidRPr="00E93608">
        <w:rPr>
          <w:rFonts w:ascii="Arial" w:hAnsi="Arial" w:cs="Arial"/>
          <w:sz w:val="24"/>
          <w:szCs w:val="24"/>
        </w:rPr>
        <w:t xml:space="preserve">La demolición de muro por metro lineal </w:t>
      </w:r>
      <w:r w:rsidR="00A97DE9">
        <w:rPr>
          <w:rFonts w:ascii="Arial" w:hAnsi="Arial" w:cs="Arial"/>
          <w:sz w:val="24"/>
          <w:szCs w:val="24"/>
        </w:rPr>
        <w:t>$</w:t>
      </w:r>
      <w:r w:rsidRPr="00E93608">
        <w:rPr>
          <w:rFonts w:ascii="Arial" w:hAnsi="Arial" w:cs="Arial"/>
          <w:sz w:val="24"/>
          <w:szCs w:val="24"/>
        </w:rPr>
        <w:t>12</w:t>
      </w:r>
      <w:r w:rsidR="00A97DE9">
        <w:rPr>
          <w:rFonts w:ascii="Arial" w:hAnsi="Arial" w:cs="Arial"/>
          <w:sz w:val="24"/>
          <w:szCs w:val="24"/>
        </w:rPr>
        <w:t>.</w:t>
      </w:r>
      <w:r w:rsidRPr="00E93608">
        <w:rPr>
          <w:rFonts w:ascii="Arial" w:hAnsi="Arial" w:cs="Arial"/>
          <w:sz w:val="24"/>
          <w:szCs w:val="24"/>
        </w:rPr>
        <w:t>53</w:t>
      </w:r>
      <w:r w:rsidR="0066421D">
        <w:rPr>
          <w:rFonts w:ascii="Arial" w:hAnsi="Arial" w:cs="Arial"/>
          <w:sz w:val="24"/>
          <w:szCs w:val="24"/>
        </w:rPr>
        <w:t xml:space="preserve"> pesos</w:t>
      </w:r>
      <w:r w:rsidRPr="00E93608">
        <w:rPr>
          <w:rFonts w:ascii="Arial" w:hAnsi="Arial" w:cs="Arial"/>
          <w:sz w:val="24"/>
          <w:szCs w:val="24"/>
        </w:rPr>
        <w:t xml:space="preserve"> un aumento del 5%.</w:t>
      </w:r>
      <w:r w:rsidR="00696603">
        <w:rPr>
          <w:rFonts w:ascii="Arial" w:hAnsi="Arial" w:cs="Arial"/>
          <w:sz w:val="24"/>
          <w:szCs w:val="24"/>
        </w:rPr>
        <w:t xml:space="preserve"> </w:t>
      </w:r>
      <w:r w:rsidRPr="00E93608">
        <w:rPr>
          <w:rFonts w:ascii="Arial" w:hAnsi="Arial" w:cs="Arial"/>
          <w:sz w:val="24"/>
          <w:szCs w:val="24"/>
        </w:rPr>
        <w:t xml:space="preserve">Lo demás queda igual. Fracción séptima, licencia para acotamiento de predios </w:t>
      </w:r>
      <w:r w:rsidR="00696603" w:rsidRPr="00E93608">
        <w:rPr>
          <w:rFonts w:ascii="Arial" w:hAnsi="Arial" w:cs="Arial"/>
          <w:sz w:val="24"/>
          <w:szCs w:val="24"/>
        </w:rPr>
        <w:t>baldíos</w:t>
      </w:r>
      <w:r w:rsidRPr="00E93608">
        <w:rPr>
          <w:rFonts w:ascii="Arial" w:hAnsi="Arial" w:cs="Arial"/>
          <w:sz w:val="24"/>
          <w:szCs w:val="24"/>
        </w:rPr>
        <w:t xml:space="preserve"> y bardeado en colindancia por metro lineal en densidad alta </w:t>
      </w:r>
      <w:r w:rsidR="00A97DE9">
        <w:rPr>
          <w:rFonts w:ascii="Arial" w:hAnsi="Arial" w:cs="Arial"/>
          <w:sz w:val="24"/>
          <w:szCs w:val="24"/>
        </w:rPr>
        <w:t>$</w:t>
      </w:r>
      <w:r w:rsidRPr="00E93608">
        <w:rPr>
          <w:rFonts w:ascii="Arial" w:hAnsi="Arial" w:cs="Arial"/>
          <w:sz w:val="24"/>
          <w:szCs w:val="24"/>
        </w:rPr>
        <w:t>22</w:t>
      </w:r>
      <w:r w:rsidR="0066421D">
        <w:rPr>
          <w:rFonts w:ascii="Arial" w:hAnsi="Arial" w:cs="Arial"/>
          <w:sz w:val="24"/>
          <w:szCs w:val="24"/>
        </w:rPr>
        <w:t xml:space="preserve">.00 </w:t>
      </w:r>
      <w:proofErr w:type="gramStart"/>
      <w:r w:rsidR="0066421D">
        <w:rPr>
          <w:rFonts w:ascii="Arial" w:hAnsi="Arial" w:cs="Arial"/>
          <w:sz w:val="24"/>
          <w:szCs w:val="24"/>
        </w:rPr>
        <w:t>pesos</w:t>
      </w:r>
      <w:r w:rsidRPr="00E93608">
        <w:rPr>
          <w:rFonts w:ascii="Arial" w:hAnsi="Arial" w:cs="Arial"/>
          <w:sz w:val="24"/>
          <w:szCs w:val="24"/>
        </w:rPr>
        <w:t xml:space="preserve"> </w:t>
      </w:r>
      <w:r w:rsidR="00696603">
        <w:rPr>
          <w:rFonts w:ascii="Arial" w:hAnsi="Arial" w:cs="Arial"/>
          <w:sz w:val="24"/>
          <w:szCs w:val="24"/>
        </w:rPr>
        <w:t xml:space="preserve"> </w:t>
      </w:r>
      <w:r w:rsidRPr="00E93608">
        <w:rPr>
          <w:rFonts w:ascii="Arial" w:hAnsi="Arial" w:cs="Arial"/>
          <w:sz w:val="24"/>
          <w:szCs w:val="24"/>
        </w:rPr>
        <w:t>densidad</w:t>
      </w:r>
      <w:proofErr w:type="gramEnd"/>
      <w:r w:rsidRPr="00E93608">
        <w:rPr>
          <w:rFonts w:ascii="Arial" w:hAnsi="Arial" w:cs="Arial"/>
          <w:sz w:val="24"/>
          <w:szCs w:val="24"/>
        </w:rPr>
        <w:t xml:space="preserve"> media </w:t>
      </w:r>
      <w:r w:rsidR="00A97DE9">
        <w:rPr>
          <w:rFonts w:ascii="Arial" w:hAnsi="Arial" w:cs="Arial"/>
          <w:sz w:val="24"/>
          <w:szCs w:val="24"/>
        </w:rPr>
        <w:t>$</w:t>
      </w:r>
      <w:r w:rsidRPr="00E93608">
        <w:rPr>
          <w:rFonts w:ascii="Arial" w:hAnsi="Arial" w:cs="Arial"/>
          <w:sz w:val="24"/>
          <w:szCs w:val="24"/>
        </w:rPr>
        <w:t>26</w:t>
      </w:r>
      <w:r w:rsidR="0066421D">
        <w:rPr>
          <w:rFonts w:ascii="Arial" w:hAnsi="Arial" w:cs="Arial"/>
          <w:sz w:val="24"/>
          <w:szCs w:val="24"/>
        </w:rPr>
        <w:t>.00 pesos</w:t>
      </w:r>
      <w:r w:rsidRPr="00E93608">
        <w:rPr>
          <w:rFonts w:ascii="Arial" w:hAnsi="Arial" w:cs="Arial"/>
          <w:sz w:val="24"/>
          <w:szCs w:val="24"/>
        </w:rPr>
        <w:t xml:space="preserve">, densidad baja </w:t>
      </w:r>
      <w:r w:rsidR="00A97DE9">
        <w:rPr>
          <w:rFonts w:ascii="Arial" w:hAnsi="Arial" w:cs="Arial"/>
          <w:sz w:val="24"/>
          <w:szCs w:val="24"/>
        </w:rPr>
        <w:t>$</w:t>
      </w:r>
      <w:r w:rsidRPr="00E93608">
        <w:rPr>
          <w:rFonts w:ascii="Arial" w:hAnsi="Arial" w:cs="Arial"/>
          <w:sz w:val="24"/>
          <w:szCs w:val="24"/>
        </w:rPr>
        <w:t>25</w:t>
      </w:r>
      <w:r w:rsidR="0066421D">
        <w:rPr>
          <w:rFonts w:ascii="Arial" w:hAnsi="Arial" w:cs="Arial"/>
          <w:sz w:val="24"/>
          <w:szCs w:val="24"/>
        </w:rPr>
        <w:t>.00 pesos</w:t>
      </w:r>
      <w:r w:rsidRPr="00E93608">
        <w:rPr>
          <w:rFonts w:ascii="Arial" w:hAnsi="Arial" w:cs="Arial"/>
          <w:sz w:val="24"/>
          <w:szCs w:val="24"/>
        </w:rPr>
        <w:t xml:space="preserve"> y densidad mínima </w:t>
      </w:r>
      <w:r w:rsidR="00A97DE9">
        <w:rPr>
          <w:rFonts w:ascii="Arial" w:hAnsi="Arial" w:cs="Arial"/>
          <w:sz w:val="24"/>
          <w:szCs w:val="24"/>
        </w:rPr>
        <w:t>$</w:t>
      </w:r>
      <w:r w:rsidRPr="00E93608">
        <w:rPr>
          <w:rFonts w:ascii="Arial" w:hAnsi="Arial" w:cs="Arial"/>
          <w:sz w:val="24"/>
          <w:szCs w:val="24"/>
        </w:rPr>
        <w:t>26</w:t>
      </w:r>
      <w:r w:rsidR="0066421D">
        <w:rPr>
          <w:rFonts w:ascii="Arial" w:hAnsi="Arial" w:cs="Arial"/>
          <w:sz w:val="24"/>
          <w:szCs w:val="24"/>
        </w:rPr>
        <w:t>.00</w:t>
      </w:r>
      <w:r w:rsidRPr="00E93608">
        <w:rPr>
          <w:rFonts w:ascii="Arial" w:hAnsi="Arial" w:cs="Arial"/>
          <w:sz w:val="24"/>
          <w:szCs w:val="24"/>
        </w:rPr>
        <w:t xml:space="preserve"> pesos.</w:t>
      </w:r>
      <w:r w:rsidR="00696603">
        <w:rPr>
          <w:rFonts w:ascii="Arial" w:hAnsi="Arial" w:cs="Arial"/>
          <w:sz w:val="24"/>
          <w:szCs w:val="24"/>
        </w:rPr>
        <w:t xml:space="preserve"> </w:t>
      </w:r>
      <w:r w:rsidRPr="00E93608">
        <w:rPr>
          <w:rFonts w:ascii="Arial" w:hAnsi="Arial" w:cs="Arial"/>
          <w:sz w:val="24"/>
          <w:szCs w:val="24"/>
        </w:rPr>
        <w:t>Creo que aumentan un peso cada una.</w:t>
      </w:r>
      <w:r w:rsidR="00696603">
        <w:rPr>
          <w:rFonts w:ascii="Arial" w:hAnsi="Arial" w:cs="Arial"/>
          <w:sz w:val="24"/>
          <w:szCs w:val="24"/>
        </w:rPr>
        <w:t xml:space="preserve"> </w:t>
      </w:r>
      <w:r w:rsidRPr="00E93608">
        <w:rPr>
          <w:rFonts w:ascii="Arial" w:hAnsi="Arial" w:cs="Arial"/>
          <w:sz w:val="24"/>
          <w:szCs w:val="24"/>
        </w:rPr>
        <w:t>Sí, lo demás queda sin afectaciones. Las licencias para ocupación en la vía pública con</w:t>
      </w:r>
      <w:r w:rsidR="00696603">
        <w:rPr>
          <w:rFonts w:ascii="Arial" w:hAnsi="Arial" w:cs="Arial"/>
          <w:sz w:val="24"/>
          <w:szCs w:val="24"/>
        </w:rPr>
        <w:t xml:space="preserve"> </w:t>
      </w:r>
      <w:r w:rsidRPr="00E93608">
        <w:rPr>
          <w:rFonts w:ascii="Arial" w:hAnsi="Arial" w:cs="Arial"/>
          <w:sz w:val="24"/>
          <w:szCs w:val="24"/>
        </w:rPr>
        <w:t>materiales de construcción, las cuales se otorgarán siempre y cuando se ajusten a los lineamientos señalados por la dirección de permisos y licencias de</w:t>
      </w:r>
      <w:r w:rsidR="00696603">
        <w:rPr>
          <w:rFonts w:ascii="Arial" w:hAnsi="Arial" w:cs="Arial"/>
          <w:sz w:val="24"/>
          <w:szCs w:val="24"/>
        </w:rPr>
        <w:t xml:space="preserve"> </w:t>
      </w:r>
      <w:r w:rsidRPr="00E93608">
        <w:rPr>
          <w:rFonts w:ascii="Arial" w:hAnsi="Arial" w:cs="Arial"/>
          <w:sz w:val="24"/>
          <w:szCs w:val="24"/>
        </w:rPr>
        <w:t xml:space="preserve">construcción por metro cuadrado por día, </w:t>
      </w:r>
      <w:r w:rsidR="00A97DE9">
        <w:rPr>
          <w:rFonts w:ascii="Arial" w:hAnsi="Arial" w:cs="Arial"/>
          <w:sz w:val="24"/>
          <w:szCs w:val="24"/>
        </w:rPr>
        <w:t>$</w:t>
      </w:r>
      <w:r w:rsidRPr="00E93608">
        <w:rPr>
          <w:rFonts w:ascii="Arial" w:hAnsi="Arial" w:cs="Arial"/>
          <w:sz w:val="24"/>
          <w:szCs w:val="24"/>
        </w:rPr>
        <w:t>11</w:t>
      </w:r>
      <w:r w:rsidR="0066421D">
        <w:rPr>
          <w:rFonts w:ascii="Arial" w:hAnsi="Arial" w:cs="Arial"/>
          <w:sz w:val="24"/>
          <w:szCs w:val="24"/>
        </w:rPr>
        <w:t>.00</w:t>
      </w:r>
      <w:r w:rsidRPr="00E93608">
        <w:rPr>
          <w:rFonts w:ascii="Arial" w:hAnsi="Arial" w:cs="Arial"/>
          <w:sz w:val="24"/>
          <w:szCs w:val="24"/>
        </w:rPr>
        <w:t xml:space="preserve"> pesos, que sube </w:t>
      </w:r>
      <w:r w:rsidR="0066421D">
        <w:rPr>
          <w:rFonts w:ascii="Arial" w:hAnsi="Arial" w:cs="Arial"/>
          <w:sz w:val="24"/>
          <w:szCs w:val="24"/>
        </w:rPr>
        <w:t>00.</w:t>
      </w:r>
      <w:r w:rsidRPr="00E93608">
        <w:rPr>
          <w:rFonts w:ascii="Arial" w:hAnsi="Arial" w:cs="Arial"/>
          <w:sz w:val="24"/>
          <w:szCs w:val="24"/>
        </w:rPr>
        <w:t>80 centavos.</w:t>
      </w:r>
      <w:r w:rsidR="00696603">
        <w:rPr>
          <w:rFonts w:ascii="Arial" w:hAnsi="Arial" w:cs="Arial"/>
          <w:sz w:val="24"/>
          <w:szCs w:val="24"/>
        </w:rPr>
        <w:t xml:space="preserve"> </w:t>
      </w:r>
      <w:r w:rsidRPr="00E93608">
        <w:rPr>
          <w:rFonts w:ascii="Arial" w:hAnsi="Arial" w:cs="Arial"/>
          <w:sz w:val="24"/>
          <w:szCs w:val="24"/>
        </w:rPr>
        <w:t>Licencias por para movimientos de tierra, previ</w:t>
      </w:r>
      <w:r w:rsidR="00696603">
        <w:rPr>
          <w:rFonts w:ascii="Arial" w:hAnsi="Arial" w:cs="Arial"/>
          <w:sz w:val="24"/>
          <w:szCs w:val="24"/>
        </w:rPr>
        <w:t>o</w:t>
      </w:r>
      <w:r w:rsidRPr="00E93608">
        <w:rPr>
          <w:rFonts w:ascii="Arial" w:hAnsi="Arial" w:cs="Arial"/>
          <w:sz w:val="24"/>
          <w:szCs w:val="24"/>
        </w:rPr>
        <w:t xml:space="preserve"> dictamen de la dirección de permisos y licencias de construcción se pagará conforme las siguientes tarifas mayores a 100 m², </w:t>
      </w:r>
      <w:r w:rsidR="00A97DE9">
        <w:rPr>
          <w:rFonts w:ascii="Arial" w:hAnsi="Arial" w:cs="Arial"/>
          <w:sz w:val="24"/>
          <w:szCs w:val="24"/>
        </w:rPr>
        <w:t>$</w:t>
      </w:r>
      <w:r w:rsidRPr="00E93608">
        <w:rPr>
          <w:rFonts w:ascii="Arial" w:hAnsi="Arial" w:cs="Arial"/>
          <w:sz w:val="24"/>
          <w:szCs w:val="24"/>
        </w:rPr>
        <w:t>18</w:t>
      </w:r>
      <w:r w:rsidR="0066421D">
        <w:rPr>
          <w:rFonts w:ascii="Arial" w:hAnsi="Arial" w:cs="Arial"/>
          <w:sz w:val="24"/>
          <w:szCs w:val="24"/>
        </w:rPr>
        <w:t>.00</w:t>
      </w:r>
      <w:r w:rsidRPr="00E93608">
        <w:rPr>
          <w:rFonts w:ascii="Arial" w:hAnsi="Arial" w:cs="Arial"/>
          <w:sz w:val="24"/>
          <w:szCs w:val="24"/>
        </w:rPr>
        <w:t xml:space="preserve"> pesos.</w:t>
      </w:r>
      <w:r w:rsidR="00696603">
        <w:rPr>
          <w:rFonts w:ascii="Arial" w:hAnsi="Arial" w:cs="Arial"/>
          <w:sz w:val="24"/>
          <w:szCs w:val="24"/>
        </w:rPr>
        <w:t xml:space="preserve"> </w:t>
      </w:r>
      <w:r w:rsidRPr="00E93608">
        <w:rPr>
          <w:rFonts w:ascii="Arial" w:hAnsi="Arial" w:cs="Arial"/>
          <w:sz w:val="24"/>
          <w:szCs w:val="24"/>
        </w:rPr>
        <w:t xml:space="preserve">Menores a 100 m², </w:t>
      </w:r>
      <w:r w:rsidR="00A97DE9">
        <w:rPr>
          <w:rFonts w:ascii="Arial" w:hAnsi="Arial" w:cs="Arial"/>
          <w:sz w:val="24"/>
          <w:szCs w:val="24"/>
        </w:rPr>
        <w:t>$</w:t>
      </w:r>
      <w:r w:rsidRPr="00E93608">
        <w:rPr>
          <w:rFonts w:ascii="Arial" w:hAnsi="Arial" w:cs="Arial"/>
          <w:sz w:val="24"/>
          <w:szCs w:val="24"/>
        </w:rPr>
        <w:t>31</w:t>
      </w:r>
      <w:r w:rsidR="00A97DE9">
        <w:rPr>
          <w:rFonts w:ascii="Arial" w:hAnsi="Arial" w:cs="Arial"/>
          <w:sz w:val="24"/>
          <w:szCs w:val="24"/>
        </w:rPr>
        <w:t>.</w:t>
      </w:r>
      <w:r w:rsidRPr="00E93608">
        <w:rPr>
          <w:rFonts w:ascii="Arial" w:hAnsi="Arial" w:cs="Arial"/>
          <w:sz w:val="24"/>
          <w:szCs w:val="24"/>
        </w:rPr>
        <w:t>27</w:t>
      </w:r>
      <w:r w:rsidR="0066421D">
        <w:rPr>
          <w:rFonts w:ascii="Arial" w:hAnsi="Arial" w:cs="Arial"/>
          <w:sz w:val="24"/>
          <w:szCs w:val="24"/>
        </w:rPr>
        <w:t xml:space="preserve"> pesos</w:t>
      </w:r>
      <w:r w:rsidRPr="00E93608">
        <w:rPr>
          <w:rFonts w:ascii="Arial" w:hAnsi="Arial" w:cs="Arial"/>
          <w:sz w:val="24"/>
          <w:szCs w:val="24"/>
        </w:rPr>
        <w:t>.</w:t>
      </w:r>
      <w:r w:rsidR="00696603">
        <w:rPr>
          <w:rFonts w:ascii="Arial" w:hAnsi="Arial" w:cs="Arial"/>
          <w:sz w:val="24"/>
          <w:szCs w:val="24"/>
        </w:rPr>
        <w:t xml:space="preserve"> </w:t>
      </w:r>
      <w:r w:rsidRPr="00E93608">
        <w:rPr>
          <w:rFonts w:ascii="Arial" w:hAnsi="Arial" w:cs="Arial"/>
          <w:sz w:val="24"/>
          <w:szCs w:val="24"/>
        </w:rPr>
        <w:t xml:space="preserve">Mayores a 100 m³ </w:t>
      </w:r>
      <w:r w:rsidR="00A97DE9">
        <w:rPr>
          <w:rFonts w:ascii="Arial" w:hAnsi="Arial" w:cs="Arial"/>
          <w:sz w:val="24"/>
          <w:szCs w:val="24"/>
        </w:rPr>
        <w:t>$</w:t>
      </w:r>
      <w:r w:rsidRPr="00E93608">
        <w:rPr>
          <w:rFonts w:ascii="Arial" w:hAnsi="Arial" w:cs="Arial"/>
          <w:sz w:val="24"/>
          <w:szCs w:val="24"/>
        </w:rPr>
        <w:t>18</w:t>
      </w:r>
      <w:r w:rsidR="00A97DE9">
        <w:rPr>
          <w:rFonts w:ascii="Arial" w:hAnsi="Arial" w:cs="Arial"/>
          <w:sz w:val="24"/>
          <w:szCs w:val="24"/>
        </w:rPr>
        <w:t>.</w:t>
      </w:r>
      <w:r w:rsidRPr="00E93608">
        <w:rPr>
          <w:rFonts w:ascii="Arial" w:hAnsi="Arial" w:cs="Arial"/>
          <w:sz w:val="24"/>
          <w:szCs w:val="24"/>
        </w:rPr>
        <w:t>75</w:t>
      </w:r>
      <w:r w:rsidR="0066421D">
        <w:rPr>
          <w:rFonts w:ascii="Arial" w:hAnsi="Arial" w:cs="Arial"/>
          <w:sz w:val="24"/>
          <w:szCs w:val="24"/>
        </w:rPr>
        <w:t xml:space="preserve"> pesos</w:t>
      </w:r>
      <w:r w:rsidRPr="00E93608">
        <w:rPr>
          <w:rFonts w:ascii="Arial" w:hAnsi="Arial" w:cs="Arial"/>
          <w:sz w:val="24"/>
          <w:szCs w:val="24"/>
        </w:rPr>
        <w:t>. Y menores a 100 m³</w:t>
      </w:r>
      <w:r w:rsidR="00696603">
        <w:rPr>
          <w:rFonts w:ascii="Arial" w:hAnsi="Arial" w:cs="Arial"/>
          <w:sz w:val="24"/>
          <w:szCs w:val="24"/>
        </w:rPr>
        <w:t xml:space="preserve"> </w:t>
      </w:r>
      <w:r w:rsidR="00A97DE9">
        <w:rPr>
          <w:rFonts w:ascii="Arial" w:hAnsi="Arial" w:cs="Arial"/>
          <w:sz w:val="24"/>
          <w:szCs w:val="24"/>
        </w:rPr>
        <w:t>$</w:t>
      </w:r>
      <w:r w:rsidRPr="00E93608">
        <w:rPr>
          <w:rFonts w:ascii="Arial" w:hAnsi="Arial" w:cs="Arial"/>
          <w:sz w:val="24"/>
          <w:szCs w:val="24"/>
        </w:rPr>
        <w:t>76.</w:t>
      </w:r>
      <w:r w:rsidR="0066421D">
        <w:rPr>
          <w:rFonts w:ascii="Arial" w:hAnsi="Arial" w:cs="Arial"/>
          <w:sz w:val="24"/>
          <w:szCs w:val="24"/>
        </w:rPr>
        <w:t>00 pesos</w:t>
      </w:r>
      <w:r w:rsidRPr="00E93608">
        <w:rPr>
          <w:rFonts w:ascii="Arial" w:hAnsi="Arial" w:cs="Arial"/>
          <w:sz w:val="24"/>
          <w:szCs w:val="24"/>
        </w:rPr>
        <w:t xml:space="preserve"> Me imagino que igual la tienda un 5% de aumento.</w:t>
      </w:r>
      <w:r w:rsidR="00696603">
        <w:rPr>
          <w:rFonts w:ascii="Arial" w:hAnsi="Arial" w:cs="Arial"/>
          <w:sz w:val="24"/>
          <w:szCs w:val="24"/>
        </w:rPr>
        <w:t xml:space="preserve"> </w:t>
      </w:r>
      <w:r w:rsidRPr="00E93608">
        <w:rPr>
          <w:rFonts w:ascii="Arial" w:hAnsi="Arial" w:cs="Arial"/>
          <w:sz w:val="24"/>
          <w:szCs w:val="24"/>
        </w:rPr>
        <w:t>Licencias para la delimitación de predios rústicos o agrícolas previamen</w:t>
      </w:r>
      <w:r w:rsidR="00696603">
        <w:rPr>
          <w:rFonts w:ascii="Arial" w:hAnsi="Arial" w:cs="Arial"/>
          <w:sz w:val="24"/>
          <w:szCs w:val="24"/>
        </w:rPr>
        <w:t>te</w:t>
      </w:r>
      <w:r w:rsidRPr="00E93608">
        <w:rPr>
          <w:rFonts w:ascii="Arial" w:hAnsi="Arial" w:cs="Arial"/>
          <w:sz w:val="24"/>
          <w:szCs w:val="24"/>
        </w:rPr>
        <w:t xml:space="preserve"> de la dirección de premios y licencias de construcción por metro lineal </w:t>
      </w:r>
      <w:r w:rsidR="00A97DE9">
        <w:rPr>
          <w:rFonts w:ascii="Arial" w:hAnsi="Arial" w:cs="Arial"/>
          <w:sz w:val="24"/>
          <w:szCs w:val="24"/>
        </w:rPr>
        <w:t>$</w:t>
      </w:r>
      <w:r w:rsidRPr="00E93608">
        <w:rPr>
          <w:rFonts w:ascii="Arial" w:hAnsi="Arial" w:cs="Arial"/>
          <w:sz w:val="24"/>
          <w:szCs w:val="24"/>
        </w:rPr>
        <w:t>6</w:t>
      </w:r>
      <w:r w:rsidR="00A97DE9">
        <w:rPr>
          <w:rFonts w:ascii="Arial" w:hAnsi="Arial" w:cs="Arial"/>
          <w:sz w:val="24"/>
          <w:szCs w:val="24"/>
        </w:rPr>
        <w:t>.</w:t>
      </w:r>
      <w:r w:rsidRPr="00E93608">
        <w:rPr>
          <w:rFonts w:ascii="Arial" w:hAnsi="Arial" w:cs="Arial"/>
          <w:sz w:val="24"/>
          <w:szCs w:val="24"/>
        </w:rPr>
        <w:t>67</w:t>
      </w:r>
      <w:r w:rsidR="0066421D">
        <w:rPr>
          <w:rFonts w:ascii="Arial" w:hAnsi="Arial" w:cs="Arial"/>
          <w:sz w:val="24"/>
          <w:szCs w:val="24"/>
        </w:rPr>
        <w:t xml:space="preserve"> pesos</w:t>
      </w:r>
      <w:r w:rsidRPr="00E93608">
        <w:rPr>
          <w:rFonts w:ascii="Arial" w:hAnsi="Arial" w:cs="Arial"/>
          <w:sz w:val="24"/>
          <w:szCs w:val="24"/>
        </w:rPr>
        <w:t xml:space="preserve"> sube únicamente 32</w:t>
      </w:r>
      <w:r w:rsidR="00A97DE9">
        <w:rPr>
          <w:rFonts w:ascii="Arial" w:hAnsi="Arial" w:cs="Arial"/>
          <w:sz w:val="24"/>
          <w:szCs w:val="24"/>
        </w:rPr>
        <w:t xml:space="preserve"> cent</w:t>
      </w:r>
      <w:r w:rsidRPr="00E93608">
        <w:rPr>
          <w:rFonts w:ascii="Arial" w:hAnsi="Arial" w:cs="Arial"/>
          <w:sz w:val="24"/>
          <w:szCs w:val="24"/>
        </w:rPr>
        <w:t>avos.</w:t>
      </w:r>
      <w:r w:rsidR="00696603">
        <w:rPr>
          <w:rFonts w:ascii="Arial" w:hAnsi="Arial" w:cs="Arial"/>
          <w:sz w:val="24"/>
          <w:szCs w:val="24"/>
        </w:rPr>
        <w:t xml:space="preserve"> </w:t>
      </w:r>
      <w:r w:rsidRPr="00E93608">
        <w:rPr>
          <w:rFonts w:ascii="Arial" w:hAnsi="Arial" w:cs="Arial"/>
          <w:sz w:val="24"/>
          <w:szCs w:val="24"/>
        </w:rPr>
        <w:t xml:space="preserve">La licencia para la colocación de estructuras y postes para cualquier uso </w:t>
      </w:r>
      <w:r w:rsidR="00A97DE9" w:rsidRPr="00E93608">
        <w:rPr>
          <w:rFonts w:ascii="Arial" w:hAnsi="Arial" w:cs="Arial"/>
          <w:sz w:val="24"/>
          <w:szCs w:val="24"/>
        </w:rPr>
        <w:t>periódicamente</w:t>
      </w:r>
      <w:r w:rsidRPr="00E93608">
        <w:rPr>
          <w:rFonts w:ascii="Arial" w:hAnsi="Arial" w:cs="Arial"/>
          <w:sz w:val="24"/>
          <w:szCs w:val="24"/>
        </w:rPr>
        <w:t xml:space="preserve"> de la dirección de permisos y licencias de construcción se </w:t>
      </w:r>
      <w:r w:rsidR="00A97DE9" w:rsidRPr="00E93608">
        <w:rPr>
          <w:rFonts w:ascii="Arial" w:hAnsi="Arial" w:cs="Arial"/>
          <w:sz w:val="24"/>
          <w:szCs w:val="24"/>
        </w:rPr>
        <w:t>cuándo</w:t>
      </w:r>
      <w:r w:rsidRPr="00E93608">
        <w:rPr>
          <w:rFonts w:ascii="Arial" w:hAnsi="Arial" w:cs="Arial"/>
          <w:sz w:val="24"/>
          <w:szCs w:val="24"/>
        </w:rPr>
        <w:t xml:space="preserve"> obstruye al paso p</w:t>
      </w:r>
      <w:r w:rsidR="00A97DE9">
        <w:rPr>
          <w:rFonts w:ascii="Arial" w:hAnsi="Arial" w:cs="Arial"/>
          <w:sz w:val="24"/>
          <w:szCs w:val="24"/>
        </w:rPr>
        <w:t>e</w:t>
      </w:r>
      <w:r w:rsidRPr="00E93608">
        <w:rPr>
          <w:rFonts w:ascii="Arial" w:hAnsi="Arial" w:cs="Arial"/>
          <w:sz w:val="24"/>
          <w:szCs w:val="24"/>
        </w:rPr>
        <w:t>atonal el</w:t>
      </w:r>
      <w:r w:rsidR="00696603">
        <w:rPr>
          <w:rFonts w:ascii="Arial" w:hAnsi="Arial" w:cs="Arial"/>
          <w:sz w:val="24"/>
          <w:szCs w:val="24"/>
        </w:rPr>
        <w:t xml:space="preserve"> </w:t>
      </w:r>
      <w:r w:rsidRPr="00E93608">
        <w:rPr>
          <w:rFonts w:ascii="Arial" w:hAnsi="Arial" w:cs="Arial"/>
          <w:sz w:val="24"/>
          <w:szCs w:val="24"/>
        </w:rPr>
        <w:t>ingreso a las viviendas y cocheras y no ponga en peligro la integridad física de la ciudadanía previa verificación y autorización de las áreas correspondientes, así como el pago de</w:t>
      </w:r>
      <w:r w:rsidR="00696603">
        <w:rPr>
          <w:rFonts w:ascii="Arial" w:hAnsi="Arial" w:cs="Arial"/>
          <w:sz w:val="24"/>
          <w:szCs w:val="24"/>
        </w:rPr>
        <w:t xml:space="preserve"> </w:t>
      </w:r>
      <w:r w:rsidRPr="00E93608">
        <w:rPr>
          <w:rFonts w:ascii="Arial" w:hAnsi="Arial" w:cs="Arial"/>
          <w:sz w:val="24"/>
          <w:szCs w:val="24"/>
        </w:rPr>
        <w:t xml:space="preserve">los derechos de licencias y permisos de por cada una. Estructura soporte de cualquier material hasta una altura </w:t>
      </w:r>
      <w:r w:rsidRPr="00E93608">
        <w:rPr>
          <w:rFonts w:ascii="Arial" w:hAnsi="Arial" w:cs="Arial"/>
          <w:sz w:val="24"/>
          <w:szCs w:val="24"/>
        </w:rPr>
        <w:lastRenderedPageBreak/>
        <w:t xml:space="preserve">máxima de 3 m sobre el nivel de piso o azotea </w:t>
      </w:r>
      <w:r w:rsidR="00A97DE9">
        <w:rPr>
          <w:rFonts w:ascii="Arial" w:hAnsi="Arial" w:cs="Arial"/>
          <w:sz w:val="24"/>
          <w:szCs w:val="24"/>
        </w:rPr>
        <w:t>$</w:t>
      </w:r>
      <w:r w:rsidRPr="00E93608">
        <w:rPr>
          <w:rFonts w:ascii="Arial" w:hAnsi="Arial" w:cs="Arial"/>
          <w:sz w:val="24"/>
          <w:szCs w:val="24"/>
        </w:rPr>
        <w:t>6,370.</w:t>
      </w:r>
      <w:r w:rsidR="0066421D">
        <w:rPr>
          <w:rFonts w:ascii="Arial" w:hAnsi="Arial" w:cs="Arial"/>
          <w:sz w:val="24"/>
          <w:szCs w:val="24"/>
        </w:rPr>
        <w:t>00 pesos</w:t>
      </w:r>
      <w:r w:rsidR="00696603">
        <w:rPr>
          <w:rFonts w:ascii="Arial" w:hAnsi="Arial" w:cs="Arial"/>
          <w:sz w:val="24"/>
          <w:szCs w:val="24"/>
        </w:rPr>
        <w:t xml:space="preserve"> </w:t>
      </w:r>
      <w:r w:rsidRPr="00E93608">
        <w:rPr>
          <w:rFonts w:ascii="Arial" w:hAnsi="Arial" w:cs="Arial"/>
          <w:sz w:val="24"/>
          <w:szCs w:val="24"/>
        </w:rPr>
        <w:t>estructura soporte de cualquier material desde 3.1 m, 3.01 m hasta una altura máxima de 10 m sobre el nivel de piso</w:t>
      </w:r>
      <w:r w:rsidR="00696603">
        <w:rPr>
          <w:rFonts w:ascii="Arial" w:hAnsi="Arial" w:cs="Arial"/>
          <w:sz w:val="24"/>
          <w:szCs w:val="24"/>
        </w:rPr>
        <w:t xml:space="preserve"> </w:t>
      </w:r>
      <w:r w:rsidRPr="00E93608">
        <w:rPr>
          <w:rFonts w:ascii="Arial" w:hAnsi="Arial" w:cs="Arial"/>
          <w:sz w:val="24"/>
          <w:szCs w:val="24"/>
        </w:rPr>
        <w:t xml:space="preserve">azotea </w:t>
      </w:r>
      <w:r w:rsidR="00A97DE9">
        <w:rPr>
          <w:rFonts w:ascii="Arial" w:hAnsi="Arial" w:cs="Arial"/>
          <w:sz w:val="24"/>
          <w:szCs w:val="24"/>
        </w:rPr>
        <w:t>$</w:t>
      </w:r>
      <w:r w:rsidRPr="00E93608">
        <w:rPr>
          <w:rFonts w:ascii="Arial" w:hAnsi="Arial" w:cs="Arial"/>
          <w:sz w:val="24"/>
          <w:szCs w:val="24"/>
        </w:rPr>
        <w:t>23,880</w:t>
      </w:r>
      <w:r w:rsidR="0066421D">
        <w:rPr>
          <w:rFonts w:ascii="Arial" w:hAnsi="Arial" w:cs="Arial"/>
          <w:sz w:val="24"/>
          <w:szCs w:val="24"/>
        </w:rPr>
        <w:t>.00</w:t>
      </w:r>
      <w:r w:rsidRPr="00E93608">
        <w:rPr>
          <w:rFonts w:ascii="Arial" w:hAnsi="Arial" w:cs="Arial"/>
          <w:sz w:val="24"/>
          <w:szCs w:val="24"/>
        </w:rPr>
        <w:t xml:space="preserve"> pes</w:t>
      </w:r>
      <w:r w:rsidR="00A97DE9">
        <w:rPr>
          <w:rFonts w:ascii="Arial" w:hAnsi="Arial" w:cs="Arial"/>
          <w:sz w:val="24"/>
          <w:szCs w:val="24"/>
        </w:rPr>
        <w:t>os</w:t>
      </w:r>
      <w:r w:rsidRPr="00E93608">
        <w:rPr>
          <w:rFonts w:ascii="Arial" w:hAnsi="Arial" w:cs="Arial"/>
          <w:sz w:val="24"/>
          <w:szCs w:val="24"/>
        </w:rPr>
        <w:t>, que igual atiende a un 5% de aumento.</w:t>
      </w:r>
      <w:r w:rsidR="00696603">
        <w:rPr>
          <w:rFonts w:ascii="Arial" w:hAnsi="Arial" w:cs="Arial"/>
          <w:sz w:val="24"/>
          <w:szCs w:val="24"/>
        </w:rPr>
        <w:t xml:space="preserve"> </w:t>
      </w:r>
      <w:r w:rsidRPr="00E93608">
        <w:rPr>
          <w:rFonts w:ascii="Arial" w:hAnsi="Arial" w:cs="Arial"/>
          <w:sz w:val="24"/>
          <w:szCs w:val="24"/>
        </w:rPr>
        <w:t>Estructura soporte de cualquier material desde 10.1 10.01 1 m hasta una altura máxima de 35 m de altura sobre nivel de</w:t>
      </w:r>
      <w:r w:rsidR="00696603">
        <w:rPr>
          <w:rFonts w:ascii="Arial" w:hAnsi="Arial" w:cs="Arial"/>
          <w:sz w:val="24"/>
          <w:szCs w:val="24"/>
        </w:rPr>
        <w:t xml:space="preserve"> </w:t>
      </w:r>
      <w:r w:rsidRPr="00E93608">
        <w:rPr>
          <w:rFonts w:ascii="Arial" w:hAnsi="Arial" w:cs="Arial"/>
          <w:sz w:val="24"/>
          <w:szCs w:val="24"/>
        </w:rPr>
        <w:t xml:space="preserve">piso </w:t>
      </w:r>
      <w:r w:rsidR="00A97DE9">
        <w:rPr>
          <w:rFonts w:ascii="Arial" w:hAnsi="Arial" w:cs="Arial"/>
          <w:sz w:val="24"/>
          <w:szCs w:val="24"/>
        </w:rPr>
        <w:t>$</w:t>
      </w:r>
      <w:r w:rsidRPr="00E93608">
        <w:rPr>
          <w:rFonts w:ascii="Arial" w:hAnsi="Arial" w:cs="Arial"/>
          <w:sz w:val="24"/>
          <w:szCs w:val="24"/>
        </w:rPr>
        <w:t>35,820</w:t>
      </w:r>
      <w:r w:rsidR="0066421D">
        <w:rPr>
          <w:rFonts w:ascii="Arial" w:hAnsi="Arial" w:cs="Arial"/>
          <w:sz w:val="24"/>
          <w:szCs w:val="24"/>
        </w:rPr>
        <w:t>.00</w:t>
      </w:r>
      <w:r w:rsidRPr="00E93608">
        <w:rPr>
          <w:rFonts w:ascii="Arial" w:hAnsi="Arial" w:cs="Arial"/>
          <w:sz w:val="24"/>
          <w:szCs w:val="24"/>
        </w:rPr>
        <w:t xml:space="preserve"> pesos. estructura soporte de cualquier material mayor de 35 m de altura sobre el nivel de piso 63,680.</w:t>
      </w:r>
      <w:r w:rsidR="0066421D">
        <w:rPr>
          <w:rFonts w:ascii="Arial" w:hAnsi="Arial" w:cs="Arial"/>
          <w:sz w:val="24"/>
          <w:szCs w:val="24"/>
        </w:rPr>
        <w:t>00 pesos</w:t>
      </w:r>
      <w:r w:rsidR="00696603">
        <w:rPr>
          <w:rFonts w:ascii="Arial" w:hAnsi="Arial" w:cs="Arial"/>
          <w:sz w:val="24"/>
          <w:szCs w:val="24"/>
        </w:rPr>
        <w:t xml:space="preserve"> </w:t>
      </w:r>
      <w:r w:rsidRPr="00E93608">
        <w:rPr>
          <w:rFonts w:ascii="Arial" w:hAnsi="Arial" w:cs="Arial"/>
          <w:sz w:val="24"/>
          <w:szCs w:val="24"/>
        </w:rPr>
        <w:t>colocación de postes de cualquier material y tamaño,</w:t>
      </w:r>
      <w:r w:rsidR="00696603">
        <w:rPr>
          <w:rFonts w:ascii="Arial" w:hAnsi="Arial" w:cs="Arial"/>
          <w:sz w:val="24"/>
          <w:szCs w:val="24"/>
        </w:rPr>
        <w:t xml:space="preserve"> </w:t>
      </w:r>
      <w:r w:rsidRPr="00E93608">
        <w:rPr>
          <w:rFonts w:ascii="Arial" w:hAnsi="Arial" w:cs="Arial"/>
          <w:sz w:val="24"/>
          <w:szCs w:val="24"/>
        </w:rPr>
        <w:t xml:space="preserve">exceptuando los utilizados como cercas por cada uno. De concreto armado, </w:t>
      </w:r>
      <w:r w:rsidR="00A97DE9">
        <w:rPr>
          <w:rFonts w:ascii="Arial" w:hAnsi="Arial" w:cs="Arial"/>
          <w:sz w:val="24"/>
          <w:szCs w:val="24"/>
        </w:rPr>
        <w:t>$</w:t>
      </w:r>
      <w:r w:rsidRPr="00E93608">
        <w:rPr>
          <w:rFonts w:ascii="Arial" w:hAnsi="Arial" w:cs="Arial"/>
          <w:sz w:val="24"/>
          <w:szCs w:val="24"/>
        </w:rPr>
        <w:t>796</w:t>
      </w:r>
      <w:r w:rsidR="0066421D">
        <w:rPr>
          <w:rFonts w:ascii="Arial" w:hAnsi="Arial" w:cs="Arial"/>
          <w:sz w:val="24"/>
          <w:szCs w:val="24"/>
        </w:rPr>
        <w:t>.00</w:t>
      </w:r>
      <w:r w:rsidRPr="00E93608">
        <w:rPr>
          <w:rFonts w:ascii="Arial" w:hAnsi="Arial" w:cs="Arial"/>
          <w:sz w:val="24"/>
          <w:szCs w:val="24"/>
        </w:rPr>
        <w:t xml:space="preserve"> pes</w:t>
      </w:r>
      <w:r w:rsidR="0066421D">
        <w:rPr>
          <w:rFonts w:ascii="Arial" w:hAnsi="Arial" w:cs="Arial"/>
          <w:sz w:val="24"/>
          <w:szCs w:val="24"/>
        </w:rPr>
        <w:t>os</w:t>
      </w:r>
      <w:r w:rsidRPr="00E93608">
        <w:rPr>
          <w:rFonts w:ascii="Arial" w:hAnsi="Arial" w:cs="Arial"/>
          <w:sz w:val="24"/>
          <w:szCs w:val="24"/>
        </w:rPr>
        <w:t>, de madera,</w:t>
      </w:r>
      <w:r w:rsidR="00076049">
        <w:rPr>
          <w:rFonts w:ascii="Arial" w:hAnsi="Arial" w:cs="Arial"/>
          <w:sz w:val="24"/>
          <w:szCs w:val="24"/>
        </w:rPr>
        <w:t xml:space="preserve"> </w:t>
      </w:r>
      <w:r w:rsidR="00A97DE9">
        <w:rPr>
          <w:rFonts w:ascii="Arial" w:hAnsi="Arial" w:cs="Arial"/>
          <w:sz w:val="24"/>
          <w:szCs w:val="24"/>
        </w:rPr>
        <w:t>$</w:t>
      </w:r>
      <w:r w:rsidRPr="00E93608">
        <w:rPr>
          <w:rFonts w:ascii="Arial" w:hAnsi="Arial" w:cs="Arial"/>
          <w:sz w:val="24"/>
          <w:szCs w:val="24"/>
        </w:rPr>
        <w:t>478</w:t>
      </w:r>
      <w:r w:rsidR="0066421D">
        <w:rPr>
          <w:rFonts w:ascii="Arial" w:hAnsi="Arial" w:cs="Arial"/>
          <w:sz w:val="24"/>
          <w:szCs w:val="24"/>
        </w:rPr>
        <w:t>.00 pesos</w:t>
      </w:r>
      <w:r w:rsidRPr="00E93608">
        <w:rPr>
          <w:rFonts w:ascii="Arial" w:hAnsi="Arial" w:cs="Arial"/>
          <w:sz w:val="24"/>
          <w:szCs w:val="24"/>
        </w:rPr>
        <w:t xml:space="preserve"> y metálico </w:t>
      </w:r>
      <w:r w:rsidR="00A97DE9">
        <w:rPr>
          <w:rFonts w:ascii="Arial" w:hAnsi="Arial" w:cs="Arial"/>
          <w:sz w:val="24"/>
          <w:szCs w:val="24"/>
        </w:rPr>
        <w:t>$</w:t>
      </w:r>
      <w:r w:rsidRPr="00E93608">
        <w:rPr>
          <w:rFonts w:ascii="Arial" w:hAnsi="Arial" w:cs="Arial"/>
          <w:sz w:val="24"/>
          <w:szCs w:val="24"/>
        </w:rPr>
        <w:t>239.</w:t>
      </w:r>
      <w:r w:rsidR="0066421D">
        <w:rPr>
          <w:rFonts w:ascii="Arial" w:hAnsi="Arial" w:cs="Arial"/>
          <w:sz w:val="24"/>
          <w:szCs w:val="24"/>
        </w:rPr>
        <w:t>00 pesos</w:t>
      </w:r>
      <w:r w:rsidR="00696603">
        <w:rPr>
          <w:rFonts w:ascii="Arial" w:hAnsi="Arial" w:cs="Arial"/>
          <w:sz w:val="24"/>
          <w:szCs w:val="24"/>
        </w:rPr>
        <w:t xml:space="preserve"> </w:t>
      </w:r>
      <w:r w:rsidRPr="00E93608">
        <w:rPr>
          <w:rFonts w:ascii="Arial" w:hAnsi="Arial" w:cs="Arial"/>
          <w:sz w:val="24"/>
          <w:szCs w:val="24"/>
        </w:rPr>
        <w:t>Colocación de antenas o aparatos de telecomunicaciones sobre una estructura o edificación existente, exceptuando las antenas receptoras de señal de</w:t>
      </w:r>
      <w:r w:rsidR="00696603">
        <w:rPr>
          <w:rFonts w:ascii="Arial" w:hAnsi="Arial" w:cs="Arial"/>
          <w:sz w:val="24"/>
          <w:szCs w:val="24"/>
        </w:rPr>
        <w:t xml:space="preserve"> </w:t>
      </w:r>
      <w:r w:rsidRPr="00E93608">
        <w:rPr>
          <w:rFonts w:ascii="Arial" w:hAnsi="Arial" w:cs="Arial"/>
          <w:sz w:val="24"/>
          <w:szCs w:val="24"/>
        </w:rPr>
        <w:t>televisión. Pagará por cada una antena de telecomunicaciones adosada una edificación existente.</w:t>
      </w:r>
      <w:r w:rsidR="00696603">
        <w:rPr>
          <w:rFonts w:ascii="Arial" w:hAnsi="Arial" w:cs="Arial"/>
          <w:sz w:val="24"/>
          <w:szCs w:val="24"/>
        </w:rPr>
        <w:t xml:space="preserve"> </w:t>
      </w:r>
      <w:r w:rsidRPr="00E93608">
        <w:rPr>
          <w:rFonts w:ascii="Arial" w:hAnsi="Arial" w:cs="Arial"/>
          <w:sz w:val="24"/>
          <w:szCs w:val="24"/>
        </w:rPr>
        <w:t xml:space="preserve">Paneres o platos </w:t>
      </w:r>
      <w:r w:rsidR="00A97DE9">
        <w:rPr>
          <w:rFonts w:ascii="Arial" w:hAnsi="Arial" w:cs="Arial"/>
          <w:sz w:val="24"/>
          <w:szCs w:val="24"/>
        </w:rPr>
        <w:t>$</w:t>
      </w:r>
      <w:r w:rsidRPr="00E93608">
        <w:rPr>
          <w:rFonts w:ascii="Arial" w:hAnsi="Arial" w:cs="Arial"/>
          <w:sz w:val="24"/>
          <w:szCs w:val="24"/>
        </w:rPr>
        <w:t>296</w:t>
      </w:r>
      <w:r w:rsidR="0066421D">
        <w:rPr>
          <w:rFonts w:ascii="Arial" w:hAnsi="Arial" w:cs="Arial"/>
          <w:sz w:val="24"/>
          <w:szCs w:val="24"/>
        </w:rPr>
        <w:t>.00</w:t>
      </w:r>
      <w:r w:rsidRPr="00E93608">
        <w:rPr>
          <w:rFonts w:ascii="Arial" w:hAnsi="Arial" w:cs="Arial"/>
          <w:sz w:val="24"/>
          <w:szCs w:val="24"/>
        </w:rPr>
        <w:t xml:space="preserve"> pesos. Antena de telecomunicaciones adosada una estructura o elemento tipo mobiliario</w:t>
      </w:r>
      <w:r w:rsidR="00696603">
        <w:rPr>
          <w:rFonts w:ascii="Arial" w:hAnsi="Arial" w:cs="Arial"/>
          <w:sz w:val="24"/>
          <w:szCs w:val="24"/>
        </w:rPr>
        <w:t xml:space="preserve"> </w:t>
      </w:r>
      <w:r w:rsidRPr="00E93608">
        <w:rPr>
          <w:rFonts w:ascii="Arial" w:hAnsi="Arial" w:cs="Arial"/>
          <w:sz w:val="24"/>
          <w:szCs w:val="24"/>
        </w:rPr>
        <w:t xml:space="preserve">urbano, iluminaria post, etcétera. </w:t>
      </w:r>
      <w:r w:rsidR="00A97DE9">
        <w:rPr>
          <w:rFonts w:ascii="Arial" w:hAnsi="Arial" w:cs="Arial"/>
          <w:sz w:val="24"/>
          <w:szCs w:val="24"/>
        </w:rPr>
        <w:t>$</w:t>
      </w:r>
      <w:r w:rsidRPr="00E93608">
        <w:rPr>
          <w:rFonts w:ascii="Arial" w:hAnsi="Arial" w:cs="Arial"/>
          <w:sz w:val="24"/>
          <w:szCs w:val="24"/>
        </w:rPr>
        <w:t>2</w:t>
      </w:r>
      <w:r w:rsidR="00A97DE9">
        <w:rPr>
          <w:rFonts w:ascii="Arial" w:hAnsi="Arial" w:cs="Arial"/>
          <w:sz w:val="24"/>
          <w:szCs w:val="24"/>
        </w:rPr>
        <w:t>,</w:t>
      </w:r>
      <w:r w:rsidRPr="00E93608">
        <w:rPr>
          <w:rFonts w:ascii="Arial" w:hAnsi="Arial" w:cs="Arial"/>
          <w:sz w:val="24"/>
          <w:szCs w:val="24"/>
        </w:rPr>
        <w:t>930</w:t>
      </w:r>
      <w:r w:rsidR="0066421D">
        <w:rPr>
          <w:rFonts w:ascii="Arial" w:hAnsi="Arial" w:cs="Arial"/>
          <w:sz w:val="24"/>
          <w:szCs w:val="24"/>
        </w:rPr>
        <w:t>.00</w:t>
      </w:r>
      <w:r w:rsidRPr="00E93608">
        <w:rPr>
          <w:rFonts w:ascii="Arial" w:hAnsi="Arial" w:cs="Arial"/>
          <w:sz w:val="24"/>
          <w:szCs w:val="24"/>
        </w:rPr>
        <w:t xml:space="preserve"> pesos.</w:t>
      </w:r>
      <w:r w:rsidR="00696603">
        <w:rPr>
          <w:rFonts w:ascii="Arial" w:hAnsi="Arial" w:cs="Arial"/>
          <w:sz w:val="24"/>
          <w:szCs w:val="24"/>
        </w:rPr>
        <w:t xml:space="preserve"> </w:t>
      </w:r>
      <w:r w:rsidRPr="00E93608">
        <w:rPr>
          <w:rFonts w:ascii="Arial" w:hAnsi="Arial" w:cs="Arial"/>
          <w:sz w:val="24"/>
          <w:szCs w:val="24"/>
        </w:rPr>
        <w:t>Por la revisión de solicitud de licencia de construcción mayores a 30 m², licencia de modificación de proyecto y licencias de obras de infraestructura para la obtención de la aprobación del</w:t>
      </w:r>
      <w:r w:rsidR="00696603">
        <w:rPr>
          <w:rFonts w:ascii="Arial" w:hAnsi="Arial" w:cs="Arial"/>
          <w:sz w:val="24"/>
          <w:szCs w:val="24"/>
        </w:rPr>
        <w:t xml:space="preserve"> </w:t>
      </w:r>
      <w:r w:rsidRPr="00E93608">
        <w:rPr>
          <w:rFonts w:ascii="Arial" w:hAnsi="Arial" w:cs="Arial"/>
          <w:sz w:val="24"/>
          <w:szCs w:val="24"/>
        </w:rPr>
        <w:t xml:space="preserve">proyecto se cobrará </w:t>
      </w:r>
      <w:r w:rsidR="00A97DE9">
        <w:rPr>
          <w:rFonts w:ascii="Arial" w:hAnsi="Arial" w:cs="Arial"/>
          <w:sz w:val="24"/>
          <w:szCs w:val="24"/>
        </w:rPr>
        <w:t>$</w:t>
      </w:r>
      <w:r w:rsidRPr="00E93608">
        <w:rPr>
          <w:rFonts w:ascii="Arial" w:hAnsi="Arial" w:cs="Arial"/>
          <w:sz w:val="24"/>
          <w:szCs w:val="24"/>
        </w:rPr>
        <w:t>580</w:t>
      </w:r>
      <w:r w:rsidR="0066421D">
        <w:rPr>
          <w:rFonts w:ascii="Arial" w:hAnsi="Arial" w:cs="Arial"/>
          <w:sz w:val="24"/>
          <w:szCs w:val="24"/>
        </w:rPr>
        <w:t>.00</w:t>
      </w:r>
      <w:r w:rsidRPr="00E93608">
        <w:rPr>
          <w:rFonts w:ascii="Arial" w:hAnsi="Arial" w:cs="Arial"/>
          <w:sz w:val="24"/>
          <w:szCs w:val="24"/>
        </w:rPr>
        <w:t xml:space="preserve"> pesos.</w:t>
      </w:r>
      <w:r w:rsidR="00696603">
        <w:rPr>
          <w:rFonts w:ascii="Arial" w:hAnsi="Arial" w:cs="Arial"/>
          <w:sz w:val="24"/>
          <w:szCs w:val="24"/>
        </w:rPr>
        <w:t xml:space="preserve"> </w:t>
      </w:r>
      <w:r w:rsidRPr="00E93608">
        <w:rPr>
          <w:rFonts w:ascii="Arial" w:hAnsi="Arial" w:cs="Arial"/>
          <w:sz w:val="24"/>
          <w:szCs w:val="24"/>
        </w:rPr>
        <w:t>En la se propone adicionar dos fracciones.</w:t>
      </w:r>
      <w:r w:rsidR="00696603">
        <w:rPr>
          <w:rFonts w:ascii="Arial" w:hAnsi="Arial" w:cs="Arial"/>
          <w:sz w:val="24"/>
          <w:szCs w:val="24"/>
        </w:rPr>
        <w:t xml:space="preserve"> </w:t>
      </w:r>
      <w:r w:rsidRPr="00E93608">
        <w:rPr>
          <w:rFonts w:ascii="Arial" w:hAnsi="Arial" w:cs="Arial"/>
          <w:sz w:val="24"/>
          <w:szCs w:val="24"/>
        </w:rPr>
        <w:t>La fracción 18. Por la terminación de obra cuando se trate de enj</w:t>
      </w:r>
      <w:r w:rsidR="00A97DE9">
        <w:rPr>
          <w:rFonts w:ascii="Arial" w:hAnsi="Arial" w:cs="Arial"/>
          <w:sz w:val="24"/>
          <w:szCs w:val="24"/>
        </w:rPr>
        <w:t>a</w:t>
      </w:r>
      <w:r w:rsidRPr="00E93608">
        <w:rPr>
          <w:rFonts w:ascii="Arial" w:hAnsi="Arial" w:cs="Arial"/>
          <w:sz w:val="24"/>
          <w:szCs w:val="24"/>
        </w:rPr>
        <w:t>r</w:t>
      </w:r>
      <w:r w:rsidR="00A97DE9">
        <w:rPr>
          <w:rFonts w:ascii="Arial" w:hAnsi="Arial" w:cs="Arial"/>
          <w:sz w:val="24"/>
          <w:szCs w:val="24"/>
        </w:rPr>
        <w:t>r</w:t>
      </w:r>
      <w:r w:rsidRPr="00E93608">
        <w:rPr>
          <w:rFonts w:ascii="Arial" w:hAnsi="Arial" w:cs="Arial"/>
          <w:sz w:val="24"/>
          <w:szCs w:val="24"/>
        </w:rPr>
        <w:t xml:space="preserve">es afinados, colocación de pisos como </w:t>
      </w:r>
      <w:proofErr w:type="spellStart"/>
      <w:r w:rsidRPr="00E93608">
        <w:rPr>
          <w:rFonts w:ascii="Arial" w:hAnsi="Arial" w:cs="Arial"/>
          <w:sz w:val="24"/>
          <w:szCs w:val="24"/>
        </w:rPr>
        <w:t>ventanería</w:t>
      </w:r>
      <w:proofErr w:type="spellEnd"/>
      <w:r w:rsidRPr="00E93608">
        <w:rPr>
          <w:rFonts w:ascii="Arial" w:hAnsi="Arial" w:cs="Arial"/>
          <w:sz w:val="24"/>
          <w:szCs w:val="24"/>
        </w:rPr>
        <w:t xml:space="preserve">, </w:t>
      </w:r>
      <w:r w:rsidR="00A97DE9" w:rsidRPr="00E93608">
        <w:rPr>
          <w:rFonts w:ascii="Arial" w:hAnsi="Arial" w:cs="Arial"/>
          <w:sz w:val="24"/>
          <w:szCs w:val="24"/>
        </w:rPr>
        <w:t>carpintería</w:t>
      </w:r>
      <w:r w:rsidRPr="00E93608">
        <w:rPr>
          <w:rFonts w:ascii="Arial" w:hAnsi="Arial" w:cs="Arial"/>
          <w:sz w:val="24"/>
          <w:szCs w:val="24"/>
        </w:rPr>
        <w:t>, entre otros, siempre y</w:t>
      </w:r>
      <w:r w:rsidR="00696603">
        <w:rPr>
          <w:rFonts w:ascii="Arial" w:hAnsi="Arial" w:cs="Arial"/>
          <w:sz w:val="24"/>
          <w:szCs w:val="24"/>
        </w:rPr>
        <w:t xml:space="preserve"> </w:t>
      </w:r>
      <w:r w:rsidRPr="00E93608">
        <w:rPr>
          <w:rFonts w:ascii="Arial" w:hAnsi="Arial" w:cs="Arial"/>
          <w:sz w:val="24"/>
          <w:szCs w:val="24"/>
        </w:rPr>
        <w:t>cuando se trate de obra nueva, se haya otorgado licencia de construcción previamente y haya y haya agotado su vigencia y la prórroga correspondiente</w:t>
      </w:r>
      <w:r w:rsidR="00696603">
        <w:rPr>
          <w:rFonts w:ascii="Arial" w:hAnsi="Arial" w:cs="Arial"/>
          <w:sz w:val="24"/>
          <w:szCs w:val="24"/>
        </w:rPr>
        <w:t xml:space="preserve"> </w:t>
      </w:r>
      <w:r w:rsidRPr="00E93608">
        <w:rPr>
          <w:rFonts w:ascii="Arial" w:hAnsi="Arial" w:cs="Arial"/>
          <w:sz w:val="24"/>
          <w:szCs w:val="24"/>
        </w:rPr>
        <w:t xml:space="preserve">por parte de la Dirección de Permisos y Licencias de Construcción, se cobrará sobre el importe de los derechos determinados de acuerdo a la fracción segunda de este artículo con una vigencia única de 6 </w:t>
      </w:r>
      <w:r w:rsidR="00A97DE9">
        <w:rPr>
          <w:rFonts w:ascii="Arial" w:hAnsi="Arial" w:cs="Arial"/>
          <w:sz w:val="24"/>
          <w:szCs w:val="24"/>
        </w:rPr>
        <w:t xml:space="preserve">seis </w:t>
      </w:r>
      <w:r w:rsidRPr="00E93608">
        <w:rPr>
          <w:rFonts w:ascii="Arial" w:hAnsi="Arial" w:cs="Arial"/>
          <w:sz w:val="24"/>
          <w:szCs w:val="24"/>
        </w:rPr>
        <w:t>meses, el 25%.</w:t>
      </w:r>
      <w:r w:rsidR="00696603">
        <w:rPr>
          <w:rFonts w:ascii="Arial" w:hAnsi="Arial" w:cs="Arial"/>
          <w:sz w:val="24"/>
          <w:szCs w:val="24"/>
        </w:rPr>
        <w:t xml:space="preserve"> </w:t>
      </w:r>
      <w:r w:rsidRPr="00E93608">
        <w:rPr>
          <w:rFonts w:ascii="Arial" w:hAnsi="Arial" w:cs="Arial"/>
          <w:sz w:val="24"/>
          <w:szCs w:val="24"/>
        </w:rPr>
        <w:t>Para las licencias de obras de construcción, remodelación, ampliación de dependencias gubernamentales, municipales, estatales o federales, se condonará el importe de las mismas,</w:t>
      </w:r>
      <w:r w:rsidR="00696603">
        <w:rPr>
          <w:rFonts w:ascii="Arial" w:hAnsi="Arial" w:cs="Arial"/>
          <w:sz w:val="24"/>
          <w:szCs w:val="24"/>
        </w:rPr>
        <w:t xml:space="preserve"> </w:t>
      </w:r>
      <w:r w:rsidRPr="00E93608">
        <w:rPr>
          <w:rFonts w:ascii="Arial" w:hAnsi="Arial" w:cs="Arial"/>
          <w:sz w:val="24"/>
          <w:szCs w:val="24"/>
        </w:rPr>
        <w:t>siempre y cuando haya una autorización previa por parte de la hacienda municipal.</w:t>
      </w:r>
      <w:r w:rsidR="00A97DE9">
        <w:rPr>
          <w:rFonts w:ascii="Arial" w:hAnsi="Arial" w:cs="Arial"/>
          <w:sz w:val="24"/>
          <w:szCs w:val="24"/>
        </w:rPr>
        <w:t xml:space="preserve"> </w:t>
      </w:r>
      <w:r w:rsidRPr="00E93608">
        <w:rPr>
          <w:rFonts w:ascii="Arial" w:hAnsi="Arial" w:cs="Arial"/>
          <w:sz w:val="24"/>
          <w:szCs w:val="24"/>
        </w:rPr>
        <w:t>Si me apoyan bajando.</w:t>
      </w:r>
      <w:r w:rsidR="00A97DE9">
        <w:rPr>
          <w:rFonts w:ascii="Arial" w:hAnsi="Arial" w:cs="Arial"/>
          <w:sz w:val="24"/>
          <w:szCs w:val="24"/>
        </w:rPr>
        <w:t xml:space="preserve"> </w:t>
      </w:r>
      <w:r w:rsidRPr="00E93608">
        <w:rPr>
          <w:rFonts w:ascii="Arial" w:hAnsi="Arial" w:cs="Arial"/>
          <w:sz w:val="24"/>
          <w:szCs w:val="24"/>
        </w:rPr>
        <w:t xml:space="preserve">Licencias similares no previstas en este artículo será fijado por metro cuadrado o fracción </w:t>
      </w:r>
      <w:r w:rsidR="00A97DE9">
        <w:rPr>
          <w:rFonts w:ascii="Arial" w:hAnsi="Arial" w:cs="Arial"/>
          <w:sz w:val="24"/>
          <w:szCs w:val="24"/>
        </w:rPr>
        <w:t>$</w:t>
      </w:r>
      <w:r w:rsidRPr="00E93608">
        <w:rPr>
          <w:rFonts w:ascii="Arial" w:hAnsi="Arial" w:cs="Arial"/>
          <w:sz w:val="24"/>
          <w:szCs w:val="24"/>
        </w:rPr>
        <w:t>58</w:t>
      </w:r>
      <w:r w:rsidR="0066421D">
        <w:rPr>
          <w:rFonts w:ascii="Arial" w:hAnsi="Arial" w:cs="Arial"/>
          <w:sz w:val="24"/>
          <w:szCs w:val="24"/>
        </w:rPr>
        <w:t>.00</w:t>
      </w:r>
      <w:r w:rsidRPr="00E93608">
        <w:rPr>
          <w:rFonts w:ascii="Arial" w:hAnsi="Arial" w:cs="Arial"/>
          <w:sz w:val="24"/>
          <w:szCs w:val="24"/>
        </w:rPr>
        <w:t xml:space="preserve"> pesos,</w:t>
      </w:r>
      <w:r w:rsidR="00A97DE9">
        <w:rPr>
          <w:rFonts w:ascii="Arial" w:hAnsi="Arial" w:cs="Arial"/>
          <w:sz w:val="24"/>
          <w:szCs w:val="24"/>
        </w:rPr>
        <w:t xml:space="preserve"> </w:t>
      </w:r>
      <w:r w:rsidRPr="00E93608">
        <w:rPr>
          <w:rFonts w:ascii="Arial" w:hAnsi="Arial" w:cs="Arial"/>
          <w:sz w:val="24"/>
          <w:szCs w:val="24"/>
        </w:rPr>
        <w:t>que es un aumento del 5% y las otras dos son adiciones nuevas.</w:t>
      </w:r>
      <w:r w:rsidR="00A97DE9">
        <w:rPr>
          <w:rFonts w:ascii="Arial" w:hAnsi="Arial" w:cs="Arial"/>
          <w:sz w:val="24"/>
          <w:szCs w:val="24"/>
        </w:rPr>
        <w:t xml:space="preserve"> </w:t>
      </w:r>
      <w:r w:rsidRPr="00E93608">
        <w:rPr>
          <w:rFonts w:ascii="Arial" w:hAnsi="Arial" w:cs="Arial"/>
          <w:sz w:val="24"/>
          <w:szCs w:val="24"/>
        </w:rPr>
        <w:t>Las personas físicas o jurídicas que pretendan llevar a cabo obras de urbanización, edificación demolición o relativas a las mismas, deberán obtener previamente el dictamen de alineamiento</w:t>
      </w:r>
      <w:r w:rsidR="00C84EEE">
        <w:rPr>
          <w:rFonts w:ascii="Arial" w:hAnsi="Arial" w:cs="Arial"/>
          <w:sz w:val="24"/>
          <w:szCs w:val="24"/>
        </w:rPr>
        <w:t xml:space="preserve"> </w:t>
      </w:r>
      <w:r w:rsidRPr="00E93608">
        <w:rPr>
          <w:rFonts w:ascii="Arial" w:hAnsi="Arial" w:cs="Arial"/>
          <w:sz w:val="24"/>
          <w:szCs w:val="24"/>
        </w:rPr>
        <w:t>y número oficial pagando las siguientes tarifas.</w:t>
      </w:r>
      <w:r w:rsidR="00C84EEE">
        <w:rPr>
          <w:rFonts w:ascii="Arial" w:hAnsi="Arial" w:cs="Arial"/>
          <w:sz w:val="24"/>
          <w:szCs w:val="24"/>
        </w:rPr>
        <w:t xml:space="preserve"> L</w:t>
      </w:r>
      <w:r w:rsidRPr="00E93608">
        <w:rPr>
          <w:rFonts w:ascii="Arial" w:hAnsi="Arial" w:cs="Arial"/>
          <w:sz w:val="24"/>
          <w:szCs w:val="24"/>
        </w:rPr>
        <w:t xml:space="preserve">icencia de alineamiento por lote fracción o unidad privativa que de una vía pública o privada. Se pagará una tarifa única de </w:t>
      </w:r>
      <w:r w:rsidR="00C84EEE">
        <w:rPr>
          <w:rFonts w:ascii="Arial" w:hAnsi="Arial" w:cs="Arial"/>
          <w:sz w:val="24"/>
          <w:szCs w:val="24"/>
        </w:rPr>
        <w:t>$</w:t>
      </w:r>
      <w:r w:rsidRPr="00E93608">
        <w:rPr>
          <w:rFonts w:ascii="Arial" w:hAnsi="Arial" w:cs="Arial"/>
          <w:sz w:val="24"/>
          <w:szCs w:val="24"/>
        </w:rPr>
        <w:t>609</w:t>
      </w:r>
      <w:r w:rsidR="0066421D">
        <w:rPr>
          <w:rFonts w:ascii="Arial" w:hAnsi="Arial" w:cs="Arial"/>
          <w:sz w:val="24"/>
          <w:szCs w:val="24"/>
        </w:rPr>
        <w:t>.00</w:t>
      </w:r>
      <w:r w:rsidR="00A2397A">
        <w:rPr>
          <w:rFonts w:ascii="Arial" w:hAnsi="Arial" w:cs="Arial"/>
          <w:sz w:val="24"/>
          <w:szCs w:val="24"/>
        </w:rPr>
        <w:t xml:space="preserve"> pesos</w:t>
      </w:r>
      <w:r w:rsidR="00C84EEE">
        <w:rPr>
          <w:rFonts w:ascii="Arial" w:hAnsi="Arial" w:cs="Arial"/>
          <w:sz w:val="24"/>
          <w:szCs w:val="24"/>
        </w:rPr>
        <w:t xml:space="preserve"> </w:t>
      </w:r>
      <w:r w:rsidRPr="00E93608">
        <w:rPr>
          <w:rFonts w:ascii="Arial" w:hAnsi="Arial" w:cs="Arial"/>
          <w:sz w:val="24"/>
          <w:szCs w:val="24"/>
        </w:rPr>
        <w:t xml:space="preserve">asignación de número oficial y o letra adicional por cada uno, se pagará una tarifa de </w:t>
      </w:r>
      <w:r w:rsidR="00C84EEE">
        <w:rPr>
          <w:rFonts w:ascii="Arial" w:hAnsi="Arial" w:cs="Arial"/>
          <w:sz w:val="24"/>
          <w:szCs w:val="24"/>
        </w:rPr>
        <w:t>$</w:t>
      </w:r>
      <w:r w:rsidRPr="00E93608">
        <w:rPr>
          <w:rFonts w:ascii="Arial" w:hAnsi="Arial" w:cs="Arial"/>
          <w:sz w:val="24"/>
          <w:szCs w:val="24"/>
        </w:rPr>
        <w:t>346</w:t>
      </w:r>
      <w:r w:rsidR="00A2397A">
        <w:rPr>
          <w:rFonts w:ascii="Arial" w:hAnsi="Arial" w:cs="Arial"/>
          <w:sz w:val="24"/>
          <w:szCs w:val="24"/>
        </w:rPr>
        <w:t>.00 pesos</w:t>
      </w:r>
      <w:r w:rsidRPr="00E93608">
        <w:rPr>
          <w:rFonts w:ascii="Arial" w:hAnsi="Arial" w:cs="Arial"/>
          <w:sz w:val="24"/>
          <w:szCs w:val="24"/>
        </w:rPr>
        <w:t xml:space="preserve"> que es un aumento del 5%.</w:t>
      </w:r>
      <w:r w:rsidR="00C84EEE">
        <w:rPr>
          <w:rFonts w:ascii="Arial" w:hAnsi="Arial" w:cs="Arial"/>
          <w:sz w:val="24"/>
          <w:szCs w:val="24"/>
        </w:rPr>
        <w:t xml:space="preserve"> </w:t>
      </w:r>
      <w:r w:rsidRPr="00E93608">
        <w:rPr>
          <w:rFonts w:ascii="Arial" w:hAnsi="Arial" w:cs="Arial"/>
          <w:sz w:val="24"/>
          <w:szCs w:val="24"/>
        </w:rPr>
        <w:t xml:space="preserve">Servicios similares no </w:t>
      </w:r>
      <w:r w:rsidR="00C84EEE" w:rsidRPr="00E93608">
        <w:rPr>
          <w:rFonts w:ascii="Arial" w:hAnsi="Arial" w:cs="Arial"/>
          <w:sz w:val="24"/>
          <w:szCs w:val="24"/>
        </w:rPr>
        <w:t>previstos</w:t>
      </w:r>
      <w:r w:rsidRPr="00E93608">
        <w:rPr>
          <w:rFonts w:ascii="Arial" w:hAnsi="Arial" w:cs="Arial"/>
          <w:sz w:val="24"/>
          <w:szCs w:val="24"/>
        </w:rPr>
        <w:t xml:space="preserve"> en este artículo por metro cuadrado </w:t>
      </w:r>
      <w:r w:rsidR="00C84EEE">
        <w:rPr>
          <w:rFonts w:ascii="Arial" w:hAnsi="Arial" w:cs="Arial"/>
          <w:sz w:val="24"/>
          <w:szCs w:val="24"/>
        </w:rPr>
        <w:t>$</w:t>
      </w:r>
      <w:r w:rsidRPr="00E93608">
        <w:rPr>
          <w:rFonts w:ascii="Arial" w:hAnsi="Arial" w:cs="Arial"/>
          <w:sz w:val="24"/>
          <w:szCs w:val="24"/>
        </w:rPr>
        <w:t>121</w:t>
      </w:r>
      <w:r w:rsidR="00A2397A">
        <w:rPr>
          <w:rFonts w:ascii="Arial" w:hAnsi="Arial" w:cs="Arial"/>
          <w:sz w:val="24"/>
          <w:szCs w:val="24"/>
        </w:rPr>
        <w:t>.00</w:t>
      </w:r>
      <w:r w:rsidRPr="00E93608">
        <w:rPr>
          <w:rFonts w:ascii="Arial" w:hAnsi="Arial" w:cs="Arial"/>
          <w:sz w:val="24"/>
          <w:szCs w:val="24"/>
        </w:rPr>
        <w:t xml:space="preserve"> pesos igual un aumento del 5%.</w:t>
      </w:r>
      <w:r w:rsidR="00C84EEE">
        <w:rPr>
          <w:rFonts w:ascii="Arial" w:hAnsi="Arial" w:cs="Arial"/>
          <w:sz w:val="24"/>
          <w:szCs w:val="24"/>
        </w:rPr>
        <w:t xml:space="preserve"> </w:t>
      </w:r>
      <w:r w:rsidRPr="00E93608">
        <w:rPr>
          <w:rFonts w:ascii="Arial" w:hAnsi="Arial" w:cs="Arial"/>
          <w:sz w:val="24"/>
          <w:szCs w:val="24"/>
        </w:rPr>
        <w:t>Artículo 62 se está ajustando la redacción.</w:t>
      </w:r>
      <w:r w:rsidR="00C84EEE">
        <w:rPr>
          <w:rFonts w:ascii="Arial" w:hAnsi="Arial" w:cs="Arial"/>
          <w:sz w:val="24"/>
          <w:szCs w:val="24"/>
        </w:rPr>
        <w:t xml:space="preserve"> </w:t>
      </w:r>
      <w:r w:rsidRPr="00E93608">
        <w:rPr>
          <w:rFonts w:ascii="Arial" w:hAnsi="Arial" w:cs="Arial"/>
          <w:sz w:val="24"/>
          <w:szCs w:val="24"/>
        </w:rPr>
        <w:t>por la construcción de viviendas promovidas o financiadas por las dependencias, organismos, fideicomisos y fondos públicos para la vivienda cuyo</w:t>
      </w:r>
      <w:r w:rsidR="00C84EEE">
        <w:rPr>
          <w:rFonts w:ascii="Arial" w:hAnsi="Arial" w:cs="Arial"/>
          <w:sz w:val="24"/>
          <w:szCs w:val="24"/>
        </w:rPr>
        <w:t xml:space="preserve"> </w:t>
      </w:r>
      <w:r w:rsidRPr="00E93608">
        <w:rPr>
          <w:rFonts w:ascii="Arial" w:hAnsi="Arial" w:cs="Arial"/>
          <w:sz w:val="24"/>
          <w:szCs w:val="24"/>
        </w:rPr>
        <w:t xml:space="preserve">valor no a las 15 UMAS elevados al año, cantidad que corresponde a una </w:t>
      </w:r>
      <w:r w:rsidRPr="00E93608">
        <w:rPr>
          <w:rFonts w:ascii="Arial" w:hAnsi="Arial" w:cs="Arial"/>
          <w:sz w:val="24"/>
          <w:szCs w:val="24"/>
        </w:rPr>
        <w:lastRenderedPageBreak/>
        <w:t xml:space="preserve">vivienda de interés social en los términos que establece la </w:t>
      </w:r>
      <w:r w:rsidR="00C84EEE">
        <w:rPr>
          <w:rFonts w:ascii="Arial" w:hAnsi="Arial" w:cs="Arial"/>
          <w:sz w:val="24"/>
          <w:szCs w:val="24"/>
        </w:rPr>
        <w:t>L</w:t>
      </w:r>
      <w:r w:rsidRPr="00E93608">
        <w:rPr>
          <w:rFonts w:ascii="Arial" w:hAnsi="Arial" w:cs="Arial"/>
          <w:sz w:val="24"/>
          <w:szCs w:val="24"/>
        </w:rPr>
        <w:t xml:space="preserve">ey de </w:t>
      </w:r>
      <w:r w:rsidR="00C84EEE">
        <w:rPr>
          <w:rFonts w:ascii="Arial" w:hAnsi="Arial" w:cs="Arial"/>
          <w:sz w:val="24"/>
          <w:szCs w:val="24"/>
        </w:rPr>
        <w:t>Hacie</w:t>
      </w:r>
      <w:r w:rsidRPr="00E93608">
        <w:rPr>
          <w:rFonts w:ascii="Arial" w:hAnsi="Arial" w:cs="Arial"/>
          <w:sz w:val="24"/>
          <w:szCs w:val="24"/>
        </w:rPr>
        <w:t>nda Municipal del</w:t>
      </w:r>
      <w:r w:rsidR="00C84EEE">
        <w:rPr>
          <w:rFonts w:ascii="Arial" w:hAnsi="Arial" w:cs="Arial"/>
          <w:sz w:val="24"/>
          <w:szCs w:val="24"/>
        </w:rPr>
        <w:t xml:space="preserve"> </w:t>
      </w:r>
      <w:r w:rsidRPr="00E93608">
        <w:rPr>
          <w:rFonts w:ascii="Arial" w:hAnsi="Arial" w:cs="Arial"/>
          <w:sz w:val="24"/>
          <w:szCs w:val="24"/>
        </w:rPr>
        <w:t>Estado de Jalisco. Pagará el 50% sobre los derechos de licencias y permisos correspondientes, incluyendo alineamiento y número oficial. Ante</w:t>
      </w:r>
      <w:r w:rsidR="00C84EEE">
        <w:rPr>
          <w:rFonts w:ascii="Arial" w:hAnsi="Arial" w:cs="Arial"/>
          <w:sz w:val="24"/>
          <w:szCs w:val="24"/>
        </w:rPr>
        <w:t>s es</w:t>
      </w:r>
      <w:r w:rsidRPr="00E93608">
        <w:rPr>
          <w:rFonts w:ascii="Arial" w:hAnsi="Arial" w:cs="Arial"/>
          <w:sz w:val="24"/>
          <w:szCs w:val="24"/>
        </w:rPr>
        <w:t>taba en 20 UMA</w:t>
      </w:r>
      <w:r w:rsidR="00C84EEE">
        <w:rPr>
          <w:rFonts w:ascii="Arial" w:hAnsi="Arial" w:cs="Arial"/>
          <w:sz w:val="24"/>
          <w:szCs w:val="24"/>
        </w:rPr>
        <w:t>S</w:t>
      </w:r>
      <w:r w:rsidRPr="00E93608">
        <w:rPr>
          <w:rFonts w:ascii="Arial" w:hAnsi="Arial" w:cs="Arial"/>
          <w:sz w:val="24"/>
          <w:szCs w:val="24"/>
        </w:rPr>
        <w:t>, se está bajando a partir de 15 UMAS.</w:t>
      </w:r>
      <w:r w:rsidR="00C84EEE">
        <w:rPr>
          <w:rFonts w:ascii="Arial" w:hAnsi="Arial" w:cs="Arial"/>
          <w:sz w:val="24"/>
          <w:szCs w:val="24"/>
        </w:rPr>
        <w:t xml:space="preserve"> </w:t>
      </w:r>
      <w:r w:rsidR="00C84EEE" w:rsidRPr="00E93608">
        <w:rPr>
          <w:rFonts w:ascii="Arial" w:hAnsi="Arial" w:cs="Arial"/>
          <w:sz w:val="24"/>
          <w:szCs w:val="24"/>
        </w:rPr>
        <w:t>Igualmente,</w:t>
      </w:r>
      <w:r w:rsidRPr="00E93608">
        <w:rPr>
          <w:rFonts w:ascii="Arial" w:hAnsi="Arial" w:cs="Arial"/>
          <w:sz w:val="24"/>
          <w:szCs w:val="24"/>
        </w:rPr>
        <w:t xml:space="preserve"> en este párrafo, los términos de vigencia de las licencias y permisos a que se refiere artículo 60, que ya los leímos en su fracción segunda, serán</w:t>
      </w:r>
      <w:r w:rsidR="00C84EEE">
        <w:rPr>
          <w:rFonts w:ascii="Arial" w:hAnsi="Arial" w:cs="Arial"/>
          <w:sz w:val="24"/>
          <w:szCs w:val="24"/>
        </w:rPr>
        <w:t xml:space="preserve"> </w:t>
      </w:r>
      <w:r w:rsidRPr="00E93608">
        <w:rPr>
          <w:rFonts w:ascii="Arial" w:hAnsi="Arial" w:cs="Arial"/>
          <w:sz w:val="24"/>
          <w:szCs w:val="24"/>
        </w:rPr>
        <w:t>hasta por 24</w:t>
      </w:r>
      <w:r w:rsidR="00C84EEE">
        <w:rPr>
          <w:rFonts w:ascii="Arial" w:hAnsi="Arial" w:cs="Arial"/>
          <w:sz w:val="24"/>
          <w:szCs w:val="24"/>
        </w:rPr>
        <w:t xml:space="preserve"> veinticuatro</w:t>
      </w:r>
      <w:r w:rsidRPr="00E93608">
        <w:rPr>
          <w:rFonts w:ascii="Arial" w:hAnsi="Arial" w:cs="Arial"/>
          <w:sz w:val="24"/>
          <w:szCs w:val="24"/>
        </w:rPr>
        <w:t xml:space="preserve"> meses, faltando 30</w:t>
      </w:r>
      <w:r w:rsidR="00C84EEE">
        <w:rPr>
          <w:rFonts w:ascii="Arial" w:hAnsi="Arial" w:cs="Arial"/>
          <w:sz w:val="24"/>
          <w:szCs w:val="24"/>
        </w:rPr>
        <w:t xml:space="preserve"> treinta</w:t>
      </w:r>
      <w:r w:rsidRPr="00E93608">
        <w:rPr>
          <w:rFonts w:ascii="Arial" w:hAnsi="Arial" w:cs="Arial"/>
          <w:sz w:val="24"/>
          <w:szCs w:val="24"/>
        </w:rPr>
        <w:t xml:space="preserve"> días para vencerse el término de su licencia.</w:t>
      </w:r>
      <w:r w:rsidR="00C84EEE">
        <w:rPr>
          <w:rFonts w:ascii="Arial" w:hAnsi="Arial" w:cs="Arial"/>
          <w:sz w:val="24"/>
          <w:szCs w:val="24"/>
        </w:rPr>
        <w:t xml:space="preserve"> </w:t>
      </w:r>
      <w:r w:rsidRPr="00E93608">
        <w:rPr>
          <w:rFonts w:ascii="Arial" w:hAnsi="Arial" w:cs="Arial"/>
          <w:sz w:val="24"/>
          <w:szCs w:val="24"/>
        </w:rPr>
        <w:t>El solicitante pagará el 20% del costo de su licencia o permiso por cada bimestre de prórroga. La autorización de la prórroga no podrá acceder tres bimestres y no se causará el pago de</w:t>
      </w:r>
      <w:r w:rsidR="00C84EEE">
        <w:rPr>
          <w:rFonts w:ascii="Arial" w:hAnsi="Arial" w:cs="Arial"/>
          <w:sz w:val="24"/>
          <w:szCs w:val="24"/>
        </w:rPr>
        <w:t xml:space="preserve"> </w:t>
      </w:r>
      <w:r w:rsidRPr="00E93608">
        <w:rPr>
          <w:rFonts w:ascii="Arial" w:hAnsi="Arial" w:cs="Arial"/>
          <w:sz w:val="24"/>
          <w:szCs w:val="24"/>
        </w:rPr>
        <w:t>este cuando se haya dado viso de suspensión de obras. Actualmente está hasta por 24</w:t>
      </w:r>
      <w:r w:rsidR="00C84EEE">
        <w:rPr>
          <w:rFonts w:ascii="Arial" w:hAnsi="Arial" w:cs="Arial"/>
          <w:sz w:val="24"/>
          <w:szCs w:val="24"/>
        </w:rPr>
        <w:t xml:space="preserve"> veinticuatro</w:t>
      </w:r>
      <w:r w:rsidRPr="00E93608">
        <w:rPr>
          <w:rFonts w:ascii="Arial" w:hAnsi="Arial" w:cs="Arial"/>
          <w:sz w:val="24"/>
          <w:szCs w:val="24"/>
        </w:rPr>
        <w:t xml:space="preserve"> meses que va a pagar el 10% del costo de la licencia. Se está</w:t>
      </w:r>
      <w:r w:rsidR="00C84EEE">
        <w:rPr>
          <w:rFonts w:ascii="Arial" w:hAnsi="Arial" w:cs="Arial"/>
          <w:sz w:val="24"/>
          <w:szCs w:val="24"/>
        </w:rPr>
        <w:t xml:space="preserve"> </w:t>
      </w:r>
      <w:r w:rsidRPr="00E93608">
        <w:rPr>
          <w:rFonts w:ascii="Arial" w:hAnsi="Arial" w:cs="Arial"/>
          <w:sz w:val="24"/>
          <w:szCs w:val="24"/>
        </w:rPr>
        <w:t xml:space="preserve">proponiendo aumentar 6 </w:t>
      </w:r>
      <w:r w:rsidR="00C84EEE">
        <w:rPr>
          <w:rFonts w:ascii="Arial" w:hAnsi="Arial" w:cs="Arial"/>
          <w:sz w:val="24"/>
          <w:szCs w:val="24"/>
        </w:rPr>
        <w:t xml:space="preserve">seis </w:t>
      </w:r>
      <w:r w:rsidRPr="00E93608">
        <w:rPr>
          <w:rFonts w:ascii="Arial" w:hAnsi="Arial" w:cs="Arial"/>
          <w:sz w:val="24"/>
          <w:szCs w:val="24"/>
        </w:rPr>
        <w:t>meses y un 10% del costo por la prórroga, artículo 63. Las personas físicas o jurídicas que pretendan cambiar el régimen de propiedad individual a condominio o dividir o transformar</w:t>
      </w:r>
      <w:r w:rsidR="00C84EEE">
        <w:rPr>
          <w:rFonts w:ascii="Arial" w:hAnsi="Arial" w:cs="Arial"/>
          <w:sz w:val="24"/>
          <w:szCs w:val="24"/>
        </w:rPr>
        <w:t xml:space="preserve"> </w:t>
      </w:r>
      <w:r w:rsidRPr="00E93608">
        <w:rPr>
          <w:rFonts w:ascii="Arial" w:hAnsi="Arial" w:cs="Arial"/>
          <w:sz w:val="24"/>
          <w:szCs w:val="24"/>
        </w:rPr>
        <w:t>terrenos en lotes mediante la realización de obras de urbanización deberán obtener la licencia correspondiente y pagar los derechos con formación de tarifa.</w:t>
      </w:r>
      <w:r w:rsidR="00C84EEE">
        <w:rPr>
          <w:rFonts w:ascii="Arial" w:hAnsi="Arial" w:cs="Arial"/>
          <w:sz w:val="24"/>
          <w:szCs w:val="24"/>
        </w:rPr>
        <w:t xml:space="preserve"> </w:t>
      </w:r>
      <w:r w:rsidRPr="00E93608">
        <w:rPr>
          <w:rFonts w:ascii="Arial" w:hAnsi="Arial" w:cs="Arial"/>
          <w:sz w:val="24"/>
          <w:szCs w:val="24"/>
        </w:rPr>
        <w:t xml:space="preserve">Por la revisión del proyecto preliminar de urbanización por cada una se pagará por hectárea o fracción menor a 10,000 m², </w:t>
      </w:r>
      <w:r w:rsidR="00C84EEE">
        <w:rPr>
          <w:rFonts w:ascii="Arial" w:hAnsi="Arial" w:cs="Arial"/>
          <w:sz w:val="24"/>
          <w:szCs w:val="24"/>
        </w:rPr>
        <w:t>$</w:t>
      </w:r>
      <w:r w:rsidRPr="00E93608">
        <w:rPr>
          <w:rFonts w:ascii="Arial" w:hAnsi="Arial" w:cs="Arial"/>
          <w:sz w:val="24"/>
          <w:szCs w:val="24"/>
        </w:rPr>
        <w:t>3,450</w:t>
      </w:r>
      <w:r w:rsidR="00A2397A">
        <w:rPr>
          <w:rFonts w:ascii="Arial" w:hAnsi="Arial" w:cs="Arial"/>
          <w:sz w:val="24"/>
          <w:szCs w:val="24"/>
        </w:rPr>
        <w:t>.00 pesos</w:t>
      </w:r>
      <w:r w:rsidRPr="00E93608">
        <w:rPr>
          <w:rFonts w:ascii="Arial" w:hAnsi="Arial" w:cs="Arial"/>
          <w:sz w:val="24"/>
          <w:szCs w:val="24"/>
        </w:rPr>
        <w:t xml:space="preserve"> que es un aumento del 4.5%.</w:t>
      </w:r>
      <w:r w:rsidR="00C84EEE">
        <w:rPr>
          <w:rFonts w:ascii="Arial" w:hAnsi="Arial" w:cs="Arial"/>
          <w:sz w:val="24"/>
          <w:szCs w:val="24"/>
        </w:rPr>
        <w:t xml:space="preserve"> </w:t>
      </w:r>
      <w:r w:rsidRPr="00E93608">
        <w:rPr>
          <w:rFonts w:ascii="Arial" w:hAnsi="Arial" w:cs="Arial"/>
          <w:sz w:val="24"/>
          <w:szCs w:val="24"/>
        </w:rPr>
        <w:t>Por la autorización del proyecto preliminar de urbanización, la cual tendrá una vigencia de 12</w:t>
      </w:r>
      <w:r w:rsidR="00C84EEE">
        <w:rPr>
          <w:rFonts w:ascii="Arial" w:hAnsi="Arial" w:cs="Arial"/>
          <w:sz w:val="24"/>
          <w:szCs w:val="24"/>
        </w:rPr>
        <w:t xml:space="preserve"> doce </w:t>
      </w:r>
      <w:r w:rsidR="00C84EEE" w:rsidRPr="00E93608">
        <w:rPr>
          <w:rFonts w:ascii="Arial" w:hAnsi="Arial" w:cs="Arial"/>
          <w:sz w:val="24"/>
          <w:szCs w:val="24"/>
        </w:rPr>
        <w:t>meses</w:t>
      </w:r>
      <w:r w:rsidRPr="00E93608">
        <w:rPr>
          <w:rFonts w:ascii="Arial" w:hAnsi="Arial" w:cs="Arial"/>
          <w:sz w:val="24"/>
          <w:szCs w:val="24"/>
        </w:rPr>
        <w:t xml:space="preserve"> por hectárea y o fracción menor a 10,000 m², </w:t>
      </w:r>
      <w:r w:rsidR="00C84EEE">
        <w:rPr>
          <w:rFonts w:ascii="Arial" w:hAnsi="Arial" w:cs="Arial"/>
          <w:sz w:val="24"/>
          <w:szCs w:val="24"/>
        </w:rPr>
        <w:t>$</w:t>
      </w:r>
      <w:r w:rsidRPr="00E93608">
        <w:rPr>
          <w:rFonts w:ascii="Arial" w:hAnsi="Arial" w:cs="Arial"/>
          <w:sz w:val="24"/>
          <w:szCs w:val="24"/>
        </w:rPr>
        <w:t>2,750</w:t>
      </w:r>
      <w:r w:rsidR="00A2397A">
        <w:rPr>
          <w:rFonts w:ascii="Arial" w:hAnsi="Arial" w:cs="Arial"/>
          <w:sz w:val="24"/>
          <w:szCs w:val="24"/>
        </w:rPr>
        <w:t>.00 pesos</w:t>
      </w:r>
      <w:r w:rsidRPr="00E93608">
        <w:rPr>
          <w:rFonts w:ascii="Arial" w:hAnsi="Arial" w:cs="Arial"/>
          <w:sz w:val="24"/>
          <w:szCs w:val="24"/>
        </w:rPr>
        <w:t xml:space="preserve"> que es un aumento del 4.1%.</w:t>
      </w:r>
      <w:r w:rsidR="00C84EEE">
        <w:rPr>
          <w:rFonts w:ascii="Arial" w:hAnsi="Arial" w:cs="Arial"/>
          <w:sz w:val="24"/>
          <w:szCs w:val="24"/>
        </w:rPr>
        <w:t xml:space="preserve"> </w:t>
      </w:r>
      <w:r w:rsidRPr="00E93608">
        <w:rPr>
          <w:rFonts w:ascii="Arial" w:hAnsi="Arial" w:cs="Arial"/>
          <w:sz w:val="24"/>
          <w:szCs w:val="24"/>
        </w:rPr>
        <w:t xml:space="preserve">Autorización de obras preliminares de mejoramiento del predio por metro cuadrado </w:t>
      </w:r>
      <w:r w:rsidR="00A2397A">
        <w:rPr>
          <w:rFonts w:ascii="Arial" w:hAnsi="Arial" w:cs="Arial"/>
          <w:sz w:val="24"/>
          <w:szCs w:val="24"/>
        </w:rPr>
        <w:t>$</w:t>
      </w:r>
      <w:r w:rsidRPr="00E93608">
        <w:rPr>
          <w:rFonts w:ascii="Arial" w:hAnsi="Arial" w:cs="Arial"/>
          <w:sz w:val="24"/>
          <w:szCs w:val="24"/>
        </w:rPr>
        <w:t>1.50 pesos son 10 centavos que está aumentando.</w:t>
      </w:r>
      <w:r w:rsidR="00C84EEE">
        <w:rPr>
          <w:rFonts w:ascii="Arial" w:hAnsi="Arial" w:cs="Arial"/>
          <w:sz w:val="24"/>
          <w:szCs w:val="24"/>
        </w:rPr>
        <w:t xml:space="preserve"> </w:t>
      </w:r>
      <w:r w:rsidRPr="00E93608">
        <w:rPr>
          <w:rFonts w:ascii="Arial" w:hAnsi="Arial" w:cs="Arial"/>
          <w:sz w:val="24"/>
          <w:szCs w:val="24"/>
        </w:rPr>
        <w:t xml:space="preserve">Por la revisión del proyecto definitivo de urbanización por hectárea y o fracción menor a 10,000 m² </w:t>
      </w:r>
      <w:r w:rsidR="00C84EEE">
        <w:rPr>
          <w:rFonts w:ascii="Arial" w:hAnsi="Arial" w:cs="Arial"/>
          <w:sz w:val="24"/>
          <w:szCs w:val="24"/>
        </w:rPr>
        <w:t>$</w:t>
      </w:r>
      <w:r w:rsidRPr="00E93608">
        <w:rPr>
          <w:rFonts w:ascii="Arial" w:hAnsi="Arial" w:cs="Arial"/>
          <w:sz w:val="24"/>
          <w:szCs w:val="24"/>
        </w:rPr>
        <w:t>2</w:t>
      </w:r>
      <w:r w:rsidR="00C84EEE">
        <w:rPr>
          <w:rFonts w:ascii="Arial" w:hAnsi="Arial" w:cs="Arial"/>
          <w:sz w:val="24"/>
          <w:szCs w:val="24"/>
        </w:rPr>
        <w:t>,</w:t>
      </w:r>
      <w:r w:rsidRPr="00E93608">
        <w:rPr>
          <w:rFonts w:ascii="Arial" w:hAnsi="Arial" w:cs="Arial"/>
          <w:sz w:val="24"/>
          <w:szCs w:val="24"/>
        </w:rPr>
        <w:t>420</w:t>
      </w:r>
      <w:r w:rsidR="00A2397A">
        <w:rPr>
          <w:rFonts w:ascii="Arial" w:hAnsi="Arial" w:cs="Arial"/>
          <w:sz w:val="24"/>
          <w:szCs w:val="24"/>
        </w:rPr>
        <w:t>.00 pesos</w:t>
      </w:r>
      <w:r w:rsidRPr="00E93608">
        <w:rPr>
          <w:rFonts w:ascii="Arial" w:hAnsi="Arial" w:cs="Arial"/>
          <w:sz w:val="24"/>
          <w:szCs w:val="24"/>
        </w:rPr>
        <w:t xml:space="preserve"> un aumento de 4.76</w:t>
      </w:r>
      <w:r w:rsidR="00C84EEE">
        <w:rPr>
          <w:rFonts w:ascii="Arial" w:hAnsi="Arial" w:cs="Arial"/>
          <w:sz w:val="24"/>
          <w:szCs w:val="24"/>
        </w:rPr>
        <w:t xml:space="preserve"> </w:t>
      </w:r>
      <w:proofErr w:type="gramStart"/>
      <w:r w:rsidR="00C84EEE">
        <w:rPr>
          <w:rFonts w:ascii="Arial" w:hAnsi="Arial" w:cs="Arial"/>
          <w:sz w:val="24"/>
          <w:szCs w:val="24"/>
        </w:rPr>
        <w:t xml:space="preserve">% </w:t>
      </w:r>
      <w:r w:rsidRPr="00E93608">
        <w:rPr>
          <w:rFonts w:ascii="Arial" w:hAnsi="Arial" w:cs="Arial"/>
          <w:sz w:val="24"/>
          <w:szCs w:val="24"/>
        </w:rPr>
        <w:t xml:space="preserve"> una</w:t>
      </w:r>
      <w:proofErr w:type="gramEnd"/>
      <w:r w:rsidRPr="00E93608">
        <w:rPr>
          <w:rFonts w:ascii="Arial" w:hAnsi="Arial" w:cs="Arial"/>
          <w:sz w:val="24"/>
          <w:szCs w:val="24"/>
        </w:rPr>
        <w:t xml:space="preserve"> vez</w:t>
      </w:r>
      <w:r w:rsidR="00C84EEE">
        <w:rPr>
          <w:rFonts w:ascii="Arial" w:hAnsi="Arial" w:cs="Arial"/>
          <w:sz w:val="24"/>
          <w:szCs w:val="24"/>
        </w:rPr>
        <w:t xml:space="preserve"> </w:t>
      </w:r>
      <w:r w:rsidRPr="00E93608">
        <w:rPr>
          <w:rFonts w:ascii="Arial" w:hAnsi="Arial" w:cs="Arial"/>
          <w:sz w:val="24"/>
          <w:szCs w:val="24"/>
        </w:rPr>
        <w:t xml:space="preserve">emitida la licencia de urbanización por la revisión de la modificación del proyecto definitivo de urbanización </w:t>
      </w:r>
      <w:r w:rsidR="00C84EEE">
        <w:rPr>
          <w:rFonts w:ascii="Arial" w:hAnsi="Arial" w:cs="Arial"/>
          <w:sz w:val="24"/>
          <w:szCs w:val="24"/>
        </w:rPr>
        <w:t>$</w:t>
      </w:r>
      <w:r w:rsidRPr="00E93608">
        <w:rPr>
          <w:rFonts w:ascii="Arial" w:hAnsi="Arial" w:cs="Arial"/>
          <w:sz w:val="24"/>
          <w:szCs w:val="24"/>
        </w:rPr>
        <w:t>3,000</w:t>
      </w:r>
      <w:r w:rsidR="00A2397A">
        <w:rPr>
          <w:rFonts w:ascii="Arial" w:hAnsi="Arial" w:cs="Arial"/>
          <w:sz w:val="24"/>
          <w:szCs w:val="24"/>
        </w:rPr>
        <w:t>.00 pesos</w:t>
      </w:r>
      <w:r w:rsidRPr="00E93608">
        <w:rPr>
          <w:rFonts w:ascii="Arial" w:hAnsi="Arial" w:cs="Arial"/>
          <w:sz w:val="24"/>
          <w:szCs w:val="24"/>
        </w:rPr>
        <w:t xml:space="preserve"> aumenta 4.9 9%.</w:t>
      </w:r>
      <w:r w:rsidR="00C84EEE">
        <w:rPr>
          <w:rFonts w:ascii="Arial" w:hAnsi="Arial" w:cs="Arial"/>
          <w:sz w:val="24"/>
          <w:szCs w:val="24"/>
        </w:rPr>
        <w:t xml:space="preserve"> </w:t>
      </w:r>
      <w:r w:rsidRPr="00E93608">
        <w:rPr>
          <w:rFonts w:ascii="Arial" w:hAnsi="Arial" w:cs="Arial"/>
          <w:sz w:val="24"/>
          <w:szCs w:val="24"/>
        </w:rPr>
        <w:t xml:space="preserve">Por autorización del proyecto definitivo de urbanización o modificación del mismo, la cual tendrá una vigencia de 6 meses por hectárea o fracción </w:t>
      </w:r>
      <w:r w:rsidR="00C84EEE">
        <w:rPr>
          <w:rFonts w:ascii="Arial" w:hAnsi="Arial" w:cs="Arial"/>
          <w:sz w:val="24"/>
          <w:szCs w:val="24"/>
        </w:rPr>
        <w:t>$</w:t>
      </w:r>
      <w:r w:rsidRPr="00E93608">
        <w:rPr>
          <w:rFonts w:ascii="Arial" w:hAnsi="Arial" w:cs="Arial"/>
          <w:sz w:val="24"/>
          <w:szCs w:val="24"/>
        </w:rPr>
        <w:t>2</w:t>
      </w:r>
      <w:r w:rsidR="00A2397A">
        <w:rPr>
          <w:rFonts w:ascii="Arial" w:hAnsi="Arial" w:cs="Arial"/>
          <w:sz w:val="24"/>
          <w:szCs w:val="24"/>
        </w:rPr>
        <w:t>,</w:t>
      </w:r>
      <w:r w:rsidRPr="00E93608">
        <w:rPr>
          <w:rFonts w:ascii="Arial" w:hAnsi="Arial" w:cs="Arial"/>
          <w:sz w:val="24"/>
          <w:szCs w:val="24"/>
        </w:rPr>
        <w:t>000</w:t>
      </w:r>
      <w:r w:rsidR="00A2397A">
        <w:rPr>
          <w:rFonts w:ascii="Arial" w:hAnsi="Arial" w:cs="Arial"/>
          <w:sz w:val="24"/>
          <w:szCs w:val="24"/>
        </w:rPr>
        <w:t>.00</w:t>
      </w:r>
      <w:r w:rsidRPr="00E93608">
        <w:rPr>
          <w:rFonts w:ascii="Arial" w:hAnsi="Arial" w:cs="Arial"/>
          <w:sz w:val="24"/>
          <w:szCs w:val="24"/>
        </w:rPr>
        <w:t xml:space="preserve"> pes</w:t>
      </w:r>
      <w:r w:rsidR="00A2397A">
        <w:rPr>
          <w:rFonts w:ascii="Arial" w:hAnsi="Arial" w:cs="Arial"/>
          <w:sz w:val="24"/>
          <w:szCs w:val="24"/>
        </w:rPr>
        <w:t>os</w:t>
      </w:r>
      <w:r w:rsidRPr="00E93608">
        <w:rPr>
          <w:rFonts w:ascii="Arial" w:hAnsi="Arial" w:cs="Arial"/>
          <w:sz w:val="24"/>
          <w:szCs w:val="24"/>
        </w:rPr>
        <w:t>, aumenta 4.44%.</w:t>
      </w:r>
      <w:r w:rsidR="00C84EEE">
        <w:rPr>
          <w:rFonts w:ascii="Arial" w:hAnsi="Arial" w:cs="Arial"/>
          <w:sz w:val="24"/>
          <w:szCs w:val="24"/>
        </w:rPr>
        <w:t xml:space="preserve"> </w:t>
      </w:r>
      <w:r w:rsidRPr="00E93608">
        <w:rPr>
          <w:rFonts w:ascii="Arial" w:hAnsi="Arial" w:cs="Arial"/>
          <w:sz w:val="24"/>
          <w:szCs w:val="24"/>
        </w:rPr>
        <w:t>Por la autorización para urbanizar sobre la superficie total del predio urbanizar por metro cuadrado según su categoría.</w:t>
      </w:r>
      <w:r w:rsidR="00C84EEE">
        <w:rPr>
          <w:rFonts w:ascii="Arial" w:hAnsi="Arial" w:cs="Arial"/>
          <w:sz w:val="24"/>
          <w:szCs w:val="24"/>
        </w:rPr>
        <w:t xml:space="preserve"> </w:t>
      </w:r>
      <w:r w:rsidRPr="00E93608">
        <w:rPr>
          <w:rFonts w:ascii="Arial" w:hAnsi="Arial" w:cs="Arial"/>
          <w:sz w:val="24"/>
          <w:szCs w:val="24"/>
        </w:rPr>
        <w:t xml:space="preserve">Apartado A, inmuebles de uso habitacional, densidad alta </w:t>
      </w:r>
      <w:r w:rsidR="00C84EEE">
        <w:rPr>
          <w:rFonts w:ascii="Arial" w:hAnsi="Arial" w:cs="Arial"/>
          <w:sz w:val="24"/>
          <w:szCs w:val="24"/>
        </w:rPr>
        <w:t>$</w:t>
      </w:r>
      <w:r w:rsidRPr="00E93608">
        <w:rPr>
          <w:rFonts w:ascii="Arial" w:hAnsi="Arial" w:cs="Arial"/>
          <w:sz w:val="24"/>
          <w:szCs w:val="24"/>
        </w:rPr>
        <w:t>11.66</w:t>
      </w:r>
      <w:r w:rsidR="00A2397A">
        <w:rPr>
          <w:rFonts w:ascii="Arial" w:hAnsi="Arial" w:cs="Arial"/>
          <w:sz w:val="24"/>
          <w:szCs w:val="24"/>
        </w:rPr>
        <w:t xml:space="preserve"> pesos</w:t>
      </w:r>
      <w:r w:rsidRPr="00E93608">
        <w:rPr>
          <w:rFonts w:ascii="Arial" w:hAnsi="Arial" w:cs="Arial"/>
          <w:sz w:val="24"/>
          <w:szCs w:val="24"/>
        </w:rPr>
        <w:t xml:space="preserve"> Densidad media </w:t>
      </w:r>
      <w:r w:rsidR="00C84EEE">
        <w:rPr>
          <w:rFonts w:ascii="Arial" w:hAnsi="Arial" w:cs="Arial"/>
          <w:sz w:val="24"/>
          <w:szCs w:val="24"/>
        </w:rPr>
        <w:t>$</w:t>
      </w:r>
      <w:r w:rsidRPr="00E93608">
        <w:rPr>
          <w:rFonts w:ascii="Arial" w:hAnsi="Arial" w:cs="Arial"/>
          <w:sz w:val="24"/>
          <w:szCs w:val="24"/>
        </w:rPr>
        <w:t>7.59</w:t>
      </w:r>
      <w:r w:rsidR="00A2397A">
        <w:rPr>
          <w:rFonts w:ascii="Arial" w:hAnsi="Arial" w:cs="Arial"/>
          <w:sz w:val="24"/>
          <w:szCs w:val="24"/>
        </w:rPr>
        <w:t xml:space="preserve"> pesos</w:t>
      </w:r>
      <w:r w:rsidRPr="00E93608">
        <w:rPr>
          <w:rFonts w:ascii="Arial" w:hAnsi="Arial" w:cs="Arial"/>
          <w:sz w:val="24"/>
          <w:szCs w:val="24"/>
        </w:rPr>
        <w:t xml:space="preserve">, densidad baja </w:t>
      </w:r>
      <w:r w:rsidR="00C84EEE">
        <w:rPr>
          <w:rFonts w:ascii="Arial" w:hAnsi="Arial" w:cs="Arial"/>
          <w:sz w:val="24"/>
          <w:szCs w:val="24"/>
        </w:rPr>
        <w:t>$</w:t>
      </w:r>
      <w:r w:rsidRPr="00E93608">
        <w:rPr>
          <w:rFonts w:ascii="Arial" w:hAnsi="Arial" w:cs="Arial"/>
          <w:sz w:val="24"/>
          <w:szCs w:val="24"/>
        </w:rPr>
        <w:t>7.37</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 xml:space="preserve">Densidad mínima </w:t>
      </w:r>
      <w:r w:rsidR="00C84EEE">
        <w:rPr>
          <w:rFonts w:ascii="Arial" w:hAnsi="Arial" w:cs="Arial"/>
          <w:sz w:val="24"/>
          <w:szCs w:val="24"/>
        </w:rPr>
        <w:t>$</w:t>
      </w:r>
      <w:r w:rsidRPr="00E93608">
        <w:rPr>
          <w:rFonts w:ascii="Arial" w:hAnsi="Arial" w:cs="Arial"/>
          <w:sz w:val="24"/>
          <w:szCs w:val="24"/>
        </w:rPr>
        <w:t>7.37</w:t>
      </w:r>
      <w:r w:rsidR="00A2397A">
        <w:rPr>
          <w:rFonts w:ascii="Arial" w:hAnsi="Arial" w:cs="Arial"/>
          <w:sz w:val="24"/>
          <w:szCs w:val="24"/>
        </w:rPr>
        <w:t xml:space="preserve"> pesos y</w:t>
      </w:r>
      <w:r w:rsidRPr="00E93608">
        <w:rPr>
          <w:rFonts w:ascii="Arial" w:hAnsi="Arial" w:cs="Arial"/>
          <w:sz w:val="24"/>
          <w:szCs w:val="24"/>
        </w:rPr>
        <w:t xml:space="preserve"> habitacional jardín </w:t>
      </w:r>
      <w:r w:rsidR="00A2397A">
        <w:rPr>
          <w:rFonts w:ascii="Arial" w:hAnsi="Arial" w:cs="Arial"/>
          <w:sz w:val="24"/>
          <w:szCs w:val="24"/>
        </w:rPr>
        <w:t>$</w:t>
      </w:r>
      <w:r w:rsidRPr="00E93608">
        <w:rPr>
          <w:rFonts w:ascii="Arial" w:hAnsi="Arial" w:cs="Arial"/>
          <w:sz w:val="24"/>
          <w:szCs w:val="24"/>
        </w:rPr>
        <w:t>7.01 pesos aumentan un 5%.</w:t>
      </w:r>
      <w:r w:rsidR="00C84EEE">
        <w:rPr>
          <w:rFonts w:ascii="Arial" w:hAnsi="Arial" w:cs="Arial"/>
          <w:sz w:val="24"/>
          <w:szCs w:val="24"/>
        </w:rPr>
        <w:t xml:space="preserve"> </w:t>
      </w:r>
      <w:r w:rsidRPr="00E93608">
        <w:rPr>
          <w:rFonts w:ascii="Arial" w:hAnsi="Arial" w:cs="Arial"/>
          <w:sz w:val="24"/>
          <w:szCs w:val="24"/>
        </w:rPr>
        <w:t xml:space="preserve">Inmuebles de uso no habitacional que sería como comercios y servicios en vecinal </w:t>
      </w:r>
      <w:r w:rsidR="00C84EEE">
        <w:rPr>
          <w:rFonts w:ascii="Arial" w:hAnsi="Arial" w:cs="Arial"/>
          <w:sz w:val="24"/>
          <w:szCs w:val="24"/>
        </w:rPr>
        <w:t>$</w:t>
      </w:r>
      <w:r w:rsidRPr="00E93608">
        <w:rPr>
          <w:rFonts w:ascii="Arial" w:hAnsi="Arial" w:cs="Arial"/>
          <w:sz w:val="24"/>
          <w:szCs w:val="24"/>
        </w:rPr>
        <w:t>8.</w:t>
      </w:r>
      <w:r w:rsidR="00C84EEE" w:rsidRPr="00E93608">
        <w:rPr>
          <w:rFonts w:ascii="Arial" w:hAnsi="Arial" w:cs="Arial"/>
          <w:sz w:val="24"/>
          <w:szCs w:val="24"/>
        </w:rPr>
        <w:t>12</w:t>
      </w:r>
      <w:r w:rsidR="00A2397A">
        <w:rPr>
          <w:rFonts w:ascii="Arial" w:hAnsi="Arial" w:cs="Arial"/>
          <w:sz w:val="24"/>
          <w:szCs w:val="24"/>
        </w:rPr>
        <w:t xml:space="preserve"> pesos</w:t>
      </w:r>
      <w:r w:rsidR="00C84EEE" w:rsidRPr="00E93608">
        <w:rPr>
          <w:rFonts w:ascii="Arial" w:hAnsi="Arial" w:cs="Arial"/>
          <w:sz w:val="24"/>
          <w:szCs w:val="24"/>
        </w:rPr>
        <w:t xml:space="preserve"> Barrial</w:t>
      </w:r>
      <w:r w:rsidRPr="00E93608">
        <w:rPr>
          <w:rFonts w:ascii="Arial" w:hAnsi="Arial" w:cs="Arial"/>
          <w:sz w:val="24"/>
          <w:szCs w:val="24"/>
        </w:rPr>
        <w:t xml:space="preserve"> </w:t>
      </w:r>
      <w:r w:rsidR="00C84EEE">
        <w:rPr>
          <w:rFonts w:ascii="Arial" w:hAnsi="Arial" w:cs="Arial"/>
          <w:sz w:val="24"/>
          <w:szCs w:val="24"/>
        </w:rPr>
        <w:t>$</w:t>
      </w:r>
      <w:r w:rsidRPr="00E93608">
        <w:rPr>
          <w:rFonts w:ascii="Arial" w:hAnsi="Arial" w:cs="Arial"/>
          <w:sz w:val="24"/>
          <w:szCs w:val="24"/>
        </w:rPr>
        <w:t>10.43</w:t>
      </w:r>
      <w:r w:rsidR="00A2397A">
        <w:rPr>
          <w:rFonts w:ascii="Arial" w:hAnsi="Arial" w:cs="Arial"/>
          <w:sz w:val="24"/>
          <w:szCs w:val="24"/>
        </w:rPr>
        <w:t xml:space="preserve"> pesos</w:t>
      </w:r>
      <w:r w:rsidR="00C84EEE">
        <w:rPr>
          <w:rFonts w:ascii="Arial" w:hAnsi="Arial" w:cs="Arial"/>
          <w:sz w:val="24"/>
          <w:szCs w:val="24"/>
        </w:rPr>
        <w:t>, D</w:t>
      </w:r>
      <w:r w:rsidRPr="00E93608">
        <w:rPr>
          <w:rFonts w:ascii="Arial" w:hAnsi="Arial" w:cs="Arial"/>
          <w:sz w:val="24"/>
          <w:szCs w:val="24"/>
        </w:rPr>
        <w:t xml:space="preserve">istrital </w:t>
      </w:r>
      <w:r w:rsidR="00C84EEE">
        <w:rPr>
          <w:rFonts w:ascii="Arial" w:hAnsi="Arial" w:cs="Arial"/>
          <w:sz w:val="24"/>
          <w:szCs w:val="24"/>
        </w:rPr>
        <w:t>$</w:t>
      </w:r>
      <w:r w:rsidRPr="00E93608">
        <w:rPr>
          <w:rFonts w:ascii="Arial" w:hAnsi="Arial" w:cs="Arial"/>
          <w:sz w:val="24"/>
          <w:szCs w:val="24"/>
        </w:rPr>
        <w:t xml:space="preserve">11.75 </w:t>
      </w:r>
      <w:r w:rsidR="00A2397A">
        <w:rPr>
          <w:rFonts w:ascii="Arial" w:hAnsi="Arial" w:cs="Arial"/>
          <w:sz w:val="24"/>
          <w:szCs w:val="24"/>
        </w:rPr>
        <w:t xml:space="preserve">pesos </w:t>
      </w:r>
      <w:r w:rsidRPr="00E93608">
        <w:rPr>
          <w:rFonts w:ascii="Arial" w:hAnsi="Arial" w:cs="Arial"/>
          <w:sz w:val="24"/>
          <w:szCs w:val="24"/>
        </w:rPr>
        <w:t xml:space="preserve">central </w:t>
      </w:r>
      <w:r w:rsidR="00C84EEE">
        <w:rPr>
          <w:rFonts w:ascii="Arial" w:hAnsi="Arial" w:cs="Arial"/>
          <w:sz w:val="24"/>
          <w:szCs w:val="24"/>
        </w:rPr>
        <w:t>$</w:t>
      </w:r>
      <w:r w:rsidRPr="00E93608">
        <w:rPr>
          <w:rFonts w:ascii="Arial" w:hAnsi="Arial" w:cs="Arial"/>
          <w:sz w:val="24"/>
          <w:szCs w:val="24"/>
        </w:rPr>
        <w:t>12.44</w:t>
      </w:r>
      <w:r w:rsidR="00A2397A">
        <w:rPr>
          <w:rFonts w:ascii="Arial" w:hAnsi="Arial" w:cs="Arial"/>
          <w:sz w:val="24"/>
          <w:szCs w:val="24"/>
        </w:rPr>
        <w:t xml:space="preserve"> pesos</w:t>
      </w:r>
      <w:r w:rsidRPr="00E93608">
        <w:rPr>
          <w:rFonts w:ascii="Arial" w:hAnsi="Arial" w:cs="Arial"/>
          <w:sz w:val="24"/>
          <w:szCs w:val="24"/>
        </w:rPr>
        <w:t xml:space="preserve"> regional </w:t>
      </w:r>
      <w:r w:rsidR="00C84EEE">
        <w:rPr>
          <w:rFonts w:ascii="Arial" w:hAnsi="Arial" w:cs="Arial"/>
          <w:sz w:val="24"/>
          <w:szCs w:val="24"/>
        </w:rPr>
        <w:t>$</w:t>
      </w:r>
      <w:r w:rsidRPr="00E93608">
        <w:rPr>
          <w:rFonts w:ascii="Arial" w:hAnsi="Arial" w:cs="Arial"/>
          <w:sz w:val="24"/>
          <w:szCs w:val="24"/>
        </w:rPr>
        <w:t>13.66</w:t>
      </w:r>
      <w:r w:rsidR="00A2397A">
        <w:rPr>
          <w:rFonts w:ascii="Arial" w:hAnsi="Arial" w:cs="Arial"/>
          <w:sz w:val="24"/>
          <w:szCs w:val="24"/>
        </w:rPr>
        <w:t xml:space="preserve"> pesos</w:t>
      </w:r>
      <w:r w:rsidRPr="00E93608">
        <w:rPr>
          <w:rFonts w:ascii="Arial" w:hAnsi="Arial" w:cs="Arial"/>
          <w:sz w:val="24"/>
          <w:szCs w:val="24"/>
        </w:rPr>
        <w:t xml:space="preserve"> servicio a la industria y comercio </w:t>
      </w:r>
      <w:r w:rsidR="00C84EEE">
        <w:rPr>
          <w:rFonts w:ascii="Arial" w:hAnsi="Arial" w:cs="Arial"/>
          <w:sz w:val="24"/>
          <w:szCs w:val="24"/>
        </w:rPr>
        <w:t>$</w:t>
      </w:r>
      <w:r w:rsidRPr="00E93608">
        <w:rPr>
          <w:rFonts w:ascii="Arial" w:hAnsi="Arial" w:cs="Arial"/>
          <w:sz w:val="24"/>
          <w:szCs w:val="24"/>
        </w:rPr>
        <w:t>11.31</w:t>
      </w:r>
      <w:r w:rsidR="00A2397A">
        <w:rPr>
          <w:rFonts w:ascii="Arial" w:hAnsi="Arial" w:cs="Arial"/>
          <w:sz w:val="24"/>
          <w:szCs w:val="24"/>
        </w:rPr>
        <w:t xml:space="preserve"> pesos</w:t>
      </w:r>
      <w:r w:rsidRPr="00E93608">
        <w:rPr>
          <w:rFonts w:ascii="Arial" w:hAnsi="Arial" w:cs="Arial"/>
          <w:sz w:val="24"/>
          <w:szCs w:val="24"/>
        </w:rPr>
        <w:t xml:space="preserve"> turístico. Turístico campestre </w:t>
      </w:r>
      <w:r w:rsidR="00C84EEE">
        <w:rPr>
          <w:rFonts w:ascii="Arial" w:hAnsi="Arial" w:cs="Arial"/>
          <w:sz w:val="24"/>
          <w:szCs w:val="24"/>
        </w:rPr>
        <w:t>$</w:t>
      </w:r>
      <w:r w:rsidRPr="00E93608">
        <w:rPr>
          <w:rFonts w:ascii="Arial" w:hAnsi="Arial" w:cs="Arial"/>
          <w:sz w:val="24"/>
          <w:szCs w:val="24"/>
        </w:rPr>
        <w:t>6.6</w:t>
      </w:r>
      <w:r w:rsidR="00A2397A">
        <w:rPr>
          <w:rFonts w:ascii="Arial" w:hAnsi="Arial" w:cs="Arial"/>
          <w:sz w:val="24"/>
          <w:szCs w:val="24"/>
        </w:rPr>
        <w:t xml:space="preserve"> pesos</w:t>
      </w:r>
      <w:r w:rsidR="00C84EEE">
        <w:rPr>
          <w:rFonts w:ascii="Arial" w:hAnsi="Arial" w:cs="Arial"/>
          <w:sz w:val="24"/>
          <w:szCs w:val="24"/>
        </w:rPr>
        <w:t xml:space="preserve"> </w:t>
      </w:r>
      <w:r w:rsidRPr="00E93608">
        <w:rPr>
          <w:rFonts w:ascii="Arial" w:hAnsi="Arial" w:cs="Arial"/>
          <w:sz w:val="24"/>
          <w:szCs w:val="24"/>
        </w:rPr>
        <w:t xml:space="preserve">Turístico hotelero, densidad alta </w:t>
      </w:r>
      <w:r w:rsidR="00C84EEE">
        <w:rPr>
          <w:rFonts w:ascii="Arial" w:hAnsi="Arial" w:cs="Arial"/>
          <w:sz w:val="24"/>
          <w:szCs w:val="24"/>
        </w:rPr>
        <w:t>$</w:t>
      </w:r>
      <w:r w:rsidRPr="00E93608">
        <w:rPr>
          <w:rFonts w:ascii="Arial" w:hAnsi="Arial" w:cs="Arial"/>
          <w:sz w:val="24"/>
          <w:szCs w:val="24"/>
        </w:rPr>
        <w:t>12.43</w:t>
      </w:r>
      <w:r w:rsidR="00A2397A">
        <w:rPr>
          <w:rFonts w:ascii="Arial" w:hAnsi="Arial" w:cs="Arial"/>
          <w:sz w:val="24"/>
          <w:szCs w:val="24"/>
        </w:rPr>
        <w:t xml:space="preserve"> pesos</w:t>
      </w:r>
      <w:r w:rsidR="00C84EEE">
        <w:rPr>
          <w:rFonts w:ascii="Arial" w:hAnsi="Arial" w:cs="Arial"/>
          <w:sz w:val="24"/>
          <w:szCs w:val="24"/>
        </w:rPr>
        <w:t xml:space="preserve"> </w:t>
      </w:r>
      <w:r w:rsidR="00FC3703">
        <w:rPr>
          <w:rFonts w:ascii="Arial" w:hAnsi="Arial" w:cs="Arial"/>
          <w:sz w:val="24"/>
          <w:szCs w:val="24"/>
        </w:rPr>
        <w:t>Hotelero</w:t>
      </w:r>
      <w:r w:rsidRPr="00E93608">
        <w:rPr>
          <w:rFonts w:ascii="Arial" w:hAnsi="Arial" w:cs="Arial"/>
          <w:sz w:val="24"/>
          <w:szCs w:val="24"/>
        </w:rPr>
        <w:t xml:space="preserve">, densidad media </w:t>
      </w:r>
      <w:r w:rsidR="00C84EEE">
        <w:rPr>
          <w:rFonts w:ascii="Arial" w:hAnsi="Arial" w:cs="Arial"/>
          <w:sz w:val="24"/>
          <w:szCs w:val="24"/>
        </w:rPr>
        <w:t>$</w:t>
      </w:r>
      <w:r w:rsidRPr="00E93608">
        <w:rPr>
          <w:rFonts w:ascii="Arial" w:hAnsi="Arial" w:cs="Arial"/>
          <w:sz w:val="24"/>
          <w:szCs w:val="24"/>
        </w:rPr>
        <w:t>12.16</w:t>
      </w:r>
      <w:r w:rsidR="00A2397A">
        <w:rPr>
          <w:rFonts w:ascii="Arial" w:hAnsi="Arial" w:cs="Arial"/>
          <w:sz w:val="24"/>
          <w:szCs w:val="24"/>
        </w:rPr>
        <w:t xml:space="preserve"> pesos</w:t>
      </w:r>
      <w:r w:rsidRPr="00E93608">
        <w:rPr>
          <w:rFonts w:ascii="Arial" w:hAnsi="Arial" w:cs="Arial"/>
          <w:sz w:val="24"/>
          <w:szCs w:val="24"/>
        </w:rPr>
        <w:t xml:space="preserve"> hotelero densidad baja </w:t>
      </w:r>
      <w:r w:rsidR="00C84EEE">
        <w:rPr>
          <w:rFonts w:ascii="Arial" w:hAnsi="Arial" w:cs="Arial"/>
          <w:sz w:val="24"/>
          <w:szCs w:val="24"/>
        </w:rPr>
        <w:t>$</w:t>
      </w:r>
      <w:r w:rsidRPr="00E93608">
        <w:rPr>
          <w:rFonts w:ascii="Arial" w:hAnsi="Arial" w:cs="Arial"/>
          <w:sz w:val="24"/>
          <w:szCs w:val="24"/>
        </w:rPr>
        <w:t>11.84</w:t>
      </w:r>
      <w:r w:rsidR="00A2397A">
        <w:rPr>
          <w:rFonts w:ascii="Arial" w:hAnsi="Arial" w:cs="Arial"/>
          <w:sz w:val="24"/>
          <w:szCs w:val="24"/>
        </w:rPr>
        <w:t xml:space="preserve"> pesos</w:t>
      </w:r>
      <w:r w:rsidRPr="00E93608">
        <w:rPr>
          <w:rFonts w:ascii="Arial" w:hAnsi="Arial" w:cs="Arial"/>
          <w:sz w:val="24"/>
          <w:szCs w:val="24"/>
        </w:rPr>
        <w:t xml:space="preserve"> turístico hotelero densidad mínima </w:t>
      </w:r>
      <w:r w:rsidR="00C84EEE">
        <w:rPr>
          <w:rFonts w:ascii="Arial" w:hAnsi="Arial" w:cs="Arial"/>
          <w:sz w:val="24"/>
          <w:szCs w:val="24"/>
        </w:rPr>
        <w:t>$</w:t>
      </w:r>
      <w:r w:rsidRPr="00E93608">
        <w:rPr>
          <w:rFonts w:ascii="Arial" w:hAnsi="Arial" w:cs="Arial"/>
          <w:sz w:val="24"/>
          <w:szCs w:val="24"/>
        </w:rPr>
        <w:t>8.88</w:t>
      </w:r>
      <w:r w:rsidR="00A2397A">
        <w:rPr>
          <w:rFonts w:ascii="Arial" w:hAnsi="Arial" w:cs="Arial"/>
          <w:sz w:val="24"/>
          <w:szCs w:val="24"/>
        </w:rPr>
        <w:t xml:space="preserve"> pesos</w:t>
      </w:r>
      <w:r w:rsidRPr="00E93608">
        <w:rPr>
          <w:rFonts w:ascii="Arial" w:hAnsi="Arial" w:cs="Arial"/>
          <w:sz w:val="24"/>
          <w:szCs w:val="24"/>
        </w:rPr>
        <w:t xml:space="preserve"> y turístico</w:t>
      </w:r>
      <w:r w:rsidR="00C84EEE">
        <w:rPr>
          <w:rFonts w:ascii="Arial" w:hAnsi="Arial" w:cs="Arial"/>
          <w:sz w:val="24"/>
          <w:szCs w:val="24"/>
        </w:rPr>
        <w:t xml:space="preserve"> </w:t>
      </w:r>
      <w:r w:rsidRPr="00E93608">
        <w:rPr>
          <w:rFonts w:ascii="Arial" w:hAnsi="Arial" w:cs="Arial"/>
          <w:sz w:val="24"/>
          <w:szCs w:val="24"/>
        </w:rPr>
        <w:t xml:space="preserve">ecológico </w:t>
      </w:r>
      <w:r w:rsidR="00C84EEE">
        <w:rPr>
          <w:rFonts w:ascii="Arial" w:hAnsi="Arial" w:cs="Arial"/>
          <w:sz w:val="24"/>
          <w:szCs w:val="24"/>
        </w:rPr>
        <w:t>$</w:t>
      </w:r>
      <w:r w:rsidRPr="00E93608">
        <w:rPr>
          <w:rFonts w:ascii="Arial" w:hAnsi="Arial" w:cs="Arial"/>
          <w:sz w:val="24"/>
          <w:szCs w:val="24"/>
        </w:rPr>
        <w:t>8.06</w:t>
      </w:r>
      <w:r w:rsidR="00A2397A">
        <w:rPr>
          <w:rFonts w:ascii="Arial" w:hAnsi="Arial" w:cs="Arial"/>
          <w:sz w:val="24"/>
          <w:szCs w:val="24"/>
        </w:rPr>
        <w:t xml:space="preserve"> pesos</w:t>
      </w:r>
      <w:r w:rsidRPr="00E93608">
        <w:rPr>
          <w:rFonts w:ascii="Arial" w:hAnsi="Arial" w:cs="Arial"/>
          <w:sz w:val="24"/>
          <w:szCs w:val="24"/>
        </w:rPr>
        <w:t>, todas con un aumento de 5%.</w:t>
      </w:r>
      <w:r w:rsidR="00C84EEE">
        <w:rPr>
          <w:rFonts w:ascii="Arial" w:hAnsi="Arial" w:cs="Arial"/>
          <w:sz w:val="24"/>
          <w:szCs w:val="24"/>
        </w:rPr>
        <w:t xml:space="preserve"> </w:t>
      </w:r>
      <w:r w:rsidRPr="00E93608">
        <w:rPr>
          <w:rFonts w:ascii="Arial" w:hAnsi="Arial" w:cs="Arial"/>
          <w:sz w:val="24"/>
          <w:szCs w:val="24"/>
        </w:rPr>
        <w:t xml:space="preserve">La industria ligera riesgo bajo, </w:t>
      </w:r>
      <w:r w:rsidR="00C84EEE">
        <w:rPr>
          <w:rFonts w:ascii="Arial" w:hAnsi="Arial" w:cs="Arial"/>
          <w:sz w:val="24"/>
          <w:szCs w:val="24"/>
        </w:rPr>
        <w:t>$</w:t>
      </w:r>
      <w:r w:rsidRPr="00E93608">
        <w:rPr>
          <w:rFonts w:ascii="Arial" w:hAnsi="Arial" w:cs="Arial"/>
          <w:sz w:val="24"/>
          <w:szCs w:val="24"/>
        </w:rPr>
        <w:t xml:space="preserve">5.63 pesos, media riesgo medio </w:t>
      </w:r>
      <w:r w:rsidR="00C84EEE">
        <w:rPr>
          <w:rFonts w:ascii="Arial" w:hAnsi="Arial" w:cs="Arial"/>
          <w:sz w:val="24"/>
          <w:szCs w:val="24"/>
        </w:rPr>
        <w:t>$</w:t>
      </w:r>
      <w:r w:rsidRPr="00E93608">
        <w:rPr>
          <w:rFonts w:ascii="Arial" w:hAnsi="Arial" w:cs="Arial"/>
          <w:sz w:val="24"/>
          <w:szCs w:val="24"/>
        </w:rPr>
        <w:t>11.71</w:t>
      </w:r>
      <w:r w:rsidR="00A2397A">
        <w:rPr>
          <w:rFonts w:ascii="Arial" w:hAnsi="Arial" w:cs="Arial"/>
          <w:sz w:val="24"/>
          <w:szCs w:val="24"/>
        </w:rPr>
        <w:t xml:space="preserve"> pesos.</w:t>
      </w:r>
      <w:r w:rsidRPr="00E93608">
        <w:rPr>
          <w:rFonts w:ascii="Arial" w:hAnsi="Arial" w:cs="Arial"/>
          <w:sz w:val="24"/>
          <w:szCs w:val="24"/>
        </w:rPr>
        <w:t xml:space="preserve"> Pesada riesgo alto </w:t>
      </w:r>
      <w:r w:rsidR="00C84EEE">
        <w:rPr>
          <w:rFonts w:ascii="Arial" w:hAnsi="Arial" w:cs="Arial"/>
          <w:sz w:val="24"/>
          <w:szCs w:val="24"/>
        </w:rPr>
        <w:t>$</w:t>
      </w:r>
      <w:r w:rsidRPr="00E93608">
        <w:rPr>
          <w:rFonts w:ascii="Arial" w:hAnsi="Arial" w:cs="Arial"/>
          <w:sz w:val="24"/>
          <w:szCs w:val="24"/>
        </w:rPr>
        <w:t>18.45</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 xml:space="preserve">Igual un aumento del 5%. Equipamiento y </w:t>
      </w:r>
      <w:r w:rsidRPr="00E93608">
        <w:rPr>
          <w:rFonts w:ascii="Arial" w:hAnsi="Arial" w:cs="Arial"/>
          <w:sz w:val="24"/>
          <w:szCs w:val="24"/>
        </w:rPr>
        <w:lastRenderedPageBreak/>
        <w:t xml:space="preserve">espacios verdes abiertos y recreativos sujetos al régimen jurídico de condominio </w:t>
      </w:r>
      <w:r w:rsidR="00C84EEE">
        <w:rPr>
          <w:rFonts w:ascii="Arial" w:hAnsi="Arial" w:cs="Arial"/>
          <w:sz w:val="24"/>
          <w:szCs w:val="24"/>
        </w:rPr>
        <w:t>$</w:t>
      </w:r>
      <w:r w:rsidRPr="00E93608">
        <w:rPr>
          <w:rFonts w:ascii="Arial" w:hAnsi="Arial" w:cs="Arial"/>
          <w:sz w:val="24"/>
          <w:szCs w:val="24"/>
        </w:rPr>
        <w:t>10.27</w:t>
      </w:r>
      <w:r w:rsidR="00A2397A">
        <w:rPr>
          <w:rFonts w:ascii="Arial" w:hAnsi="Arial" w:cs="Arial"/>
          <w:sz w:val="24"/>
          <w:szCs w:val="24"/>
        </w:rPr>
        <w:t xml:space="preserve"> pesos</w:t>
      </w:r>
      <w:r w:rsidR="00C84EEE">
        <w:rPr>
          <w:rFonts w:ascii="Arial" w:hAnsi="Arial" w:cs="Arial"/>
          <w:sz w:val="24"/>
          <w:szCs w:val="24"/>
        </w:rPr>
        <w:t>,</w:t>
      </w:r>
      <w:r w:rsidRPr="00E93608">
        <w:rPr>
          <w:rFonts w:ascii="Arial" w:hAnsi="Arial" w:cs="Arial"/>
          <w:sz w:val="24"/>
          <w:szCs w:val="24"/>
        </w:rPr>
        <w:t xml:space="preserve"> un aumento de 5%.</w:t>
      </w:r>
      <w:r w:rsidR="00C84EEE">
        <w:rPr>
          <w:rFonts w:ascii="Arial" w:hAnsi="Arial" w:cs="Arial"/>
          <w:sz w:val="24"/>
          <w:szCs w:val="24"/>
        </w:rPr>
        <w:t xml:space="preserve"> </w:t>
      </w:r>
      <w:r w:rsidRPr="00E93608">
        <w:rPr>
          <w:rFonts w:ascii="Arial" w:hAnsi="Arial" w:cs="Arial"/>
          <w:sz w:val="24"/>
          <w:szCs w:val="24"/>
        </w:rPr>
        <w:t xml:space="preserve">Por la aprobación de cada lote o predio según su categoría, inmuebles de uso habitacional, densidad alta </w:t>
      </w:r>
      <w:r w:rsidR="00C84EEE">
        <w:rPr>
          <w:rFonts w:ascii="Arial" w:hAnsi="Arial" w:cs="Arial"/>
          <w:sz w:val="24"/>
          <w:szCs w:val="24"/>
        </w:rPr>
        <w:t>$</w:t>
      </w:r>
      <w:r w:rsidRPr="00E93608">
        <w:rPr>
          <w:rFonts w:ascii="Arial" w:hAnsi="Arial" w:cs="Arial"/>
          <w:sz w:val="24"/>
          <w:szCs w:val="24"/>
        </w:rPr>
        <w:t>86.9</w:t>
      </w:r>
      <w:r w:rsidR="00C84EEE">
        <w:rPr>
          <w:rFonts w:ascii="Arial" w:hAnsi="Arial" w:cs="Arial"/>
          <w:sz w:val="24"/>
          <w:szCs w:val="24"/>
        </w:rPr>
        <w:t xml:space="preserve">, </w:t>
      </w:r>
      <w:r w:rsidRPr="00E93608">
        <w:rPr>
          <w:rFonts w:ascii="Arial" w:hAnsi="Arial" w:cs="Arial"/>
          <w:sz w:val="24"/>
          <w:szCs w:val="24"/>
        </w:rPr>
        <w:t xml:space="preserve">media </w:t>
      </w:r>
      <w:r w:rsidR="00C84EEE">
        <w:rPr>
          <w:rFonts w:ascii="Arial" w:hAnsi="Arial" w:cs="Arial"/>
          <w:sz w:val="24"/>
          <w:szCs w:val="24"/>
        </w:rPr>
        <w:t>$</w:t>
      </w:r>
      <w:r w:rsidRPr="00E93608">
        <w:rPr>
          <w:rFonts w:ascii="Arial" w:hAnsi="Arial" w:cs="Arial"/>
          <w:sz w:val="24"/>
          <w:szCs w:val="24"/>
        </w:rPr>
        <w:t>87.47</w:t>
      </w:r>
      <w:r w:rsidR="00A2397A">
        <w:rPr>
          <w:rFonts w:ascii="Arial" w:hAnsi="Arial" w:cs="Arial"/>
          <w:sz w:val="24"/>
          <w:szCs w:val="24"/>
        </w:rPr>
        <w:t xml:space="preserve"> pesos</w:t>
      </w:r>
      <w:r w:rsidRPr="00E93608">
        <w:rPr>
          <w:rFonts w:ascii="Arial" w:hAnsi="Arial" w:cs="Arial"/>
          <w:sz w:val="24"/>
          <w:szCs w:val="24"/>
        </w:rPr>
        <w:t xml:space="preserve">, baja </w:t>
      </w:r>
      <w:r w:rsidR="00C84EEE">
        <w:rPr>
          <w:rFonts w:ascii="Arial" w:hAnsi="Arial" w:cs="Arial"/>
          <w:sz w:val="24"/>
          <w:szCs w:val="24"/>
        </w:rPr>
        <w:t>$</w:t>
      </w:r>
      <w:r w:rsidRPr="00E93608">
        <w:rPr>
          <w:rFonts w:ascii="Arial" w:hAnsi="Arial" w:cs="Arial"/>
          <w:sz w:val="24"/>
          <w:szCs w:val="24"/>
        </w:rPr>
        <w:t>95.01</w:t>
      </w:r>
      <w:r w:rsidR="00A2397A">
        <w:rPr>
          <w:rFonts w:ascii="Arial" w:hAnsi="Arial" w:cs="Arial"/>
          <w:sz w:val="24"/>
          <w:szCs w:val="24"/>
        </w:rPr>
        <w:t xml:space="preserve"> pesos</w:t>
      </w:r>
      <w:r w:rsidRPr="00E93608">
        <w:rPr>
          <w:rFonts w:ascii="Arial" w:hAnsi="Arial" w:cs="Arial"/>
          <w:sz w:val="24"/>
          <w:szCs w:val="24"/>
        </w:rPr>
        <w:t xml:space="preserve">, densidad mínima </w:t>
      </w:r>
      <w:r w:rsidR="00A2397A">
        <w:rPr>
          <w:rFonts w:ascii="Arial" w:hAnsi="Arial" w:cs="Arial"/>
          <w:sz w:val="24"/>
          <w:szCs w:val="24"/>
        </w:rPr>
        <w:t>$</w:t>
      </w:r>
      <w:r w:rsidRPr="00E93608">
        <w:rPr>
          <w:rFonts w:ascii="Arial" w:hAnsi="Arial" w:cs="Arial"/>
          <w:sz w:val="24"/>
          <w:szCs w:val="24"/>
        </w:rPr>
        <w:t>97.7</w:t>
      </w:r>
      <w:r w:rsidR="00A2397A">
        <w:rPr>
          <w:rFonts w:ascii="Arial" w:hAnsi="Arial" w:cs="Arial"/>
          <w:sz w:val="24"/>
          <w:szCs w:val="24"/>
        </w:rPr>
        <w:t xml:space="preserve"> pesos</w:t>
      </w:r>
      <w:r w:rsidRPr="00E93608">
        <w:rPr>
          <w:rFonts w:ascii="Arial" w:hAnsi="Arial" w:cs="Arial"/>
          <w:sz w:val="24"/>
          <w:szCs w:val="24"/>
        </w:rPr>
        <w:t xml:space="preserve">, habitación al jardín </w:t>
      </w:r>
      <w:r w:rsidR="00A2397A">
        <w:rPr>
          <w:rFonts w:ascii="Arial" w:hAnsi="Arial" w:cs="Arial"/>
          <w:sz w:val="24"/>
          <w:szCs w:val="24"/>
        </w:rPr>
        <w:t>$</w:t>
      </w:r>
      <w:r w:rsidRPr="00E93608">
        <w:rPr>
          <w:rFonts w:ascii="Arial" w:hAnsi="Arial" w:cs="Arial"/>
          <w:sz w:val="24"/>
          <w:szCs w:val="24"/>
        </w:rPr>
        <w:t>122.12</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 xml:space="preserve">Inmuebles de uso no habitacional, comercio y servicios vecinal </w:t>
      </w:r>
      <w:r w:rsidR="00C84EEE">
        <w:rPr>
          <w:rFonts w:ascii="Arial" w:hAnsi="Arial" w:cs="Arial"/>
          <w:sz w:val="24"/>
          <w:szCs w:val="24"/>
        </w:rPr>
        <w:t>$</w:t>
      </w:r>
      <w:r w:rsidRPr="00E93608">
        <w:rPr>
          <w:rFonts w:ascii="Arial" w:hAnsi="Arial" w:cs="Arial"/>
          <w:sz w:val="24"/>
          <w:szCs w:val="24"/>
        </w:rPr>
        <w:t>87.95</w:t>
      </w:r>
      <w:r w:rsidR="00A2397A">
        <w:rPr>
          <w:rFonts w:ascii="Arial" w:hAnsi="Arial" w:cs="Arial"/>
          <w:sz w:val="24"/>
          <w:szCs w:val="24"/>
        </w:rPr>
        <w:t xml:space="preserve"> pesos</w:t>
      </w:r>
      <w:r w:rsidRPr="00E93608">
        <w:rPr>
          <w:rFonts w:ascii="Arial" w:hAnsi="Arial" w:cs="Arial"/>
          <w:sz w:val="24"/>
          <w:szCs w:val="24"/>
        </w:rPr>
        <w:t xml:space="preserve">, Barrial </w:t>
      </w:r>
      <w:r w:rsidR="00C84EEE">
        <w:rPr>
          <w:rFonts w:ascii="Arial" w:hAnsi="Arial" w:cs="Arial"/>
          <w:sz w:val="24"/>
          <w:szCs w:val="24"/>
        </w:rPr>
        <w:t>$</w:t>
      </w:r>
      <w:r w:rsidRPr="00E93608">
        <w:rPr>
          <w:rFonts w:ascii="Arial" w:hAnsi="Arial" w:cs="Arial"/>
          <w:sz w:val="24"/>
          <w:szCs w:val="24"/>
        </w:rPr>
        <w:t>87.47</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D</w:t>
      </w:r>
      <w:r w:rsidRPr="00E93608">
        <w:rPr>
          <w:rFonts w:ascii="Arial" w:hAnsi="Arial" w:cs="Arial"/>
          <w:sz w:val="24"/>
          <w:szCs w:val="24"/>
        </w:rPr>
        <w:t xml:space="preserve">istrital </w:t>
      </w:r>
      <w:r w:rsidR="00C84EEE">
        <w:rPr>
          <w:rFonts w:ascii="Arial" w:hAnsi="Arial" w:cs="Arial"/>
          <w:sz w:val="24"/>
          <w:szCs w:val="24"/>
        </w:rPr>
        <w:t>$</w:t>
      </w:r>
      <w:r w:rsidRPr="00E93608">
        <w:rPr>
          <w:rFonts w:ascii="Arial" w:hAnsi="Arial" w:cs="Arial"/>
          <w:sz w:val="24"/>
          <w:szCs w:val="24"/>
        </w:rPr>
        <w:t>91.14</w:t>
      </w:r>
      <w:r w:rsidR="00A2397A">
        <w:rPr>
          <w:rFonts w:ascii="Arial" w:hAnsi="Arial" w:cs="Arial"/>
          <w:sz w:val="24"/>
          <w:szCs w:val="24"/>
        </w:rPr>
        <w:t xml:space="preserve"> pesos</w:t>
      </w:r>
      <w:r w:rsidRPr="00E93608">
        <w:rPr>
          <w:rFonts w:ascii="Arial" w:hAnsi="Arial" w:cs="Arial"/>
          <w:sz w:val="24"/>
          <w:szCs w:val="24"/>
        </w:rPr>
        <w:t xml:space="preserve">, </w:t>
      </w:r>
      <w:r w:rsidR="00C84EEE">
        <w:rPr>
          <w:rFonts w:ascii="Arial" w:hAnsi="Arial" w:cs="Arial"/>
          <w:sz w:val="24"/>
          <w:szCs w:val="24"/>
        </w:rPr>
        <w:t>C</w:t>
      </w:r>
      <w:r w:rsidRPr="00E93608">
        <w:rPr>
          <w:rFonts w:ascii="Arial" w:hAnsi="Arial" w:cs="Arial"/>
          <w:sz w:val="24"/>
          <w:szCs w:val="24"/>
        </w:rPr>
        <w:t xml:space="preserve">entral </w:t>
      </w:r>
      <w:r w:rsidR="00C84EEE">
        <w:rPr>
          <w:rFonts w:ascii="Arial" w:hAnsi="Arial" w:cs="Arial"/>
          <w:sz w:val="24"/>
          <w:szCs w:val="24"/>
        </w:rPr>
        <w:t>$</w:t>
      </w:r>
      <w:r w:rsidRPr="00E93608">
        <w:rPr>
          <w:rFonts w:ascii="Arial" w:hAnsi="Arial" w:cs="Arial"/>
          <w:sz w:val="24"/>
          <w:szCs w:val="24"/>
        </w:rPr>
        <w:t>93.24</w:t>
      </w:r>
      <w:r w:rsidR="00A2397A">
        <w:rPr>
          <w:rFonts w:ascii="Arial" w:hAnsi="Arial" w:cs="Arial"/>
          <w:sz w:val="24"/>
          <w:szCs w:val="24"/>
        </w:rPr>
        <w:t xml:space="preserve"> pesos</w:t>
      </w:r>
      <w:r w:rsidRPr="00E93608">
        <w:rPr>
          <w:rFonts w:ascii="Arial" w:hAnsi="Arial" w:cs="Arial"/>
          <w:sz w:val="24"/>
          <w:szCs w:val="24"/>
        </w:rPr>
        <w:t xml:space="preserve">, </w:t>
      </w:r>
      <w:r w:rsidR="00C84EEE">
        <w:rPr>
          <w:rFonts w:ascii="Arial" w:hAnsi="Arial" w:cs="Arial"/>
          <w:sz w:val="24"/>
          <w:szCs w:val="24"/>
        </w:rPr>
        <w:t>R</w:t>
      </w:r>
      <w:r w:rsidRPr="00E93608">
        <w:rPr>
          <w:rFonts w:ascii="Arial" w:hAnsi="Arial" w:cs="Arial"/>
          <w:sz w:val="24"/>
          <w:szCs w:val="24"/>
        </w:rPr>
        <w:t xml:space="preserve">egional </w:t>
      </w:r>
      <w:r w:rsidR="00C84EEE">
        <w:rPr>
          <w:rFonts w:ascii="Arial" w:hAnsi="Arial" w:cs="Arial"/>
          <w:sz w:val="24"/>
          <w:szCs w:val="24"/>
        </w:rPr>
        <w:t>$</w:t>
      </w:r>
      <w:r w:rsidRPr="00E93608">
        <w:rPr>
          <w:rFonts w:ascii="Arial" w:hAnsi="Arial" w:cs="Arial"/>
          <w:sz w:val="24"/>
          <w:szCs w:val="24"/>
        </w:rPr>
        <w:t>95.53</w:t>
      </w:r>
      <w:r w:rsidR="00A2397A">
        <w:rPr>
          <w:rFonts w:ascii="Arial" w:hAnsi="Arial" w:cs="Arial"/>
          <w:sz w:val="24"/>
          <w:szCs w:val="24"/>
        </w:rPr>
        <w:t xml:space="preserve"> pesos</w:t>
      </w:r>
      <w:r w:rsidRPr="00E93608">
        <w:rPr>
          <w:rFonts w:ascii="Arial" w:hAnsi="Arial" w:cs="Arial"/>
          <w:sz w:val="24"/>
          <w:szCs w:val="24"/>
        </w:rPr>
        <w:t xml:space="preserve"> y servicios a la industria y comercio </w:t>
      </w:r>
      <w:r w:rsidR="00C84EEE">
        <w:rPr>
          <w:rFonts w:ascii="Arial" w:hAnsi="Arial" w:cs="Arial"/>
          <w:sz w:val="24"/>
          <w:szCs w:val="24"/>
        </w:rPr>
        <w:t>$</w:t>
      </w:r>
      <w:r w:rsidRPr="00E93608">
        <w:rPr>
          <w:rFonts w:ascii="Arial" w:hAnsi="Arial" w:cs="Arial"/>
          <w:sz w:val="24"/>
          <w:szCs w:val="24"/>
        </w:rPr>
        <w:t>90.91</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Turístico</w:t>
      </w:r>
      <w:r w:rsidR="00C84EEE">
        <w:rPr>
          <w:rFonts w:ascii="Arial" w:hAnsi="Arial" w:cs="Arial"/>
          <w:sz w:val="24"/>
          <w:szCs w:val="24"/>
        </w:rPr>
        <w:t xml:space="preserve"> </w:t>
      </w:r>
      <w:r w:rsidRPr="00E93608">
        <w:rPr>
          <w:rFonts w:ascii="Arial" w:hAnsi="Arial" w:cs="Arial"/>
          <w:sz w:val="24"/>
          <w:szCs w:val="24"/>
        </w:rPr>
        <w:t xml:space="preserve">campestre </w:t>
      </w:r>
      <w:r w:rsidR="00C84EEE">
        <w:rPr>
          <w:rFonts w:ascii="Arial" w:hAnsi="Arial" w:cs="Arial"/>
          <w:sz w:val="24"/>
          <w:szCs w:val="24"/>
        </w:rPr>
        <w:t>$</w:t>
      </w:r>
      <w:r w:rsidRPr="00E93608">
        <w:rPr>
          <w:rFonts w:ascii="Arial" w:hAnsi="Arial" w:cs="Arial"/>
          <w:sz w:val="24"/>
          <w:szCs w:val="24"/>
        </w:rPr>
        <w:t>122.</w:t>
      </w:r>
      <w:r w:rsidR="00C84EEE" w:rsidRPr="00E93608">
        <w:rPr>
          <w:rFonts w:ascii="Arial" w:hAnsi="Arial" w:cs="Arial"/>
          <w:sz w:val="24"/>
          <w:szCs w:val="24"/>
        </w:rPr>
        <w:t>12</w:t>
      </w:r>
      <w:r w:rsidR="00A2397A">
        <w:rPr>
          <w:rFonts w:ascii="Arial" w:hAnsi="Arial" w:cs="Arial"/>
          <w:sz w:val="24"/>
          <w:szCs w:val="24"/>
        </w:rPr>
        <w:t xml:space="preserve"> pesos</w:t>
      </w:r>
      <w:r w:rsidR="00C84EEE">
        <w:rPr>
          <w:rFonts w:ascii="Arial" w:hAnsi="Arial" w:cs="Arial"/>
          <w:sz w:val="24"/>
          <w:szCs w:val="24"/>
        </w:rPr>
        <w:t xml:space="preserve">, </w:t>
      </w:r>
      <w:r w:rsidR="00C84EEE" w:rsidRPr="00E93608">
        <w:rPr>
          <w:rFonts w:ascii="Arial" w:hAnsi="Arial" w:cs="Arial"/>
          <w:sz w:val="24"/>
          <w:szCs w:val="24"/>
        </w:rPr>
        <w:t>Hotelero</w:t>
      </w:r>
      <w:r w:rsidR="00C84EEE">
        <w:rPr>
          <w:rFonts w:ascii="Arial" w:hAnsi="Arial" w:cs="Arial"/>
          <w:sz w:val="24"/>
          <w:szCs w:val="24"/>
        </w:rPr>
        <w:t xml:space="preserve"> inte</w:t>
      </w:r>
      <w:r w:rsidRPr="00E93608">
        <w:rPr>
          <w:rFonts w:ascii="Arial" w:hAnsi="Arial" w:cs="Arial"/>
          <w:sz w:val="24"/>
          <w:szCs w:val="24"/>
        </w:rPr>
        <w:t xml:space="preserve">nsidad alta </w:t>
      </w:r>
      <w:r w:rsidR="00C84EEE">
        <w:rPr>
          <w:rFonts w:ascii="Arial" w:hAnsi="Arial" w:cs="Arial"/>
          <w:sz w:val="24"/>
          <w:szCs w:val="24"/>
        </w:rPr>
        <w:t>$</w:t>
      </w:r>
      <w:r w:rsidRPr="00E93608">
        <w:rPr>
          <w:rFonts w:ascii="Arial" w:hAnsi="Arial" w:cs="Arial"/>
          <w:sz w:val="24"/>
          <w:szCs w:val="24"/>
        </w:rPr>
        <w:t>86.9</w:t>
      </w:r>
      <w:r w:rsidR="00A2397A">
        <w:rPr>
          <w:rFonts w:ascii="Arial" w:hAnsi="Arial" w:cs="Arial"/>
          <w:sz w:val="24"/>
          <w:szCs w:val="24"/>
        </w:rPr>
        <w:t>0 pesos</w:t>
      </w:r>
      <w:r w:rsidRPr="00E93608">
        <w:rPr>
          <w:rFonts w:ascii="Arial" w:hAnsi="Arial" w:cs="Arial"/>
          <w:sz w:val="24"/>
          <w:szCs w:val="24"/>
        </w:rPr>
        <w:t xml:space="preserve">, </w:t>
      </w:r>
      <w:r w:rsidR="00FC3703">
        <w:rPr>
          <w:rFonts w:ascii="Arial" w:hAnsi="Arial" w:cs="Arial"/>
          <w:sz w:val="24"/>
          <w:szCs w:val="24"/>
        </w:rPr>
        <w:t>Hotelero</w:t>
      </w:r>
      <w:r w:rsidRPr="00E93608">
        <w:rPr>
          <w:rFonts w:ascii="Arial" w:hAnsi="Arial" w:cs="Arial"/>
          <w:sz w:val="24"/>
          <w:szCs w:val="24"/>
        </w:rPr>
        <w:t xml:space="preserve">, densidad media </w:t>
      </w:r>
      <w:r w:rsidR="00C84EEE">
        <w:rPr>
          <w:rFonts w:ascii="Arial" w:hAnsi="Arial" w:cs="Arial"/>
          <w:sz w:val="24"/>
          <w:szCs w:val="24"/>
        </w:rPr>
        <w:t>$</w:t>
      </w:r>
      <w:r w:rsidRPr="00E93608">
        <w:rPr>
          <w:rFonts w:ascii="Arial" w:hAnsi="Arial" w:cs="Arial"/>
          <w:sz w:val="24"/>
          <w:szCs w:val="24"/>
        </w:rPr>
        <w:t>86.9</w:t>
      </w:r>
      <w:r w:rsidR="00A2397A">
        <w:rPr>
          <w:rFonts w:ascii="Arial" w:hAnsi="Arial" w:cs="Arial"/>
          <w:sz w:val="24"/>
          <w:szCs w:val="24"/>
        </w:rPr>
        <w:t>0 pesos</w:t>
      </w:r>
      <w:r w:rsidRPr="00E93608">
        <w:rPr>
          <w:rFonts w:ascii="Arial" w:hAnsi="Arial" w:cs="Arial"/>
          <w:sz w:val="24"/>
          <w:szCs w:val="24"/>
        </w:rPr>
        <w:t xml:space="preserve">, </w:t>
      </w:r>
      <w:r w:rsidR="00FC3703">
        <w:rPr>
          <w:rFonts w:ascii="Arial" w:hAnsi="Arial" w:cs="Arial"/>
          <w:sz w:val="24"/>
          <w:szCs w:val="24"/>
        </w:rPr>
        <w:t>Hotelero</w:t>
      </w:r>
      <w:r w:rsidRPr="00E93608">
        <w:rPr>
          <w:rFonts w:ascii="Arial" w:hAnsi="Arial" w:cs="Arial"/>
          <w:sz w:val="24"/>
          <w:szCs w:val="24"/>
        </w:rPr>
        <w:t>,</w:t>
      </w:r>
      <w:r w:rsidR="00C84EEE">
        <w:rPr>
          <w:rFonts w:ascii="Arial" w:hAnsi="Arial" w:cs="Arial"/>
          <w:sz w:val="24"/>
          <w:szCs w:val="24"/>
        </w:rPr>
        <w:t xml:space="preserve"> D</w:t>
      </w:r>
      <w:r w:rsidRPr="00E93608">
        <w:rPr>
          <w:rFonts w:ascii="Arial" w:hAnsi="Arial" w:cs="Arial"/>
          <w:sz w:val="24"/>
          <w:szCs w:val="24"/>
        </w:rPr>
        <w:t xml:space="preserve">ensidad baja, </w:t>
      </w:r>
      <w:r w:rsidR="00C84EEE">
        <w:rPr>
          <w:rFonts w:ascii="Arial" w:hAnsi="Arial" w:cs="Arial"/>
          <w:sz w:val="24"/>
          <w:szCs w:val="24"/>
        </w:rPr>
        <w:t>$</w:t>
      </w:r>
      <w:r w:rsidRPr="00E93608">
        <w:rPr>
          <w:rFonts w:ascii="Arial" w:hAnsi="Arial" w:cs="Arial"/>
          <w:sz w:val="24"/>
          <w:szCs w:val="24"/>
        </w:rPr>
        <w:t>95.01</w:t>
      </w:r>
      <w:r w:rsidR="00A2397A">
        <w:rPr>
          <w:rFonts w:ascii="Arial" w:hAnsi="Arial" w:cs="Arial"/>
          <w:sz w:val="24"/>
          <w:szCs w:val="24"/>
        </w:rPr>
        <w:t xml:space="preserve"> pesos</w:t>
      </w:r>
      <w:r w:rsidRPr="00E93608">
        <w:rPr>
          <w:rFonts w:ascii="Arial" w:hAnsi="Arial" w:cs="Arial"/>
          <w:sz w:val="24"/>
          <w:szCs w:val="24"/>
        </w:rPr>
        <w:t xml:space="preserve">, </w:t>
      </w:r>
      <w:r w:rsidR="00FC3703">
        <w:rPr>
          <w:rFonts w:ascii="Arial" w:hAnsi="Arial" w:cs="Arial"/>
          <w:sz w:val="24"/>
          <w:szCs w:val="24"/>
        </w:rPr>
        <w:t>Hotelero</w:t>
      </w:r>
      <w:r w:rsidRPr="00E93608">
        <w:rPr>
          <w:rFonts w:ascii="Arial" w:hAnsi="Arial" w:cs="Arial"/>
          <w:sz w:val="24"/>
          <w:szCs w:val="24"/>
        </w:rPr>
        <w:t xml:space="preserve">, densidad mínima </w:t>
      </w:r>
      <w:r w:rsidR="00C84EEE">
        <w:rPr>
          <w:rFonts w:ascii="Arial" w:hAnsi="Arial" w:cs="Arial"/>
          <w:sz w:val="24"/>
          <w:szCs w:val="24"/>
        </w:rPr>
        <w:t>$</w:t>
      </w:r>
      <w:r w:rsidRPr="00E93608">
        <w:rPr>
          <w:rFonts w:ascii="Arial" w:hAnsi="Arial" w:cs="Arial"/>
          <w:sz w:val="24"/>
          <w:szCs w:val="24"/>
        </w:rPr>
        <w:t>97.7</w:t>
      </w:r>
      <w:r w:rsidR="00A2397A">
        <w:rPr>
          <w:rFonts w:ascii="Arial" w:hAnsi="Arial" w:cs="Arial"/>
          <w:sz w:val="24"/>
          <w:szCs w:val="24"/>
        </w:rPr>
        <w:t>0</w:t>
      </w:r>
      <w:r w:rsidRPr="00E93608">
        <w:rPr>
          <w:rFonts w:ascii="Arial" w:hAnsi="Arial" w:cs="Arial"/>
          <w:sz w:val="24"/>
          <w:szCs w:val="24"/>
        </w:rPr>
        <w:t xml:space="preserve"> pesos y turístico ecológico </w:t>
      </w:r>
      <w:r w:rsidR="00C84EEE">
        <w:rPr>
          <w:rFonts w:ascii="Arial" w:hAnsi="Arial" w:cs="Arial"/>
          <w:sz w:val="24"/>
          <w:szCs w:val="24"/>
        </w:rPr>
        <w:t>$</w:t>
      </w:r>
      <w:r w:rsidRPr="00E93608">
        <w:rPr>
          <w:rFonts w:ascii="Arial" w:hAnsi="Arial" w:cs="Arial"/>
          <w:sz w:val="24"/>
          <w:szCs w:val="24"/>
        </w:rPr>
        <w:t>122</w:t>
      </w:r>
      <w:r w:rsidR="00C84EEE">
        <w:rPr>
          <w:rFonts w:ascii="Arial" w:hAnsi="Arial" w:cs="Arial"/>
          <w:sz w:val="24"/>
          <w:szCs w:val="24"/>
        </w:rPr>
        <w:t>.</w:t>
      </w:r>
      <w:r w:rsidRPr="00E93608">
        <w:rPr>
          <w:rFonts w:ascii="Arial" w:hAnsi="Arial" w:cs="Arial"/>
          <w:sz w:val="24"/>
          <w:szCs w:val="24"/>
        </w:rPr>
        <w:t>1</w:t>
      </w:r>
      <w:r w:rsidR="00A2397A">
        <w:rPr>
          <w:rFonts w:ascii="Arial" w:hAnsi="Arial" w:cs="Arial"/>
          <w:sz w:val="24"/>
          <w:szCs w:val="24"/>
        </w:rPr>
        <w:t>0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Todo lo que ya comenté atiende un aumento del 5%.</w:t>
      </w:r>
      <w:r w:rsidR="00C84EEE">
        <w:rPr>
          <w:rFonts w:ascii="Arial" w:hAnsi="Arial" w:cs="Arial"/>
          <w:sz w:val="24"/>
          <w:szCs w:val="24"/>
        </w:rPr>
        <w:t xml:space="preserve"> </w:t>
      </w:r>
      <w:r w:rsidRPr="00E93608">
        <w:rPr>
          <w:rFonts w:ascii="Arial" w:hAnsi="Arial" w:cs="Arial"/>
          <w:sz w:val="24"/>
          <w:szCs w:val="24"/>
        </w:rPr>
        <w:t xml:space="preserve">La industria ligera riesgo en bajo </w:t>
      </w:r>
      <w:r w:rsidR="00C84EEE">
        <w:rPr>
          <w:rFonts w:ascii="Arial" w:hAnsi="Arial" w:cs="Arial"/>
          <w:sz w:val="24"/>
          <w:szCs w:val="24"/>
        </w:rPr>
        <w:t>$</w:t>
      </w:r>
      <w:r w:rsidRPr="00E93608">
        <w:rPr>
          <w:rFonts w:ascii="Arial" w:hAnsi="Arial" w:cs="Arial"/>
          <w:sz w:val="24"/>
          <w:szCs w:val="24"/>
        </w:rPr>
        <w:t>70.92</w:t>
      </w:r>
      <w:r w:rsidR="00A2397A">
        <w:rPr>
          <w:rFonts w:ascii="Arial" w:hAnsi="Arial" w:cs="Arial"/>
          <w:sz w:val="24"/>
          <w:szCs w:val="24"/>
        </w:rPr>
        <w:t xml:space="preserve"> pesos</w:t>
      </w:r>
      <w:r w:rsidRPr="00E93608">
        <w:rPr>
          <w:rFonts w:ascii="Arial" w:hAnsi="Arial" w:cs="Arial"/>
          <w:sz w:val="24"/>
          <w:szCs w:val="24"/>
        </w:rPr>
        <w:t xml:space="preserve">. Media riesgo medio </w:t>
      </w:r>
      <w:r w:rsidR="00C84EEE">
        <w:rPr>
          <w:rFonts w:ascii="Arial" w:hAnsi="Arial" w:cs="Arial"/>
          <w:sz w:val="24"/>
          <w:szCs w:val="24"/>
        </w:rPr>
        <w:t>$</w:t>
      </w:r>
      <w:r w:rsidRPr="00E93608">
        <w:rPr>
          <w:rFonts w:ascii="Arial" w:hAnsi="Arial" w:cs="Arial"/>
          <w:sz w:val="24"/>
          <w:szCs w:val="24"/>
        </w:rPr>
        <w:t>142.29</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 xml:space="preserve">Pesada riesgo alto </w:t>
      </w:r>
      <w:r w:rsidR="00C84EEE">
        <w:rPr>
          <w:rFonts w:ascii="Arial" w:hAnsi="Arial" w:cs="Arial"/>
          <w:sz w:val="24"/>
          <w:szCs w:val="24"/>
        </w:rPr>
        <w:t>$</w:t>
      </w:r>
      <w:r w:rsidRPr="00E93608">
        <w:rPr>
          <w:rFonts w:ascii="Arial" w:hAnsi="Arial" w:cs="Arial"/>
          <w:sz w:val="24"/>
          <w:szCs w:val="24"/>
        </w:rPr>
        <w:t>212.74</w:t>
      </w:r>
      <w:r w:rsidR="00A2397A">
        <w:rPr>
          <w:rFonts w:ascii="Arial" w:hAnsi="Arial" w:cs="Arial"/>
          <w:sz w:val="24"/>
          <w:szCs w:val="24"/>
        </w:rPr>
        <w:t xml:space="preserve"> pesos</w:t>
      </w:r>
      <w:r w:rsidRPr="00E93608">
        <w:rPr>
          <w:rFonts w:ascii="Arial" w:hAnsi="Arial" w:cs="Arial"/>
          <w:sz w:val="24"/>
          <w:szCs w:val="24"/>
        </w:rPr>
        <w:t xml:space="preserve"> y equipamiento y espacios verdes abiertos y re</w:t>
      </w:r>
      <w:r w:rsidR="00C84EEE">
        <w:rPr>
          <w:rFonts w:ascii="Arial" w:hAnsi="Arial" w:cs="Arial"/>
          <w:sz w:val="24"/>
          <w:szCs w:val="24"/>
        </w:rPr>
        <w:t>creativos</w:t>
      </w:r>
      <w:r w:rsidRPr="00E93608">
        <w:rPr>
          <w:rFonts w:ascii="Arial" w:hAnsi="Arial" w:cs="Arial"/>
          <w:sz w:val="24"/>
          <w:szCs w:val="24"/>
        </w:rPr>
        <w:t xml:space="preserve"> </w:t>
      </w:r>
      <w:r w:rsidR="00C84EEE">
        <w:rPr>
          <w:rFonts w:ascii="Arial" w:hAnsi="Arial" w:cs="Arial"/>
          <w:sz w:val="24"/>
          <w:szCs w:val="24"/>
        </w:rPr>
        <w:t>$</w:t>
      </w:r>
      <w:r w:rsidRPr="00E93608">
        <w:rPr>
          <w:rFonts w:ascii="Arial" w:hAnsi="Arial" w:cs="Arial"/>
          <w:sz w:val="24"/>
          <w:szCs w:val="24"/>
        </w:rPr>
        <w:t>111</w:t>
      </w:r>
      <w:r w:rsidR="00C84EEE">
        <w:rPr>
          <w:rFonts w:ascii="Arial" w:hAnsi="Arial" w:cs="Arial"/>
          <w:sz w:val="24"/>
          <w:szCs w:val="24"/>
        </w:rPr>
        <w:t>.</w:t>
      </w:r>
      <w:r w:rsidRPr="00E93608">
        <w:rPr>
          <w:rFonts w:ascii="Arial" w:hAnsi="Arial" w:cs="Arial"/>
          <w:sz w:val="24"/>
          <w:szCs w:val="24"/>
        </w:rPr>
        <w:t>49</w:t>
      </w:r>
      <w:r w:rsidR="00A2397A">
        <w:rPr>
          <w:rFonts w:ascii="Arial" w:hAnsi="Arial" w:cs="Arial"/>
          <w:sz w:val="24"/>
          <w:szCs w:val="24"/>
        </w:rPr>
        <w:t xml:space="preserve"> pesos</w:t>
      </w:r>
      <w:r w:rsidRPr="00E93608">
        <w:rPr>
          <w:rFonts w:ascii="Arial" w:hAnsi="Arial" w:cs="Arial"/>
          <w:sz w:val="24"/>
          <w:szCs w:val="24"/>
        </w:rPr>
        <w:t>.</w:t>
      </w:r>
      <w:r w:rsidR="00C84EEE">
        <w:rPr>
          <w:rFonts w:ascii="Arial" w:hAnsi="Arial" w:cs="Arial"/>
          <w:sz w:val="24"/>
          <w:szCs w:val="24"/>
        </w:rPr>
        <w:t xml:space="preserve"> </w:t>
      </w:r>
      <w:r w:rsidRPr="00E93608">
        <w:rPr>
          <w:rFonts w:ascii="Arial" w:hAnsi="Arial" w:cs="Arial"/>
          <w:sz w:val="24"/>
          <w:szCs w:val="24"/>
        </w:rPr>
        <w:t>Igual un aumento únicamente del 5%.</w:t>
      </w:r>
      <w:r w:rsidR="00C84EEE">
        <w:rPr>
          <w:rFonts w:ascii="Arial" w:hAnsi="Arial" w:cs="Arial"/>
          <w:sz w:val="24"/>
          <w:szCs w:val="24"/>
        </w:rPr>
        <w:t xml:space="preserve"> </w:t>
      </w:r>
      <w:r w:rsidRPr="00E93608">
        <w:rPr>
          <w:rFonts w:ascii="Arial" w:hAnsi="Arial" w:cs="Arial"/>
          <w:sz w:val="24"/>
          <w:szCs w:val="24"/>
        </w:rPr>
        <w:t>Bueno, las tarifas en el caso de que la de superficie de cada uno de los lotes de por metro cuadrado, cuando sea menor de 1000 m², todo aumenta un 5% únicamente respecto a las tarifas de este año.</w:t>
      </w:r>
      <w:r w:rsidR="00C84EEE">
        <w:rPr>
          <w:rFonts w:ascii="Arial" w:hAnsi="Arial" w:cs="Arial"/>
          <w:sz w:val="24"/>
          <w:szCs w:val="24"/>
        </w:rPr>
        <w:t xml:space="preserve"> </w:t>
      </w:r>
      <w:r w:rsidRPr="00E93608">
        <w:rPr>
          <w:rFonts w:ascii="Arial" w:hAnsi="Arial" w:cs="Arial"/>
          <w:sz w:val="24"/>
          <w:szCs w:val="24"/>
        </w:rPr>
        <w:t>Igual cuando pasa de 1</w:t>
      </w:r>
      <w:r w:rsidR="00C84EEE">
        <w:rPr>
          <w:rFonts w:ascii="Arial" w:hAnsi="Arial" w:cs="Arial"/>
          <w:sz w:val="24"/>
          <w:szCs w:val="24"/>
        </w:rPr>
        <w:t>001</w:t>
      </w:r>
      <w:r w:rsidRPr="00E93608">
        <w:rPr>
          <w:rFonts w:ascii="Arial" w:hAnsi="Arial" w:cs="Arial"/>
          <w:sz w:val="24"/>
          <w:szCs w:val="24"/>
        </w:rPr>
        <w:t>m</w:t>
      </w:r>
      <w:r w:rsidR="00C84EEE" w:rsidRPr="00E93608">
        <w:rPr>
          <w:rFonts w:ascii="Arial" w:hAnsi="Arial" w:cs="Arial"/>
          <w:sz w:val="24"/>
          <w:szCs w:val="24"/>
        </w:rPr>
        <w:t>²</w:t>
      </w:r>
      <w:r w:rsidR="00C84EEE">
        <w:rPr>
          <w:rFonts w:ascii="Arial" w:hAnsi="Arial" w:cs="Arial"/>
          <w:sz w:val="24"/>
          <w:szCs w:val="24"/>
        </w:rPr>
        <w:t xml:space="preserve"> </w:t>
      </w:r>
      <w:r w:rsidR="00C84EEE" w:rsidRPr="00E93608">
        <w:rPr>
          <w:rFonts w:ascii="Arial" w:hAnsi="Arial" w:cs="Arial"/>
          <w:sz w:val="24"/>
          <w:szCs w:val="24"/>
        </w:rPr>
        <w:t>también</w:t>
      </w:r>
      <w:r w:rsidRPr="00E93608">
        <w:rPr>
          <w:rFonts w:ascii="Arial" w:hAnsi="Arial" w:cs="Arial"/>
          <w:sz w:val="24"/>
          <w:szCs w:val="24"/>
        </w:rPr>
        <w:t xml:space="preserve"> se está aumentando únicamente un 5%.</w:t>
      </w:r>
      <w:r w:rsidR="00C84EEE">
        <w:rPr>
          <w:rFonts w:ascii="Arial" w:hAnsi="Arial" w:cs="Arial"/>
          <w:sz w:val="24"/>
          <w:szCs w:val="24"/>
        </w:rPr>
        <w:t xml:space="preserve"> </w:t>
      </w:r>
      <w:r w:rsidRPr="00E93608">
        <w:rPr>
          <w:rFonts w:ascii="Arial" w:hAnsi="Arial" w:cs="Arial"/>
          <w:sz w:val="24"/>
          <w:szCs w:val="24"/>
        </w:rPr>
        <w:t>Aquí en las superficies y porcentajes creo que no sufre modificaciones. La tabla queda igual. se ajusta aquí en vez</w:t>
      </w:r>
      <w:r w:rsidR="00C84EEE">
        <w:rPr>
          <w:rFonts w:ascii="Arial" w:hAnsi="Arial" w:cs="Arial"/>
          <w:sz w:val="24"/>
          <w:szCs w:val="24"/>
        </w:rPr>
        <w:t xml:space="preserve"> </w:t>
      </w:r>
      <w:r w:rsidRPr="00E93608">
        <w:rPr>
          <w:rFonts w:ascii="Arial" w:hAnsi="Arial" w:cs="Arial"/>
          <w:sz w:val="24"/>
          <w:szCs w:val="24"/>
        </w:rPr>
        <w:t>de la palabra en vez de permiso por licencia, que es el término correcto según aquí la el área técnica.</w:t>
      </w:r>
      <w:r w:rsidR="00C84EEE">
        <w:rPr>
          <w:rFonts w:ascii="Arial" w:hAnsi="Arial" w:cs="Arial"/>
          <w:sz w:val="24"/>
          <w:szCs w:val="24"/>
        </w:rPr>
        <w:t xml:space="preserve"> </w:t>
      </w:r>
      <w:r w:rsidRPr="00E93608">
        <w:rPr>
          <w:rFonts w:ascii="Arial" w:hAnsi="Arial" w:cs="Arial"/>
          <w:sz w:val="24"/>
          <w:szCs w:val="24"/>
        </w:rPr>
        <w:t>El peritaje dictamen de inspección de la dependencia municipal de obras públicas y ordenamiento territorial de carácter extraordinario con excepción de las urbanizaciones de objetivo social o</w:t>
      </w:r>
      <w:r w:rsidR="00C84EEE">
        <w:rPr>
          <w:rFonts w:ascii="Arial" w:hAnsi="Arial" w:cs="Arial"/>
          <w:sz w:val="24"/>
          <w:szCs w:val="24"/>
        </w:rPr>
        <w:t xml:space="preserve"> </w:t>
      </w:r>
      <w:r w:rsidRPr="00E93608">
        <w:rPr>
          <w:rFonts w:ascii="Arial" w:hAnsi="Arial" w:cs="Arial"/>
          <w:sz w:val="24"/>
          <w:szCs w:val="24"/>
        </w:rPr>
        <w:t xml:space="preserve">de interés social, </w:t>
      </w:r>
      <w:r w:rsidR="00C84EEE">
        <w:rPr>
          <w:rFonts w:ascii="Arial" w:hAnsi="Arial" w:cs="Arial"/>
          <w:sz w:val="24"/>
          <w:szCs w:val="24"/>
        </w:rPr>
        <w:t>$</w:t>
      </w:r>
      <w:r w:rsidR="00C84EEE" w:rsidRPr="00E93608">
        <w:rPr>
          <w:rFonts w:ascii="Arial" w:hAnsi="Arial" w:cs="Arial"/>
          <w:sz w:val="24"/>
          <w:szCs w:val="24"/>
        </w:rPr>
        <w:t>1</w:t>
      </w:r>
      <w:r w:rsidR="00C84EEE">
        <w:rPr>
          <w:rFonts w:ascii="Arial" w:hAnsi="Arial" w:cs="Arial"/>
          <w:sz w:val="24"/>
          <w:szCs w:val="24"/>
        </w:rPr>
        <w:t>,</w:t>
      </w:r>
      <w:r w:rsidR="00C84EEE" w:rsidRPr="00E93608">
        <w:rPr>
          <w:rFonts w:ascii="Arial" w:hAnsi="Arial" w:cs="Arial"/>
          <w:sz w:val="24"/>
          <w:szCs w:val="24"/>
        </w:rPr>
        <w:t>770</w:t>
      </w:r>
      <w:r w:rsidR="00A2397A">
        <w:rPr>
          <w:rFonts w:ascii="Arial" w:hAnsi="Arial" w:cs="Arial"/>
          <w:sz w:val="24"/>
          <w:szCs w:val="24"/>
        </w:rPr>
        <w:t>.00 pesos</w:t>
      </w:r>
      <w:r w:rsidR="00C84EEE" w:rsidRPr="00E93608">
        <w:rPr>
          <w:rFonts w:ascii="Arial" w:hAnsi="Arial" w:cs="Arial"/>
          <w:sz w:val="24"/>
          <w:szCs w:val="24"/>
        </w:rPr>
        <w:t xml:space="preserve"> aumenta</w:t>
      </w:r>
      <w:r w:rsidRPr="00E93608">
        <w:rPr>
          <w:rFonts w:ascii="Arial" w:hAnsi="Arial" w:cs="Arial"/>
          <w:sz w:val="24"/>
          <w:szCs w:val="24"/>
        </w:rPr>
        <w:t xml:space="preserve"> un 5.04%.</w:t>
      </w:r>
      <w:r w:rsidR="00C84EEE">
        <w:rPr>
          <w:rFonts w:ascii="Arial" w:hAnsi="Arial" w:cs="Arial"/>
          <w:sz w:val="24"/>
          <w:szCs w:val="24"/>
        </w:rPr>
        <w:t xml:space="preserve"> </w:t>
      </w:r>
      <w:r w:rsidRPr="00E93608">
        <w:rPr>
          <w:rFonts w:ascii="Arial" w:hAnsi="Arial" w:cs="Arial"/>
          <w:sz w:val="24"/>
          <w:szCs w:val="24"/>
        </w:rPr>
        <w:t>Me imagino que por el redondeo que se hizo, igual aquí estas tarifas también aumentan un 5%. Si me apoya subiéndole,</w:t>
      </w:r>
      <w:r w:rsidR="00C84EEE">
        <w:rPr>
          <w:rFonts w:ascii="Arial" w:hAnsi="Arial" w:cs="Arial"/>
          <w:sz w:val="24"/>
          <w:szCs w:val="24"/>
        </w:rPr>
        <w:t xml:space="preserve"> </w:t>
      </w:r>
      <w:r w:rsidRPr="00E93608">
        <w:rPr>
          <w:rFonts w:ascii="Arial" w:hAnsi="Arial" w:cs="Arial"/>
          <w:sz w:val="24"/>
          <w:szCs w:val="24"/>
        </w:rPr>
        <w:t>por favor, que es la aprobación de subdivisión o relotificación y emisión de la constancia según su categoría por cada lote resultante, según la</w:t>
      </w:r>
      <w:r w:rsidR="00C84EEE">
        <w:rPr>
          <w:rFonts w:ascii="Arial" w:hAnsi="Arial" w:cs="Arial"/>
          <w:sz w:val="24"/>
          <w:szCs w:val="24"/>
        </w:rPr>
        <w:t xml:space="preserve"> </w:t>
      </w:r>
      <w:r w:rsidRPr="00E93608">
        <w:rPr>
          <w:rFonts w:ascii="Arial" w:hAnsi="Arial" w:cs="Arial"/>
          <w:sz w:val="24"/>
          <w:szCs w:val="24"/>
        </w:rPr>
        <w:t>clasificación en que se encuentre. Aquí están las tarifas que atienden a un aumento únicamente del 5%.</w:t>
      </w:r>
      <w:r w:rsidR="00C84EEE">
        <w:rPr>
          <w:rFonts w:ascii="Arial" w:hAnsi="Arial" w:cs="Arial"/>
          <w:sz w:val="24"/>
          <w:szCs w:val="24"/>
        </w:rPr>
        <w:t xml:space="preserve"> </w:t>
      </w:r>
      <w:r w:rsidRPr="00E93608">
        <w:rPr>
          <w:rFonts w:ascii="Arial" w:hAnsi="Arial" w:cs="Arial"/>
          <w:sz w:val="24"/>
          <w:szCs w:val="24"/>
        </w:rPr>
        <w:t>Todo viene con un 5% general.</w:t>
      </w:r>
      <w:r w:rsidR="00C84EEE">
        <w:rPr>
          <w:rFonts w:ascii="Arial" w:hAnsi="Arial" w:cs="Arial"/>
          <w:sz w:val="24"/>
          <w:szCs w:val="24"/>
        </w:rPr>
        <w:t xml:space="preserve"> </w:t>
      </w:r>
      <w:r w:rsidRPr="00E93608">
        <w:rPr>
          <w:rFonts w:ascii="Arial" w:hAnsi="Arial" w:cs="Arial"/>
          <w:sz w:val="24"/>
          <w:szCs w:val="24"/>
        </w:rPr>
        <w:t xml:space="preserve">Aquí en la </w:t>
      </w:r>
      <w:r w:rsidR="00C84EEE" w:rsidRPr="00E93608">
        <w:rPr>
          <w:rFonts w:ascii="Arial" w:hAnsi="Arial" w:cs="Arial"/>
          <w:sz w:val="24"/>
          <w:szCs w:val="24"/>
        </w:rPr>
        <w:t>fracción 21</w:t>
      </w:r>
      <w:r w:rsidRPr="00E93608">
        <w:rPr>
          <w:rFonts w:ascii="Arial" w:hAnsi="Arial" w:cs="Arial"/>
          <w:sz w:val="24"/>
          <w:szCs w:val="24"/>
        </w:rPr>
        <w:t xml:space="preserve"> por con se pretende adicionar nuevamente, no sé si ya estaba en leyes anteriores.</w:t>
      </w:r>
      <w:r w:rsidR="00C84EEE">
        <w:rPr>
          <w:rFonts w:ascii="Arial" w:hAnsi="Arial" w:cs="Arial"/>
          <w:sz w:val="24"/>
          <w:szCs w:val="24"/>
        </w:rPr>
        <w:t xml:space="preserve"> </w:t>
      </w:r>
      <w:r w:rsidRPr="00E93608">
        <w:rPr>
          <w:rFonts w:ascii="Arial" w:hAnsi="Arial" w:cs="Arial"/>
          <w:sz w:val="24"/>
          <w:szCs w:val="24"/>
        </w:rPr>
        <w:t>Por concepto de autorización de preventa, oferta de lotes, terrenos, predios o fincas en venta, apartado contratos preparatorios como promesa de</w:t>
      </w:r>
      <w:r w:rsidR="00C84EEE">
        <w:rPr>
          <w:rFonts w:ascii="Arial" w:hAnsi="Arial" w:cs="Arial"/>
          <w:sz w:val="24"/>
          <w:szCs w:val="24"/>
        </w:rPr>
        <w:t xml:space="preserve"> </w:t>
      </w:r>
      <w:r w:rsidRPr="00E93608">
        <w:rPr>
          <w:rFonts w:ascii="Arial" w:hAnsi="Arial" w:cs="Arial"/>
          <w:sz w:val="24"/>
          <w:szCs w:val="24"/>
        </w:rPr>
        <w:t>venta u otros actos de enajenación, el urbanizador pagará el 20% del valor total de la licencia de urbanización.</w:t>
      </w:r>
      <w:r w:rsidR="00C84EEE">
        <w:rPr>
          <w:rFonts w:ascii="Arial" w:hAnsi="Arial" w:cs="Arial"/>
          <w:sz w:val="24"/>
          <w:szCs w:val="24"/>
        </w:rPr>
        <w:t xml:space="preserve"> </w:t>
      </w:r>
      <w:r w:rsidRPr="00E93608">
        <w:rPr>
          <w:rFonts w:ascii="Arial" w:hAnsi="Arial" w:cs="Arial"/>
          <w:sz w:val="24"/>
          <w:szCs w:val="24"/>
        </w:rPr>
        <w:t>Igual si aquí ajusten la redacción, por favor. Dice de la es</w:t>
      </w:r>
      <w:r w:rsidR="00C84EEE">
        <w:rPr>
          <w:rFonts w:ascii="Arial" w:hAnsi="Arial" w:cs="Arial"/>
          <w:sz w:val="24"/>
          <w:szCs w:val="24"/>
        </w:rPr>
        <w:t xml:space="preserve"> </w:t>
      </w:r>
      <w:r w:rsidRPr="00E93608">
        <w:rPr>
          <w:rFonts w:ascii="Arial" w:hAnsi="Arial" w:cs="Arial"/>
          <w:sz w:val="24"/>
          <w:szCs w:val="24"/>
        </w:rPr>
        <w:t>se propone adicionar aquí viene la justificación del acuerdo del Código Urbano del Estado de Jalisco.</w:t>
      </w:r>
      <w:r w:rsidR="00EB4AD2">
        <w:rPr>
          <w:rFonts w:ascii="Arial" w:hAnsi="Arial" w:cs="Arial"/>
          <w:sz w:val="24"/>
          <w:szCs w:val="24"/>
        </w:rPr>
        <w:t xml:space="preserve"> </w:t>
      </w:r>
      <w:r w:rsidRPr="00E93608">
        <w:rPr>
          <w:rFonts w:ascii="Arial" w:hAnsi="Arial" w:cs="Arial"/>
          <w:sz w:val="24"/>
          <w:szCs w:val="24"/>
        </w:rPr>
        <w:t xml:space="preserve">Registro de director responsable de obra proyecto y corresponsable por primera vez </w:t>
      </w:r>
      <w:r w:rsidR="00EB4AD2">
        <w:rPr>
          <w:rFonts w:ascii="Arial" w:hAnsi="Arial" w:cs="Arial"/>
          <w:sz w:val="24"/>
          <w:szCs w:val="24"/>
        </w:rPr>
        <w:t>$</w:t>
      </w:r>
      <w:r w:rsidRPr="00E93608">
        <w:rPr>
          <w:rFonts w:ascii="Arial" w:hAnsi="Arial" w:cs="Arial"/>
          <w:sz w:val="24"/>
          <w:szCs w:val="24"/>
        </w:rPr>
        <w:t>10,028</w:t>
      </w:r>
      <w:r w:rsidR="00A2397A">
        <w:rPr>
          <w:rFonts w:ascii="Arial" w:hAnsi="Arial" w:cs="Arial"/>
          <w:sz w:val="24"/>
          <w:szCs w:val="24"/>
        </w:rPr>
        <w:t>.00</w:t>
      </w:r>
      <w:r w:rsidRPr="00E93608">
        <w:rPr>
          <w:rFonts w:ascii="Arial" w:hAnsi="Arial" w:cs="Arial"/>
          <w:sz w:val="24"/>
          <w:szCs w:val="24"/>
        </w:rPr>
        <w:t xml:space="preserve"> pesos y ref</w:t>
      </w:r>
      <w:r w:rsidR="00EB4AD2">
        <w:rPr>
          <w:rFonts w:ascii="Arial" w:hAnsi="Arial" w:cs="Arial"/>
          <w:sz w:val="24"/>
          <w:szCs w:val="24"/>
        </w:rPr>
        <w:t>r</w:t>
      </w:r>
      <w:r w:rsidRPr="00E93608">
        <w:rPr>
          <w:rFonts w:ascii="Arial" w:hAnsi="Arial" w:cs="Arial"/>
          <w:sz w:val="24"/>
          <w:szCs w:val="24"/>
        </w:rPr>
        <w:t>endo de director responsable de obra proyecto</w:t>
      </w:r>
      <w:r w:rsidR="00EB4AD2">
        <w:rPr>
          <w:rFonts w:ascii="Arial" w:hAnsi="Arial" w:cs="Arial"/>
          <w:sz w:val="24"/>
          <w:szCs w:val="24"/>
        </w:rPr>
        <w:t xml:space="preserve"> </w:t>
      </w:r>
      <w:r w:rsidRPr="00E93608">
        <w:rPr>
          <w:rFonts w:ascii="Arial" w:hAnsi="Arial" w:cs="Arial"/>
          <w:sz w:val="24"/>
          <w:szCs w:val="24"/>
        </w:rPr>
        <w:t xml:space="preserve">corresponsable </w:t>
      </w:r>
      <w:r w:rsidR="00EB4AD2">
        <w:rPr>
          <w:rFonts w:ascii="Arial" w:hAnsi="Arial" w:cs="Arial"/>
          <w:sz w:val="24"/>
          <w:szCs w:val="24"/>
        </w:rPr>
        <w:t>$</w:t>
      </w:r>
      <w:r w:rsidRPr="00E93608">
        <w:rPr>
          <w:rFonts w:ascii="Arial" w:hAnsi="Arial" w:cs="Arial"/>
          <w:sz w:val="24"/>
          <w:szCs w:val="24"/>
        </w:rPr>
        <w:t>684.</w:t>
      </w:r>
      <w:r w:rsidR="00A2397A">
        <w:rPr>
          <w:rFonts w:ascii="Arial" w:hAnsi="Arial" w:cs="Arial"/>
          <w:sz w:val="24"/>
          <w:szCs w:val="24"/>
        </w:rPr>
        <w:t>00 pesos</w:t>
      </w:r>
      <w:r w:rsidRPr="00E93608">
        <w:rPr>
          <w:rFonts w:ascii="Arial" w:hAnsi="Arial" w:cs="Arial"/>
          <w:sz w:val="24"/>
          <w:szCs w:val="24"/>
        </w:rPr>
        <w:t xml:space="preserve"> se mantiene la tarifa igual nada más está incluyendo en vez de solamente DRO también director responsable de proyecto y corresponsables.</w:t>
      </w:r>
      <w:r w:rsidR="00EB4AD2">
        <w:rPr>
          <w:rFonts w:ascii="Arial" w:hAnsi="Arial" w:cs="Arial"/>
          <w:sz w:val="24"/>
          <w:szCs w:val="24"/>
        </w:rPr>
        <w:t xml:space="preserve"> L</w:t>
      </w:r>
      <w:r w:rsidRPr="00E93608">
        <w:rPr>
          <w:rFonts w:ascii="Arial" w:hAnsi="Arial" w:cs="Arial"/>
          <w:sz w:val="24"/>
          <w:szCs w:val="24"/>
        </w:rPr>
        <w:t xml:space="preserve">as certificaciones de habitabilidades de inmuebles, el costo el 15% de costo de la licencia de construcción cuyo pago se cubrirá simultáneamente </w:t>
      </w:r>
      <w:r w:rsidR="00EB4AD2" w:rsidRPr="00E93608">
        <w:rPr>
          <w:rFonts w:ascii="Arial" w:hAnsi="Arial" w:cs="Arial"/>
          <w:sz w:val="24"/>
          <w:szCs w:val="24"/>
        </w:rPr>
        <w:t>extendiéndose</w:t>
      </w:r>
      <w:r w:rsidRPr="00E93608">
        <w:rPr>
          <w:rFonts w:ascii="Arial" w:hAnsi="Arial" w:cs="Arial"/>
          <w:sz w:val="24"/>
          <w:szCs w:val="24"/>
        </w:rPr>
        <w:t xml:space="preserve"> el</w:t>
      </w:r>
      <w:r w:rsidR="00EB4AD2">
        <w:rPr>
          <w:rFonts w:ascii="Arial" w:hAnsi="Arial" w:cs="Arial"/>
          <w:sz w:val="24"/>
          <w:szCs w:val="24"/>
        </w:rPr>
        <w:t xml:space="preserve"> </w:t>
      </w:r>
      <w:r w:rsidRPr="00E93608">
        <w:rPr>
          <w:rFonts w:ascii="Arial" w:hAnsi="Arial" w:cs="Arial"/>
          <w:sz w:val="24"/>
          <w:szCs w:val="24"/>
        </w:rPr>
        <w:t xml:space="preserve">certificado al supervisar la </w:t>
      </w:r>
      <w:r w:rsidR="00EB4AD2">
        <w:rPr>
          <w:rFonts w:ascii="Arial" w:hAnsi="Arial" w:cs="Arial"/>
          <w:sz w:val="24"/>
          <w:szCs w:val="24"/>
        </w:rPr>
        <w:t>Direcc</w:t>
      </w:r>
      <w:r w:rsidRPr="00E93608">
        <w:rPr>
          <w:rFonts w:ascii="Arial" w:hAnsi="Arial" w:cs="Arial"/>
          <w:sz w:val="24"/>
          <w:szCs w:val="24"/>
        </w:rPr>
        <w:t xml:space="preserve">ión </w:t>
      </w:r>
      <w:r w:rsidRPr="00E93608">
        <w:rPr>
          <w:rFonts w:ascii="Arial" w:hAnsi="Arial" w:cs="Arial"/>
          <w:sz w:val="24"/>
          <w:szCs w:val="24"/>
        </w:rPr>
        <w:lastRenderedPageBreak/>
        <w:t xml:space="preserve">de </w:t>
      </w:r>
      <w:r w:rsidR="00EB4AD2">
        <w:rPr>
          <w:rFonts w:ascii="Arial" w:hAnsi="Arial" w:cs="Arial"/>
          <w:sz w:val="24"/>
          <w:szCs w:val="24"/>
        </w:rPr>
        <w:t>P</w:t>
      </w:r>
      <w:r w:rsidRPr="00E93608">
        <w:rPr>
          <w:rFonts w:ascii="Arial" w:hAnsi="Arial" w:cs="Arial"/>
          <w:sz w:val="24"/>
          <w:szCs w:val="24"/>
        </w:rPr>
        <w:t xml:space="preserve">ermisos y </w:t>
      </w:r>
      <w:r w:rsidR="00EB4AD2">
        <w:rPr>
          <w:rFonts w:ascii="Arial" w:hAnsi="Arial" w:cs="Arial"/>
          <w:sz w:val="24"/>
          <w:szCs w:val="24"/>
        </w:rPr>
        <w:t>L</w:t>
      </w:r>
      <w:r w:rsidRPr="00E93608">
        <w:rPr>
          <w:rFonts w:ascii="Arial" w:hAnsi="Arial" w:cs="Arial"/>
          <w:sz w:val="24"/>
          <w:szCs w:val="24"/>
        </w:rPr>
        <w:t>icencias de construcción que la obra se realizó de conformidad con el proyecto autorizado, no sufre modificaciones.</w:t>
      </w:r>
      <w:r w:rsidR="00EB4AD2">
        <w:rPr>
          <w:rFonts w:ascii="Arial" w:hAnsi="Arial" w:cs="Arial"/>
          <w:sz w:val="24"/>
          <w:szCs w:val="24"/>
        </w:rPr>
        <w:t xml:space="preserve"> </w:t>
      </w:r>
      <w:r w:rsidRPr="00E93608">
        <w:rPr>
          <w:rFonts w:ascii="Arial" w:hAnsi="Arial" w:cs="Arial"/>
          <w:sz w:val="24"/>
          <w:szCs w:val="24"/>
        </w:rPr>
        <w:t>Se requerirán certificado de habitabilidad todas aquellas edificaciones nuevas o ampliaciones menores a 30 m²</w:t>
      </w:r>
      <w:r w:rsidR="00EB4AD2">
        <w:rPr>
          <w:rFonts w:ascii="Arial" w:hAnsi="Arial" w:cs="Arial"/>
          <w:sz w:val="24"/>
          <w:szCs w:val="24"/>
        </w:rPr>
        <w:t xml:space="preserve"> </w:t>
      </w:r>
      <w:r w:rsidRPr="00E93608">
        <w:rPr>
          <w:rFonts w:ascii="Arial" w:hAnsi="Arial" w:cs="Arial"/>
          <w:sz w:val="24"/>
          <w:szCs w:val="24"/>
        </w:rPr>
        <w:t xml:space="preserve">por expedición de planos por la Dirección General de Gestión de la Ciudad en tamaño doble carta por cada uno </w:t>
      </w:r>
      <w:r w:rsidR="00EB4AD2">
        <w:rPr>
          <w:rFonts w:ascii="Arial" w:hAnsi="Arial" w:cs="Arial"/>
          <w:sz w:val="24"/>
          <w:szCs w:val="24"/>
        </w:rPr>
        <w:t>$</w:t>
      </w:r>
      <w:r w:rsidRPr="00E93608">
        <w:rPr>
          <w:rFonts w:ascii="Arial" w:hAnsi="Arial" w:cs="Arial"/>
          <w:sz w:val="24"/>
          <w:szCs w:val="24"/>
        </w:rPr>
        <w:t>340</w:t>
      </w:r>
      <w:r w:rsidR="00A2397A">
        <w:rPr>
          <w:rFonts w:ascii="Arial" w:hAnsi="Arial" w:cs="Arial"/>
          <w:sz w:val="24"/>
          <w:szCs w:val="24"/>
        </w:rPr>
        <w:t>.00</w:t>
      </w:r>
      <w:r w:rsidRPr="00E93608">
        <w:rPr>
          <w:rFonts w:ascii="Arial" w:hAnsi="Arial" w:cs="Arial"/>
          <w:sz w:val="24"/>
          <w:szCs w:val="24"/>
        </w:rPr>
        <w:t xml:space="preserve"> pesos.</w:t>
      </w:r>
      <w:r w:rsidR="00EB4AD2">
        <w:rPr>
          <w:rFonts w:ascii="Arial" w:hAnsi="Arial" w:cs="Arial"/>
          <w:sz w:val="24"/>
          <w:szCs w:val="24"/>
        </w:rPr>
        <w:t xml:space="preserve"> </w:t>
      </w:r>
      <w:r w:rsidRPr="00E93608">
        <w:rPr>
          <w:rFonts w:ascii="Arial" w:hAnsi="Arial" w:cs="Arial"/>
          <w:sz w:val="24"/>
          <w:szCs w:val="24"/>
        </w:rPr>
        <w:t>Se está especificando que es en tamaño doble carta. Expedición de plano de la ciudad por la dirección de ordenamiento territorial impreso en lámina de 90x 60</w:t>
      </w:r>
      <w:r w:rsidR="00EB4AD2">
        <w:rPr>
          <w:rFonts w:ascii="Arial" w:hAnsi="Arial" w:cs="Arial"/>
          <w:sz w:val="24"/>
          <w:szCs w:val="24"/>
        </w:rPr>
        <w:t xml:space="preserve"> </w:t>
      </w:r>
      <w:r w:rsidRPr="00E93608">
        <w:rPr>
          <w:rFonts w:ascii="Arial" w:hAnsi="Arial" w:cs="Arial"/>
          <w:sz w:val="24"/>
          <w:szCs w:val="24"/>
        </w:rPr>
        <w:t xml:space="preserve">cm digital en archivo PDF o DWG por cada uno </w:t>
      </w:r>
      <w:r w:rsidR="00EB4AD2">
        <w:rPr>
          <w:rFonts w:ascii="Arial" w:hAnsi="Arial" w:cs="Arial"/>
          <w:sz w:val="24"/>
          <w:szCs w:val="24"/>
        </w:rPr>
        <w:t>$</w:t>
      </w:r>
      <w:r w:rsidRPr="00E93608">
        <w:rPr>
          <w:rFonts w:ascii="Arial" w:hAnsi="Arial" w:cs="Arial"/>
          <w:sz w:val="24"/>
          <w:szCs w:val="24"/>
        </w:rPr>
        <w:t>600.</w:t>
      </w:r>
      <w:r w:rsidR="00A2397A">
        <w:rPr>
          <w:rFonts w:ascii="Arial" w:hAnsi="Arial" w:cs="Arial"/>
          <w:sz w:val="24"/>
          <w:szCs w:val="24"/>
        </w:rPr>
        <w:t>00 pesos</w:t>
      </w:r>
      <w:r w:rsidRPr="00E93608">
        <w:rPr>
          <w:rFonts w:ascii="Arial" w:hAnsi="Arial" w:cs="Arial"/>
          <w:sz w:val="24"/>
          <w:szCs w:val="24"/>
        </w:rPr>
        <w:t xml:space="preserve"> La tarifa es la misma, nada más especifica que </w:t>
      </w:r>
      <w:r w:rsidR="00EB4AD2" w:rsidRPr="00E93608">
        <w:rPr>
          <w:rFonts w:ascii="Arial" w:hAnsi="Arial" w:cs="Arial"/>
          <w:sz w:val="24"/>
          <w:szCs w:val="24"/>
        </w:rPr>
        <w:t>es impreso</w:t>
      </w:r>
      <w:r w:rsidRPr="00E93608">
        <w:rPr>
          <w:rFonts w:ascii="Arial" w:hAnsi="Arial" w:cs="Arial"/>
          <w:sz w:val="24"/>
          <w:szCs w:val="24"/>
        </w:rPr>
        <w:t xml:space="preserve"> o en archivo digital.</w:t>
      </w:r>
      <w:r w:rsidR="00EB4AD2">
        <w:rPr>
          <w:rFonts w:ascii="Arial" w:hAnsi="Arial" w:cs="Arial"/>
          <w:sz w:val="24"/>
          <w:szCs w:val="24"/>
        </w:rPr>
        <w:t xml:space="preserve"> </w:t>
      </w:r>
      <w:r w:rsidRPr="00E93608">
        <w:rPr>
          <w:rFonts w:ascii="Arial" w:hAnsi="Arial" w:cs="Arial"/>
          <w:sz w:val="24"/>
          <w:szCs w:val="24"/>
        </w:rPr>
        <w:t>Y se propone incluir una fracción 22, la expedición de planos de licencias de construcción, impresión o copia simple por la dirección de premios y licencias</w:t>
      </w:r>
      <w:r w:rsidR="00EB4AD2">
        <w:rPr>
          <w:rFonts w:ascii="Arial" w:hAnsi="Arial" w:cs="Arial"/>
          <w:sz w:val="24"/>
          <w:szCs w:val="24"/>
        </w:rPr>
        <w:t xml:space="preserve"> </w:t>
      </w:r>
      <w:r w:rsidRPr="00E93608">
        <w:rPr>
          <w:rFonts w:ascii="Arial" w:hAnsi="Arial" w:cs="Arial"/>
          <w:sz w:val="24"/>
          <w:szCs w:val="24"/>
        </w:rPr>
        <w:t xml:space="preserve">de construcción en láminas de 90% cm por cada uno </w:t>
      </w:r>
      <w:r w:rsidR="00EB4AD2">
        <w:rPr>
          <w:rFonts w:ascii="Arial" w:hAnsi="Arial" w:cs="Arial"/>
          <w:sz w:val="24"/>
          <w:szCs w:val="24"/>
        </w:rPr>
        <w:t>$</w:t>
      </w:r>
      <w:r w:rsidRPr="00E93608">
        <w:rPr>
          <w:rFonts w:ascii="Arial" w:hAnsi="Arial" w:cs="Arial"/>
          <w:sz w:val="24"/>
          <w:szCs w:val="24"/>
        </w:rPr>
        <w:t>50.</w:t>
      </w:r>
      <w:r w:rsidR="00A2397A">
        <w:rPr>
          <w:rFonts w:ascii="Arial" w:hAnsi="Arial" w:cs="Arial"/>
          <w:sz w:val="24"/>
          <w:szCs w:val="24"/>
        </w:rPr>
        <w:t>00 pesos</w:t>
      </w:r>
      <w:r w:rsidR="00EB4AD2">
        <w:rPr>
          <w:rFonts w:ascii="Arial" w:hAnsi="Arial" w:cs="Arial"/>
          <w:sz w:val="24"/>
          <w:szCs w:val="24"/>
        </w:rPr>
        <w:t xml:space="preserve"> </w:t>
      </w:r>
      <w:r w:rsidRPr="00E93608">
        <w:rPr>
          <w:rFonts w:ascii="Arial" w:hAnsi="Arial" w:cs="Arial"/>
          <w:sz w:val="24"/>
          <w:szCs w:val="24"/>
        </w:rPr>
        <w:t xml:space="preserve">Se agrega también en la fracción 23 que sea el plano manzanero en doble carta con el mismo costo de </w:t>
      </w:r>
      <w:r w:rsidR="00EB4AD2">
        <w:rPr>
          <w:rFonts w:ascii="Arial" w:hAnsi="Arial" w:cs="Arial"/>
          <w:sz w:val="24"/>
          <w:szCs w:val="24"/>
        </w:rPr>
        <w:t>$</w:t>
      </w:r>
      <w:r w:rsidRPr="00E93608">
        <w:rPr>
          <w:rFonts w:ascii="Arial" w:hAnsi="Arial" w:cs="Arial"/>
          <w:sz w:val="24"/>
          <w:szCs w:val="24"/>
        </w:rPr>
        <w:t>230</w:t>
      </w:r>
      <w:r w:rsidR="00A2397A">
        <w:rPr>
          <w:rFonts w:ascii="Arial" w:hAnsi="Arial" w:cs="Arial"/>
          <w:sz w:val="24"/>
          <w:szCs w:val="24"/>
        </w:rPr>
        <w:t>.00</w:t>
      </w:r>
      <w:r w:rsidRPr="00E93608">
        <w:rPr>
          <w:rFonts w:ascii="Arial" w:hAnsi="Arial" w:cs="Arial"/>
          <w:sz w:val="24"/>
          <w:szCs w:val="24"/>
        </w:rPr>
        <w:t xml:space="preserve"> pesos.</w:t>
      </w:r>
      <w:r w:rsidR="00EB4AD2">
        <w:rPr>
          <w:rFonts w:ascii="Arial" w:hAnsi="Arial" w:cs="Arial"/>
          <w:sz w:val="24"/>
          <w:szCs w:val="24"/>
        </w:rPr>
        <w:t xml:space="preserve"> </w:t>
      </w:r>
      <w:r w:rsidRPr="00E93608">
        <w:rPr>
          <w:rFonts w:ascii="Arial" w:hAnsi="Arial" w:cs="Arial"/>
          <w:sz w:val="24"/>
          <w:szCs w:val="24"/>
        </w:rPr>
        <w:t>Se está adecuando este párrafo que dice, "Por la modificación del giro solicitado, información del solicitante o número oficial al dictamen de usos y</w:t>
      </w:r>
      <w:r w:rsidR="00EB4AD2">
        <w:rPr>
          <w:rFonts w:ascii="Arial" w:hAnsi="Arial" w:cs="Arial"/>
          <w:sz w:val="24"/>
          <w:szCs w:val="24"/>
        </w:rPr>
        <w:t xml:space="preserve"> </w:t>
      </w:r>
      <w:r w:rsidRPr="00E93608">
        <w:rPr>
          <w:rFonts w:ascii="Arial" w:hAnsi="Arial" w:cs="Arial"/>
          <w:sz w:val="24"/>
          <w:szCs w:val="24"/>
        </w:rPr>
        <w:t>destinos específicos o al dictamen de trazo, usos y destinos específicos. A petición del interesado por cada una, pagará el 10% del valor del dictamen,</w:t>
      </w:r>
      <w:r w:rsidR="00EB4AD2">
        <w:rPr>
          <w:rFonts w:ascii="Arial" w:hAnsi="Arial" w:cs="Arial"/>
          <w:sz w:val="24"/>
          <w:szCs w:val="24"/>
        </w:rPr>
        <w:t xml:space="preserve"> </w:t>
      </w:r>
      <w:r w:rsidRPr="00E93608">
        <w:rPr>
          <w:rFonts w:ascii="Arial" w:hAnsi="Arial" w:cs="Arial"/>
          <w:sz w:val="24"/>
          <w:szCs w:val="24"/>
        </w:rPr>
        <w:t xml:space="preserve">siempre y cuando sea dentro de un plazo no mayor </w:t>
      </w:r>
      <w:r w:rsidR="00EB4AD2" w:rsidRPr="00E93608">
        <w:rPr>
          <w:rFonts w:ascii="Arial" w:hAnsi="Arial" w:cs="Arial"/>
          <w:sz w:val="24"/>
          <w:szCs w:val="24"/>
        </w:rPr>
        <w:t>a los 15 quince días hábiles</w:t>
      </w:r>
      <w:r w:rsidRPr="00E93608">
        <w:rPr>
          <w:rFonts w:ascii="Arial" w:hAnsi="Arial" w:cs="Arial"/>
          <w:sz w:val="24"/>
          <w:szCs w:val="24"/>
        </w:rPr>
        <w:t xml:space="preserve"> de su expedición. De lo contrario se verá tramitar nuevamente.</w:t>
      </w:r>
      <w:r w:rsidR="00EB4AD2">
        <w:rPr>
          <w:rFonts w:ascii="Arial" w:hAnsi="Arial" w:cs="Arial"/>
          <w:sz w:val="24"/>
          <w:szCs w:val="24"/>
        </w:rPr>
        <w:t xml:space="preserve"> </w:t>
      </w:r>
      <w:r w:rsidRPr="00E93608">
        <w:rPr>
          <w:rFonts w:ascii="Arial" w:hAnsi="Arial" w:cs="Arial"/>
          <w:sz w:val="24"/>
          <w:szCs w:val="24"/>
        </w:rPr>
        <w:t xml:space="preserve">Se está adicionando </w:t>
      </w:r>
      <w:r w:rsidR="00EB4AD2" w:rsidRPr="00E93608">
        <w:rPr>
          <w:rFonts w:ascii="Arial" w:hAnsi="Arial" w:cs="Arial"/>
          <w:sz w:val="24"/>
          <w:szCs w:val="24"/>
        </w:rPr>
        <w:t>una fracción</w:t>
      </w:r>
      <w:r w:rsidRPr="00E93608">
        <w:rPr>
          <w:rFonts w:ascii="Arial" w:hAnsi="Arial" w:cs="Arial"/>
          <w:sz w:val="24"/>
          <w:szCs w:val="24"/>
        </w:rPr>
        <w:t xml:space="preserve"> 30 que es el dictamen de autorización de colocación de anuncios dentro del centro</w:t>
      </w:r>
      <w:r w:rsidR="00EB4AD2">
        <w:rPr>
          <w:rFonts w:ascii="Arial" w:hAnsi="Arial" w:cs="Arial"/>
          <w:sz w:val="24"/>
          <w:szCs w:val="24"/>
        </w:rPr>
        <w:t xml:space="preserve"> </w:t>
      </w:r>
      <w:r w:rsidRPr="00E93608">
        <w:rPr>
          <w:rFonts w:ascii="Arial" w:hAnsi="Arial" w:cs="Arial"/>
          <w:sz w:val="24"/>
          <w:szCs w:val="24"/>
        </w:rPr>
        <w:t xml:space="preserve">histórico. Tendrá un valor y vigencia única de 30 </w:t>
      </w:r>
      <w:r w:rsidR="00EB4AD2">
        <w:rPr>
          <w:rFonts w:ascii="Arial" w:hAnsi="Arial" w:cs="Arial"/>
          <w:sz w:val="24"/>
          <w:szCs w:val="24"/>
        </w:rPr>
        <w:t xml:space="preserve">treinta </w:t>
      </w:r>
      <w:r w:rsidRPr="00E93608">
        <w:rPr>
          <w:rFonts w:ascii="Arial" w:hAnsi="Arial" w:cs="Arial"/>
          <w:sz w:val="24"/>
          <w:szCs w:val="24"/>
        </w:rPr>
        <w:t xml:space="preserve">días. Se cobrará </w:t>
      </w:r>
      <w:r w:rsidR="00EB4AD2">
        <w:rPr>
          <w:rFonts w:ascii="Arial" w:hAnsi="Arial" w:cs="Arial"/>
          <w:sz w:val="24"/>
          <w:szCs w:val="24"/>
        </w:rPr>
        <w:t>$</w:t>
      </w:r>
      <w:r w:rsidRPr="00E93608">
        <w:rPr>
          <w:rFonts w:ascii="Arial" w:hAnsi="Arial" w:cs="Arial"/>
          <w:sz w:val="24"/>
          <w:szCs w:val="24"/>
        </w:rPr>
        <w:t>200</w:t>
      </w:r>
      <w:r w:rsidR="00A2397A">
        <w:rPr>
          <w:rFonts w:ascii="Arial" w:hAnsi="Arial" w:cs="Arial"/>
          <w:sz w:val="24"/>
          <w:szCs w:val="24"/>
        </w:rPr>
        <w:t>.00</w:t>
      </w:r>
      <w:r w:rsidRPr="00E93608">
        <w:rPr>
          <w:rFonts w:ascii="Arial" w:hAnsi="Arial" w:cs="Arial"/>
          <w:sz w:val="24"/>
          <w:szCs w:val="24"/>
        </w:rPr>
        <w:t xml:space="preserve"> pesos.</w:t>
      </w:r>
      <w:r w:rsidR="00EB4AD2">
        <w:rPr>
          <w:rFonts w:ascii="Arial" w:hAnsi="Arial" w:cs="Arial"/>
          <w:sz w:val="24"/>
          <w:szCs w:val="24"/>
        </w:rPr>
        <w:t xml:space="preserve"> </w:t>
      </w:r>
      <w:r w:rsidRPr="00E93608">
        <w:rPr>
          <w:rFonts w:ascii="Arial" w:hAnsi="Arial" w:cs="Arial"/>
          <w:sz w:val="24"/>
          <w:szCs w:val="24"/>
        </w:rPr>
        <w:t>Puedes subir, por favor, pero puedes subir cómo dice</w:t>
      </w:r>
      <w:r w:rsidR="00EB4AD2">
        <w:rPr>
          <w:rFonts w:ascii="Arial" w:hAnsi="Arial" w:cs="Arial"/>
          <w:sz w:val="24"/>
          <w:szCs w:val="24"/>
        </w:rPr>
        <w:t xml:space="preserve"> </w:t>
      </w:r>
      <w:r w:rsidRPr="00E93608">
        <w:rPr>
          <w:rFonts w:ascii="Arial" w:hAnsi="Arial" w:cs="Arial"/>
          <w:sz w:val="24"/>
          <w:szCs w:val="24"/>
        </w:rPr>
        <w:t>los productos por conceptos de formas empresas pagarán las tarifas señaladas a continuación. Las que corresponden a la Dirección de Ordenamiento Territorial es</w:t>
      </w:r>
      <w:r w:rsidR="00EB4AD2">
        <w:rPr>
          <w:rFonts w:ascii="Arial" w:hAnsi="Arial" w:cs="Arial"/>
          <w:sz w:val="24"/>
          <w:szCs w:val="24"/>
        </w:rPr>
        <w:t xml:space="preserve"> </w:t>
      </w:r>
      <w:r w:rsidRPr="00E93608">
        <w:rPr>
          <w:rFonts w:ascii="Arial" w:hAnsi="Arial" w:cs="Arial"/>
          <w:sz w:val="24"/>
          <w:szCs w:val="24"/>
        </w:rPr>
        <w:t xml:space="preserve">a partir de la fracción número cinco para solicitud de licencia de construcción número oficial y alineamiento cada uno a </w:t>
      </w:r>
      <w:r w:rsidR="00EB4AD2">
        <w:rPr>
          <w:rFonts w:ascii="Arial" w:hAnsi="Arial" w:cs="Arial"/>
          <w:sz w:val="24"/>
          <w:szCs w:val="24"/>
        </w:rPr>
        <w:t>$</w:t>
      </w:r>
      <w:r w:rsidRPr="00E93608">
        <w:rPr>
          <w:rFonts w:ascii="Arial" w:hAnsi="Arial" w:cs="Arial"/>
          <w:sz w:val="24"/>
          <w:szCs w:val="24"/>
        </w:rPr>
        <w:t>115</w:t>
      </w:r>
      <w:r w:rsidR="00A2397A">
        <w:rPr>
          <w:rFonts w:ascii="Arial" w:hAnsi="Arial" w:cs="Arial"/>
          <w:sz w:val="24"/>
          <w:szCs w:val="24"/>
        </w:rPr>
        <w:t>.00 pesos</w:t>
      </w:r>
      <w:r w:rsidRPr="00E93608">
        <w:rPr>
          <w:rFonts w:ascii="Arial" w:hAnsi="Arial" w:cs="Arial"/>
          <w:sz w:val="24"/>
          <w:szCs w:val="24"/>
        </w:rPr>
        <w:t xml:space="preserve"> aumenta 3.6%.</w:t>
      </w:r>
      <w:r w:rsidR="00EB4AD2">
        <w:rPr>
          <w:rFonts w:ascii="Arial" w:hAnsi="Arial" w:cs="Arial"/>
          <w:sz w:val="24"/>
          <w:szCs w:val="24"/>
        </w:rPr>
        <w:t xml:space="preserve"> </w:t>
      </w:r>
      <w:r w:rsidRPr="00E93608">
        <w:rPr>
          <w:rFonts w:ascii="Arial" w:hAnsi="Arial" w:cs="Arial"/>
          <w:sz w:val="24"/>
          <w:szCs w:val="24"/>
        </w:rPr>
        <w:t xml:space="preserve">Bitácora para control y ejecución de obra de edificación por cada un </w:t>
      </w:r>
      <w:r w:rsidR="00EB4AD2">
        <w:rPr>
          <w:rFonts w:ascii="Arial" w:hAnsi="Arial" w:cs="Arial"/>
          <w:sz w:val="24"/>
          <w:szCs w:val="24"/>
        </w:rPr>
        <w:t>$</w:t>
      </w:r>
      <w:r w:rsidRPr="00E93608">
        <w:rPr>
          <w:rFonts w:ascii="Arial" w:hAnsi="Arial" w:cs="Arial"/>
          <w:sz w:val="24"/>
          <w:szCs w:val="24"/>
        </w:rPr>
        <w:t>160</w:t>
      </w:r>
      <w:r w:rsidR="00A2397A">
        <w:rPr>
          <w:rFonts w:ascii="Arial" w:hAnsi="Arial" w:cs="Arial"/>
          <w:sz w:val="24"/>
          <w:szCs w:val="24"/>
        </w:rPr>
        <w:t>.00</w:t>
      </w:r>
      <w:r w:rsidRPr="00E93608">
        <w:rPr>
          <w:rFonts w:ascii="Arial" w:hAnsi="Arial" w:cs="Arial"/>
          <w:sz w:val="24"/>
          <w:szCs w:val="24"/>
        </w:rPr>
        <w:t xml:space="preserve"> pesos que es un aumento del 5%.</w:t>
      </w:r>
      <w:r w:rsidR="00EB4AD2">
        <w:rPr>
          <w:rFonts w:ascii="Arial" w:hAnsi="Arial" w:cs="Arial"/>
          <w:sz w:val="24"/>
          <w:szCs w:val="24"/>
        </w:rPr>
        <w:t xml:space="preserve"> </w:t>
      </w:r>
      <w:r w:rsidRPr="00E93608">
        <w:rPr>
          <w:rFonts w:ascii="Arial" w:hAnsi="Arial" w:cs="Arial"/>
          <w:sz w:val="24"/>
          <w:szCs w:val="24"/>
        </w:rPr>
        <w:t xml:space="preserve">para avisos de transmisiones patrimoniales por cada una </w:t>
      </w:r>
      <w:r w:rsidR="00EB4AD2">
        <w:rPr>
          <w:rFonts w:ascii="Arial" w:hAnsi="Arial" w:cs="Arial"/>
          <w:sz w:val="24"/>
          <w:szCs w:val="24"/>
        </w:rPr>
        <w:t>$</w:t>
      </w:r>
      <w:r w:rsidRPr="00E93608">
        <w:rPr>
          <w:rFonts w:ascii="Arial" w:hAnsi="Arial" w:cs="Arial"/>
          <w:sz w:val="24"/>
          <w:szCs w:val="24"/>
        </w:rPr>
        <w:t>116</w:t>
      </w:r>
      <w:r w:rsidR="00A2397A">
        <w:rPr>
          <w:rFonts w:ascii="Arial" w:hAnsi="Arial" w:cs="Arial"/>
          <w:sz w:val="24"/>
          <w:szCs w:val="24"/>
        </w:rPr>
        <w:t>.00</w:t>
      </w:r>
      <w:r w:rsidRPr="00E93608">
        <w:rPr>
          <w:rFonts w:ascii="Arial" w:hAnsi="Arial" w:cs="Arial"/>
          <w:sz w:val="24"/>
          <w:szCs w:val="24"/>
        </w:rPr>
        <w:t xml:space="preserve"> igual un 5% formato impreso de licencias para giros y anuncios por cada uno de los </w:t>
      </w:r>
      <w:r w:rsidR="00EB4AD2">
        <w:rPr>
          <w:rFonts w:ascii="Arial" w:hAnsi="Arial" w:cs="Arial"/>
          <w:sz w:val="24"/>
          <w:szCs w:val="24"/>
        </w:rPr>
        <w:t>$</w:t>
      </w:r>
      <w:r w:rsidRPr="00E93608">
        <w:rPr>
          <w:rFonts w:ascii="Arial" w:hAnsi="Arial" w:cs="Arial"/>
          <w:sz w:val="24"/>
          <w:szCs w:val="24"/>
        </w:rPr>
        <w:t>138</w:t>
      </w:r>
      <w:r w:rsidR="00A2397A">
        <w:rPr>
          <w:rFonts w:ascii="Arial" w:hAnsi="Arial" w:cs="Arial"/>
          <w:sz w:val="24"/>
          <w:szCs w:val="24"/>
        </w:rPr>
        <w:t>.00</w:t>
      </w:r>
      <w:r w:rsidR="00EB4AD2">
        <w:rPr>
          <w:rFonts w:ascii="Arial" w:hAnsi="Arial" w:cs="Arial"/>
          <w:sz w:val="24"/>
          <w:szCs w:val="24"/>
        </w:rPr>
        <w:t xml:space="preserve"> </w:t>
      </w:r>
      <w:r w:rsidRPr="00E93608">
        <w:rPr>
          <w:rFonts w:ascii="Arial" w:hAnsi="Arial" w:cs="Arial"/>
          <w:sz w:val="24"/>
          <w:szCs w:val="24"/>
        </w:rPr>
        <w:t>pesos expedición y o reposición del formato de constancia de derecho de uso de espacio físico en cementerios. Bueno, eso ya me pasé, pero los otros que leí atienden a un 5% únicamente.</w:t>
      </w:r>
      <w:r w:rsidR="00EB4AD2">
        <w:rPr>
          <w:rFonts w:ascii="Arial" w:hAnsi="Arial" w:cs="Arial"/>
          <w:sz w:val="24"/>
          <w:szCs w:val="24"/>
        </w:rPr>
        <w:t xml:space="preserve"> </w:t>
      </w:r>
      <w:r w:rsidRPr="00E93608">
        <w:rPr>
          <w:rFonts w:ascii="Arial" w:hAnsi="Arial" w:cs="Arial"/>
          <w:sz w:val="24"/>
          <w:szCs w:val="24"/>
        </w:rPr>
        <w:t xml:space="preserve">El cartel informativo de obras autorizadas incrementa un 4% de </w:t>
      </w:r>
      <w:r w:rsidR="00A2397A">
        <w:rPr>
          <w:rFonts w:ascii="Arial" w:hAnsi="Arial" w:cs="Arial"/>
          <w:sz w:val="24"/>
          <w:szCs w:val="24"/>
        </w:rPr>
        <w:t>$</w:t>
      </w:r>
      <w:r w:rsidRPr="00E93608">
        <w:rPr>
          <w:rFonts w:ascii="Arial" w:hAnsi="Arial" w:cs="Arial"/>
          <w:sz w:val="24"/>
          <w:szCs w:val="24"/>
        </w:rPr>
        <w:t>25</w:t>
      </w:r>
      <w:r w:rsidR="00A2397A">
        <w:rPr>
          <w:rFonts w:ascii="Arial" w:hAnsi="Arial" w:cs="Arial"/>
          <w:sz w:val="24"/>
          <w:szCs w:val="24"/>
        </w:rPr>
        <w:t>.00</w:t>
      </w:r>
      <w:r w:rsidRPr="00E93608">
        <w:rPr>
          <w:rFonts w:ascii="Arial" w:hAnsi="Arial" w:cs="Arial"/>
          <w:sz w:val="24"/>
          <w:szCs w:val="24"/>
        </w:rPr>
        <w:t xml:space="preserve"> a </w:t>
      </w:r>
      <w:r w:rsidR="00A2397A">
        <w:rPr>
          <w:rFonts w:ascii="Arial" w:hAnsi="Arial" w:cs="Arial"/>
          <w:sz w:val="24"/>
          <w:szCs w:val="24"/>
        </w:rPr>
        <w:t>$</w:t>
      </w:r>
      <w:r w:rsidRPr="00E93608">
        <w:rPr>
          <w:rFonts w:ascii="Arial" w:hAnsi="Arial" w:cs="Arial"/>
          <w:sz w:val="24"/>
          <w:szCs w:val="24"/>
        </w:rPr>
        <w:t>26</w:t>
      </w:r>
      <w:r w:rsidR="00A2397A">
        <w:rPr>
          <w:rFonts w:ascii="Arial" w:hAnsi="Arial" w:cs="Arial"/>
          <w:sz w:val="24"/>
          <w:szCs w:val="24"/>
        </w:rPr>
        <w:t>.00</w:t>
      </w:r>
      <w:r w:rsidRPr="00E93608">
        <w:rPr>
          <w:rFonts w:ascii="Arial" w:hAnsi="Arial" w:cs="Arial"/>
          <w:sz w:val="24"/>
          <w:szCs w:val="24"/>
        </w:rPr>
        <w:t xml:space="preserve"> pesos, un peso de aumento.</w:t>
      </w:r>
      <w:r w:rsidR="00EB4AD2">
        <w:rPr>
          <w:rFonts w:ascii="Arial" w:hAnsi="Arial" w:cs="Arial"/>
          <w:sz w:val="24"/>
          <w:szCs w:val="24"/>
        </w:rPr>
        <w:t xml:space="preserve"> </w:t>
      </w:r>
      <w:r w:rsidRPr="00E93608">
        <w:rPr>
          <w:rFonts w:ascii="Arial" w:hAnsi="Arial" w:cs="Arial"/>
          <w:sz w:val="24"/>
          <w:szCs w:val="24"/>
        </w:rPr>
        <w:t>Sí. Y ahí se cambia la denominación de obra pública por obra autorizada.</w:t>
      </w:r>
      <w:r w:rsidR="00EB4AD2">
        <w:rPr>
          <w:rFonts w:ascii="Arial" w:hAnsi="Arial" w:cs="Arial"/>
          <w:sz w:val="24"/>
          <w:szCs w:val="24"/>
        </w:rPr>
        <w:t xml:space="preserve"> </w:t>
      </w:r>
      <w:r w:rsidRPr="00E93608">
        <w:rPr>
          <w:rFonts w:ascii="Arial" w:hAnsi="Arial" w:cs="Arial"/>
          <w:sz w:val="24"/>
          <w:szCs w:val="24"/>
        </w:rPr>
        <w:t>Artículo 158. Las personas físicas o jurídicas. No.</w:t>
      </w:r>
      <w:r w:rsidR="00EB4AD2">
        <w:rPr>
          <w:rFonts w:ascii="Arial" w:hAnsi="Arial" w:cs="Arial"/>
          <w:sz w:val="24"/>
          <w:szCs w:val="24"/>
        </w:rPr>
        <w:t xml:space="preserve"> </w:t>
      </w:r>
      <w:r w:rsidRPr="00E93608">
        <w:rPr>
          <w:rFonts w:ascii="Arial" w:hAnsi="Arial" w:cs="Arial"/>
          <w:sz w:val="24"/>
          <w:szCs w:val="24"/>
        </w:rPr>
        <w:t>Bueno, hemos llegado al final de la Dirección de Ordenamiento Territorial.</w:t>
      </w:r>
      <w:r w:rsidR="00EB4AD2">
        <w:rPr>
          <w:rFonts w:ascii="Arial" w:hAnsi="Arial" w:cs="Arial"/>
          <w:sz w:val="24"/>
          <w:szCs w:val="24"/>
        </w:rPr>
        <w:t xml:space="preserve"> </w:t>
      </w:r>
      <w:r w:rsidRPr="00E93608">
        <w:rPr>
          <w:rFonts w:ascii="Arial" w:hAnsi="Arial" w:cs="Arial"/>
          <w:sz w:val="24"/>
          <w:szCs w:val="24"/>
        </w:rPr>
        <w:t>No sé si hubiera alguna duda respecto a los cobros, tarifas, cuotas por licencias de construcción, urbanización</w:t>
      </w:r>
      <w:r w:rsidR="00EB4AD2">
        <w:rPr>
          <w:rFonts w:ascii="Arial" w:hAnsi="Arial" w:cs="Arial"/>
          <w:sz w:val="24"/>
          <w:szCs w:val="24"/>
        </w:rPr>
        <w:t xml:space="preserve"> </w:t>
      </w:r>
      <w:r w:rsidRPr="00E93608">
        <w:rPr>
          <w:rFonts w:ascii="Arial" w:hAnsi="Arial" w:cs="Arial"/>
          <w:sz w:val="24"/>
          <w:szCs w:val="24"/>
        </w:rPr>
        <w:t xml:space="preserve">y demás. Como </w:t>
      </w:r>
      <w:r w:rsidR="00EB4AD2" w:rsidRPr="00E93608">
        <w:rPr>
          <w:rFonts w:ascii="Arial" w:hAnsi="Arial" w:cs="Arial"/>
          <w:sz w:val="24"/>
          <w:szCs w:val="24"/>
        </w:rPr>
        <w:t>vimos, todo</w:t>
      </w:r>
      <w:r w:rsidRPr="00E93608">
        <w:rPr>
          <w:rFonts w:ascii="Arial" w:hAnsi="Arial" w:cs="Arial"/>
          <w:sz w:val="24"/>
          <w:szCs w:val="24"/>
        </w:rPr>
        <w:t xml:space="preserve"> atiende, casi todo atiende una un aumento del 5%,</w:t>
      </w:r>
      <w:r w:rsidR="00EB4AD2">
        <w:rPr>
          <w:rFonts w:ascii="Arial" w:hAnsi="Arial" w:cs="Arial"/>
          <w:sz w:val="24"/>
          <w:szCs w:val="24"/>
        </w:rPr>
        <w:t xml:space="preserve"> </w:t>
      </w:r>
      <w:r w:rsidRPr="00E93608">
        <w:rPr>
          <w:rFonts w:ascii="Arial" w:hAnsi="Arial" w:cs="Arial"/>
          <w:sz w:val="24"/>
          <w:szCs w:val="24"/>
        </w:rPr>
        <w:t>unas un poco menos. Adelante, regidor Gustavo.</w:t>
      </w:r>
    </w:p>
    <w:p w14:paraId="6BF2D555" w14:textId="55780035" w:rsidR="00EA0C28" w:rsidRPr="00E93608" w:rsidRDefault="00EB4AD2" w:rsidP="00E93608">
      <w:pPr>
        <w:jc w:val="both"/>
        <w:rPr>
          <w:rFonts w:ascii="Arial" w:hAnsi="Arial" w:cs="Arial"/>
          <w:sz w:val="24"/>
          <w:szCs w:val="24"/>
        </w:rPr>
      </w:pPr>
      <w:r>
        <w:rPr>
          <w:rFonts w:ascii="Arial" w:hAnsi="Arial" w:cs="Arial"/>
          <w:b/>
          <w:bCs/>
          <w:sz w:val="24"/>
          <w:szCs w:val="24"/>
        </w:rPr>
        <w:lastRenderedPageBreak/>
        <w:t xml:space="preserve">C. GUSTAVO LOPEZ SANDOVAL. - </w:t>
      </w:r>
      <w:r w:rsidRPr="00E93608">
        <w:rPr>
          <w:rFonts w:ascii="Arial" w:hAnsi="Arial" w:cs="Arial"/>
          <w:sz w:val="24"/>
          <w:szCs w:val="24"/>
        </w:rPr>
        <w:t>Gracias. Gracias. Y el DRO, el DRO queda igual o hay incrementos.</w:t>
      </w:r>
    </w:p>
    <w:p w14:paraId="2AF2B4C5" w14:textId="70A5BD1B" w:rsidR="00EA0C28" w:rsidRPr="00E93608" w:rsidRDefault="00EB4AD2"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Queda igual. Nada más especificó en la redacción que es por el para nuevo y refrendo es DRO corresponsable o</w:t>
      </w:r>
      <w:r>
        <w:rPr>
          <w:rFonts w:ascii="Arial" w:hAnsi="Arial" w:cs="Arial"/>
          <w:sz w:val="24"/>
          <w:szCs w:val="24"/>
        </w:rPr>
        <w:t xml:space="preserve"> </w:t>
      </w:r>
      <w:r w:rsidRPr="00E93608">
        <w:rPr>
          <w:rFonts w:ascii="Arial" w:hAnsi="Arial" w:cs="Arial"/>
          <w:sz w:val="24"/>
          <w:szCs w:val="24"/>
        </w:rPr>
        <w:t>de obra de edificación, proyecto y corresponsable. Se agregan esas dos definiciones de los directores responsables, pero el costo sigue igual.</w:t>
      </w:r>
      <w:r>
        <w:rPr>
          <w:rFonts w:ascii="Arial" w:hAnsi="Arial" w:cs="Arial"/>
          <w:sz w:val="24"/>
          <w:szCs w:val="24"/>
        </w:rPr>
        <w:t xml:space="preserve"> </w:t>
      </w:r>
      <w:r w:rsidRPr="00E93608">
        <w:rPr>
          <w:rFonts w:ascii="Arial" w:hAnsi="Arial" w:cs="Arial"/>
          <w:sz w:val="24"/>
          <w:szCs w:val="24"/>
        </w:rPr>
        <w:t>Muy bien. No hubiera alguna otra duda queja sugerencia respecto a las tarifas de la dirección de ordenamiento territorial. Como ya mencioné, casi</w:t>
      </w:r>
      <w:r>
        <w:rPr>
          <w:rFonts w:ascii="Arial" w:hAnsi="Arial" w:cs="Arial"/>
          <w:sz w:val="24"/>
          <w:szCs w:val="24"/>
        </w:rPr>
        <w:t xml:space="preserve"> todo</w:t>
      </w:r>
      <w:r w:rsidRPr="00E93608">
        <w:rPr>
          <w:rFonts w:ascii="Arial" w:hAnsi="Arial" w:cs="Arial"/>
          <w:sz w:val="24"/>
          <w:szCs w:val="24"/>
        </w:rPr>
        <w:t xml:space="preserve"> atiende a un aumento del 5%, sino es que algunas menos.</w:t>
      </w:r>
      <w:r>
        <w:rPr>
          <w:rFonts w:ascii="Arial" w:hAnsi="Arial" w:cs="Arial"/>
          <w:sz w:val="24"/>
          <w:szCs w:val="24"/>
        </w:rPr>
        <w:t xml:space="preserve"> </w:t>
      </w:r>
      <w:r w:rsidRPr="00E93608">
        <w:rPr>
          <w:rFonts w:ascii="Arial" w:hAnsi="Arial" w:cs="Arial"/>
          <w:sz w:val="24"/>
          <w:szCs w:val="24"/>
        </w:rPr>
        <w:t>De no ser de no ser así, continuaríamos ya por fin por el para terminar lo del cementerio municipal Nuevo, agradeciendo nuevamente la presencia.</w:t>
      </w:r>
      <w:r>
        <w:rPr>
          <w:rFonts w:ascii="Arial" w:hAnsi="Arial" w:cs="Arial"/>
          <w:sz w:val="24"/>
          <w:szCs w:val="24"/>
        </w:rPr>
        <w:t xml:space="preserve"> </w:t>
      </w:r>
      <w:r w:rsidRPr="00E93608">
        <w:rPr>
          <w:rFonts w:ascii="Arial" w:hAnsi="Arial" w:cs="Arial"/>
          <w:sz w:val="24"/>
          <w:szCs w:val="24"/>
        </w:rPr>
        <w:t xml:space="preserve">Esto es atiende a temas de construcción en el </w:t>
      </w:r>
      <w:r>
        <w:rPr>
          <w:rFonts w:ascii="Arial" w:hAnsi="Arial" w:cs="Arial"/>
          <w:sz w:val="24"/>
          <w:szCs w:val="24"/>
        </w:rPr>
        <w:br/>
        <w:t>P</w:t>
      </w:r>
      <w:r w:rsidRPr="00E93608">
        <w:rPr>
          <w:rFonts w:ascii="Arial" w:hAnsi="Arial" w:cs="Arial"/>
          <w:sz w:val="24"/>
          <w:szCs w:val="24"/>
        </w:rPr>
        <w:t xml:space="preserve">anteón </w:t>
      </w:r>
      <w:r>
        <w:rPr>
          <w:rFonts w:ascii="Arial" w:hAnsi="Arial" w:cs="Arial"/>
          <w:sz w:val="24"/>
          <w:szCs w:val="24"/>
        </w:rPr>
        <w:t>M</w:t>
      </w:r>
      <w:r w:rsidRPr="00E93608">
        <w:rPr>
          <w:rFonts w:ascii="Arial" w:hAnsi="Arial" w:cs="Arial"/>
          <w:sz w:val="24"/>
          <w:szCs w:val="24"/>
        </w:rPr>
        <w:t>unicipal Miguel Hidal</w:t>
      </w:r>
      <w:r>
        <w:rPr>
          <w:rFonts w:ascii="Arial" w:hAnsi="Arial" w:cs="Arial"/>
          <w:sz w:val="24"/>
          <w:szCs w:val="24"/>
        </w:rPr>
        <w:t>g</w:t>
      </w:r>
      <w:r w:rsidRPr="00E93608">
        <w:rPr>
          <w:rFonts w:ascii="Arial" w:hAnsi="Arial" w:cs="Arial"/>
          <w:sz w:val="24"/>
          <w:szCs w:val="24"/>
        </w:rPr>
        <w:t xml:space="preserve">o, donde interviene la </w:t>
      </w:r>
      <w:r>
        <w:rPr>
          <w:rFonts w:ascii="Arial" w:hAnsi="Arial" w:cs="Arial"/>
          <w:sz w:val="24"/>
          <w:szCs w:val="24"/>
        </w:rPr>
        <w:t>D</w:t>
      </w:r>
      <w:r w:rsidRPr="00E93608">
        <w:rPr>
          <w:rFonts w:ascii="Arial" w:hAnsi="Arial" w:cs="Arial"/>
          <w:sz w:val="24"/>
          <w:szCs w:val="24"/>
        </w:rPr>
        <w:t xml:space="preserve">irección a cargo del </w:t>
      </w:r>
      <w:r>
        <w:rPr>
          <w:rFonts w:ascii="Arial" w:hAnsi="Arial" w:cs="Arial"/>
          <w:sz w:val="24"/>
          <w:szCs w:val="24"/>
        </w:rPr>
        <w:t>A</w:t>
      </w:r>
      <w:r w:rsidRPr="00E93608">
        <w:rPr>
          <w:rFonts w:ascii="Arial" w:hAnsi="Arial" w:cs="Arial"/>
          <w:sz w:val="24"/>
          <w:szCs w:val="24"/>
        </w:rPr>
        <w:t>rquitecto Braulio Mauricio.</w:t>
      </w:r>
      <w:r>
        <w:rPr>
          <w:rFonts w:ascii="Arial" w:hAnsi="Arial" w:cs="Arial"/>
          <w:sz w:val="24"/>
          <w:szCs w:val="24"/>
        </w:rPr>
        <w:t xml:space="preserve"> </w:t>
      </w:r>
      <w:r w:rsidRPr="00E93608">
        <w:rPr>
          <w:rFonts w:ascii="Arial" w:hAnsi="Arial" w:cs="Arial"/>
          <w:sz w:val="24"/>
          <w:szCs w:val="24"/>
        </w:rPr>
        <w:t xml:space="preserve">El permiso de construcción en cementerio municipal Miguel Hidalgo. Permiso tipo A, construcción de dos cavidades y losas grises, </w:t>
      </w:r>
      <w:r>
        <w:rPr>
          <w:rFonts w:ascii="Arial" w:hAnsi="Arial" w:cs="Arial"/>
          <w:sz w:val="24"/>
          <w:szCs w:val="24"/>
        </w:rPr>
        <w:t>$</w:t>
      </w:r>
      <w:r w:rsidRPr="00E93608">
        <w:rPr>
          <w:rFonts w:ascii="Arial" w:hAnsi="Arial" w:cs="Arial"/>
          <w:sz w:val="24"/>
          <w:szCs w:val="24"/>
        </w:rPr>
        <w:t>565</w:t>
      </w:r>
      <w:r w:rsidR="00A2397A">
        <w:rPr>
          <w:rFonts w:ascii="Arial" w:hAnsi="Arial" w:cs="Arial"/>
          <w:sz w:val="24"/>
          <w:szCs w:val="24"/>
        </w:rPr>
        <w:t>.00 pesos</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 xml:space="preserve">Permiso tipo B, construcción de cavidades instalación de azul lejos, </w:t>
      </w:r>
      <w:r>
        <w:rPr>
          <w:rFonts w:ascii="Arial" w:hAnsi="Arial" w:cs="Arial"/>
          <w:sz w:val="24"/>
          <w:szCs w:val="24"/>
        </w:rPr>
        <w:t>$</w:t>
      </w:r>
      <w:r w:rsidRPr="00E93608">
        <w:rPr>
          <w:rFonts w:ascii="Arial" w:hAnsi="Arial" w:cs="Arial"/>
          <w:sz w:val="24"/>
          <w:szCs w:val="24"/>
        </w:rPr>
        <w:t>657.</w:t>
      </w:r>
      <w:r w:rsidR="00173FC4">
        <w:rPr>
          <w:rFonts w:ascii="Arial" w:hAnsi="Arial" w:cs="Arial"/>
          <w:sz w:val="24"/>
          <w:szCs w:val="24"/>
        </w:rPr>
        <w:t>00</w:t>
      </w:r>
      <w:r w:rsidR="00A2397A">
        <w:rPr>
          <w:rFonts w:ascii="Arial" w:hAnsi="Arial" w:cs="Arial"/>
          <w:sz w:val="24"/>
          <w:szCs w:val="24"/>
        </w:rPr>
        <w:t xml:space="preserve"> pesos</w:t>
      </w:r>
      <w:r w:rsidRPr="00E93608">
        <w:rPr>
          <w:rFonts w:ascii="Arial" w:hAnsi="Arial" w:cs="Arial"/>
          <w:sz w:val="24"/>
          <w:szCs w:val="24"/>
        </w:rPr>
        <w:t xml:space="preserve"> Permiso tipo C, construcción de capilla o techo corrido, </w:t>
      </w:r>
      <w:r>
        <w:rPr>
          <w:rFonts w:ascii="Arial" w:hAnsi="Arial" w:cs="Arial"/>
          <w:sz w:val="24"/>
          <w:szCs w:val="24"/>
        </w:rPr>
        <w:t>$</w:t>
      </w:r>
      <w:r w:rsidRPr="00E93608">
        <w:rPr>
          <w:rFonts w:ascii="Arial" w:hAnsi="Arial" w:cs="Arial"/>
          <w:sz w:val="24"/>
          <w:szCs w:val="24"/>
        </w:rPr>
        <w:t>915</w:t>
      </w:r>
      <w:r w:rsidR="00A2397A">
        <w:rPr>
          <w:rFonts w:ascii="Arial" w:hAnsi="Arial" w:cs="Arial"/>
          <w:sz w:val="24"/>
          <w:szCs w:val="24"/>
        </w:rPr>
        <w:t>.00 pesos</w:t>
      </w:r>
      <w:r>
        <w:rPr>
          <w:rFonts w:ascii="Arial" w:hAnsi="Arial" w:cs="Arial"/>
          <w:sz w:val="24"/>
          <w:szCs w:val="24"/>
        </w:rPr>
        <w:t xml:space="preserve">, </w:t>
      </w:r>
      <w:r w:rsidRPr="00E93608">
        <w:rPr>
          <w:rFonts w:ascii="Arial" w:hAnsi="Arial" w:cs="Arial"/>
          <w:sz w:val="24"/>
          <w:szCs w:val="24"/>
        </w:rPr>
        <w:t>son fracciones nuevas, no se estaban contemplando porque igual requieren su tramitación ante la dirección de ordenamiento territorial.</w:t>
      </w:r>
      <w:r>
        <w:rPr>
          <w:rFonts w:ascii="Arial" w:hAnsi="Arial" w:cs="Arial"/>
          <w:sz w:val="24"/>
          <w:szCs w:val="24"/>
        </w:rPr>
        <w:t xml:space="preserve"> </w:t>
      </w:r>
      <w:r w:rsidRPr="00E93608">
        <w:rPr>
          <w:rFonts w:ascii="Arial" w:hAnsi="Arial" w:cs="Arial"/>
          <w:sz w:val="24"/>
          <w:szCs w:val="24"/>
        </w:rPr>
        <w:t>A sí llegamos a la conclusión de esta dirección.</w:t>
      </w:r>
      <w:r>
        <w:rPr>
          <w:rFonts w:ascii="Arial" w:hAnsi="Arial" w:cs="Arial"/>
          <w:sz w:val="24"/>
          <w:szCs w:val="24"/>
        </w:rPr>
        <w:t xml:space="preserve"> </w:t>
      </w:r>
      <w:r w:rsidRPr="00E93608">
        <w:rPr>
          <w:rFonts w:ascii="Arial" w:hAnsi="Arial" w:cs="Arial"/>
          <w:sz w:val="24"/>
          <w:szCs w:val="24"/>
        </w:rPr>
        <w:t xml:space="preserve">Si no hubiera más dudas, continuaríamos con las tarifas propuestas para el nuevo cementerio municipal y que está aquí con nosotros el </w:t>
      </w:r>
      <w:proofErr w:type="gramStart"/>
      <w:r>
        <w:rPr>
          <w:rFonts w:ascii="Arial" w:hAnsi="Arial" w:cs="Arial"/>
          <w:sz w:val="24"/>
          <w:szCs w:val="24"/>
        </w:rPr>
        <w:t>D</w:t>
      </w:r>
      <w:r w:rsidRPr="00E93608">
        <w:rPr>
          <w:rFonts w:ascii="Arial" w:hAnsi="Arial" w:cs="Arial"/>
          <w:sz w:val="24"/>
          <w:szCs w:val="24"/>
        </w:rPr>
        <w:t>irector</w:t>
      </w:r>
      <w:proofErr w:type="gramEnd"/>
      <w:r w:rsidRPr="00E93608">
        <w:rPr>
          <w:rFonts w:ascii="Arial" w:hAnsi="Arial" w:cs="Arial"/>
          <w:sz w:val="24"/>
          <w:szCs w:val="24"/>
        </w:rPr>
        <w:t xml:space="preserve"> de </w:t>
      </w:r>
      <w:r>
        <w:rPr>
          <w:rFonts w:ascii="Arial" w:hAnsi="Arial" w:cs="Arial"/>
          <w:sz w:val="24"/>
          <w:szCs w:val="24"/>
        </w:rPr>
        <w:t>O</w:t>
      </w:r>
      <w:r w:rsidRPr="00E93608">
        <w:rPr>
          <w:rFonts w:ascii="Arial" w:hAnsi="Arial" w:cs="Arial"/>
          <w:sz w:val="24"/>
          <w:szCs w:val="24"/>
        </w:rPr>
        <w:t xml:space="preserve">bras </w:t>
      </w:r>
      <w:r>
        <w:rPr>
          <w:rFonts w:ascii="Arial" w:hAnsi="Arial" w:cs="Arial"/>
          <w:sz w:val="24"/>
          <w:szCs w:val="24"/>
        </w:rPr>
        <w:t>P</w:t>
      </w:r>
      <w:r w:rsidRPr="00E93608">
        <w:rPr>
          <w:rFonts w:ascii="Arial" w:hAnsi="Arial" w:cs="Arial"/>
          <w:sz w:val="24"/>
          <w:szCs w:val="24"/>
        </w:rPr>
        <w:t>úblicas</w:t>
      </w:r>
      <w:r>
        <w:rPr>
          <w:rFonts w:ascii="Arial" w:hAnsi="Arial" w:cs="Arial"/>
          <w:sz w:val="24"/>
          <w:szCs w:val="24"/>
        </w:rPr>
        <w:t xml:space="preserve"> </w:t>
      </w:r>
      <w:r w:rsidRPr="00E93608">
        <w:rPr>
          <w:rFonts w:ascii="Arial" w:hAnsi="Arial" w:cs="Arial"/>
          <w:sz w:val="24"/>
          <w:szCs w:val="24"/>
        </w:rPr>
        <w:t>que nos pudiera apoyar en actualizar las tarifas que quedamos que quedaron pendientes con el jefe de cementerios. Y pues bueno, les uso de la voz para que nos explique un poco el proyecto</w:t>
      </w:r>
      <w:r>
        <w:rPr>
          <w:rFonts w:ascii="Arial" w:hAnsi="Arial" w:cs="Arial"/>
          <w:sz w:val="24"/>
          <w:szCs w:val="24"/>
        </w:rPr>
        <w:t xml:space="preserve"> </w:t>
      </w:r>
      <w:r w:rsidRPr="00E93608">
        <w:rPr>
          <w:rFonts w:ascii="Arial" w:hAnsi="Arial" w:cs="Arial"/>
          <w:sz w:val="24"/>
          <w:szCs w:val="24"/>
        </w:rPr>
        <w:t>ejecutivo y el las modificaciones a las tarifas conforme a la segunda etapa que se va a llevar a cabo.</w:t>
      </w:r>
    </w:p>
    <w:p w14:paraId="0498D385" w14:textId="5DDDA6E6" w:rsidR="00173FC4" w:rsidRDefault="00EB4AD2" w:rsidP="00E93608">
      <w:pPr>
        <w:jc w:val="both"/>
        <w:rPr>
          <w:rFonts w:ascii="Arial" w:hAnsi="Arial" w:cs="Arial"/>
          <w:sz w:val="24"/>
          <w:szCs w:val="24"/>
        </w:rPr>
      </w:pPr>
      <w:r>
        <w:rPr>
          <w:rFonts w:ascii="Arial" w:hAnsi="Arial" w:cs="Arial"/>
          <w:b/>
          <w:bCs/>
          <w:sz w:val="24"/>
          <w:szCs w:val="24"/>
        </w:rPr>
        <w:t xml:space="preserve">C. MIGUEL ANGEL BARRAGÁN. - </w:t>
      </w:r>
      <w:r w:rsidRPr="00E93608">
        <w:rPr>
          <w:rFonts w:ascii="Arial" w:hAnsi="Arial" w:cs="Arial"/>
          <w:sz w:val="24"/>
          <w:szCs w:val="24"/>
        </w:rPr>
        <w:t>Buenas tarde</w:t>
      </w:r>
      <w:r>
        <w:rPr>
          <w:rFonts w:ascii="Arial" w:hAnsi="Arial" w:cs="Arial"/>
          <w:sz w:val="24"/>
          <w:szCs w:val="24"/>
        </w:rPr>
        <w:t>s</w:t>
      </w:r>
      <w:r w:rsidRPr="00E93608">
        <w:rPr>
          <w:rFonts w:ascii="Arial" w:hAnsi="Arial" w:cs="Arial"/>
          <w:sz w:val="24"/>
          <w:szCs w:val="24"/>
        </w:rPr>
        <w:t>. Bien,</w:t>
      </w:r>
      <w:r>
        <w:rPr>
          <w:rFonts w:ascii="Arial" w:hAnsi="Arial" w:cs="Arial"/>
          <w:sz w:val="24"/>
          <w:szCs w:val="24"/>
        </w:rPr>
        <w:t xml:space="preserve"> </w:t>
      </w:r>
      <w:r w:rsidRPr="00E93608">
        <w:rPr>
          <w:rFonts w:ascii="Arial" w:hAnsi="Arial" w:cs="Arial"/>
          <w:sz w:val="24"/>
          <w:szCs w:val="24"/>
        </w:rPr>
        <w:t>sacando el costo de construcción de las fosas,</w:t>
      </w:r>
      <w:r>
        <w:rPr>
          <w:rFonts w:ascii="Arial" w:hAnsi="Arial" w:cs="Arial"/>
          <w:sz w:val="24"/>
          <w:szCs w:val="24"/>
        </w:rPr>
        <w:t xml:space="preserve"> </w:t>
      </w:r>
      <w:r w:rsidRPr="00E93608">
        <w:rPr>
          <w:rFonts w:ascii="Arial" w:hAnsi="Arial" w:cs="Arial"/>
          <w:sz w:val="24"/>
          <w:szCs w:val="24"/>
        </w:rPr>
        <w:t xml:space="preserve">nos da un costo de </w:t>
      </w:r>
      <w:r>
        <w:rPr>
          <w:rFonts w:ascii="Arial" w:hAnsi="Arial" w:cs="Arial"/>
          <w:sz w:val="24"/>
          <w:szCs w:val="24"/>
        </w:rPr>
        <w:t>$</w:t>
      </w:r>
      <w:r w:rsidRPr="00E93608">
        <w:rPr>
          <w:rFonts w:ascii="Arial" w:hAnsi="Arial" w:cs="Arial"/>
          <w:sz w:val="24"/>
          <w:szCs w:val="24"/>
        </w:rPr>
        <w:t>35</w:t>
      </w:r>
      <w:r>
        <w:rPr>
          <w:rFonts w:ascii="Arial" w:hAnsi="Arial" w:cs="Arial"/>
          <w:sz w:val="24"/>
          <w:szCs w:val="24"/>
        </w:rPr>
        <w:t>,</w:t>
      </w:r>
      <w:r w:rsidRPr="00E93608">
        <w:rPr>
          <w:rFonts w:ascii="Arial" w:hAnsi="Arial" w:cs="Arial"/>
          <w:sz w:val="24"/>
          <w:szCs w:val="24"/>
        </w:rPr>
        <w:t>500</w:t>
      </w:r>
      <w:r w:rsidR="002A1D90">
        <w:rPr>
          <w:rFonts w:ascii="Arial" w:hAnsi="Arial" w:cs="Arial"/>
          <w:sz w:val="24"/>
          <w:szCs w:val="24"/>
        </w:rPr>
        <w:t>.00</w:t>
      </w:r>
      <w:r w:rsidRPr="00E93608">
        <w:rPr>
          <w:rFonts w:ascii="Arial" w:hAnsi="Arial" w:cs="Arial"/>
          <w:sz w:val="24"/>
          <w:szCs w:val="24"/>
        </w:rPr>
        <w:t xml:space="preserve"> pesos, que tiene cuatro cavidades y tiene en la</w:t>
      </w:r>
      <w:r>
        <w:rPr>
          <w:rFonts w:ascii="Arial" w:hAnsi="Arial" w:cs="Arial"/>
          <w:sz w:val="24"/>
          <w:szCs w:val="24"/>
        </w:rPr>
        <w:t xml:space="preserve"> </w:t>
      </w:r>
      <w:r w:rsidRPr="00E93608">
        <w:rPr>
          <w:rFonts w:ascii="Arial" w:hAnsi="Arial" w:cs="Arial"/>
          <w:sz w:val="24"/>
          <w:szCs w:val="24"/>
        </w:rPr>
        <w:t>parte superior las losas que cubren el espacio, más no así las intermedias por cuestión de la logística en la a la</w:t>
      </w:r>
      <w:r w:rsidR="00173FC4">
        <w:rPr>
          <w:rFonts w:ascii="Arial" w:hAnsi="Arial" w:cs="Arial"/>
          <w:sz w:val="24"/>
          <w:szCs w:val="24"/>
        </w:rPr>
        <w:t xml:space="preserve"> </w:t>
      </w:r>
      <w:r w:rsidRPr="00E93608">
        <w:rPr>
          <w:rFonts w:ascii="Arial" w:hAnsi="Arial" w:cs="Arial"/>
          <w:sz w:val="24"/>
          <w:szCs w:val="24"/>
        </w:rPr>
        <w:t xml:space="preserve">de hacer un sepelio. Entonces si es las cuatro cavidades con su parte superior cubierta y tendría un costo de </w:t>
      </w:r>
      <w:r w:rsidR="00173FC4">
        <w:rPr>
          <w:rFonts w:ascii="Arial" w:hAnsi="Arial" w:cs="Arial"/>
          <w:sz w:val="24"/>
          <w:szCs w:val="24"/>
        </w:rPr>
        <w:t>$</w:t>
      </w:r>
      <w:r w:rsidRPr="00E93608">
        <w:rPr>
          <w:rFonts w:ascii="Arial" w:hAnsi="Arial" w:cs="Arial"/>
          <w:sz w:val="24"/>
          <w:szCs w:val="24"/>
        </w:rPr>
        <w:t>37</w:t>
      </w:r>
      <w:r w:rsidR="00173FC4">
        <w:rPr>
          <w:rFonts w:ascii="Arial" w:hAnsi="Arial" w:cs="Arial"/>
          <w:sz w:val="24"/>
          <w:szCs w:val="24"/>
        </w:rPr>
        <w:t>,</w:t>
      </w:r>
      <w:r w:rsidRPr="00E93608">
        <w:rPr>
          <w:rFonts w:ascii="Arial" w:hAnsi="Arial" w:cs="Arial"/>
          <w:sz w:val="24"/>
          <w:szCs w:val="24"/>
        </w:rPr>
        <w:t>500</w:t>
      </w:r>
      <w:r w:rsidR="002A1D90">
        <w:rPr>
          <w:rFonts w:ascii="Arial" w:hAnsi="Arial" w:cs="Arial"/>
          <w:sz w:val="24"/>
          <w:szCs w:val="24"/>
        </w:rPr>
        <w:t>.00</w:t>
      </w:r>
      <w:r w:rsidRPr="00E93608">
        <w:rPr>
          <w:rFonts w:ascii="Arial" w:hAnsi="Arial" w:cs="Arial"/>
          <w:sz w:val="24"/>
          <w:szCs w:val="24"/>
        </w:rPr>
        <w:t xml:space="preserve"> pesos.</w:t>
      </w:r>
      <w:r w:rsidR="00173FC4">
        <w:rPr>
          <w:rFonts w:ascii="Arial" w:hAnsi="Arial" w:cs="Arial"/>
          <w:sz w:val="24"/>
          <w:szCs w:val="24"/>
        </w:rPr>
        <w:t xml:space="preserve"> </w:t>
      </w:r>
      <w:r w:rsidRPr="00E93608">
        <w:rPr>
          <w:rFonts w:ascii="Arial" w:hAnsi="Arial" w:cs="Arial"/>
          <w:sz w:val="24"/>
          <w:szCs w:val="24"/>
        </w:rPr>
        <w:t>Eso es en el construida, es nueva y con base al presupuesto actualizado,</w:t>
      </w:r>
      <w:r w:rsidR="00173FC4">
        <w:rPr>
          <w:rFonts w:ascii="Arial" w:hAnsi="Arial" w:cs="Arial"/>
          <w:sz w:val="24"/>
          <w:szCs w:val="24"/>
        </w:rPr>
        <w:t xml:space="preserve"> </w:t>
      </w:r>
      <w:r w:rsidRPr="00E93608">
        <w:rPr>
          <w:rFonts w:ascii="Arial" w:hAnsi="Arial" w:cs="Arial"/>
          <w:sz w:val="24"/>
          <w:szCs w:val="24"/>
        </w:rPr>
        <w:t xml:space="preserve">porque la construcción se hizo hace un año y pasadito, un año más o menos. </w:t>
      </w:r>
    </w:p>
    <w:p w14:paraId="2189D6EA" w14:textId="77777777" w:rsidR="00173FC4" w:rsidRDefault="00173FC4"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Sí,</w:t>
      </w:r>
      <w:r>
        <w:rPr>
          <w:rFonts w:ascii="Arial" w:hAnsi="Arial" w:cs="Arial"/>
          <w:sz w:val="24"/>
          <w:szCs w:val="24"/>
        </w:rPr>
        <w:t xml:space="preserve"> </w:t>
      </w:r>
      <w:r w:rsidRPr="00E93608">
        <w:rPr>
          <w:rFonts w:ascii="Arial" w:hAnsi="Arial" w:cs="Arial"/>
          <w:sz w:val="24"/>
          <w:szCs w:val="24"/>
        </w:rPr>
        <w:t>esos precios at</w:t>
      </w:r>
      <w:r>
        <w:rPr>
          <w:rFonts w:ascii="Arial" w:hAnsi="Arial" w:cs="Arial"/>
          <w:sz w:val="24"/>
          <w:szCs w:val="24"/>
        </w:rPr>
        <w:t>i</w:t>
      </w:r>
      <w:r w:rsidRPr="00E93608">
        <w:rPr>
          <w:rFonts w:ascii="Arial" w:hAnsi="Arial" w:cs="Arial"/>
          <w:sz w:val="24"/>
          <w:szCs w:val="24"/>
        </w:rPr>
        <w:t>enden, arquitecto a la actualidad tenemos que considerar que si vamos a empezar a cobrar a partir del siguiente año un aumento más</w:t>
      </w:r>
      <w:r>
        <w:rPr>
          <w:rFonts w:ascii="Arial" w:hAnsi="Arial" w:cs="Arial"/>
          <w:sz w:val="24"/>
          <w:szCs w:val="24"/>
        </w:rPr>
        <w:t>.</w:t>
      </w:r>
    </w:p>
    <w:p w14:paraId="78587354" w14:textId="77777777" w:rsidR="00173FC4" w:rsidRDefault="00173FC4" w:rsidP="00E93608">
      <w:pPr>
        <w:jc w:val="both"/>
        <w:rPr>
          <w:rFonts w:ascii="Arial" w:hAnsi="Arial" w:cs="Arial"/>
          <w:sz w:val="24"/>
          <w:szCs w:val="24"/>
        </w:rPr>
      </w:pPr>
      <w:r>
        <w:rPr>
          <w:rFonts w:ascii="Arial" w:hAnsi="Arial" w:cs="Arial"/>
          <w:b/>
          <w:bCs/>
          <w:sz w:val="24"/>
          <w:szCs w:val="24"/>
        </w:rPr>
        <w:t>C. MIGUEL ANGEL BARRAGÁN. -</w:t>
      </w:r>
      <w:r>
        <w:rPr>
          <w:rFonts w:ascii="Arial" w:hAnsi="Arial" w:cs="Arial"/>
          <w:sz w:val="24"/>
          <w:szCs w:val="24"/>
        </w:rPr>
        <w:t xml:space="preserve"> P</w:t>
      </w:r>
      <w:r w:rsidRPr="00E93608">
        <w:rPr>
          <w:rFonts w:ascii="Arial" w:hAnsi="Arial" w:cs="Arial"/>
          <w:sz w:val="24"/>
          <w:szCs w:val="24"/>
        </w:rPr>
        <w:t>orque estamos por hacer la segunda etapa en donde hay otra vez cavidades por construir.</w:t>
      </w:r>
      <w:r>
        <w:rPr>
          <w:rFonts w:ascii="Arial" w:hAnsi="Arial" w:cs="Arial"/>
          <w:sz w:val="24"/>
          <w:szCs w:val="24"/>
        </w:rPr>
        <w:t xml:space="preserve"> </w:t>
      </w:r>
    </w:p>
    <w:p w14:paraId="15A44E8F" w14:textId="4874FE4F" w:rsidR="00173FC4" w:rsidRDefault="00173FC4" w:rsidP="00E93608">
      <w:pPr>
        <w:jc w:val="both"/>
        <w:rPr>
          <w:rFonts w:ascii="Arial" w:hAnsi="Arial" w:cs="Arial"/>
          <w:sz w:val="24"/>
          <w:szCs w:val="24"/>
        </w:rPr>
      </w:pPr>
      <w:r>
        <w:rPr>
          <w:rFonts w:ascii="Arial" w:hAnsi="Arial" w:cs="Arial"/>
          <w:b/>
          <w:bCs/>
          <w:sz w:val="24"/>
          <w:szCs w:val="24"/>
        </w:rPr>
        <w:lastRenderedPageBreak/>
        <w:t xml:space="preserve">C. MIGUEL MARENTES. - </w:t>
      </w:r>
      <w:r w:rsidRPr="00E93608">
        <w:rPr>
          <w:rFonts w:ascii="Arial" w:hAnsi="Arial" w:cs="Arial"/>
          <w:sz w:val="24"/>
          <w:szCs w:val="24"/>
        </w:rPr>
        <w:t xml:space="preserve">Entonces sobre ese monto de </w:t>
      </w:r>
      <w:r>
        <w:rPr>
          <w:rFonts w:ascii="Arial" w:hAnsi="Arial" w:cs="Arial"/>
          <w:sz w:val="24"/>
          <w:szCs w:val="24"/>
        </w:rPr>
        <w:t>$</w:t>
      </w:r>
      <w:r w:rsidRPr="00E93608">
        <w:rPr>
          <w:rFonts w:ascii="Arial" w:hAnsi="Arial" w:cs="Arial"/>
          <w:sz w:val="24"/>
          <w:szCs w:val="24"/>
        </w:rPr>
        <w:t>37,500</w:t>
      </w:r>
      <w:r w:rsidR="002A1D90">
        <w:rPr>
          <w:rFonts w:ascii="Arial" w:hAnsi="Arial" w:cs="Arial"/>
          <w:sz w:val="24"/>
          <w:szCs w:val="24"/>
        </w:rPr>
        <w:t>.00</w:t>
      </w:r>
      <w:r w:rsidRPr="00E93608">
        <w:rPr>
          <w:rFonts w:ascii="Arial" w:hAnsi="Arial" w:cs="Arial"/>
          <w:sz w:val="24"/>
          <w:szCs w:val="24"/>
        </w:rPr>
        <w:t xml:space="preserve"> pesos se tendrían que aumentar aún más para que el municipio no quede en el estado de</w:t>
      </w:r>
      <w:r>
        <w:rPr>
          <w:rFonts w:ascii="Arial" w:hAnsi="Arial" w:cs="Arial"/>
          <w:sz w:val="24"/>
          <w:szCs w:val="24"/>
        </w:rPr>
        <w:t xml:space="preserve"> </w:t>
      </w:r>
      <w:r w:rsidRPr="00E93608">
        <w:rPr>
          <w:rFonts w:ascii="Arial" w:hAnsi="Arial" w:cs="Arial"/>
          <w:sz w:val="24"/>
          <w:szCs w:val="24"/>
        </w:rPr>
        <w:t>indefensión respecto a la inflación del 2027</w:t>
      </w:r>
      <w:r>
        <w:rPr>
          <w:rFonts w:ascii="Arial" w:hAnsi="Arial" w:cs="Arial"/>
          <w:sz w:val="24"/>
          <w:szCs w:val="24"/>
        </w:rPr>
        <w:t xml:space="preserve"> dos mil veintisiete</w:t>
      </w:r>
      <w:r w:rsidRPr="00E93608">
        <w:rPr>
          <w:rFonts w:ascii="Arial" w:hAnsi="Arial" w:cs="Arial"/>
          <w:sz w:val="24"/>
          <w:szCs w:val="24"/>
        </w:rPr>
        <w:t>, ¿no? Es el costo ya real, pues real. Ese es el costo real a la fecha.</w:t>
      </w:r>
      <w:r>
        <w:rPr>
          <w:rFonts w:ascii="Arial" w:hAnsi="Arial" w:cs="Arial"/>
          <w:sz w:val="24"/>
          <w:szCs w:val="24"/>
        </w:rPr>
        <w:t xml:space="preserve"> </w:t>
      </w:r>
      <w:r w:rsidRPr="00E93608">
        <w:rPr>
          <w:rFonts w:ascii="Arial" w:hAnsi="Arial" w:cs="Arial"/>
          <w:sz w:val="24"/>
          <w:szCs w:val="24"/>
        </w:rPr>
        <w:t>Fecha tenemos que considerar el aumento que viene para el 2027</w:t>
      </w:r>
      <w:r>
        <w:rPr>
          <w:rFonts w:ascii="Arial" w:hAnsi="Arial" w:cs="Arial"/>
          <w:sz w:val="24"/>
          <w:szCs w:val="24"/>
        </w:rPr>
        <w:t xml:space="preserve"> dos mil veintisiete</w:t>
      </w:r>
      <w:r w:rsidRPr="00E93608">
        <w:rPr>
          <w:rFonts w:ascii="Arial" w:hAnsi="Arial" w:cs="Arial"/>
          <w:sz w:val="24"/>
          <w:szCs w:val="24"/>
        </w:rPr>
        <w:t xml:space="preserve">. </w:t>
      </w:r>
    </w:p>
    <w:p w14:paraId="2969EF64" w14:textId="2A61F35D" w:rsidR="00EA0C28" w:rsidRPr="00E93608" w:rsidRDefault="00173FC4" w:rsidP="00E93608">
      <w:pPr>
        <w:jc w:val="both"/>
        <w:rPr>
          <w:rFonts w:ascii="Arial" w:hAnsi="Arial" w:cs="Arial"/>
          <w:sz w:val="24"/>
          <w:szCs w:val="24"/>
        </w:rPr>
      </w:pPr>
      <w:r>
        <w:rPr>
          <w:rFonts w:ascii="Arial" w:hAnsi="Arial" w:cs="Arial"/>
          <w:b/>
          <w:bCs/>
          <w:sz w:val="24"/>
          <w:szCs w:val="24"/>
        </w:rPr>
        <w:t xml:space="preserve">C. MIGUEL ANGEL BARRAGÁN. - </w:t>
      </w:r>
      <w:r w:rsidRPr="00E93608">
        <w:rPr>
          <w:rFonts w:ascii="Arial" w:hAnsi="Arial" w:cs="Arial"/>
          <w:sz w:val="24"/>
          <w:szCs w:val="24"/>
        </w:rPr>
        <w:t>Sí.</w:t>
      </w:r>
      <w:r>
        <w:rPr>
          <w:rFonts w:ascii="Arial" w:hAnsi="Arial" w:cs="Arial"/>
          <w:sz w:val="24"/>
          <w:szCs w:val="24"/>
        </w:rPr>
        <w:t xml:space="preserve"> </w:t>
      </w:r>
      <w:r w:rsidRPr="00E93608">
        <w:rPr>
          <w:rFonts w:ascii="Arial" w:hAnsi="Arial" w:cs="Arial"/>
          <w:sz w:val="24"/>
          <w:szCs w:val="24"/>
        </w:rPr>
        <w:t>Bien.</w:t>
      </w:r>
      <w:r>
        <w:rPr>
          <w:rFonts w:ascii="Arial" w:hAnsi="Arial" w:cs="Arial"/>
          <w:sz w:val="24"/>
          <w:szCs w:val="24"/>
        </w:rPr>
        <w:t xml:space="preserve"> </w:t>
      </w:r>
      <w:r w:rsidRPr="00E93608">
        <w:rPr>
          <w:rFonts w:ascii="Arial" w:hAnsi="Arial" w:cs="Arial"/>
          <w:sz w:val="24"/>
          <w:szCs w:val="24"/>
        </w:rPr>
        <w:t xml:space="preserve">La Bueno, la cripta está en </w:t>
      </w:r>
      <w:r>
        <w:rPr>
          <w:rFonts w:ascii="Arial" w:hAnsi="Arial" w:cs="Arial"/>
          <w:sz w:val="24"/>
          <w:szCs w:val="24"/>
        </w:rPr>
        <w:t>$</w:t>
      </w:r>
      <w:r w:rsidRPr="00E93608">
        <w:rPr>
          <w:rFonts w:ascii="Arial" w:hAnsi="Arial" w:cs="Arial"/>
          <w:sz w:val="24"/>
          <w:szCs w:val="24"/>
        </w:rPr>
        <w:t>12,000</w:t>
      </w:r>
      <w:r w:rsidR="002A1D90">
        <w:rPr>
          <w:rFonts w:ascii="Arial" w:hAnsi="Arial" w:cs="Arial"/>
          <w:sz w:val="24"/>
          <w:szCs w:val="24"/>
        </w:rPr>
        <w:t>.00</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Eso es lo que Bueno, eso es lo que ahorita no vamos a hacer criptas en esta etapa</w:t>
      </w:r>
      <w:r>
        <w:rPr>
          <w:rFonts w:ascii="Arial" w:hAnsi="Arial" w:cs="Arial"/>
          <w:sz w:val="24"/>
          <w:szCs w:val="24"/>
        </w:rPr>
        <w:t xml:space="preserve"> </w:t>
      </w:r>
      <w:r w:rsidRPr="00E93608">
        <w:rPr>
          <w:rFonts w:ascii="Arial" w:hAnsi="Arial" w:cs="Arial"/>
          <w:sz w:val="24"/>
          <w:szCs w:val="24"/>
        </w:rPr>
        <w:t>se hicieron y este estaba un</w:t>
      </w:r>
      <w:r>
        <w:rPr>
          <w:rFonts w:ascii="Arial" w:hAnsi="Arial" w:cs="Arial"/>
          <w:sz w:val="24"/>
          <w:szCs w:val="24"/>
        </w:rPr>
        <w:t xml:space="preserve"> </w:t>
      </w:r>
      <w:r w:rsidRPr="00E93608">
        <w:rPr>
          <w:rFonts w:ascii="Arial" w:hAnsi="Arial" w:cs="Arial"/>
          <w:sz w:val="24"/>
          <w:szCs w:val="24"/>
        </w:rPr>
        <w:t xml:space="preserve">costo de </w:t>
      </w:r>
      <w:r>
        <w:rPr>
          <w:rFonts w:ascii="Arial" w:hAnsi="Arial" w:cs="Arial"/>
          <w:sz w:val="24"/>
          <w:szCs w:val="24"/>
        </w:rPr>
        <w:t>$</w:t>
      </w:r>
      <w:r w:rsidRPr="00E93608">
        <w:rPr>
          <w:rFonts w:ascii="Arial" w:hAnsi="Arial" w:cs="Arial"/>
          <w:sz w:val="24"/>
          <w:szCs w:val="24"/>
        </w:rPr>
        <w:t>12,000</w:t>
      </w:r>
      <w:r w:rsidR="002A1D90">
        <w:rPr>
          <w:rFonts w:ascii="Arial" w:hAnsi="Arial" w:cs="Arial"/>
          <w:sz w:val="24"/>
          <w:szCs w:val="24"/>
        </w:rPr>
        <w:t>.00</w:t>
      </w:r>
      <w:r w:rsidRPr="00E93608">
        <w:rPr>
          <w:rFonts w:ascii="Arial" w:hAnsi="Arial" w:cs="Arial"/>
          <w:sz w:val="24"/>
          <w:szCs w:val="24"/>
        </w:rPr>
        <w:t xml:space="preserve"> pesos el costo que nos dio, que sí son para cuatro urnas. Claro. Sí.</w:t>
      </w:r>
    </w:p>
    <w:p w14:paraId="60118A25" w14:textId="6E686867" w:rsidR="00EA0C28" w:rsidRPr="00E93608" w:rsidRDefault="00696069" w:rsidP="00E93608">
      <w:pPr>
        <w:jc w:val="both"/>
        <w:rPr>
          <w:rFonts w:ascii="Arial" w:hAnsi="Arial" w:cs="Arial"/>
          <w:sz w:val="24"/>
          <w:szCs w:val="24"/>
        </w:rPr>
      </w:pPr>
      <w:r>
        <w:rPr>
          <w:rFonts w:ascii="Arial" w:hAnsi="Arial" w:cs="Arial"/>
          <w:b/>
          <w:bCs/>
          <w:sz w:val="24"/>
          <w:szCs w:val="24"/>
        </w:rPr>
        <w:t>C. MIGUEL ANGEL BARRAGÁN. -</w:t>
      </w:r>
      <w:r w:rsidRPr="00E93608">
        <w:rPr>
          <w:rFonts w:ascii="Arial" w:hAnsi="Arial" w:cs="Arial"/>
          <w:sz w:val="24"/>
          <w:szCs w:val="24"/>
        </w:rPr>
        <w:t>Entonces sí tendríamos que, pero se puede dejar ese costo. No sé.</w:t>
      </w:r>
    </w:p>
    <w:p w14:paraId="4DD3E0DB" w14:textId="2D8710F5" w:rsidR="00EA0C28" w:rsidRPr="00E93608" w:rsidRDefault="0069606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Creo que tendría que subir aún más la fracción primera de fuas construidas porque como ya nos comentó el arquitecto, est</w:t>
      </w:r>
      <w:r>
        <w:rPr>
          <w:rFonts w:ascii="Arial" w:hAnsi="Arial" w:cs="Arial"/>
          <w:sz w:val="24"/>
          <w:szCs w:val="24"/>
        </w:rPr>
        <w:t>a</w:t>
      </w:r>
      <w:r w:rsidRPr="00E93608">
        <w:rPr>
          <w:rFonts w:ascii="Arial" w:hAnsi="Arial" w:cs="Arial"/>
          <w:sz w:val="24"/>
          <w:szCs w:val="24"/>
        </w:rPr>
        <w:t xml:space="preserve"> tarifa tiende a la</w:t>
      </w:r>
      <w:r>
        <w:rPr>
          <w:rFonts w:ascii="Arial" w:hAnsi="Arial" w:cs="Arial"/>
          <w:sz w:val="24"/>
          <w:szCs w:val="24"/>
        </w:rPr>
        <w:t xml:space="preserve"> </w:t>
      </w:r>
      <w:r w:rsidRPr="00E93608">
        <w:rPr>
          <w:rFonts w:ascii="Arial" w:hAnsi="Arial" w:cs="Arial"/>
          <w:sz w:val="24"/>
          <w:szCs w:val="24"/>
        </w:rPr>
        <w:t xml:space="preserve">actualidad, pero vamos a empezar a cobrar a partir de 2027 </w:t>
      </w:r>
      <w:r>
        <w:rPr>
          <w:rFonts w:ascii="Arial" w:hAnsi="Arial" w:cs="Arial"/>
          <w:sz w:val="24"/>
          <w:szCs w:val="24"/>
        </w:rPr>
        <w:t xml:space="preserve">dos mil veintisiete </w:t>
      </w:r>
      <w:r w:rsidRPr="00E93608">
        <w:rPr>
          <w:rFonts w:ascii="Arial" w:hAnsi="Arial" w:cs="Arial"/>
          <w:sz w:val="24"/>
          <w:szCs w:val="24"/>
        </w:rPr>
        <w:t>donde ya habrá subido los insumos y el pues y aparte la inflación, ¿no?</w:t>
      </w:r>
      <w:r>
        <w:rPr>
          <w:rFonts w:ascii="Arial" w:hAnsi="Arial" w:cs="Arial"/>
          <w:sz w:val="24"/>
          <w:szCs w:val="24"/>
        </w:rPr>
        <w:t xml:space="preserve"> </w:t>
      </w:r>
      <w:r w:rsidRPr="00E93608">
        <w:rPr>
          <w:rFonts w:ascii="Arial" w:hAnsi="Arial" w:cs="Arial"/>
          <w:sz w:val="24"/>
          <w:szCs w:val="24"/>
        </w:rPr>
        <w:t>Entonces, se tendría que hacer un ajuste adicional en la fracción primera.</w:t>
      </w:r>
      <w:r>
        <w:rPr>
          <w:rFonts w:ascii="Arial" w:hAnsi="Arial" w:cs="Arial"/>
          <w:sz w:val="24"/>
          <w:szCs w:val="24"/>
        </w:rPr>
        <w:t xml:space="preserve"> </w:t>
      </w:r>
      <w:r w:rsidRPr="00E93608">
        <w:rPr>
          <w:rFonts w:ascii="Arial" w:hAnsi="Arial" w:cs="Arial"/>
          <w:sz w:val="24"/>
          <w:szCs w:val="24"/>
        </w:rPr>
        <w:t>Pues no, si arquitecto trae una propuesta adicional. No sé este usted expertos en tema de insumos si un 5% es suficiente.</w:t>
      </w:r>
      <w:r>
        <w:rPr>
          <w:rFonts w:ascii="Arial" w:hAnsi="Arial" w:cs="Arial"/>
          <w:sz w:val="24"/>
          <w:szCs w:val="24"/>
        </w:rPr>
        <w:t xml:space="preserve"> </w:t>
      </w:r>
      <w:r w:rsidRPr="00E93608">
        <w:rPr>
          <w:rFonts w:ascii="Arial" w:hAnsi="Arial" w:cs="Arial"/>
          <w:sz w:val="24"/>
          <w:szCs w:val="24"/>
        </w:rPr>
        <w:t xml:space="preserve">Sí, un 5%. Entonces, un 5% sobre </w:t>
      </w:r>
      <w:r>
        <w:rPr>
          <w:rFonts w:ascii="Arial" w:hAnsi="Arial" w:cs="Arial"/>
          <w:sz w:val="24"/>
          <w:szCs w:val="24"/>
        </w:rPr>
        <w:t>$</w:t>
      </w:r>
      <w:r w:rsidRPr="00E93608">
        <w:rPr>
          <w:rFonts w:ascii="Arial" w:hAnsi="Arial" w:cs="Arial"/>
          <w:sz w:val="24"/>
          <w:szCs w:val="24"/>
        </w:rPr>
        <w:t>37,500</w:t>
      </w:r>
      <w:r w:rsidR="002A1D90">
        <w:rPr>
          <w:rFonts w:ascii="Arial" w:hAnsi="Arial" w:cs="Arial"/>
          <w:sz w:val="24"/>
          <w:szCs w:val="24"/>
        </w:rPr>
        <w:t>.00</w:t>
      </w:r>
      <w:r w:rsidRPr="00E93608">
        <w:rPr>
          <w:rFonts w:ascii="Arial" w:hAnsi="Arial" w:cs="Arial"/>
          <w:sz w:val="24"/>
          <w:szCs w:val="24"/>
        </w:rPr>
        <w:t xml:space="preserve"> pesos.</w:t>
      </w:r>
      <w:r>
        <w:rPr>
          <w:rFonts w:ascii="Arial" w:hAnsi="Arial" w:cs="Arial"/>
          <w:sz w:val="24"/>
          <w:szCs w:val="24"/>
        </w:rPr>
        <w:t xml:space="preserve"> </w:t>
      </w:r>
      <w:r w:rsidRPr="00E93608">
        <w:rPr>
          <w:rFonts w:ascii="Arial" w:hAnsi="Arial" w:cs="Arial"/>
          <w:sz w:val="24"/>
          <w:szCs w:val="24"/>
        </w:rPr>
        <w:t>Ah, pues 40.</w:t>
      </w:r>
      <w:r>
        <w:rPr>
          <w:rFonts w:ascii="Arial" w:hAnsi="Arial" w:cs="Arial"/>
          <w:sz w:val="24"/>
          <w:szCs w:val="24"/>
        </w:rPr>
        <w:t xml:space="preserve"> </w:t>
      </w:r>
      <w:r w:rsidRPr="00E93608">
        <w:rPr>
          <w:rFonts w:ascii="Arial" w:hAnsi="Arial" w:cs="Arial"/>
          <w:sz w:val="24"/>
          <w:szCs w:val="24"/>
        </w:rPr>
        <w:t>Entonces, con un aumento del 5% que nos que sobre la tarifa que ya nos actualizó el arquitecto Miguel Ángel</w:t>
      </w:r>
      <w:r>
        <w:rPr>
          <w:rFonts w:ascii="Arial" w:hAnsi="Arial" w:cs="Arial"/>
          <w:sz w:val="24"/>
          <w:szCs w:val="24"/>
        </w:rPr>
        <w:t xml:space="preserve"> </w:t>
      </w:r>
      <w:r w:rsidRPr="00E93608">
        <w:rPr>
          <w:rFonts w:ascii="Arial" w:hAnsi="Arial" w:cs="Arial"/>
          <w:sz w:val="24"/>
          <w:szCs w:val="24"/>
        </w:rPr>
        <w:t xml:space="preserve">Barragán, quedarían </w:t>
      </w:r>
      <w:r>
        <w:rPr>
          <w:rFonts w:ascii="Arial" w:hAnsi="Arial" w:cs="Arial"/>
          <w:sz w:val="24"/>
          <w:szCs w:val="24"/>
        </w:rPr>
        <w:t>$</w:t>
      </w:r>
      <w:r w:rsidRPr="00E93608">
        <w:rPr>
          <w:rFonts w:ascii="Arial" w:hAnsi="Arial" w:cs="Arial"/>
          <w:sz w:val="24"/>
          <w:szCs w:val="24"/>
        </w:rPr>
        <w:t>39,375</w:t>
      </w:r>
      <w:r w:rsidR="002A1D90">
        <w:rPr>
          <w:rFonts w:ascii="Arial" w:hAnsi="Arial" w:cs="Arial"/>
          <w:sz w:val="24"/>
          <w:szCs w:val="24"/>
        </w:rPr>
        <w:t>.00</w:t>
      </w:r>
      <w:r w:rsidRPr="00E93608">
        <w:rPr>
          <w:rFonts w:ascii="Arial" w:hAnsi="Arial" w:cs="Arial"/>
          <w:sz w:val="24"/>
          <w:szCs w:val="24"/>
        </w:rPr>
        <w:t xml:space="preserve"> pesos, que de igual forma estaremos por debajo de lo que se cobra en el recinto San José.</w:t>
      </w:r>
      <w:r>
        <w:rPr>
          <w:rFonts w:ascii="Arial" w:hAnsi="Arial" w:cs="Arial"/>
          <w:sz w:val="24"/>
          <w:szCs w:val="24"/>
        </w:rPr>
        <w:t xml:space="preserve"> </w:t>
      </w:r>
      <w:r w:rsidRPr="00E93608">
        <w:rPr>
          <w:rFonts w:ascii="Arial" w:hAnsi="Arial" w:cs="Arial"/>
          <w:sz w:val="24"/>
          <w:szCs w:val="24"/>
        </w:rPr>
        <w:t xml:space="preserve">Muy bien. </w:t>
      </w:r>
      <w:r>
        <w:rPr>
          <w:rFonts w:ascii="Arial" w:hAnsi="Arial" w:cs="Arial"/>
          <w:sz w:val="24"/>
          <w:szCs w:val="24"/>
        </w:rPr>
        <w:t>Por f</w:t>
      </w:r>
      <w:r w:rsidRPr="00E93608">
        <w:rPr>
          <w:rFonts w:ascii="Arial" w:hAnsi="Arial" w:cs="Arial"/>
          <w:sz w:val="24"/>
          <w:szCs w:val="24"/>
        </w:rPr>
        <w:t xml:space="preserve">avor adelante, </w:t>
      </w:r>
      <w:r>
        <w:rPr>
          <w:rFonts w:ascii="Arial" w:hAnsi="Arial" w:cs="Arial"/>
          <w:sz w:val="24"/>
          <w:szCs w:val="24"/>
        </w:rPr>
        <w:t>L</w:t>
      </w:r>
      <w:r w:rsidRPr="00E93608">
        <w:rPr>
          <w:rFonts w:ascii="Arial" w:hAnsi="Arial" w:cs="Arial"/>
          <w:sz w:val="24"/>
          <w:szCs w:val="24"/>
        </w:rPr>
        <w:t>icenciada Anita, por favor.</w:t>
      </w:r>
    </w:p>
    <w:p w14:paraId="20E857B2" w14:textId="4E69788F" w:rsidR="00EA0C28" w:rsidRPr="00E93608" w:rsidRDefault="00696069" w:rsidP="00E93608">
      <w:pPr>
        <w:jc w:val="both"/>
        <w:rPr>
          <w:rFonts w:ascii="Arial" w:hAnsi="Arial" w:cs="Arial"/>
          <w:sz w:val="24"/>
          <w:szCs w:val="24"/>
        </w:rPr>
      </w:pPr>
      <w:r>
        <w:rPr>
          <w:rFonts w:ascii="Arial" w:hAnsi="Arial" w:cs="Arial"/>
          <w:b/>
          <w:bCs/>
          <w:sz w:val="24"/>
          <w:szCs w:val="24"/>
        </w:rPr>
        <w:t xml:space="preserve">C. ANA MARGARITA MONTOYA ROMERO. - </w:t>
      </w:r>
      <w:r w:rsidRPr="00E93608">
        <w:rPr>
          <w:rFonts w:ascii="Arial" w:hAnsi="Arial" w:cs="Arial"/>
          <w:sz w:val="24"/>
          <w:szCs w:val="24"/>
        </w:rPr>
        <w:t xml:space="preserve"> Sí, el día de ayer consultamos en el recinto San José y este un espacio</w:t>
      </w:r>
      <w:r>
        <w:rPr>
          <w:rFonts w:ascii="Arial" w:hAnsi="Arial" w:cs="Arial"/>
          <w:sz w:val="24"/>
          <w:szCs w:val="24"/>
        </w:rPr>
        <w:t xml:space="preserve"> </w:t>
      </w:r>
      <w:r w:rsidRPr="00E93608">
        <w:rPr>
          <w:rFonts w:ascii="Arial" w:hAnsi="Arial" w:cs="Arial"/>
          <w:sz w:val="24"/>
          <w:szCs w:val="24"/>
        </w:rPr>
        <w:t xml:space="preserve">para cuatro cavidades sale en </w:t>
      </w:r>
      <w:r>
        <w:rPr>
          <w:rFonts w:ascii="Arial" w:hAnsi="Arial" w:cs="Arial"/>
          <w:sz w:val="24"/>
          <w:szCs w:val="24"/>
        </w:rPr>
        <w:t>$</w:t>
      </w:r>
      <w:r w:rsidRPr="00E93608">
        <w:rPr>
          <w:rFonts w:ascii="Arial" w:hAnsi="Arial" w:cs="Arial"/>
          <w:sz w:val="24"/>
          <w:szCs w:val="24"/>
        </w:rPr>
        <w:t>50,000</w:t>
      </w:r>
      <w:r w:rsidR="002A1D90">
        <w:rPr>
          <w:rFonts w:ascii="Arial" w:hAnsi="Arial" w:cs="Arial"/>
          <w:sz w:val="24"/>
          <w:szCs w:val="24"/>
        </w:rPr>
        <w:t>.00</w:t>
      </w:r>
      <w:r>
        <w:rPr>
          <w:rFonts w:ascii="Arial" w:hAnsi="Arial" w:cs="Arial"/>
          <w:sz w:val="24"/>
          <w:szCs w:val="24"/>
        </w:rPr>
        <w:t xml:space="preserve"> pesos</w:t>
      </w:r>
      <w:r w:rsidRPr="00E93608">
        <w:rPr>
          <w:rFonts w:ascii="Arial" w:hAnsi="Arial" w:cs="Arial"/>
          <w:sz w:val="24"/>
          <w:szCs w:val="24"/>
        </w:rPr>
        <w:t xml:space="preserve"> precio de contado para seis</w:t>
      </w:r>
      <w:r>
        <w:rPr>
          <w:rFonts w:ascii="Arial" w:hAnsi="Arial" w:cs="Arial"/>
          <w:sz w:val="24"/>
          <w:szCs w:val="24"/>
        </w:rPr>
        <w:t xml:space="preserve"> </w:t>
      </w:r>
      <w:r w:rsidRPr="00E93608">
        <w:rPr>
          <w:rFonts w:ascii="Arial" w:hAnsi="Arial" w:cs="Arial"/>
          <w:sz w:val="24"/>
          <w:szCs w:val="24"/>
        </w:rPr>
        <w:t xml:space="preserve">cavidades </w:t>
      </w:r>
      <w:r>
        <w:rPr>
          <w:rFonts w:ascii="Arial" w:hAnsi="Arial" w:cs="Arial"/>
          <w:sz w:val="24"/>
          <w:szCs w:val="24"/>
        </w:rPr>
        <w:t>$</w:t>
      </w:r>
      <w:r w:rsidRPr="00E93608">
        <w:rPr>
          <w:rFonts w:ascii="Arial" w:hAnsi="Arial" w:cs="Arial"/>
          <w:sz w:val="24"/>
          <w:szCs w:val="24"/>
        </w:rPr>
        <w:t>64,000</w:t>
      </w:r>
      <w:r w:rsidR="002A1D90">
        <w:rPr>
          <w:rFonts w:ascii="Arial" w:hAnsi="Arial" w:cs="Arial"/>
          <w:sz w:val="24"/>
          <w:szCs w:val="24"/>
        </w:rPr>
        <w:t>.00</w:t>
      </w:r>
      <w:r>
        <w:rPr>
          <w:rFonts w:ascii="Arial" w:hAnsi="Arial" w:cs="Arial"/>
          <w:sz w:val="24"/>
          <w:szCs w:val="24"/>
        </w:rPr>
        <w:t xml:space="preserve"> pesos</w:t>
      </w:r>
      <w:r w:rsidRPr="00E93608">
        <w:rPr>
          <w:rFonts w:ascii="Arial" w:hAnsi="Arial" w:cs="Arial"/>
          <w:sz w:val="24"/>
          <w:szCs w:val="24"/>
        </w:rPr>
        <w:t xml:space="preserve"> y nueve cavidades </w:t>
      </w:r>
      <w:r>
        <w:rPr>
          <w:rFonts w:ascii="Arial" w:hAnsi="Arial" w:cs="Arial"/>
          <w:sz w:val="24"/>
          <w:szCs w:val="24"/>
        </w:rPr>
        <w:t>$</w:t>
      </w:r>
      <w:r w:rsidRPr="00E93608">
        <w:rPr>
          <w:rFonts w:ascii="Arial" w:hAnsi="Arial" w:cs="Arial"/>
          <w:sz w:val="24"/>
          <w:szCs w:val="24"/>
        </w:rPr>
        <w:t>70,000</w:t>
      </w:r>
      <w:r w:rsidR="002A1D90">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Estos son precios de contado. Igual también manejan y pagos a meses, pero con su respectivo interés</w:t>
      </w:r>
      <w:r>
        <w:rPr>
          <w:rFonts w:ascii="Arial" w:hAnsi="Arial" w:cs="Arial"/>
          <w:sz w:val="24"/>
          <w:szCs w:val="24"/>
        </w:rPr>
        <w:t xml:space="preserve"> </w:t>
      </w:r>
      <w:r w:rsidRPr="00E93608">
        <w:rPr>
          <w:rFonts w:ascii="Arial" w:hAnsi="Arial" w:cs="Arial"/>
          <w:sz w:val="24"/>
          <w:szCs w:val="24"/>
        </w:rPr>
        <w:t>de cripta. Sí, sí tienen. De hecho,</w:t>
      </w:r>
      <w:r>
        <w:rPr>
          <w:rFonts w:ascii="Arial" w:hAnsi="Arial" w:cs="Arial"/>
          <w:sz w:val="24"/>
          <w:szCs w:val="24"/>
        </w:rPr>
        <w:t xml:space="preserve"> </w:t>
      </w:r>
      <w:r w:rsidRPr="00E93608">
        <w:rPr>
          <w:rFonts w:ascii="Arial" w:hAnsi="Arial" w:cs="Arial"/>
          <w:sz w:val="24"/>
          <w:szCs w:val="24"/>
        </w:rPr>
        <w:t xml:space="preserve">el costo de las criptas del del recinto San José está en </w:t>
      </w:r>
      <w:r>
        <w:rPr>
          <w:rFonts w:ascii="Arial" w:hAnsi="Arial" w:cs="Arial"/>
          <w:sz w:val="24"/>
          <w:szCs w:val="24"/>
        </w:rPr>
        <w:t>$</w:t>
      </w:r>
      <w:r w:rsidRPr="00E93608">
        <w:rPr>
          <w:rFonts w:ascii="Arial" w:hAnsi="Arial" w:cs="Arial"/>
          <w:sz w:val="24"/>
          <w:szCs w:val="24"/>
        </w:rPr>
        <w:t>12,500</w:t>
      </w:r>
      <w:r w:rsidR="002A1D90">
        <w:rPr>
          <w:rFonts w:ascii="Arial" w:hAnsi="Arial" w:cs="Arial"/>
          <w:sz w:val="24"/>
          <w:szCs w:val="24"/>
        </w:rPr>
        <w:t>.00</w:t>
      </w:r>
      <w:r w:rsidRPr="00E93608">
        <w:rPr>
          <w:rFonts w:ascii="Arial" w:hAnsi="Arial" w:cs="Arial"/>
          <w:sz w:val="24"/>
          <w:szCs w:val="24"/>
        </w:rPr>
        <w:t xml:space="preserve"> y tiene espacio para cuatro urnas.</w:t>
      </w:r>
      <w:r>
        <w:rPr>
          <w:rFonts w:ascii="Arial" w:hAnsi="Arial" w:cs="Arial"/>
          <w:sz w:val="24"/>
          <w:szCs w:val="24"/>
        </w:rPr>
        <w:t xml:space="preserve"> </w:t>
      </w:r>
      <w:r w:rsidRPr="00E93608">
        <w:rPr>
          <w:rFonts w:ascii="Arial" w:hAnsi="Arial" w:cs="Arial"/>
          <w:sz w:val="24"/>
          <w:szCs w:val="24"/>
        </w:rPr>
        <w:t>De hecho, también hicimos consulta en algunos templos que tienen servicio de criptas. Y por ejemplo en el de San</w:t>
      </w:r>
      <w:r>
        <w:rPr>
          <w:rFonts w:ascii="Arial" w:hAnsi="Arial" w:cs="Arial"/>
          <w:sz w:val="24"/>
          <w:szCs w:val="24"/>
        </w:rPr>
        <w:t xml:space="preserve"> </w:t>
      </w:r>
      <w:r w:rsidRPr="00E93608">
        <w:rPr>
          <w:rFonts w:ascii="Arial" w:hAnsi="Arial" w:cs="Arial"/>
          <w:sz w:val="24"/>
          <w:szCs w:val="24"/>
        </w:rPr>
        <w:t xml:space="preserve">Pedro están en </w:t>
      </w:r>
      <w:r w:rsidR="002A1D90">
        <w:rPr>
          <w:rFonts w:ascii="Arial" w:hAnsi="Arial" w:cs="Arial"/>
          <w:sz w:val="24"/>
          <w:szCs w:val="24"/>
        </w:rPr>
        <w:t>$</w:t>
      </w:r>
      <w:r w:rsidRPr="00E93608">
        <w:rPr>
          <w:rFonts w:ascii="Arial" w:hAnsi="Arial" w:cs="Arial"/>
          <w:sz w:val="24"/>
          <w:szCs w:val="24"/>
        </w:rPr>
        <w:t>20,000</w:t>
      </w:r>
      <w:r w:rsidR="002A1D90">
        <w:rPr>
          <w:rFonts w:ascii="Arial" w:hAnsi="Arial" w:cs="Arial"/>
          <w:sz w:val="24"/>
          <w:szCs w:val="24"/>
        </w:rPr>
        <w:t>.00</w:t>
      </w:r>
      <w:r w:rsidRPr="00E93608">
        <w:rPr>
          <w:rFonts w:ascii="Arial" w:hAnsi="Arial" w:cs="Arial"/>
          <w:sz w:val="24"/>
          <w:szCs w:val="24"/>
        </w:rPr>
        <w:t xml:space="preserve"> pes</w:t>
      </w:r>
      <w:r>
        <w:rPr>
          <w:rFonts w:ascii="Arial" w:hAnsi="Arial" w:cs="Arial"/>
          <w:sz w:val="24"/>
          <w:szCs w:val="24"/>
        </w:rPr>
        <w:t>os</w:t>
      </w:r>
      <w:r w:rsidRPr="00E93608">
        <w:rPr>
          <w:rFonts w:ascii="Arial" w:hAnsi="Arial" w:cs="Arial"/>
          <w:sz w:val="24"/>
          <w:szCs w:val="24"/>
        </w:rPr>
        <w:t>, en el santuario están cuatro. Por lo regular todas son</w:t>
      </w:r>
      <w:r>
        <w:rPr>
          <w:rFonts w:ascii="Arial" w:hAnsi="Arial" w:cs="Arial"/>
          <w:sz w:val="24"/>
          <w:szCs w:val="24"/>
        </w:rPr>
        <w:t xml:space="preserve"> </w:t>
      </w:r>
      <w:r w:rsidRPr="00E93608">
        <w:rPr>
          <w:rFonts w:ascii="Arial" w:hAnsi="Arial" w:cs="Arial"/>
          <w:sz w:val="24"/>
          <w:szCs w:val="24"/>
        </w:rPr>
        <w:t>de cuatro de cuatro urnas, solo creo que en el santuario sí son de más de más espacio, pero por lo tanto también son</w:t>
      </w:r>
      <w:r>
        <w:rPr>
          <w:rFonts w:ascii="Arial" w:hAnsi="Arial" w:cs="Arial"/>
          <w:sz w:val="24"/>
          <w:szCs w:val="24"/>
        </w:rPr>
        <w:t xml:space="preserve"> </w:t>
      </w:r>
      <w:r w:rsidRPr="00E93608">
        <w:rPr>
          <w:rFonts w:ascii="Arial" w:hAnsi="Arial" w:cs="Arial"/>
          <w:sz w:val="24"/>
          <w:szCs w:val="24"/>
        </w:rPr>
        <w:t xml:space="preserve">más más caritas. De hecho, preguntamos si estaban en </w:t>
      </w:r>
      <w:r>
        <w:rPr>
          <w:rFonts w:ascii="Arial" w:hAnsi="Arial" w:cs="Arial"/>
          <w:sz w:val="24"/>
          <w:szCs w:val="24"/>
        </w:rPr>
        <w:t>$</w:t>
      </w:r>
      <w:r w:rsidRPr="00E93608">
        <w:rPr>
          <w:rFonts w:ascii="Arial" w:hAnsi="Arial" w:cs="Arial"/>
          <w:sz w:val="24"/>
          <w:szCs w:val="24"/>
        </w:rPr>
        <w:t>30,000 pesos.</w:t>
      </w:r>
    </w:p>
    <w:p w14:paraId="0C79094E" w14:textId="17A8F45C" w:rsidR="00EA0C28" w:rsidRPr="00E93608" w:rsidRDefault="00696069"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Gracias, licenciada, por la información.</w:t>
      </w:r>
    </w:p>
    <w:p w14:paraId="1299C8E9" w14:textId="005243AB" w:rsidR="0072541C" w:rsidRDefault="00696069" w:rsidP="00E93608">
      <w:pPr>
        <w:jc w:val="both"/>
        <w:rPr>
          <w:rFonts w:ascii="Arial" w:hAnsi="Arial" w:cs="Arial"/>
          <w:sz w:val="24"/>
          <w:szCs w:val="24"/>
        </w:rPr>
      </w:pPr>
      <w:r>
        <w:rPr>
          <w:rFonts w:ascii="Arial" w:hAnsi="Arial" w:cs="Arial"/>
          <w:b/>
          <w:bCs/>
          <w:sz w:val="24"/>
          <w:szCs w:val="24"/>
        </w:rPr>
        <w:lastRenderedPageBreak/>
        <w:t xml:space="preserve">C. MIGUEL MARENTES. - </w:t>
      </w:r>
      <w:r w:rsidRPr="00E93608">
        <w:rPr>
          <w:rFonts w:ascii="Arial" w:hAnsi="Arial" w:cs="Arial"/>
          <w:sz w:val="24"/>
          <w:szCs w:val="24"/>
        </w:rPr>
        <w:t xml:space="preserve">Si bien seguimos por debajo del mercado del precio comercial de las fosas, </w:t>
      </w:r>
      <w:r>
        <w:rPr>
          <w:rFonts w:ascii="Arial" w:hAnsi="Arial" w:cs="Arial"/>
          <w:sz w:val="24"/>
          <w:szCs w:val="24"/>
        </w:rPr>
        <w:t>en</w:t>
      </w:r>
      <w:r w:rsidRPr="00E93608">
        <w:rPr>
          <w:rFonts w:ascii="Arial" w:hAnsi="Arial" w:cs="Arial"/>
          <w:sz w:val="24"/>
          <w:szCs w:val="24"/>
        </w:rPr>
        <w:t xml:space="preserve"> la cripta no, pero bueno, en cuanto al templo sí, ¿no? O sea, creo que aquí lo que nos arrojó el arquitecto Miguel</w:t>
      </w:r>
      <w:r>
        <w:rPr>
          <w:rFonts w:ascii="Arial" w:hAnsi="Arial" w:cs="Arial"/>
          <w:sz w:val="24"/>
          <w:szCs w:val="24"/>
        </w:rPr>
        <w:t xml:space="preserve"> </w:t>
      </w:r>
      <w:r w:rsidRPr="00E93608">
        <w:rPr>
          <w:rFonts w:ascii="Arial" w:hAnsi="Arial" w:cs="Arial"/>
          <w:sz w:val="24"/>
          <w:szCs w:val="24"/>
        </w:rPr>
        <w:t xml:space="preserve">Ángel Barragán, pues sí, costaron </w:t>
      </w:r>
      <w:r w:rsidR="002A1D90">
        <w:rPr>
          <w:rFonts w:ascii="Arial" w:hAnsi="Arial" w:cs="Arial"/>
          <w:sz w:val="24"/>
          <w:szCs w:val="24"/>
        </w:rPr>
        <w:t>$</w:t>
      </w:r>
      <w:r w:rsidRPr="00E93608">
        <w:rPr>
          <w:rFonts w:ascii="Arial" w:hAnsi="Arial" w:cs="Arial"/>
          <w:sz w:val="24"/>
          <w:szCs w:val="24"/>
        </w:rPr>
        <w:t>12,000</w:t>
      </w:r>
      <w:r w:rsidR="002A1D90">
        <w:rPr>
          <w:rFonts w:ascii="Arial" w:hAnsi="Arial" w:cs="Arial"/>
          <w:sz w:val="24"/>
          <w:szCs w:val="24"/>
        </w:rPr>
        <w:t>.00</w:t>
      </w:r>
      <w:r w:rsidRPr="00E93608">
        <w:rPr>
          <w:rFonts w:ascii="Arial" w:hAnsi="Arial" w:cs="Arial"/>
          <w:sz w:val="24"/>
          <w:szCs w:val="24"/>
        </w:rPr>
        <w:t xml:space="preserve"> pesos, ¿no? </w:t>
      </w:r>
      <w:r w:rsidR="002A1D90">
        <w:rPr>
          <w:rFonts w:ascii="Arial" w:hAnsi="Arial" w:cs="Arial"/>
          <w:sz w:val="24"/>
          <w:szCs w:val="24"/>
        </w:rPr>
        <w:t>$</w:t>
      </w:r>
      <w:r w:rsidRPr="00E93608">
        <w:rPr>
          <w:rFonts w:ascii="Arial" w:hAnsi="Arial" w:cs="Arial"/>
          <w:sz w:val="24"/>
          <w:szCs w:val="24"/>
        </w:rPr>
        <w:t>12,000</w:t>
      </w:r>
      <w:r w:rsidR="002A1D90">
        <w:rPr>
          <w:rFonts w:ascii="Arial" w:hAnsi="Arial" w:cs="Arial"/>
          <w:sz w:val="24"/>
          <w:szCs w:val="24"/>
        </w:rPr>
        <w:t>.00</w:t>
      </w:r>
      <w:r w:rsidRPr="00E93608">
        <w:rPr>
          <w:rFonts w:ascii="Arial" w:hAnsi="Arial" w:cs="Arial"/>
          <w:sz w:val="24"/>
          <w:szCs w:val="24"/>
        </w:rPr>
        <w:t xml:space="preserve"> pes</w:t>
      </w:r>
      <w:r w:rsidR="002A1D90">
        <w:rPr>
          <w:rFonts w:ascii="Arial" w:hAnsi="Arial" w:cs="Arial"/>
          <w:sz w:val="24"/>
          <w:szCs w:val="24"/>
        </w:rPr>
        <w:t>os</w:t>
      </w:r>
      <w:r w:rsidRPr="00E93608">
        <w:rPr>
          <w:rFonts w:ascii="Arial" w:hAnsi="Arial" w:cs="Arial"/>
          <w:sz w:val="24"/>
          <w:szCs w:val="24"/>
        </w:rPr>
        <w:t xml:space="preserve"> que sí estaría por debajo, pero bueno, tenemos que tomar en cuenta el ajuste inflacionario más el aumento de insumos</w:t>
      </w:r>
      <w:r>
        <w:rPr>
          <w:rFonts w:ascii="Arial" w:hAnsi="Arial" w:cs="Arial"/>
          <w:sz w:val="24"/>
          <w:szCs w:val="24"/>
        </w:rPr>
        <w:t xml:space="preserve"> </w:t>
      </w:r>
      <w:r w:rsidRPr="00E93608">
        <w:rPr>
          <w:rFonts w:ascii="Arial" w:hAnsi="Arial" w:cs="Arial"/>
          <w:sz w:val="24"/>
          <w:szCs w:val="24"/>
        </w:rPr>
        <w:t>para el siguiente año, porque apenas estamos en julio, a mitad de año, pues falta todos los 2026</w:t>
      </w:r>
      <w:r>
        <w:rPr>
          <w:rFonts w:ascii="Arial" w:hAnsi="Arial" w:cs="Arial"/>
          <w:sz w:val="24"/>
          <w:szCs w:val="24"/>
        </w:rPr>
        <w:t xml:space="preserve"> dos mil veintiséis</w:t>
      </w:r>
      <w:r w:rsidRPr="00E93608">
        <w:rPr>
          <w:rFonts w:ascii="Arial" w:hAnsi="Arial" w:cs="Arial"/>
          <w:sz w:val="24"/>
          <w:szCs w:val="24"/>
        </w:rPr>
        <w:t xml:space="preserve"> y empezar a cobrar a partir de 2027</w:t>
      </w:r>
      <w:r w:rsidR="002A1D90">
        <w:rPr>
          <w:rFonts w:ascii="Arial" w:hAnsi="Arial" w:cs="Arial"/>
          <w:sz w:val="24"/>
          <w:szCs w:val="24"/>
        </w:rPr>
        <w:t xml:space="preserve"> </w:t>
      </w:r>
      <w:r>
        <w:rPr>
          <w:rFonts w:ascii="Arial" w:hAnsi="Arial" w:cs="Arial"/>
          <w:sz w:val="24"/>
          <w:szCs w:val="24"/>
        </w:rPr>
        <w:t xml:space="preserve">dos mil veintisiete. </w:t>
      </w:r>
      <w:r w:rsidRPr="00E93608">
        <w:rPr>
          <w:rFonts w:ascii="Arial" w:hAnsi="Arial" w:cs="Arial"/>
          <w:sz w:val="24"/>
          <w:szCs w:val="24"/>
        </w:rPr>
        <w:t>Entonces, no sé si hubiera algún comentario respecto a la actualización de las tarifas en cuanto a el cementerio nuevo. Entonces, ya agotamos todas las áreas generadoras de</w:t>
      </w:r>
      <w:r>
        <w:rPr>
          <w:rFonts w:ascii="Arial" w:hAnsi="Arial" w:cs="Arial"/>
          <w:sz w:val="24"/>
          <w:szCs w:val="24"/>
        </w:rPr>
        <w:t xml:space="preserve"> </w:t>
      </w:r>
      <w:r w:rsidRPr="00E93608">
        <w:rPr>
          <w:rFonts w:ascii="Arial" w:hAnsi="Arial" w:cs="Arial"/>
          <w:sz w:val="24"/>
          <w:szCs w:val="24"/>
        </w:rPr>
        <w:t>ingresos de este municipio con sus cuotas y tarifas que ya analizamos, ahorita la dirección de ingresos va a hacer un ajuste para poder arrojar la</w:t>
      </w:r>
      <w:r>
        <w:rPr>
          <w:rFonts w:ascii="Arial" w:hAnsi="Arial" w:cs="Arial"/>
          <w:sz w:val="24"/>
          <w:szCs w:val="24"/>
        </w:rPr>
        <w:t xml:space="preserve"> </w:t>
      </w:r>
      <w:r w:rsidRPr="00E93608">
        <w:rPr>
          <w:rFonts w:ascii="Arial" w:hAnsi="Arial" w:cs="Arial"/>
          <w:sz w:val="24"/>
          <w:szCs w:val="24"/>
        </w:rPr>
        <w:t>estimación total del ingreso para el siguiente ejercicio fiscal que se va a plasmar en el artículo uno ya para poder someter a votación esta ley.</w:t>
      </w:r>
      <w:r>
        <w:rPr>
          <w:rFonts w:ascii="Arial" w:hAnsi="Arial" w:cs="Arial"/>
          <w:sz w:val="24"/>
          <w:szCs w:val="24"/>
        </w:rPr>
        <w:t xml:space="preserve"> </w:t>
      </w:r>
      <w:r w:rsidRPr="00E93608">
        <w:rPr>
          <w:rFonts w:ascii="Arial" w:hAnsi="Arial" w:cs="Arial"/>
          <w:sz w:val="24"/>
          <w:szCs w:val="24"/>
        </w:rPr>
        <w:t>No sin antes recordarles, compañeras y compañeros, como se vio a lo largo de estos días, en estas largas de análisis de la ley de ingresos, que la</w:t>
      </w:r>
      <w:r w:rsidR="0072541C">
        <w:rPr>
          <w:rFonts w:ascii="Arial" w:hAnsi="Arial" w:cs="Arial"/>
          <w:sz w:val="24"/>
          <w:szCs w:val="24"/>
        </w:rPr>
        <w:t xml:space="preserve"> </w:t>
      </w:r>
      <w:r w:rsidRPr="00E93608">
        <w:rPr>
          <w:rFonts w:ascii="Arial" w:hAnsi="Arial" w:cs="Arial"/>
          <w:sz w:val="24"/>
          <w:szCs w:val="24"/>
        </w:rPr>
        <w:t xml:space="preserve">mayor parte de las cuotas y </w:t>
      </w:r>
      <w:r w:rsidR="0072541C" w:rsidRPr="00E93608">
        <w:rPr>
          <w:rFonts w:ascii="Arial" w:hAnsi="Arial" w:cs="Arial"/>
          <w:sz w:val="24"/>
          <w:szCs w:val="24"/>
        </w:rPr>
        <w:t>tarifas fueron</w:t>
      </w:r>
      <w:r w:rsidRPr="00E93608">
        <w:rPr>
          <w:rFonts w:ascii="Arial" w:hAnsi="Arial" w:cs="Arial"/>
          <w:sz w:val="24"/>
          <w:szCs w:val="24"/>
        </w:rPr>
        <w:t xml:space="preserve"> ajustadas a un 5% al alza, salvo algunos conceptos nuevos y algunos</w:t>
      </w:r>
      <w:r w:rsidR="0072541C">
        <w:rPr>
          <w:rFonts w:ascii="Arial" w:hAnsi="Arial" w:cs="Arial"/>
          <w:sz w:val="24"/>
          <w:szCs w:val="24"/>
        </w:rPr>
        <w:t xml:space="preserve"> </w:t>
      </w:r>
      <w:r w:rsidRPr="00E93608">
        <w:rPr>
          <w:rFonts w:ascii="Arial" w:hAnsi="Arial" w:cs="Arial"/>
          <w:sz w:val="24"/>
          <w:szCs w:val="24"/>
        </w:rPr>
        <w:t xml:space="preserve">conceptos un poco más polémicos como el que vimos hace rato de las de las consultas ecológicas y </w:t>
      </w:r>
      <w:r w:rsidR="0072541C" w:rsidRPr="00E93608">
        <w:rPr>
          <w:rFonts w:ascii="Arial" w:hAnsi="Arial" w:cs="Arial"/>
          <w:sz w:val="24"/>
          <w:szCs w:val="24"/>
        </w:rPr>
        <w:t>de</w:t>
      </w:r>
      <w:r w:rsidR="0072541C">
        <w:rPr>
          <w:rFonts w:ascii="Arial" w:hAnsi="Arial" w:cs="Arial"/>
          <w:sz w:val="24"/>
          <w:szCs w:val="24"/>
        </w:rPr>
        <w:t xml:space="preserve"> </w:t>
      </w:r>
      <w:r w:rsidRPr="00E93608">
        <w:rPr>
          <w:rFonts w:ascii="Arial" w:hAnsi="Arial" w:cs="Arial"/>
          <w:sz w:val="24"/>
          <w:szCs w:val="24"/>
        </w:rPr>
        <w:t>la reducción en cuanto al Expo agrícola, el cobro de la renta del del Expo Agrícola.</w:t>
      </w:r>
      <w:r w:rsidR="0072541C">
        <w:rPr>
          <w:rFonts w:ascii="Arial" w:hAnsi="Arial" w:cs="Arial"/>
          <w:sz w:val="24"/>
          <w:szCs w:val="24"/>
        </w:rPr>
        <w:t xml:space="preserve"> </w:t>
      </w:r>
      <w:r w:rsidR="0072541C" w:rsidRPr="00E93608">
        <w:rPr>
          <w:rFonts w:ascii="Arial" w:hAnsi="Arial" w:cs="Arial"/>
          <w:sz w:val="24"/>
          <w:szCs w:val="24"/>
        </w:rPr>
        <w:t>Pero pues</w:t>
      </w:r>
      <w:r w:rsidRPr="00E93608">
        <w:rPr>
          <w:rFonts w:ascii="Arial" w:hAnsi="Arial" w:cs="Arial"/>
          <w:sz w:val="24"/>
          <w:szCs w:val="24"/>
        </w:rPr>
        <w:t xml:space="preserve"> en general fue un 5% en las demás </w:t>
      </w:r>
      <w:r w:rsidR="0072541C" w:rsidRPr="00E93608">
        <w:rPr>
          <w:rFonts w:ascii="Arial" w:hAnsi="Arial" w:cs="Arial"/>
          <w:sz w:val="24"/>
          <w:szCs w:val="24"/>
        </w:rPr>
        <w:t>cuotas</w:t>
      </w:r>
      <w:r w:rsidRPr="00E93608">
        <w:rPr>
          <w:rFonts w:ascii="Arial" w:hAnsi="Arial" w:cs="Arial"/>
          <w:sz w:val="24"/>
          <w:szCs w:val="24"/>
        </w:rPr>
        <w:t xml:space="preserve"> y tarifas. Aquí lo que se va hacer </w:t>
      </w:r>
      <w:r w:rsidR="0072541C">
        <w:rPr>
          <w:rFonts w:ascii="Arial" w:hAnsi="Arial" w:cs="Arial"/>
          <w:sz w:val="24"/>
          <w:szCs w:val="24"/>
        </w:rPr>
        <w:t>en</w:t>
      </w:r>
      <w:r w:rsidRPr="00E93608">
        <w:rPr>
          <w:rFonts w:ascii="Arial" w:hAnsi="Arial" w:cs="Arial"/>
          <w:sz w:val="24"/>
          <w:szCs w:val="24"/>
        </w:rPr>
        <w:t xml:space="preserve"> la comisión es votar en</w:t>
      </w:r>
      <w:r w:rsidR="0072541C">
        <w:rPr>
          <w:rFonts w:ascii="Arial" w:hAnsi="Arial" w:cs="Arial"/>
          <w:sz w:val="24"/>
          <w:szCs w:val="24"/>
        </w:rPr>
        <w:t xml:space="preserve"> </w:t>
      </w:r>
      <w:r w:rsidRPr="00E93608">
        <w:rPr>
          <w:rFonts w:ascii="Arial" w:hAnsi="Arial" w:cs="Arial"/>
          <w:sz w:val="24"/>
          <w:szCs w:val="24"/>
        </w:rPr>
        <w:t xml:space="preserve">lo general la ley de ingresos y en su </w:t>
      </w:r>
      <w:r w:rsidR="002A1D90" w:rsidRPr="00E93608">
        <w:rPr>
          <w:rFonts w:ascii="Arial" w:hAnsi="Arial" w:cs="Arial"/>
          <w:sz w:val="24"/>
          <w:szCs w:val="24"/>
        </w:rPr>
        <w:t>momento cuando</w:t>
      </w:r>
      <w:r w:rsidRPr="00E93608">
        <w:rPr>
          <w:rFonts w:ascii="Arial" w:hAnsi="Arial" w:cs="Arial"/>
          <w:sz w:val="24"/>
          <w:szCs w:val="24"/>
        </w:rPr>
        <w:t xml:space="preserve"> se suba al dictamen al pleno del Ayuntamiento, si</w:t>
      </w:r>
      <w:r w:rsidR="0072541C">
        <w:rPr>
          <w:rFonts w:ascii="Arial" w:hAnsi="Arial" w:cs="Arial"/>
          <w:sz w:val="24"/>
          <w:szCs w:val="24"/>
        </w:rPr>
        <w:t xml:space="preserve"> </w:t>
      </w:r>
      <w:r w:rsidRPr="00E93608">
        <w:rPr>
          <w:rFonts w:ascii="Arial" w:hAnsi="Arial" w:cs="Arial"/>
          <w:sz w:val="24"/>
          <w:szCs w:val="24"/>
        </w:rPr>
        <w:t>tienen alguna otra observación, se puede reservar en lo particular un artículo o una porción normativa para discutir esa</w:t>
      </w:r>
      <w:r w:rsidR="0072541C">
        <w:rPr>
          <w:rFonts w:ascii="Arial" w:hAnsi="Arial" w:cs="Arial"/>
          <w:sz w:val="24"/>
          <w:szCs w:val="24"/>
        </w:rPr>
        <w:t xml:space="preserve"> </w:t>
      </w:r>
      <w:r w:rsidRPr="00E93608">
        <w:rPr>
          <w:rFonts w:ascii="Arial" w:hAnsi="Arial" w:cs="Arial"/>
          <w:sz w:val="24"/>
          <w:szCs w:val="24"/>
        </w:rPr>
        <w:t xml:space="preserve">porción únicamente. Ya en el pleno de Ayuntamiento se votará en lo general y en lo particular. Sí, adelante, </w:t>
      </w:r>
      <w:r w:rsidR="0072541C">
        <w:rPr>
          <w:rFonts w:ascii="Arial" w:hAnsi="Arial" w:cs="Arial"/>
          <w:sz w:val="24"/>
          <w:szCs w:val="24"/>
        </w:rPr>
        <w:t>L</w:t>
      </w:r>
      <w:r w:rsidRPr="00E93608">
        <w:rPr>
          <w:rFonts w:ascii="Arial" w:hAnsi="Arial" w:cs="Arial"/>
          <w:sz w:val="24"/>
          <w:szCs w:val="24"/>
        </w:rPr>
        <w:t>icenciada V</w:t>
      </w:r>
      <w:r w:rsidR="0072541C">
        <w:rPr>
          <w:rFonts w:ascii="Arial" w:hAnsi="Arial" w:cs="Arial"/>
          <w:sz w:val="24"/>
          <w:szCs w:val="24"/>
        </w:rPr>
        <w:t>ictoria</w:t>
      </w:r>
      <w:r w:rsidRPr="00E93608">
        <w:rPr>
          <w:rFonts w:ascii="Arial" w:hAnsi="Arial" w:cs="Arial"/>
          <w:sz w:val="24"/>
          <w:szCs w:val="24"/>
        </w:rPr>
        <w:t xml:space="preserve">. </w:t>
      </w:r>
    </w:p>
    <w:p w14:paraId="61E53E7D" w14:textId="099190F2" w:rsidR="00EA0C28" w:rsidRPr="00E93608" w:rsidRDefault="0072541C"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Gracias. Este, solo un momentito, este, vamos a hacer el ajuste en el estimado que ya se traía, dado que se acaba de hacer la modificación en lo que es el</w:t>
      </w:r>
      <w:r>
        <w:rPr>
          <w:rFonts w:ascii="Arial" w:hAnsi="Arial" w:cs="Arial"/>
          <w:sz w:val="24"/>
          <w:szCs w:val="24"/>
        </w:rPr>
        <w:t xml:space="preserve"> </w:t>
      </w:r>
      <w:r w:rsidRPr="00E93608">
        <w:rPr>
          <w:rFonts w:ascii="Arial" w:hAnsi="Arial" w:cs="Arial"/>
          <w:sz w:val="24"/>
          <w:szCs w:val="24"/>
        </w:rPr>
        <w:t>costo de las fosas. Entonces, ya para que ustedes puedan ver en cuanto a siente el estimado este que va a quedar establecido en el artículo uno.</w:t>
      </w:r>
    </w:p>
    <w:p w14:paraId="329B3134" w14:textId="2D60E006" w:rsidR="00EA0C28" w:rsidRPr="00E93608" w:rsidRDefault="0072541C"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Sí, gracias, licenciada. Adelante, </w:t>
      </w:r>
      <w:r>
        <w:rPr>
          <w:rFonts w:ascii="Arial" w:hAnsi="Arial" w:cs="Arial"/>
          <w:sz w:val="24"/>
          <w:szCs w:val="24"/>
        </w:rPr>
        <w:t>R</w:t>
      </w:r>
      <w:r w:rsidRPr="00E93608">
        <w:rPr>
          <w:rFonts w:ascii="Arial" w:hAnsi="Arial" w:cs="Arial"/>
          <w:sz w:val="24"/>
          <w:szCs w:val="24"/>
        </w:rPr>
        <w:t xml:space="preserve">egidora </w:t>
      </w:r>
      <w:r>
        <w:rPr>
          <w:rFonts w:ascii="Arial" w:hAnsi="Arial" w:cs="Arial"/>
          <w:sz w:val="24"/>
          <w:szCs w:val="24"/>
        </w:rPr>
        <w:t>Dunia</w:t>
      </w:r>
      <w:r w:rsidRPr="00E93608">
        <w:rPr>
          <w:rFonts w:ascii="Arial" w:hAnsi="Arial" w:cs="Arial"/>
          <w:sz w:val="24"/>
          <w:szCs w:val="24"/>
        </w:rPr>
        <w:t>. Gracias.</w:t>
      </w:r>
    </w:p>
    <w:p w14:paraId="60126416" w14:textId="7EB309D7" w:rsidR="00EA0C28" w:rsidRPr="00E93608" w:rsidRDefault="0072541C" w:rsidP="00E93608">
      <w:pPr>
        <w:jc w:val="both"/>
        <w:rPr>
          <w:rFonts w:ascii="Arial" w:hAnsi="Arial" w:cs="Arial"/>
          <w:sz w:val="24"/>
          <w:szCs w:val="24"/>
        </w:rPr>
      </w:pPr>
      <w:r>
        <w:rPr>
          <w:rFonts w:ascii="Arial" w:hAnsi="Arial" w:cs="Arial"/>
          <w:b/>
          <w:bCs/>
          <w:sz w:val="24"/>
          <w:szCs w:val="24"/>
        </w:rPr>
        <w:t xml:space="preserve">C. DUNIA CATALINA CRUZ MORENO. - </w:t>
      </w:r>
      <w:r>
        <w:rPr>
          <w:rFonts w:ascii="Arial" w:hAnsi="Arial" w:cs="Arial"/>
          <w:sz w:val="24"/>
          <w:szCs w:val="24"/>
        </w:rPr>
        <w:t>V</w:t>
      </w:r>
      <w:r w:rsidRPr="00E93608">
        <w:rPr>
          <w:rFonts w:ascii="Arial" w:hAnsi="Arial" w:cs="Arial"/>
          <w:sz w:val="24"/>
          <w:szCs w:val="24"/>
        </w:rPr>
        <w:t>amos a ver reflejados entonces los todos los cambios que aquí propusimos en la siguiente iniciativa, ¿verdad? Ya</w:t>
      </w:r>
      <w:r>
        <w:rPr>
          <w:rFonts w:ascii="Arial" w:hAnsi="Arial" w:cs="Arial"/>
          <w:sz w:val="24"/>
          <w:szCs w:val="24"/>
        </w:rPr>
        <w:t xml:space="preserve"> </w:t>
      </w:r>
      <w:r w:rsidRPr="00E93608">
        <w:rPr>
          <w:rFonts w:ascii="Arial" w:hAnsi="Arial" w:cs="Arial"/>
          <w:sz w:val="24"/>
          <w:szCs w:val="24"/>
        </w:rPr>
        <w:t>para poder analizarlo antes del del viernes.</w:t>
      </w:r>
    </w:p>
    <w:p w14:paraId="4181C2D8" w14:textId="207E0C1F" w:rsidR="00EA0C28" w:rsidRPr="00E93608" w:rsidRDefault="0072541C"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Sí, se pretende que se suba la siguiente</w:t>
      </w:r>
      <w:r>
        <w:rPr>
          <w:rFonts w:ascii="Arial" w:hAnsi="Arial" w:cs="Arial"/>
          <w:sz w:val="24"/>
          <w:szCs w:val="24"/>
        </w:rPr>
        <w:t xml:space="preserve"> sesión </w:t>
      </w:r>
      <w:r w:rsidRPr="00E93608">
        <w:rPr>
          <w:rFonts w:ascii="Arial" w:hAnsi="Arial" w:cs="Arial"/>
          <w:sz w:val="24"/>
          <w:szCs w:val="24"/>
        </w:rPr>
        <w:t>ordinaria el dictamen. No, no creo que aún no aún no el viernes todo, ¿verdad</w:t>
      </w:r>
      <w:r>
        <w:rPr>
          <w:rFonts w:ascii="Arial" w:hAnsi="Arial" w:cs="Arial"/>
          <w:sz w:val="24"/>
          <w:szCs w:val="24"/>
        </w:rPr>
        <w:t xml:space="preserve">? </w:t>
      </w:r>
      <w:r w:rsidRPr="00E93608">
        <w:rPr>
          <w:rFonts w:ascii="Arial" w:hAnsi="Arial" w:cs="Arial"/>
          <w:sz w:val="24"/>
          <w:szCs w:val="24"/>
        </w:rPr>
        <w:t xml:space="preserve"> Sería para la primera ordinaria de agosto. Sí,</w:t>
      </w:r>
      <w:r>
        <w:rPr>
          <w:rFonts w:ascii="Arial" w:hAnsi="Arial" w:cs="Arial"/>
          <w:sz w:val="24"/>
          <w:szCs w:val="24"/>
        </w:rPr>
        <w:t xml:space="preserve"> </w:t>
      </w:r>
      <w:r w:rsidRPr="00E93608">
        <w:rPr>
          <w:rFonts w:ascii="Arial" w:hAnsi="Arial" w:cs="Arial"/>
          <w:sz w:val="24"/>
          <w:szCs w:val="24"/>
        </w:rPr>
        <w:t xml:space="preserve">y pues ya sería con obviamente los tiempos legales que sé que se </w:t>
      </w:r>
      <w:r w:rsidRPr="00E93608">
        <w:rPr>
          <w:rFonts w:ascii="Arial" w:hAnsi="Arial" w:cs="Arial"/>
          <w:sz w:val="24"/>
          <w:szCs w:val="24"/>
        </w:rPr>
        <w:lastRenderedPageBreak/>
        <w:t xml:space="preserve">manejan para transmitirse el dictamen </w:t>
      </w:r>
      <w:r w:rsidR="002A1D90" w:rsidRPr="00E93608">
        <w:rPr>
          <w:rFonts w:ascii="Arial" w:hAnsi="Arial" w:cs="Arial"/>
          <w:sz w:val="24"/>
          <w:szCs w:val="24"/>
        </w:rPr>
        <w:t>con la</w:t>
      </w:r>
      <w:r w:rsidRPr="00E93608">
        <w:rPr>
          <w:rFonts w:ascii="Arial" w:hAnsi="Arial" w:cs="Arial"/>
          <w:sz w:val="24"/>
          <w:szCs w:val="24"/>
        </w:rPr>
        <w:t xml:space="preserve"> propuesta de ley de ingresos 2027</w:t>
      </w:r>
      <w:r>
        <w:rPr>
          <w:rFonts w:ascii="Arial" w:hAnsi="Arial" w:cs="Arial"/>
          <w:sz w:val="24"/>
          <w:szCs w:val="24"/>
        </w:rPr>
        <w:t>dos mil veintisiete</w:t>
      </w:r>
      <w:r w:rsidRPr="00E93608">
        <w:rPr>
          <w:rFonts w:ascii="Arial" w:hAnsi="Arial" w:cs="Arial"/>
          <w:sz w:val="24"/>
          <w:szCs w:val="24"/>
        </w:rPr>
        <w:t>.</w:t>
      </w:r>
    </w:p>
    <w:p w14:paraId="676B04CA" w14:textId="2C611AFF" w:rsidR="00EA0C28" w:rsidRPr="00E93608" w:rsidRDefault="0072541C" w:rsidP="00E93608">
      <w:pPr>
        <w:jc w:val="both"/>
        <w:rPr>
          <w:rFonts w:ascii="Arial" w:hAnsi="Arial" w:cs="Arial"/>
          <w:sz w:val="24"/>
          <w:szCs w:val="24"/>
        </w:rPr>
      </w:pPr>
      <w:r>
        <w:rPr>
          <w:rFonts w:ascii="Arial" w:hAnsi="Arial" w:cs="Arial"/>
          <w:b/>
          <w:bCs/>
          <w:sz w:val="24"/>
          <w:szCs w:val="24"/>
        </w:rPr>
        <w:t xml:space="preserve">C. CLAUDIA MARGARITA ROBLES GOMEZ. - </w:t>
      </w:r>
      <w:r>
        <w:rPr>
          <w:rFonts w:ascii="Arial" w:hAnsi="Arial" w:cs="Arial"/>
          <w:sz w:val="24"/>
          <w:szCs w:val="24"/>
        </w:rPr>
        <w:t>N</w:t>
      </w:r>
      <w:r w:rsidRPr="00E93608">
        <w:rPr>
          <w:rFonts w:ascii="Arial" w:hAnsi="Arial" w:cs="Arial"/>
          <w:sz w:val="24"/>
          <w:szCs w:val="24"/>
        </w:rPr>
        <w:t>ada más también comentar que ya en ese dictamen que se pase para qué va a subir al pleno va a venir el ajuste que hicimos o la propuesta que estamos</w:t>
      </w:r>
      <w:r>
        <w:rPr>
          <w:rFonts w:ascii="Arial" w:hAnsi="Arial" w:cs="Arial"/>
          <w:sz w:val="24"/>
          <w:szCs w:val="24"/>
        </w:rPr>
        <w:t xml:space="preserve"> </w:t>
      </w:r>
      <w:r w:rsidRPr="00E93608">
        <w:rPr>
          <w:rFonts w:ascii="Arial" w:hAnsi="Arial" w:cs="Arial"/>
          <w:sz w:val="24"/>
          <w:szCs w:val="24"/>
        </w:rPr>
        <w:t>haciendo en la exposición de motivos para el tema de la disyuntiva que había con el precio de las licencias de giros</w:t>
      </w:r>
      <w:r>
        <w:rPr>
          <w:rFonts w:ascii="Arial" w:hAnsi="Arial" w:cs="Arial"/>
          <w:sz w:val="24"/>
          <w:szCs w:val="24"/>
        </w:rPr>
        <w:t xml:space="preserve"> </w:t>
      </w:r>
      <w:r w:rsidRPr="00E93608">
        <w:rPr>
          <w:rFonts w:ascii="Arial" w:hAnsi="Arial" w:cs="Arial"/>
          <w:sz w:val="24"/>
          <w:szCs w:val="24"/>
        </w:rPr>
        <w:t>restringidos que se comentó aquí, que por la sentencia que había de un tribunal federal se iba hacer una exposición de motivos para tratar de</w:t>
      </w:r>
      <w:r>
        <w:rPr>
          <w:rFonts w:ascii="Arial" w:hAnsi="Arial" w:cs="Arial"/>
          <w:sz w:val="24"/>
          <w:szCs w:val="24"/>
        </w:rPr>
        <w:t xml:space="preserve"> </w:t>
      </w:r>
      <w:r w:rsidRPr="00E93608">
        <w:rPr>
          <w:rFonts w:ascii="Arial" w:hAnsi="Arial" w:cs="Arial"/>
          <w:sz w:val="24"/>
          <w:szCs w:val="24"/>
        </w:rPr>
        <w:t>justificar la diferenciación en los precios de las diferentes licencias para si la analizan y quieren argumentar otra cosa que ustedes consideren que</w:t>
      </w:r>
      <w:r>
        <w:rPr>
          <w:rFonts w:ascii="Arial" w:hAnsi="Arial" w:cs="Arial"/>
          <w:sz w:val="24"/>
          <w:szCs w:val="24"/>
        </w:rPr>
        <w:t xml:space="preserve"> </w:t>
      </w:r>
      <w:r w:rsidRPr="00E93608">
        <w:rPr>
          <w:rFonts w:ascii="Arial" w:hAnsi="Arial" w:cs="Arial"/>
          <w:sz w:val="24"/>
          <w:szCs w:val="24"/>
        </w:rPr>
        <w:t>puede servir para sustentar la diferenciación en los precios, pues para comentarla en el pleno, ¿verdad? Ahí va a estar como parte en la exposición de motivos.</w:t>
      </w:r>
      <w:r>
        <w:rPr>
          <w:rFonts w:ascii="Arial" w:hAnsi="Arial" w:cs="Arial"/>
          <w:sz w:val="24"/>
          <w:szCs w:val="24"/>
        </w:rPr>
        <w:t xml:space="preserve"> </w:t>
      </w:r>
      <w:r w:rsidRPr="00E93608">
        <w:rPr>
          <w:rFonts w:ascii="Arial" w:hAnsi="Arial" w:cs="Arial"/>
          <w:sz w:val="24"/>
          <w:szCs w:val="24"/>
        </w:rPr>
        <w:t>Es el artículo, si no me equivoco, era el 129.</w:t>
      </w:r>
      <w:r>
        <w:rPr>
          <w:rFonts w:ascii="Arial" w:hAnsi="Arial" w:cs="Arial"/>
          <w:sz w:val="24"/>
          <w:szCs w:val="24"/>
        </w:rPr>
        <w:t xml:space="preserve"> </w:t>
      </w:r>
      <w:r w:rsidRPr="00E93608">
        <w:rPr>
          <w:rFonts w:ascii="Arial" w:hAnsi="Arial" w:cs="Arial"/>
          <w:sz w:val="24"/>
          <w:szCs w:val="24"/>
        </w:rPr>
        <w:t xml:space="preserve">Es donde vienen todos los precios para las licencias de giros restringidos. </w:t>
      </w:r>
      <w:r>
        <w:rPr>
          <w:rFonts w:ascii="Arial" w:hAnsi="Arial" w:cs="Arial"/>
          <w:sz w:val="24"/>
          <w:szCs w:val="24"/>
        </w:rPr>
        <w:t xml:space="preserve">Artículo </w:t>
      </w:r>
      <w:r w:rsidRPr="00E93608">
        <w:rPr>
          <w:rFonts w:ascii="Arial" w:hAnsi="Arial" w:cs="Arial"/>
          <w:sz w:val="24"/>
          <w:szCs w:val="24"/>
        </w:rPr>
        <w:t>56 inciso J. y se va a</w:t>
      </w:r>
      <w:r>
        <w:rPr>
          <w:rFonts w:ascii="Arial" w:hAnsi="Arial" w:cs="Arial"/>
          <w:sz w:val="24"/>
          <w:szCs w:val="24"/>
        </w:rPr>
        <w:t xml:space="preserve"> </w:t>
      </w:r>
      <w:r w:rsidRPr="00E93608">
        <w:rPr>
          <w:rFonts w:ascii="Arial" w:hAnsi="Arial" w:cs="Arial"/>
          <w:sz w:val="24"/>
          <w:szCs w:val="24"/>
        </w:rPr>
        <w:t>justificar esa diferenciación en la exposición de motivos para que pues nos hagan favor</w:t>
      </w:r>
      <w:r>
        <w:rPr>
          <w:rFonts w:ascii="Arial" w:hAnsi="Arial" w:cs="Arial"/>
          <w:sz w:val="24"/>
          <w:szCs w:val="24"/>
        </w:rPr>
        <w:t xml:space="preserve"> de analizar</w:t>
      </w:r>
      <w:r w:rsidRPr="00E93608">
        <w:rPr>
          <w:rFonts w:ascii="Arial" w:hAnsi="Arial" w:cs="Arial"/>
          <w:sz w:val="24"/>
          <w:szCs w:val="24"/>
        </w:rPr>
        <w:t xml:space="preserve"> que le falta, le sobra, pues nos apoyen.</w:t>
      </w:r>
      <w:r>
        <w:rPr>
          <w:rFonts w:ascii="Arial" w:hAnsi="Arial" w:cs="Arial"/>
          <w:sz w:val="24"/>
          <w:szCs w:val="24"/>
        </w:rPr>
        <w:t xml:space="preserve"> </w:t>
      </w:r>
      <w:r w:rsidRPr="00E93608">
        <w:rPr>
          <w:rFonts w:ascii="Arial" w:hAnsi="Arial" w:cs="Arial"/>
          <w:sz w:val="24"/>
          <w:szCs w:val="24"/>
        </w:rPr>
        <w:t>Es cuánto.</w:t>
      </w:r>
    </w:p>
    <w:p w14:paraId="57AB3E06" w14:textId="77777777" w:rsidR="0072541C" w:rsidRDefault="0072541C"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Gracias, licenciada. No sin antes agradecer a la Dirección General de Gestión de la Ciudad por su presencia y acompañamiento en este análisis, </w:t>
      </w:r>
      <w:r>
        <w:rPr>
          <w:rFonts w:ascii="Arial" w:hAnsi="Arial" w:cs="Arial"/>
          <w:sz w:val="24"/>
          <w:szCs w:val="24"/>
        </w:rPr>
        <w:t>A</w:t>
      </w:r>
      <w:r w:rsidRPr="00E93608">
        <w:rPr>
          <w:rFonts w:ascii="Arial" w:hAnsi="Arial" w:cs="Arial"/>
          <w:sz w:val="24"/>
          <w:szCs w:val="24"/>
        </w:rPr>
        <w:t xml:space="preserve">rquitecta Miriam, </w:t>
      </w:r>
      <w:r>
        <w:rPr>
          <w:rFonts w:ascii="Arial" w:hAnsi="Arial" w:cs="Arial"/>
          <w:sz w:val="24"/>
          <w:szCs w:val="24"/>
        </w:rPr>
        <w:t>A</w:t>
      </w:r>
      <w:r w:rsidRPr="00E93608">
        <w:rPr>
          <w:rFonts w:ascii="Arial" w:hAnsi="Arial" w:cs="Arial"/>
          <w:sz w:val="24"/>
          <w:szCs w:val="24"/>
        </w:rPr>
        <w:t xml:space="preserve">rquitecto Miguel y </w:t>
      </w:r>
      <w:r>
        <w:rPr>
          <w:rFonts w:ascii="Arial" w:hAnsi="Arial" w:cs="Arial"/>
          <w:sz w:val="24"/>
          <w:szCs w:val="24"/>
        </w:rPr>
        <w:t>A</w:t>
      </w:r>
      <w:r w:rsidRPr="00E93608">
        <w:rPr>
          <w:rFonts w:ascii="Arial" w:hAnsi="Arial" w:cs="Arial"/>
          <w:sz w:val="24"/>
          <w:szCs w:val="24"/>
        </w:rPr>
        <w:t>rquitecto Braulio que ya se retiró.</w:t>
      </w:r>
      <w:r>
        <w:rPr>
          <w:rFonts w:ascii="Arial" w:hAnsi="Arial" w:cs="Arial"/>
          <w:sz w:val="24"/>
          <w:szCs w:val="24"/>
        </w:rPr>
        <w:t xml:space="preserve"> </w:t>
      </w:r>
      <w:r w:rsidRPr="00E93608">
        <w:rPr>
          <w:rFonts w:ascii="Arial" w:hAnsi="Arial" w:cs="Arial"/>
          <w:sz w:val="24"/>
          <w:szCs w:val="24"/>
        </w:rPr>
        <w:t>Muchas gracias por estar presentes.</w:t>
      </w:r>
      <w:r>
        <w:rPr>
          <w:rFonts w:ascii="Arial" w:hAnsi="Arial" w:cs="Arial"/>
          <w:sz w:val="24"/>
          <w:szCs w:val="24"/>
        </w:rPr>
        <w:t xml:space="preserve"> </w:t>
      </w:r>
      <w:r w:rsidRPr="00E93608">
        <w:rPr>
          <w:rFonts w:ascii="Arial" w:hAnsi="Arial" w:cs="Arial"/>
          <w:sz w:val="24"/>
          <w:szCs w:val="24"/>
        </w:rPr>
        <w:t xml:space="preserve">Adelante, </w:t>
      </w:r>
      <w:r>
        <w:rPr>
          <w:rFonts w:ascii="Arial" w:hAnsi="Arial" w:cs="Arial"/>
          <w:sz w:val="24"/>
          <w:szCs w:val="24"/>
        </w:rPr>
        <w:t>L</w:t>
      </w:r>
      <w:r w:rsidRPr="00E93608">
        <w:rPr>
          <w:rFonts w:ascii="Arial" w:hAnsi="Arial" w:cs="Arial"/>
          <w:sz w:val="24"/>
          <w:szCs w:val="24"/>
        </w:rPr>
        <w:t>ic</w:t>
      </w:r>
      <w:r>
        <w:rPr>
          <w:rFonts w:ascii="Arial" w:hAnsi="Arial" w:cs="Arial"/>
          <w:sz w:val="24"/>
          <w:szCs w:val="24"/>
        </w:rPr>
        <w:t>enc</w:t>
      </w:r>
      <w:r w:rsidRPr="00E93608">
        <w:rPr>
          <w:rFonts w:ascii="Arial" w:hAnsi="Arial" w:cs="Arial"/>
          <w:sz w:val="24"/>
          <w:szCs w:val="24"/>
        </w:rPr>
        <w:t xml:space="preserve">iada Victoria García Contreras. </w:t>
      </w:r>
    </w:p>
    <w:p w14:paraId="6DDA1310" w14:textId="0BCFF71A" w:rsidR="00EA0C28" w:rsidRPr="00E93608" w:rsidRDefault="0072541C" w:rsidP="00E93608">
      <w:pPr>
        <w:jc w:val="both"/>
        <w:rPr>
          <w:rFonts w:ascii="Arial" w:hAnsi="Arial" w:cs="Arial"/>
          <w:sz w:val="24"/>
          <w:szCs w:val="24"/>
        </w:rPr>
      </w:pPr>
      <w:r>
        <w:rPr>
          <w:rFonts w:ascii="Arial" w:hAnsi="Arial" w:cs="Arial"/>
          <w:b/>
          <w:bCs/>
          <w:sz w:val="24"/>
          <w:szCs w:val="24"/>
        </w:rPr>
        <w:t xml:space="preserve">C. VICTORIA GARCÍA CONTRERAS. -  </w:t>
      </w:r>
      <w:r w:rsidRPr="00E93608">
        <w:rPr>
          <w:rFonts w:ascii="Arial" w:hAnsi="Arial" w:cs="Arial"/>
          <w:sz w:val="24"/>
          <w:szCs w:val="24"/>
        </w:rPr>
        <w:t>Bueno, para comentarles que, en la exposición de motivos, aparte del tema que ya manifestó el síndico, en</w:t>
      </w:r>
      <w:r>
        <w:rPr>
          <w:rFonts w:ascii="Arial" w:hAnsi="Arial" w:cs="Arial"/>
          <w:sz w:val="24"/>
          <w:szCs w:val="24"/>
        </w:rPr>
        <w:t xml:space="preserve"> </w:t>
      </w:r>
      <w:r w:rsidRPr="00E93608">
        <w:rPr>
          <w:rFonts w:ascii="Arial" w:hAnsi="Arial" w:cs="Arial"/>
          <w:sz w:val="24"/>
          <w:szCs w:val="24"/>
        </w:rPr>
        <w:t>esta ocasión nos están solicitando exposición de motivos por cada una de las modificaciones que se estén realizando, tanto técnica como jurídica.</w:t>
      </w:r>
      <w:r>
        <w:rPr>
          <w:rFonts w:ascii="Arial" w:hAnsi="Arial" w:cs="Arial"/>
          <w:sz w:val="24"/>
          <w:szCs w:val="24"/>
        </w:rPr>
        <w:t xml:space="preserve"> </w:t>
      </w:r>
      <w:r w:rsidRPr="00E93608">
        <w:rPr>
          <w:rFonts w:ascii="Arial" w:hAnsi="Arial" w:cs="Arial"/>
          <w:sz w:val="24"/>
          <w:szCs w:val="24"/>
        </w:rPr>
        <w:t>Entonces, este, pues sí va a estar un poco amplia la exposición de motivos para que ya según este del artículo donde ustedes vean en la en el</w:t>
      </w:r>
      <w:r>
        <w:rPr>
          <w:rFonts w:ascii="Arial" w:hAnsi="Arial" w:cs="Arial"/>
          <w:sz w:val="24"/>
          <w:szCs w:val="24"/>
        </w:rPr>
        <w:t xml:space="preserve"> </w:t>
      </w:r>
      <w:r w:rsidRPr="00E93608">
        <w:rPr>
          <w:rFonts w:ascii="Arial" w:hAnsi="Arial" w:cs="Arial"/>
          <w:sz w:val="24"/>
          <w:szCs w:val="24"/>
        </w:rPr>
        <w:t>proyecto que hay modificación, pues tiene que haber una exposición al respecto. Gracias.</w:t>
      </w:r>
    </w:p>
    <w:p w14:paraId="2C947A45" w14:textId="46A97631" w:rsidR="00EA0C28" w:rsidRPr="00E93608" w:rsidRDefault="0072541C" w:rsidP="00E93608">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L</w:t>
      </w:r>
      <w:r w:rsidRPr="00E93608">
        <w:rPr>
          <w:rFonts w:ascii="Arial" w:hAnsi="Arial" w:cs="Arial"/>
          <w:sz w:val="24"/>
          <w:szCs w:val="24"/>
        </w:rPr>
        <w:t>icenciada, creo que ya está lista la dirección de ingresos para presentar la estimación por todos los conceptos que ya estuvimos analizando a lo largo de estos días.</w:t>
      </w:r>
      <w:r>
        <w:rPr>
          <w:rFonts w:ascii="Arial" w:hAnsi="Arial" w:cs="Arial"/>
          <w:sz w:val="24"/>
          <w:szCs w:val="24"/>
        </w:rPr>
        <w:t xml:space="preserve"> </w:t>
      </w:r>
      <w:r w:rsidRPr="00E93608">
        <w:rPr>
          <w:rFonts w:ascii="Arial" w:hAnsi="Arial" w:cs="Arial"/>
          <w:sz w:val="24"/>
          <w:szCs w:val="24"/>
        </w:rPr>
        <w:t>La licenciada Anita nos hará una un resumen.</w:t>
      </w:r>
    </w:p>
    <w:p w14:paraId="0BFEE69A" w14:textId="1DE1D777" w:rsidR="00EA0C28" w:rsidRPr="00E93608" w:rsidRDefault="0072541C" w:rsidP="00E93608">
      <w:pPr>
        <w:jc w:val="both"/>
        <w:rPr>
          <w:rFonts w:ascii="Arial" w:hAnsi="Arial" w:cs="Arial"/>
          <w:sz w:val="24"/>
          <w:szCs w:val="24"/>
        </w:rPr>
      </w:pPr>
      <w:r>
        <w:rPr>
          <w:rFonts w:ascii="Arial" w:hAnsi="Arial" w:cs="Arial"/>
          <w:b/>
          <w:bCs/>
          <w:sz w:val="24"/>
          <w:szCs w:val="24"/>
        </w:rPr>
        <w:t xml:space="preserve">C. ANA MARGARITA MONTOYA ROMERO. - </w:t>
      </w:r>
      <w:r w:rsidRPr="00E93608">
        <w:rPr>
          <w:rFonts w:ascii="Arial" w:hAnsi="Arial" w:cs="Arial"/>
          <w:sz w:val="24"/>
          <w:szCs w:val="24"/>
        </w:rPr>
        <w:t>Gracias. Bueno, ya una vez que terminamos de analizar cada uno de los conceptos, entonces ya procedemos a</w:t>
      </w:r>
      <w:r>
        <w:rPr>
          <w:rFonts w:ascii="Arial" w:hAnsi="Arial" w:cs="Arial"/>
          <w:sz w:val="24"/>
          <w:szCs w:val="24"/>
        </w:rPr>
        <w:t xml:space="preserve"> </w:t>
      </w:r>
      <w:r w:rsidRPr="00E93608">
        <w:rPr>
          <w:rFonts w:ascii="Arial" w:hAnsi="Arial" w:cs="Arial"/>
          <w:sz w:val="24"/>
          <w:szCs w:val="24"/>
        </w:rPr>
        <w:t>establecer el estimado de ingresos para los 2027 dos mil veintisiete conceptos. Bueno, nos solicitan que</w:t>
      </w:r>
      <w:r>
        <w:rPr>
          <w:rFonts w:ascii="Arial" w:hAnsi="Arial" w:cs="Arial"/>
          <w:sz w:val="24"/>
          <w:szCs w:val="24"/>
        </w:rPr>
        <w:t xml:space="preserve"> </w:t>
      </w:r>
      <w:r w:rsidRPr="00E93608">
        <w:rPr>
          <w:rFonts w:ascii="Arial" w:hAnsi="Arial" w:cs="Arial"/>
          <w:sz w:val="24"/>
          <w:szCs w:val="24"/>
        </w:rPr>
        <w:t xml:space="preserve">sea tercer nivel, tal como se está mostrando en la pantalla y en cada uno de los </w:t>
      </w:r>
      <w:r w:rsidRPr="00E93608">
        <w:rPr>
          <w:rFonts w:ascii="Arial" w:hAnsi="Arial" w:cs="Arial"/>
          <w:sz w:val="24"/>
          <w:szCs w:val="24"/>
        </w:rPr>
        <w:lastRenderedPageBreak/>
        <w:t>conceptos, pues trae el ajuste de</w:t>
      </w:r>
      <w:r>
        <w:rPr>
          <w:rFonts w:ascii="Arial" w:hAnsi="Arial" w:cs="Arial"/>
          <w:sz w:val="24"/>
          <w:szCs w:val="24"/>
        </w:rPr>
        <w:t xml:space="preserve"> </w:t>
      </w:r>
      <w:r w:rsidRPr="00E93608">
        <w:rPr>
          <w:rFonts w:ascii="Arial" w:hAnsi="Arial" w:cs="Arial"/>
          <w:sz w:val="24"/>
          <w:szCs w:val="24"/>
        </w:rPr>
        <w:t xml:space="preserve">lo que recaudamos en este 2026 más el estimado pues por recaudar en 2026 </w:t>
      </w:r>
      <w:r>
        <w:rPr>
          <w:rFonts w:ascii="Arial" w:hAnsi="Arial" w:cs="Arial"/>
          <w:sz w:val="24"/>
          <w:szCs w:val="24"/>
        </w:rPr>
        <w:t xml:space="preserve">dos mil veintiséis </w:t>
      </w:r>
      <w:r w:rsidRPr="00E93608">
        <w:rPr>
          <w:rFonts w:ascii="Arial" w:hAnsi="Arial" w:cs="Arial"/>
          <w:sz w:val="24"/>
          <w:szCs w:val="24"/>
        </w:rPr>
        <w:t>más</w:t>
      </w:r>
      <w:r>
        <w:rPr>
          <w:rFonts w:ascii="Arial" w:hAnsi="Arial" w:cs="Arial"/>
          <w:sz w:val="24"/>
          <w:szCs w:val="24"/>
        </w:rPr>
        <w:t xml:space="preserve"> </w:t>
      </w:r>
      <w:r w:rsidRPr="00E93608">
        <w:rPr>
          <w:rFonts w:ascii="Arial" w:hAnsi="Arial" w:cs="Arial"/>
          <w:sz w:val="24"/>
          <w:szCs w:val="24"/>
        </w:rPr>
        <w:t>la proyección que se estableció en cada concepto para 2027</w:t>
      </w:r>
      <w:r>
        <w:rPr>
          <w:rFonts w:ascii="Arial" w:hAnsi="Arial" w:cs="Arial"/>
          <w:sz w:val="24"/>
          <w:szCs w:val="24"/>
        </w:rPr>
        <w:t xml:space="preserve"> dos mil veintisiete</w:t>
      </w:r>
      <w:r w:rsidRPr="00E93608">
        <w:rPr>
          <w:rFonts w:ascii="Arial" w:hAnsi="Arial" w:cs="Arial"/>
          <w:sz w:val="24"/>
          <w:szCs w:val="24"/>
        </w:rPr>
        <w:t>.</w:t>
      </w:r>
      <w:r>
        <w:rPr>
          <w:rFonts w:ascii="Arial" w:hAnsi="Arial" w:cs="Arial"/>
          <w:sz w:val="24"/>
          <w:szCs w:val="24"/>
        </w:rPr>
        <w:t xml:space="preserve"> </w:t>
      </w:r>
      <w:r w:rsidRPr="00E93608">
        <w:rPr>
          <w:rFonts w:ascii="Arial" w:hAnsi="Arial" w:cs="Arial"/>
          <w:sz w:val="24"/>
          <w:szCs w:val="24"/>
        </w:rPr>
        <w:t>Y  por ejemplo en el rubro de impuestos sobre espectáculos públicos tendremos un total a recaudar en 2027</w:t>
      </w:r>
      <w:r>
        <w:rPr>
          <w:rFonts w:ascii="Arial" w:hAnsi="Arial" w:cs="Arial"/>
          <w:sz w:val="24"/>
          <w:szCs w:val="24"/>
        </w:rPr>
        <w:t xml:space="preserve"> dos mil veintisiete</w:t>
      </w:r>
      <w:r w:rsidRPr="00E93608">
        <w:rPr>
          <w:rFonts w:ascii="Arial" w:hAnsi="Arial" w:cs="Arial"/>
          <w:sz w:val="24"/>
          <w:szCs w:val="24"/>
        </w:rPr>
        <w:t xml:space="preserve"> de </w:t>
      </w:r>
      <w:r w:rsidR="002A1D90">
        <w:rPr>
          <w:rFonts w:ascii="Arial" w:hAnsi="Arial" w:cs="Arial"/>
          <w:sz w:val="24"/>
          <w:szCs w:val="24"/>
        </w:rPr>
        <w:t>$</w:t>
      </w:r>
      <w:r w:rsidRPr="00E93608">
        <w:rPr>
          <w:rFonts w:ascii="Arial" w:hAnsi="Arial" w:cs="Arial"/>
          <w:sz w:val="24"/>
          <w:szCs w:val="24"/>
        </w:rPr>
        <w:t>217,181.79</w:t>
      </w:r>
      <w:r>
        <w:rPr>
          <w:rFonts w:ascii="Arial" w:hAnsi="Arial" w:cs="Arial"/>
          <w:sz w:val="24"/>
          <w:szCs w:val="24"/>
        </w:rPr>
        <w:t xml:space="preserve"> doscientos diecisiete mil ciento ochenta y un</w:t>
      </w:r>
      <w:r w:rsidR="00E65E06">
        <w:rPr>
          <w:rFonts w:ascii="Arial" w:hAnsi="Arial" w:cs="Arial"/>
          <w:sz w:val="24"/>
          <w:szCs w:val="24"/>
        </w:rPr>
        <w:t xml:space="preserve"> pesos setenta y nueve centavos </w:t>
      </w:r>
      <w:r w:rsidRPr="00E93608">
        <w:rPr>
          <w:rFonts w:ascii="Arial" w:hAnsi="Arial" w:cs="Arial"/>
          <w:sz w:val="24"/>
          <w:szCs w:val="24"/>
        </w:rPr>
        <w:t xml:space="preserve">En impuesto predial tenemos un estimado de </w:t>
      </w:r>
      <w:r w:rsidR="002A1D90">
        <w:rPr>
          <w:rFonts w:ascii="Arial" w:hAnsi="Arial" w:cs="Arial"/>
          <w:sz w:val="24"/>
          <w:szCs w:val="24"/>
        </w:rPr>
        <w:t>$</w:t>
      </w:r>
      <w:r w:rsidRPr="00E93608">
        <w:rPr>
          <w:rFonts w:ascii="Arial" w:hAnsi="Arial" w:cs="Arial"/>
          <w:sz w:val="24"/>
          <w:szCs w:val="24"/>
        </w:rPr>
        <w:t>91,605</w:t>
      </w:r>
      <w:r w:rsidR="00E65E06">
        <w:rPr>
          <w:rFonts w:ascii="Arial" w:hAnsi="Arial" w:cs="Arial"/>
          <w:sz w:val="24"/>
          <w:szCs w:val="24"/>
        </w:rPr>
        <w:t>,</w:t>
      </w:r>
      <w:r w:rsidRPr="00E93608">
        <w:rPr>
          <w:rFonts w:ascii="Arial" w:hAnsi="Arial" w:cs="Arial"/>
          <w:sz w:val="24"/>
          <w:szCs w:val="24"/>
        </w:rPr>
        <w:t>47</w:t>
      </w:r>
      <w:r w:rsidR="00E65E06">
        <w:rPr>
          <w:rFonts w:ascii="Arial" w:hAnsi="Arial" w:cs="Arial"/>
          <w:sz w:val="24"/>
          <w:szCs w:val="24"/>
        </w:rPr>
        <w:t>7</w:t>
      </w:r>
      <w:r w:rsidRPr="00E93608">
        <w:rPr>
          <w:rFonts w:ascii="Arial" w:hAnsi="Arial" w:cs="Arial"/>
          <w:sz w:val="24"/>
          <w:szCs w:val="24"/>
        </w:rPr>
        <w:t>.57</w:t>
      </w:r>
      <w:r w:rsidR="00E65E06">
        <w:rPr>
          <w:rFonts w:ascii="Arial" w:hAnsi="Arial" w:cs="Arial"/>
          <w:sz w:val="24"/>
          <w:szCs w:val="24"/>
        </w:rPr>
        <w:t xml:space="preserve"> noventa y siete millones seiscientos cinco mil cuatrocientos setenta y siete pesos cincuenta y siete pesos </w:t>
      </w:r>
      <w:r w:rsidRPr="00E93608">
        <w:rPr>
          <w:rFonts w:ascii="Arial" w:hAnsi="Arial" w:cs="Arial"/>
          <w:sz w:val="24"/>
          <w:szCs w:val="24"/>
        </w:rPr>
        <w:t xml:space="preserve">en transmisiones patrimoniales </w:t>
      </w:r>
      <w:r w:rsidR="002A1D90">
        <w:rPr>
          <w:rFonts w:ascii="Arial" w:hAnsi="Arial" w:cs="Arial"/>
          <w:sz w:val="24"/>
          <w:szCs w:val="24"/>
        </w:rPr>
        <w:t>$</w:t>
      </w:r>
      <w:r w:rsidRPr="002A1D90">
        <w:rPr>
          <w:rFonts w:ascii="Arial" w:hAnsi="Arial" w:cs="Arial"/>
          <w:sz w:val="24"/>
          <w:szCs w:val="24"/>
        </w:rPr>
        <w:t>37</w:t>
      </w:r>
      <w:r w:rsidR="00E65E06" w:rsidRPr="002A1D90">
        <w:rPr>
          <w:rFonts w:ascii="Arial" w:hAnsi="Arial" w:cs="Arial"/>
          <w:sz w:val="24"/>
          <w:szCs w:val="24"/>
        </w:rPr>
        <w:t>,</w:t>
      </w:r>
      <w:r w:rsidRPr="002A1D90">
        <w:rPr>
          <w:rFonts w:ascii="Arial" w:hAnsi="Arial" w:cs="Arial"/>
          <w:sz w:val="24"/>
          <w:szCs w:val="24"/>
        </w:rPr>
        <w:t>311</w:t>
      </w:r>
      <w:r w:rsidR="00E65E06" w:rsidRPr="002A1D90">
        <w:rPr>
          <w:rFonts w:ascii="Arial" w:hAnsi="Arial" w:cs="Arial"/>
          <w:sz w:val="24"/>
          <w:szCs w:val="24"/>
        </w:rPr>
        <w:t>,</w:t>
      </w:r>
      <w:r w:rsidRPr="002A1D90">
        <w:rPr>
          <w:rFonts w:ascii="Arial" w:hAnsi="Arial" w:cs="Arial"/>
          <w:sz w:val="24"/>
          <w:szCs w:val="24"/>
        </w:rPr>
        <w:t>604.34</w:t>
      </w:r>
      <w:r w:rsidR="00E65E06" w:rsidRPr="002A1D90">
        <w:rPr>
          <w:rFonts w:ascii="Arial" w:hAnsi="Arial" w:cs="Arial"/>
          <w:sz w:val="24"/>
          <w:szCs w:val="24"/>
        </w:rPr>
        <w:t xml:space="preserve"> </w:t>
      </w:r>
      <w:r w:rsidR="002A1D90">
        <w:rPr>
          <w:rFonts w:ascii="Arial" w:hAnsi="Arial" w:cs="Arial"/>
          <w:sz w:val="24"/>
          <w:szCs w:val="24"/>
        </w:rPr>
        <w:t xml:space="preserve">treinta y siete millones trecientos once mil seiscientos cuatro treinta y cuatro centavos </w:t>
      </w:r>
      <w:r w:rsidRPr="00E93608">
        <w:rPr>
          <w:rFonts w:ascii="Arial" w:hAnsi="Arial" w:cs="Arial"/>
          <w:sz w:val="24"/>
          <w:szCs w:val="24"/>
        </w:rPr>
        <w:t>y así sucesivamente en cada</w:t>
      </w:r>
      <w:r w:rsidR="00E65E06">
        <w:rPr>
          <w:rFonts w:ascii="Arial" w:hAnsi="Arial" w:cs="Arial"/>
          <w:sz w:val="24"/>
          <w:szCs w:val="24"/>
        </w:rPr>
        <w:t xml:space="preserve"> </w:t>
      </w:r>
      <w:r w:rsidRPr="00E93608">
        <w:rPr>
          <w:rFonts w:ascii="Arial" w:hAnsi="Arial" w:cs="Arial"/>
          <w:sz w:val="24"/>
          <w:szCs w:val="24"/>
        </w:rPr>
        <w:t xml:space="preserve">uno de los conceptos para llegar a la totalidad de presupuesto anual de </w:t>
      </w:r>
      <w:r w:rsidR="00E65E06">
        <w:rPr>
          <w:rFonts w:ascii="Arial" w:hAnsi="Arial" w:cs="Arial"/>
          <w:sz w:val="24"/>
          <w:szCs w:val="24"/>
        </w:rPr>
        <w:t>$</w:t>
      </w:r>
      <w:r w:rsidRPr="00E93608">
        <w:rPr>
          <w:rFonts w:ascii="Arial" w:hAnsi="Arial" w:cs="Arial"/>
          <w:sz w:val="24"/>
          <w:szCs w:val="24"/>
        </w:rPr>
        <w:t>708,985,624.79</w:t>
      </w:r>
      <w:r w:rsidR="00E65E06">
        <w:rPr>
          <w:rFonts w:ascii="Arial" w:hAnsi="Arial" w:cs="Arial"/>
          <w:sz w:val="24"/>
          <w:szCs w:val="24"/>
        </w:rPr>
        <w:t xml:space="preserve"> setecientos ocho millones novecientos ochenta y cinco mil seiscientos veinticuatro pesos setenta y nueve centavos. </w:t>
      </w:r>
      <w:r w:rsidRPr="00E93608">
        <w:rPr>
          <w:rFonts w:ascii="Arial" w:hAnsi="Arial" w:cs="Arial"/>
          <w:sz w:val="24"/>
          <w:szCs w:val="24"/>
        </w:rPr>
        <w:t xml:space="preserve">Importante aquí precisar </w:t>
      </w:r>
      <w:r w:rsidR="00E65E06" w:rsidRPr="00E93608">
        <w:rPr>
          <w:rFonts w:ascii="Arial" w:hAnsi="Arial" w:cs="Arial"/>
          <w:sz w:val="24"/>
          <w:szCs w:val="24"/>
        </w:rPr>
        <w:t>que,</w:t>
      </w:r>
      <w:r w:rsidRPr="00E93608">
        <w:rPr>
          <w:rFonts w:ascii="Arial" w:hAnsi="Arial" w:cs="Arial"/>
          <w:sz w:val="24"/>
          <w:szCs w:val="24"/>
        </w:rPr>
        <w:t xml:space="preserve"> en el apartado o rubro de participaciones y aportaciones federales, el Congreso</w:t>
      </w:r>
      <w:r w:rsidR="00E65E06">
        <w:rPr>
          <w:rFonts w:ascii="Arial" w:hAnsi="Arial" w:cs="Arial"/>
          <w:sz w:val="24"/>
          <w:szCs w:val="24"/>
        </w:rPr>
        <w:t xml:space="preserve"> </w:t>
      </w:r>
      <w:r w:rsidRPr="00E93608">
        <w:rPr>
          <w:rFonts w:ascii="Arial" w:hAnsi="Arial" w:cs="Arial"/>
          <w:sz w:val="24"/>
          <w:szCs w:val="24"/>
        </w:rPr>
        <w:t xml:space="preserve">del Estado a través del área </w:t>
      </w:r>
      <w:r w:rsidR="00E65E06" w:rsidRPr="00E93608">
        <w:rPr>
          <w:rFonts w:ascii="Arial" w:hAnsi="Arial" w:cs="Arial"/>
          <w:sz w:val="24"/>
          <w:szCs w:val="24"/>
        </w:rPr>
        <w:t>técnica nos</w:t>
      </w:r>
      <w:r w:rsidRPr="00E93608">
        <w:rPr>
          <w:rFonts w:ascii="Arial" w:hAnsi="Arial" w:cs="Arial"/>
          <w:sz w:val="24"/>
          <w:szCs w:val="24"/>
        </w:rPr>
        <w:t xml:space="preserve"> sugieren que sea un ajuste porcentual del 3% conforme a las</w:t>
      </w:r>
      <w:r w:rsidR="00E65E06">
        <w:rPr>
          <w:rFonts w:ascii="Arial" w:hAnsi="Arial" w:cs="Arial"/>
          <w:sz w:val="24"/>
          <w:szCs w:val="24"/>
        </w:rPr>
        <w:t xml:space="preserve"> </w:t>
      </w:r>
      <w:r w:rsidRPr="00E93608">
        <w:rPr>
          <w:rFonts w:ascii="Arial" w:hAnsi="Arial" w:cs="Arial"/>
          <w:sz w:val="24"/>
          <w:szCs w:val="24"/>
        </w:rPr>
        <w:t>participaciones que hemos estado recibiendo a en 2026</w:t>
      </w:r>
      <w:r w:rsidR="00E65E06">
        <w:rPr>
          <w:rFonts w:ascii="Arial" w:hAnsi="Arial" w:cs="Arial"/>
          <w:sz w:val="24"/>
          <w:szCs w:val="24"/>
        </w:rPr>
        <w:t xml:space="preserve"> dos mil veintiséis</w:t>
      </w:r>
      <w:r w:rsidRPr="00E93608">
        <w:rPr>
          <w:rFonts w:ascii="Arial" w:hAnsi="Arial" w:cs="Arial"/>
          <w:sz w:val="24"/>
          <w:szCs w:val="24"/>
        </w:rPr>
        <w:t>, por lo que nos da un total de participaciones de</w:t>
      </w:r>
      <w:r w:rsidR="00E65E06">
        <w:rPr>
          <w:rFonts w:ascii="Arial" w:hAnsi="Arial" w:cs="Arial"/>
          <w:sz w:val="24"/>
          <w:szCs w:val="24"/>
        </w:rPr>
        <w:t xml:space="preserve"> $</w:t>
      </w:r>
      <w:r w:rsidRPr="00E93608">
        <w:rPr>
          <w:rFonts w:ascii="Arial" w:hAnsi="Arial" w:cs="Arial"/>
          <w:sz w:val="24"/>
          <w:szCs w:val="24"/>
        </w:rPr>
        <w:t xml:space="preserve">316,617,357.89 </w:t>
      </w:r>
      <w:r w:rsidR="00E65E06">
        <w:rPr>
          <w:rFonts w:ascii="Arial" w:hAnsi="Arial" w:cs="Arial"/>
          <w:sz w:val="24"/>
          <w:szCs w:val="24"/>
        </w:rPr>
        <w:t xml:space="preserve">trecientos dieciséis millones seiscientos diecisiete mil trecientos cincuenta y siete ochenta y nueve </w:t>
      </w:r>
      <w:r w:rsidRPr="00E93608">
        <w:rPr>
          <w:rFonts w:ascii="Arial" w:hAnsi="Arial" w:cs="Arial"/>
          <w:sz w:val="24"/>
          <w:szCs w:val="24"/>
        </w:rPr>
        <w:t xml:space="preserve">y en </w:t>
      </w:r>
      <w:r w:rsidR="00E65E06" w:rsidRPr="00E93608">
        <w:rPr>
          <w:rFonts w:ascii="Arial" w:hAnsi="Arial" w:cs="Arial"/>
          <w:sz w:val="24"/>
          <w:szCs w:val="24"/>
        </w:rPr>
        <w:t>aportaciones de</w:t>
      </w:r>
      <w:r w:rsidRPr="00E93608">
        <w:rPr>
          <w:rFonts w:ascii="Arial" w:hAnsi="Arial" w:cs="Arial"/>
          <w:sz w:val="24"/>
          <w:szCs w:val="24"/>
        </w:rPr>
        <w:t xml:space="preserve"> infraestructura y fortalecimiento.</w:t>
      </w:r>
      <w:r w:rsidR="00E65E06">
        <w:rPr>
          <w:rFonts w:ascii="Arial" w:hAnsi="Arial" w:cs="Arial"/>
          <w:sz w:val="24"/>
          <w:szCs w:val="24"/>
        </w:rPr>
        <w:t xml:space="preserve"> </w:t>
      </w:r>
      <w:r w:rsidRPr="00E93608">
        <w:rPr>
          <w:rFonts w:ascii="Arial" w:hAnsi="Arial" w:cs="Arial"/>
          <w:sz w:val="24"/>
          <w:szCs w:val="24"/>
        </w:rPr>
        <w:t xml:space="preserve">Que nos da un total de </w:t>
      </w:r>
      <w:r w:rsidR="00E65E06">
        <w:rPr>
          <w:rFonts w:ascii="Arial" w:hAnsi="Arial" w:cs="Arial"/>
          <w:sz w:val="24"/>
          <w:szCs w:val="24"/>
        </w:rPr>
        <w:t>$</w:t>
      </w:r>
      <w:r w:rsidRPr="00E93608">
        <w:rPr>
          <w:rFonts w:ascii="Arial" w:hAnsi="Arial" w:cs="Arial"/>
          <w:sz w:val="24"/>
          <w:szCs w:val="24"/>
        </w:rPr>
        <w:t>138,321,895.50</w:t>
      </w:r>
      <w:r w:rsidR="00E65E06">
        <w:rPr>
          <w:rFonts w:ascii="Arial" w:hAnsi="Arial" w:cs="Arial"/>
          <w:sz w:val="24"/>
          <w:szCs w:val="24"/>
        </w:rPr>
        <w:t xml:space="preserve"> ciento treinta y ocho millones trecientos veintiún mil ochocientos noventa y cinco mil cincuenta centavos. </w:t>
      </w:r>
      <w:r w:rsidRPr="00E93608">
        <w:rPr>
          <w:rFonts w:ascii="Arial" w:hAnsi="Arial" w:cs="Arial"/>
          <w:sz w:val="24"/>
          <w:szCs w:val="24"/>
        </w:rPr>
        <w:t>Entonces, pues esta es nuestra meta, nuestra meta para recaudar en 2027</w:t>
      </w:r>
      <w:r w:rsidR="00E65E06">
        <w:rPr>
          <w:rFonts w:ascii="Arial" w:hAnsi="Arial" w:cs="Arial"/>
          <w:sz w:val="24"/>
          <w:szCs w:val="24"/>
        </w:rPr>
        <w:t xml:space="preserve"> dos mil veintisiete </w:t>
      </w:r>
      <w:r w:rsidR="00E65E06" w:rsidRPr="00E93608">
        <w:rPr>
          <w:rFonts w:ascii="Arial" w:hAnsi="Arial" w:cs="Arial"/>
          <w:sz w:val="24"/>
          <w:szCs w:val="24"/>
        </w:rPr>
        <w:t>y</w:t>
      </w:r>
      <w:r w:rsidRPr="00E93608">
        <w:rPr>
          <w:rFonts w:ascii="Arial" w:hAnsi="Arial" w:cs="Arial"/>
          <w:sz w:val="24"/>
          <w:szCs w:val="24"/>
        </w:rPr>
        <w:t xml:space="preserve"> este mismo importe es el que se destina al gasto. Gracias.</w:t>
      </w:r>
    </w:p>
    <w:p w14:paraId="66AC6ACD" w14:textId="70448696" w:rsidR="00EA0C28" w:rsidRPr="00E93608" w:rsidRDefault="00E65E06" w:rsidP="00E93608">
      <w:pPr>
        <w:jc w:val="both"/>
        <w:rPr>
          <w:rFonts w:ascii="Arial" w:hAnsi="Arial" w:cs="Arial"/>
          <w:sz w:val="24"/>
          <w:szCs w:val="24"/>
        </w:rPr>
      </w:pPr>
      <w:r>
        <w:rPr>
          <w:rFonts w:ascii="Arial" w:hAnsi="Arial" w:cs="Arial"/>
          <w:b/>
          <w:bCs/>
          <w:sz w:val="24"/>
          <w:szCs w:val="24"/>
        </w:rPr>
        <w:t xml:space="preserve">C. MIGUEL MARENTES. - </w:t>
      </w:r>
      <w:r w:rsidRPr="00E93608">
        <w:rPr>
          <w:rFonts w:ascii="Arial" w:hAnsi="Arial" w:cs="Arial"/>
          <w:sz w:val="24"/>
          <w:szCs w:val="24"/>
        </w:rPr>
        <w:t xml:space="preserve">Bueno, pues muchas gracias, licenciada Anita. Esta será la estimación de ingresos de 2027 </w:t>
      </w:r>
      <w:r>
        <w:rPr>
          <w:rFonts w:ascii="Arial" w:hAnsi="Arial" w:cs="Arial"/>
          <w:sz w:val="24"/>
          <w:szCs w:val="24"/>
        </w:rPr>
        <w:t xml:space="preserve">dos mil veintisiete </w:t>
      </w:r>
      <w:r w:rsidRPr="00E93608">
        <w:rPr>
          <w:rFonts w:ascii="Arial" w:hAnsi="Arial" w:cs="Arial"/>
          <w:sz w:val="24"/>
          <w:szCs w:val="24"/>
        </w:rPr>
        <w:t>el recordando que en el mes de noviembre</w:t>
      </w:r>
      <w:r>
        <w:rPr>
          <w:rFonts w:ascii="Arial" w:hAnsi="Arial" w:cs="Arial"/>
          <w:sz w:val="24"/>
          <w:szCs w:val="24"/>
        </w:rPr>
        <w:t xml:space="preserve"> </w:t>
      </w:r>
      <w:r w:rsidRPr="00E93608">
        <w:rPr>
          <w:rFonts w:ascii="Arial" w:hAnsi="Arial" w:cs="Arial"/>
          <w:sz w:val="24"/>
          <w:szCs w:val="24"/>
        </w:rPr>
        <w:t>será el análisis del presupuesto egresos para el 2027</w:t>
      </w:r>
      <w:r>
        <w:rPr>
          <w:rFonts w:ascii="Arial" w:hAnsi="Arial" w:cs="Arial"/>
          <w:sz w:val="24"/>
          <w:szCs w:val="24"/>
        </w:rPr>
        <w:t xml:space="preserve"> dos mil veintisiete</w:t>
      </w:r>
      <w:r w:rsidRPr="00E93608">
        <w:rPr>
          <w:rFonts w:ascii="Arial" w:hAnsi="Arial" w:cs="Arial"/>
          <w:sz w:val="24"/>
          <w:szCs w:val="24"/>
        </w:rPr>
        <w:t>, que es en lo que se habrá de ejercer este monto total igual para</w:t>
      </w:r>
      <w:r>
        <w:rPr>
          <w:rFonts w:ascii="Arial" w:hAnsi="Arial" w:cs="Arial"/>
          <w:sz w:val="24"/>
          <w:szCs w:val="24"/>
        </w:rPr>
        <w:t xml:space="preserve"> </w:t>
      </w:r>
      <w:r w:rsidRPr="00E93608">
        <w:rPr>
          <w:rFonts w:ascii="Arial" w:hAnsi="Arial" w:cs="Arial"/>
          <w:sz w:val="24"/>
          <w:szCs w:val="24"/>
        </w:rPr>
        <w:t>el siguiente ejercicio y ya veremos en qué se puede en qué se propone hacer el gasto público, ¿no? Ejercerlo. ¿No si hubiera alguna duda?</w:t>
      </w:r>
      <w:r>
        <w:rPr>
          <w:rFonts w:ascii="Arial" w:hAnsi="Arial" w:cs="Arial"/>
          <w:sz w:val="24"/>
          <w:szCs w:val="24"/>
        </w:rPr>
        <w:t xml:space="preserve"> </w:t>
      </w:r>
      <w:r w:rsidRPr="00E93608">
        <w:rPr>
          <w:rFonts w:ascii="Arial" w:hAnsi="Arial" w:cs="Arial"/>
          <w:sz w:val="24"/>
          <w:szCs w:val="24"/>
        </w:rPr>
        <w:t xml:space="preserve">No, en la ley establece que se tiene que enviar al Congreso antes del 30 </w:t>
      </w:r>
      <w:r>
        <w:rPr>
          <w:rFonts w:ascii="Arial" w:hAnsi="Arial" w:cs="Arial"/>
          <w:sz w:val="24"/>
          <w:szCs w:val="24"/>
        </w:rPr>
        <w:t xml:space="preserve">treinta </w:t>
      </w:r>
      <w:r w:rsidRPr="00E93608">
        <w:rPr>
          <w:rFonts w:ascii="Arial" w:hAnsi="Arial" w:cs="Arial"/>
          <w:sz w:val="24"/>
          <w:szCs w:val="24"/>
        </w:rPr>
        <w:t>de agosto. Así es. Si se aprueba en la ordinaria</w:t>
      </w:r>
      <w:r>
        <w:rPr>
          <w:rFonts w:ascii="Arial" w:hAnsi="Arial" w:cs="Arial"/>
          <w:sz w:val="24"/>
          <w:szCs w:val="24"/>
        </w:rPr>
        <w:t xml:space="preserve"> </w:t>
      </w:r>
      <w:r w:rsidRPr="00E93608">
        <w:rPr>
          <w:rFonts w:ascii="Arial" w:hAnsi="Arial" w:cs="Arial"/>
          <w:sz w:val="24"/>
          <w:szCs w:val="24"/>
        </w:rPr>
        <w:t>a mediados de agosto, estaremos en buen tiempo para que se envíe al Congreso.</w:t>
      </w:r>
      <w:r>
        <w:rPr>
          <w:rFonts w:ascii="Arial" w:hAnsi="Arial" w:cs="Arial"/>
          <w:sz w:val="24"/>
          <w:szCs w:val="24"/>
        </w:rPr>
        <w:t xml:space="preserve"> </w:t>
      </w:r>
      <w:r w:rsidRPr="00E93608">
        <w:rPr>
          <w:rFonts w:ascii="Arial" w:hAnsi="Arial" w:cs="Arial"/>
          <w:sz w:val="24"/>
          <w:szCs w:val="24"/>
        </w:rPr>
        <w:t>Sí. Muy bien. No sé si habrá alguna otra duda. Adelante, licenciada.</w:t>
      </w:r>
    </w:p>
    <w:p w14:paraId="7123A33F" w14:textId="77777777" w:rsidR="00316BDE" w:rsidRDefault="00E65E06" w:rsidP="00E93608">
      <w:pPr>
        <w:jc w:val="both"/>
        <w:rPr>
          <w:rFonts w:ascii="Arial" w:hAnsi="Arial" w:cs="Arial"/>
          <w:sz w:val="24"/>
          <w:szCs w:val="24"/>
        </w:rPr>
      </w:pPr>
      <w:r>
        <w:rPr>
          <w:rFonts w:ascii="Arial" w:hAnsi="Arial" w:cs="Arial"/>
          <w:b/>
          <w:bCs/>
          <w:sz w:val="24"/>
          <w:szCs w:val="24"/>
        </w:rPr>
        <w:t xml:space="preserve">C. VICTORIA GARCÍA CONTRERAS. - </w:t>
      </w:r>
      <w:r>
        <w:rPr>
          <w:rFonts w:ascii="Arial" w:hAnsi="Arial" w:cs="Arial"/>
          <w:sz w:val="24"/>
          <w:szCs w:val="24"/>
        </w:rPr>
        <w:t>S</w:t>
      </w:r>
      <w:r w:rsidRPr="00E93608">
        <w:rPr>
          <w:rFonts w:ascii="Arial" w:hAnsi="Arial" w:cs="Arial"/>
          <w:sz w:val="24"/>
          <w:szCs w:val="24"/>
        </w:rPr>
        <w:t>olamente este también este se va a pasar lo que es él también se va a pasar el proyecto de</w:t>
      </w:r>
      <w:r>
        <w:rPr>
          <w:rFonts w:ascii="Arial" w:hAnsi="Arial" w:cs="Arial"/>
          <w:sz w:val="24"/>
          <w:szCs w:val="24"/>
        </w:rPr>
        <w:t xml:space="preserve"> </w:t>
      </w:r>
      <w:r w:rsidRPr="00E93608">
        <w:rPr>
          <w:rFonts w:ascii="Arial" w:hAnsi="Arial" w:cs="Arial"/>
          <w:sz w:val="24"/>
          <w:szCs w:val="24"/>
        </w:rPr>
        <w:t>tabla de valores que tiene este pues relación directa con lo que es el impuesto. Entonces este pues también en</w:t>
      </w:r>
      <w:r>
        <w:rPr>
          <w:rFonts w:ascii="Arial" w:hAnsi="Arial" w:cs="Arial"/>
          <w:sz w:val="24"/>
          <w:szCs w:val="24"/>
        </w:rPr>
        <w:t xml:space="preserve"> </w:t>
      </w:r>
      <w:r w:rsidRPr="00E93608">
        <w:rPr>
          <w:rFonts w:ascii="Arial" w:hAnsi="Arial" w:cs="Arial"/>
          <w:sz w:val="24"/>
          <w:szCs w:val="24"/>
        </w:rPr>
        <w:t>su momento ya se estará haciendo el dictamen correspondiente para ello.</w:t>
      </w:r>
      <w:r>
        <w:rPr>
          <w:rFonts w:ascii="Arial" w:hAnsi="Arial" w:cs="Arial"/>
          <w:sz w:val="24"/>
          <w:szCs w:val="24"/>
        </w:rPr>
        <w:t xml:space="preserve"> </w:t>
      </w:r>
    </w:p>
    <w:p w14:paraId="1590E34A" w14:textId="77777777" w:rsidR="0015172B" w:rsidRDefault="00316BDE" w:rsidP="00E93608">
      <w:pPr>
        <w:jc w:val="both"/>
        <w:rPr>
          <w:rFonts w:ascii="Arial" w:hAnsi="Arial" w:cs="Arial"/>
          <w:sz w:val="24"/>
          <w:szCs w:val="24"/>
        </w:rPr>
      </w:pPr>
      <w:r>
        <w:rPr>
          <w:rFonts w:ascii="Arial" w:hAnsi="Arial" w:cs="Arial"/>
          <w:b/>
          <w:bCs/>
          <w:sz w:val="24"/>
          <w:szCs w:val="24"/>
        </w:rPr>
        <w:lastRenderedPageBreak/>
        <w:t xml:space="preserve">C. MIGUEL MARENTES. - </w:t>
      </w:r>
      <w:r w:rsidRPr="00E93608">
        <w:rPr>
          <w:rFonts w:ascii="Arial" w:hAnsi="Arial" w:cs="Arial"/>
          <w:sz w:val="24"/>
          <w:szCs w:val="24"/>
        </w:rPr>
        <w:t xml:space="preserve">Muy importante esta </w:t>
      </w:r>
      <w:r>
        <w:rPr>
          <w:rFonts w:ascii="Arial" w:hAnsi="Arial" w:cs="Arial"/>
          <w:sz w:val="24"/>
          <w:szCs w:val="24"/>
        </w:rPr>
        <w:t>aporta</w:t>
      </w:r>
      <w:r w:rsidRPr="00E93608">
        <w:rPr>
          <w:rFonts w:ascii="Arial" w:hAnsi="Arial" w:cs="Arial"/>
          <w:sz w:val="24"/>
          <w:szCs w:val="24"/>
        </w:rPr>
        <w:t>ción, ¿verdad?</w:t>
      </w:r>
      <w:r>
        <w:rPr>
          <w:rFonts w:ascii="Arial" w:hAnsi="Arial" w:cs="Arial"/>
          <w:sz w:val="24"/>
          <w:szCs w:val="24"/>
        </w:rPr>
        <w:t xml:space="preserve"> </w:t>
      </w:r>
      <w:r w:rsidRPr="00E93608">
        <w:rPr>
          <w:rFonts w:ascii="Arial" w:hAnsi="Arial" w:cs="Arial"/>
          <w:sz w:val="24"/>
          <w:szCs w:val="24"/>
        </w:rPr>
        <w:t>Sí, claro. Muy importante esas aportaciones, compañeras, compañeros, a largo de estos de estos trabajos.</w:t>
      </w:r>
      <w:r>
        <w:rPr>
          <w:rFonts w:ascii="Arial" w:hAnsi="Arial" w:cs="Arial"/>
          <w:sz w:val="24"/>
          <w:szCs w:val="24"/>
        </w:rPr>
        <w:t xml:space="preserve"> No sin antes </w:t>
      </w:r>
      <w:r w:rsidRPr="00E93608">
        <w:rPr>
          <w:rFonts w:ascii="Arial" w:hAnsi="Arial" w:cs="Arial"/>
          <w:sz w:val="24"/>
          <w:szCs w:val="24"/>
        </w:rPr>
        <w:t>agradecerles también, bueno, ya no están</w:t>
      </w:r>
      <w:r>
        <w:rPr>
          <w:rFonts w:ascii="Arial" w:hAnsi="Arial" w:cs="Arial"/>
          <w:sz w:val="24"/>
          <w:szCs w:val="24"/>
        </w:rPr>
        <w:t xml:space="preserve"> </w:t>
      </w:r>
      <w:r w:rsidRPr="00E93608">
        <w:rPr>
          <w:rFonts w:ascii="Arial" w:hAnsi="Arial" w:cs="Arial"/>
          <w:sz w:val="24"/>
          <w:szCs w:val="24"/>
        </w:rPr>
        <w:t>en las áreas técnicas que nos acompañaron estos días, pero también les agradezco desde aquí este quienes estuvieron acompañándonos y los</w:t>
      </w:r>
      <w:r>
        <w:rPr>
          <w:rFonts w:ascii="Arial" w:hAnsi="Arial" w:cs="Arial"/>
          <w:sz w:val="24"/>
          <w:szCs w:val="24"/>
        </w:rPr>
        <w:t xml:space="preserve"> </w:t>
      </w:r>
      <w:r w:rsidRPr="00E93608">
        <w:rPr>
          <w:rFonts w:ascii="Arial" w:hAnsi="Arial" w:cs="Arial"/>
          <w:sz w:val="24"/>
          <w:szCs w:val="24"/>
        </w:rPr>
        <w:t>regidores invitados también y también la tesorería municipal por todo el trabajo exhausto que realizan. Muchas gracias. La dirección de ingresos y la</w:t>
      </w:r>
      <w:r>
        <w:rPr>
          <w:rFonts w:ascii="Arial" w:hAnsi="Arial" w:cs="Arial"/>
          <w:sz w:val="24"/>
          <w:szCs w:val="24"/>
        </w:rPr>
        <w:t xml:space="preserve"> </w:t>
      </w:r>
      <w:r w:rsidRPr="00E93608">
        <w:rPr>
          <w:rFonts w:ascii="Arial" w:hAnsi="Arial" w:cs="Arial"/>
          <w:sz w:val="24"/>
          <w:szCs w:val="24"/>
        </w:rPr>
        <w:t>tesorera municipal. Licenciado Antonio, también creo que ya se retiró. asesoras también muchas gracias por su acompañamiento. Aquí nada más vamos a</w:t>
      </w:r>
      <w:r>
        <w:rPr>
          <w:rFonts w:ascii="Arial" w:hAnsi="Arial" w:cs="Arial"/>
          <w:sz w:val="24"/>
          <w:szCs w:val="24"/>
        </w:rPr>
        <w:t xml:space="preserve"> </w:t>
      </w:r>
      <w:r w:rsidRPr="00E93608">
        <w:rPr>
          <w:rFonts w:ascii="Arial" w:hAnsi="Arial" w:cs="Arial"/>
          <w:sz w:val="24"/>
          <w:szCs w:val="24"/>
        </w:rPr>
        <w:t>proyectar por último la estimación de ingresos para este año y cuál es la del siguiente y en qué porcentaje aumentó en general el total de ingresos.</w:t>
      </w:r>
      <w:r>
        <w:rPr>
          <w:rFonts w:ascii="Arial" w:hAnsi="Arial" w:cs="Arial"/>
          <w:sz w:val="24"/>
          <w:szCs w:val="24"/>
        </w:rPr>
        <w:t xml:space="preserve"> </w:t>
      </w:r>
      <w:r w:rsidRPr="00E93608">
        <w:rPr>
          <w:rFonts w:ascii="Arial" w:hAnsi="Arial" w:cs="Arial"/>
          <w:sz w:val="24"/>
          <w:szCs w:val="24"/>
        </w:rPr>
        <w:t>Bueno, aquí tenemos la proyección de ley de ingreso 2027</w:t>
      </w:r>
      <w:r>
        <w:rPr>
          <w:rFonts w:ascii="Arial" w:hAnsi="Arial" w:cs="Arial"/>
          <w:sz w:val="24"/>
          <w:szCs w:val="24"/>
        </w:rPr>
        <w:t xml:space="preserve"> dos mil veintisiete</w:t>
      </w:r>
      <w:r w:rsidRPr="00E93608">
        <w:rPr>
          <w:rFonts w:ascii="Arial" w:hAnsi="Arial" w:cs="Arial"/>
          <w:sz w:val="24"/>
          <w:szCs w:val="24"/>
        </w:rPr>
        <w:t xml:space="preserve">, </w:t>
      </w:r>
      <w:r w:rsidR="002A1D90">
        <w:rPr>
          <w:rFonts w:ascii="Arial" w:hAnsi="Arial" w:cs="Arial"/>
          <w:sz w:val="24"/>
          <w:szCs w:val="24"/>
        </w:rPr>
        <w:t>$</w:t>
      </w:r>
      <w:r w:rsidRPr="00E93608">
        <w:rPr>
          <w:rFonts w:ascii="Arial" w:hAnsi="Arial" w:cs="Arial"/>
          <w:sz w:val="24"/>
          <w:szCs w:val="24"/>
        </w:rPr>
        <w:t>708,000</w:t>
      </w:r>
      <w:r>
        <w:rPr>
          <w:rFonts w:ascii="Arial" w:hAnsi="Arial" w:cs="Arial"/>
          <w:sz w:val="24"/>
          <w:szCs w:val="24"/>
        </w:rPr>
        <w:t>,000</w:t>
      </w:r>
      <w:r w:rsidR="002A1D90">
        <w:rPr>
          <w:rFonts w:ascii="Arial" w:hAnsi="Arial" w:cs="Arial"/>
          <w:sz w:val="24"/>
          <w:szCs w:val="24"/>
        </w:rPr>
        <w:t xml:space="preserve"> setecientos ocho</w:t>
      </w:r>
      <w:r>
        <w:rPr>
          <w:rFonts w:ascii="Arial" w:hAnsi="Arial" w:cs="Arial"/>
          <w:sz w:val="24"/>
          <w:szCs w:val="24"/>
        </w:rPr>
        <w:t xml:space="preserve"> mill</w:t>
      </w:r>
      <w:r w:rsidRPr="00E93608">
        <w:rPr>
          <w:rFonts w:ascii="Arial" w:hAnsi="Arial" w:cs="Arial"/>
          <w:sz w:val="24"/>
          <w:szCs w:val="24"/>
        </w:rPr>
        <w:t>ones a comparación del que se aprobó en</w:t>
      </w:r>
      <w:r>
        <w:rPr>
          <w:rFonts w:ascii="Arial" w:hAnsi="Arial" w:cs="Arial"/>
          <w:sz w:val="24"/>
          <w:szCs w:val="24"/>
        </w:rPr>
        <w:t xml:space="preserve"> </w:t>
      </w:r>
      <w:r w:rsidRPr="00E93608">
        <w:rPr>
          <w:rFonts w:ascii="Arial" w:hAnsi="Arial" w:cs="Arial"/>
          <w:sz w:val="24"/>
          <w:szCs w:val="24"/>
        </w:rPr>
        <w:t>agosto del 2025</w:t>
      </w:r>
      <w:r>
        <w:rPr>
          <w:rFonts w:ascii="Arial" w:hAnsi="Arial" w:cs="Arial"/>
          <w:sz w:val="24"/>
          <w:szCs w:val="24"/>
        </w:rPr>
        <w:t xml:space="preserve"> dos mil veinticinco</w:t>
      </w:r>
      <w:r w:rsidRPr="00E93608">
        <w:rPr>
          <w:rFonts w:ascii="Arial" w:hAnsi="Arial" w:cs="Arial"/>
          <w:sz w:val="24"/>
          <w:szCs w:val="24"/>
        </w:rPr>
        <w:t xml:space="preserve"> de</w:t>
      </w:r>
      <w:r>
        <w:rPr>
          <w:rFonts w:ascii="Arial" w:hAnsi="Arial" w:cs="Arial"/>
          <w:sz w:val="24"/>
          <w:szCs w:val="24"/>
        </w:rPr>
        <w:t xml:space="preserve"> </w:t>
      </w:r>
      <w:r w:rsidR="002A1D90">
        <w:rPr>
          <w:rFonts w:ascii="Arial" w:hAnsi="Arial" w:cs="Arial"/>
          <w:sz w:val="24"/>
          <w:szCs w:val="24"/>
        </w:rPr>
        <w:t>$</w:t>
      </w:r>
      <w:r w:rsidRPr="00E93608">
        <w:rPr>
          <w:rFonts w:ascii="Arial" w:hAnsi="Arial" w:cs="Arial"/>
          <w:sz w:val="24"/>
          <w:szCs w:val="24"/>
        </w:rPr>
        <w:t>670</w:t>
      </w:r>
      <w:r>
        <w:rPr>
          <w:rFonts w:ascii="Arial" w:hAnsi="Arial" w:cs="Arial"/>
          <w:sz w:val="24"/>
          <w:szCs w:val="24"/>
        </w:rPr>
        <w:t>,000,000</w:t>
      </w:r>
      <w:r w:rsidR="002A1D90">
        <w:rPr>
          <w:rFonts w:ascii="Arial" w:hAnsi="Arial" w:cs="Arial"/>
          <w:sz w:val="24"/>
          <w:szCs w:val="24"/>
        </w:rPr>
        <w:t xml:space="preserve"> seiscientos setenta</w:t>
      </w:r>
      <w:r w:rsidRPr="00E93608">
        <w:rPr>
          <w:rFonts w:ascii="Arial" w:hAnsi="Arial" w:cs="Arial"/>
          <w:sz w:val="24"/>
          <w:szCs w:val="24"/>
        </w:rPr>
        <w:t xml:space="preserve"> millones para para ingresar este año, una diferencia</w:t>
      </w:r>
      <w:r>
        <w:rPr>
          <w:rFonts w:ascii="Arial" w:hAnsi="Arial" w:cs="Arial"/>
          <w:sz w:val="24"/>
          <w:szCs w:val="24"/>
        </w:rPr>
        <w:t xml:space="preserve"> </w:t>
      </w:r>
      <w:r w:rsidRPr="00E93608">
        <w:rPr>
          <w:rFonts w:ascii="Arial" w:hAnsi="Arial" w:cs="Arial"/>
          <w:sz w:val="24"/>
          <w:szCs w:val="24"/>
        </w:rPr>
        <w:t xml:space="preserve">de </w:t>
      </w:r>
      <w:r w:rsidR="002A1D90">
        <w:rPr>
          <w:rFonts w:ascii="Arial" w:hAnsi="Arial" w:cs="Arial"/>
          <w:sz w:val="24"/>
          <w:szCs w:val="24"/>
        </w:rPr>
        <w:t>$</w:t>
      </w:r>
      <w:r w:rsidRPr="00E93608">
        <w:rPr>
          <w:rFonts w:ascii="Arial" w:hAnsi="Arial" w:cs="Arial"/>
          <w:sz w:val="24"/>
          <w:szCs w:val="24"/>
        </w:rPr>
        <w:t>38,882,056</w:t>
      </w:r>
      <w:r>
        <w:rPr>
          <w:rFonts w:ascii="Arial" w:hAnsi="Arial" w:cs="Arial"/>
          <w:sz w:val="24"/>
          <w:szCs w:val="24"/>
        </w:rPr>
        <w:t xml:space="preserve">,71  treinta y ocho millones ochocientos ochenta y dos mil cincuenta y seis pesos setenta y un centavos </w:t>
      </w:r>
      <w:r w:rsidRPr="00E93608">
        <w:rPr>
          <w:rFonts w:ascii="Arial" w:hAnsi="Arial" w:cs="Arial"/>
          <w:sz w:val="24"/>
          <w:szCs w:val="24"/>
        </w:rPr>
        <w:t>que representa un 5.8%</w:t>
      </w:r>
      <w:r>
        <w:rPr>
          <w:rFonts w:ascii="Arial" w:hAnsi="Arial" w:cs="Arial"/>
          <w:sz w:val="24"/>
          <w:szCs w:val="24"/>
        </w:rPr>
        <w:t xml:space="preserve"> </w:t>
      </w:r>
      <w:r w:rsidRPr="00E93608">
        <w:rPr>
          <w:rFonts w:ascii="Arial" w:hAnsi="Arial" w:cs="Arial"/>
          <w:sz w:val="24"/>
          <w:szCs w:val="24"/>
        </w:rPr>
        <w:t>de</w:t>
      </w:r>
      <w:r>
        <w:rPr>
          <w:rFonts w:ascii="Arial" w:hAnsi="Arial" w:cs="Arial"/>
          <w:sz w:val="24"/>
          <w:szCs w:val="24"/>
        </w:rPr>
        <w:t xml:space="preserve"> </w:t>
      </w:r>
      <w:r w:rsidRPr="00E93608">
        <w:rPr>
          <w:rFonts w:ascii="Arial" w:hAnsi="Arial" w:cs="Arial"/>
          <w:sz w:val="24"/>
          <w:szCs w:val="24"/>
        </w:rPr>
        <w:t xml:space="preserve">aumento de en ejercicio fiscal de del </w:t>
      </w:r>
      <w:r w:rsidR="002A1D90">
        <w:rPr>
          <w:rFonts w:ascii="Arial" w:hAnsi="Arial" w:cs="Arial"/>
          <w:sz w:val="24"/>
          <w:szCs w:val="24"/>
        </w:rPr>
        <w:t>20</w:t>
      </w:r>
      <w:r w:rsidRPr="00E93608">
        <w:rPr>
          <w:rFonts w:ascii="Arial" w:hAnsi="Arial" w:cs="Arial"/>
          <w:sz w:val="24"/>
          <w:szCs w:val="24"/>
        </w:rPr>
        <w:t xml:space="preserve">26 al </w:t>
      </w:r>
      <w:r w:rsidR="002A1D90">
        <w:rPr>
          <w:rFonts w:ascii="Arial" w:hAnsi="Arial" w:cs="Arial"/>
          <w:sz w:val="24"/>
          <w:szCs w:val="24"/>
        </w:rPr>
        <w:t>20</w:t>
      </w:r>
      <w:r w:rsidRPr="00E93608">
        <w:rPr>
          <w:rFonts w:ascii="Arial" w:hAnsi="Arial" w:cs="Arial"/>
          <w:sz w:val="24"/>
          <w:szCs w:val="24"/>
        </w:rPr>
        <w:t>27, que como les mencioné anteriormente pues las tarifas en</w:t>
      </w:r>
      <w:r>
        <w:rPr>
          <w:rFonts w:ascii="Arial" w:hAnsi="Arial" w:cs="Arial"/>
          <w:sz w:val="24"/>
          <w:szCs w:val="24"/>
        </w:rPr>
        <w:t xml:space="preserve"> </w:t>
      </w:r>
      <w:r w:rsidRPr="00E93608">
        <w:rPr>
          <w:rFonts w:ascii="Arial" w:hAnsi="Arial" w:cs="Arial"/>
          <w:sz w:val="24"/>
          <w:szCs w:val="24"/>
        </w:rPr>
        <w:t>general atienden a un aumento del 5% en lo general, ¿no? Entonces, bueno, sin más comentarios, compañeras, compañeros,</w:t>
      </w:r>
      <w:r w:rsidR="00A93643">
        <w:rPr>
          <w:rFonts w:ascii="Arial" w:hAnsi="Arial" w:cs="Arial"/>
          <w:sz w:val="24"/>
          <w:szCs w:val="24"/>
        </w:rPr>
        <w:t xml:space="preserve"> </w:t>
      </w:r>
      <w:r w:rsidRPr="00E93608">
        <w:rPr>
          <w:rFonts w:ascii="Arial" w:hAnsi="Arial" w:cs="Arial"/>
          <w:sz w:val="24"/>
          <w:szCs w:val="24"/>
        </w:rPr>
        <w:t xml:space="preserve">integrantes de esta </w:t>
      </w:r>
      <w:r w:rsidR="00A93643">
        <w:rPr>
          <w:rFonts w:ascii="Arial" w:hAnsi="Arial" w:cs="Arial"/>
          <w:sz w:val="24"/>
          <w:szCs w:val="24"/>
        </w:rPr>
        <w:t>C</w:t>
      </w:r>
      <w:r w:rsidRPr="00E93608">
        <w:rPr>
          <w:rFonts w:ascii="Arial" w:hAnsi="Arial" w:cs="Arial"/>
          <w:sz w:val="24"/>
          <w:szCs w:val="24"/>
        </w:rPr>
        <w:t xml:space="preserve">omisión de Hacienda Pública y Patrimonio Municipal, pongo a su consideración para su aprobación del </w:t>
      </w:r>
      <w:r w:rsidR="00A93643">
        <w:rPr>
          <w:rFonts w:ascii="Arial" w:hAnsi="Arial" w:cs="Arial"/>
          <w:sz w:val="24"/>
          <w:szCs w:val="24"/>
        </w:rPr>
        <w:t>“P</w:t>
      </w:r>
      <w:r w:rsidRPr="00E93608">
        <w:rPr>
          <w:rFonts w:ascii="Arial" w:hAnsi="Arial" w:cs="Arial"/>
          <w:sz w:val="24"/>
          <w:szCs w:val="24"/>
        </w:rPr>
        <w:t xml:space="preserve">royecto de </w:t>
      </w:r>
      <w:r w:rsidR="00A93643">
        <w:rPr>
          <w:rFonts w:ascii="Arial" w:hAnsi="Arial" w:cs="Arial"/>
          <w:sz w:val="24"/>
          <w:szCs w:val="24"/>
        </w:rPr>
        <w:t>L</w:t>
      </w:r>
      <w:r w:rsidRPr="00E93608">
        <w:rPr>
          <w:rFonts w:ascii="Arial" w:hAnsi="Arial" w:cs="Arial"/>
          <w:sz w:val="24"/>
          <w:szCs w:val="24"/>
        </w:rPr>
        <w:t xml:space="preserve">ey de </w:t>
      </w:r>
      <w:r w:rsidR="00A93643">
        <w:rPr>
          <w:rFonts w:ascii="Arial" w:hAnsi="Arial" w:cs="Arial"/>
          <w:sz w:val="24"/>
          <w:szCs w:val="24"/>
        </w:rPr>
        <w:t>I</w:t>
      </w:r>
      <w:r w:rsidRPr="00E93608">
        <w:rPr>
          <w:rFonts w:ascii="Arial" w:hAnsi="Arial" w:cs="Arial"/>
          <w:sz w:val="24"/>
          <w:szCs w:val="24"/>
        </w:rPr>
        <w:t xml:space="preserve">ngresos </w:t>
      </w:r>
      <w:r w:rsidR="002A1D90" w:rsidRPr="00E93608">
        <w:rPr>
          <w:rFonts w:ascii="Arial" w:hAnsi="Arial" w:cs="Arial"/>
          <w:sz w:val="24"/>
          <w:szCs w:val="24"/>
        </w:rPr>
        <w:t>para</w:t>
      </w:r>
      <w:r w:rsidR="002A1D90">
        <w:rPr>
          <w:rFonts w:ascii="Arial" w:hAnsi="Arial" w:cs="Arial"/>
          <w:sz w:val="24"/>
          <w:szCs w:val="24"/>
        </w:rPr>
        <w:t xml:space="preserve"> </w:t>
      </w:r>
      <w:r w:rsidR="002A1D90" w:rsidRPr="00E93608">
        <w:rPr>
          <w:rFonts w:ascii="Arial" w:hAnsi="Arial" w:cs="Arial"/>
          <w:sz w:val="24"/>
          <w:szCs w:val="24"/>
        </w:rPr>
        <w:t>Ejercicio</w:t>
      </w:r>
      <w:r w:rsidRPr="00E93608">
        <w:rPr>
          <w:rFonts w:ascii="Arial" w:hAnsi="Arial" w:cs="Arial"/>
          <w:sz w:val="24"/>
          <w:szCs w:val="24"/>
        </w:rPr>
        <w:t xml:space="preserve"> </w:t>
      </w:r>
      <w:r w:rsidR="00A93643">
        <w:rPr>
          <w:rFonts w:ascii="Arial" w:hAnsi="Arial" w:cs="Arial"/>
          <w:sz w:val="24"/>
          <w:szCs w:val="24"/>
        </w:rPr>
        <w:t>F</w:t>
      </w:r>
      <w:r w:rsidRPr="00E93608">
        <w:rPr>
          <w:rFonts w:ascii="Arial" w:hAnsi="Arial" w:cs="Arial"/>
          <w:sz w:val="24"/>
          <w:szCs w:val="24"/>
        </w:rPr>
        <w:t>iscal 2027</w:t>
      </w:r>
      <w:r w:rsidR="00A93643">
        <w:rPr>
          <w:rFonts w:ascii="Arial" w:hAnsi="Arial" w:cs="Arial"/>
          <w:sz w:val="24"/>
          <w:szCs w:val="24"/>
        </w:rPr>
        <w:t>”</w:t>
      </w:r>
      <w:r w:rsidRPr="00E93608">
        <w:rPr>
          <w:rFonts w:ascii="Arial" w:hAnsi="Arial" w:cs="Arial"/>
          <w:sz w:val="24"/>
          <w:szCs w:val="24"/>
        </w:rPr>
        <w:t xml:space="preserve"> y su posterior</w:t>
      </w:r>
      <w:r w:rsidR="00A93643">
        <w:rPr>
          <w:rFonts w:ascii="Arial" w:hAnsi="Arial" w:cs="Arial"/>
          <w:sz w:val="24"/>
          <w:szCs w:val="24"/>
        </w:rPr>
        <w:t xml:space="preserve"> </w:t>
      </w:r>
      <w:r w:rsidRPr="00E93608">
        <w:rPr>
          <w:rFonts w:ascii="Arial" w:hAnsi="Arial" w:cs="Arial"/>
          <w:sz w:val="24"/>
          <w:szCs w:val="24"/>
        </w:rPr>
        <w:t xml:space="preserve">envío a Congreso del Estado. Si están por la afirmativa, les pido lo manifiesten levantando la mano, por favor. </w:t>
      </w:r>
    </w:p>
    <w:p w14:paraId="78717831" w14:textId="78349DA6" w:rsidR="00EA0C28" w:rsidRDefault="00316BDE" w:rsidP="00E93608">
      <w:pPr>
        <w:jc w:val="both"/>
        <w:rPr>
          <w:rFonts w:ascii="Arial" w:hAnsi="Arial" w:cs="Arial"/>
          <w:sz w:val="24"/>
          <w:szCs w:val="24"/>
        </w:rPr>
      </w:pPr>
      <w:r w:rsidRPr="00A93643">
        <w:rPr>
          <w:rFonts w:ascii="Arial" w:hAnsi="Arial" w:cs="Arial"/>
          <w:b/>
          <w:bCs/>
          <w:sz w:val="24"/>
          <w:szCs w:val="24"/>
        </w:rPr>
        <w:t>Apro</w:t>
      </w:r>
      <w:r w:rsidR="00A93643">
        <w:rPr>
          <w:rFonts w:ascii="Arial" w:hAnsi="Arial" w:cs="Arial"/>
          <w:b/>
          <w:bCs/>
          <w:sz w:val="24"/>
          <w:szCs w:val="24"/>
        </w:rPr>
        <w:t>bado</w:t>
      </w:r>
      <w:r w:rsidRPr="00A93643">
        <w:rPr>
          <w:rFonts w:ascii="Arial" w:hAnsi="Arial" w:cs="Arial"/>
          <w:b/>
          <w:bCs/>
          <w:sz w:val="24"/>
          <w:szCs w:val="24"/>
        </w:rPr>
        <w:t xml:space="preserve"> por unanimidad los presentes</w:t>
      </w:r>
      <w:r w:rsidRPr="00E93608">
        <w:rPr>
          <w:rFonts w:ascii="Arial" w:hAnsi="Arial" w:cs="Arial"/>
          <w:sz w:val="24"/>
          <w:szCs w:val="24"/>
        </w:rPr>
        <w:t>.</w:t>
      </w:r>
    </w:p>
    <w:p w14:paraId="04B62BF3" w14:textId="1B6FA977" w:rsidR="0015172B" w:rsidRPr="00B631AA" w:rsidRDefault="0015172B" w:rsidP="00E93608">
      <w:pPr>
        <w:jc w:val="both"/>
        <w:rPr>
          <w:rFonts w:ascii="Arial" w:hAnsi="Arial" w:cs="Arial"/>
          <w:b/>
          <w:bCs/>
          <w:sz w:val="16"/>
          <w:szCs w:val="16"/>
        </w:rPr>
      </w:pPr>
      <w:r w:rsidRPr="00B631AA">
        <w:rPr>
          <w:rFonts w:ascii="Arial" w:hAnsi="Arial" w:cs="Arial"/>
          <w:b/>
          <w:bCs/>
          <w:sz w:val="24"/>
          <w:szCs w:val="24"/>
        </w:rPr>
        <w:t xml:space="preserve">SENTIDO DE LA VOTACIÓN: </w:t>
      </w:r>
    </w:p>
    <w:tbl>
      <w:tblPr>
        <w:tblStyle w:val="Tablaconcuadrcula"/>
        <w:tblW w:w="0" w:type="auto"/>
        <w:tblLook w:val="04A0" w:firstRow="1" w:lastRow="0" w:firstColumn="1" w:lastColumn="0" w:noHBand="0" w:noVBand="1"/>
      </w:tblPr>
      <w:tblGrid>
        <w:gridCol w:w="3539"/>
        <w:gridCol w:w="1843"/>
        <w:gridCol w:w="2126"/>
        <w:gridCol w:w="2022"/>
      </w:tblGrid>
      <w:tr w:rsidR="0015172B" w:rsidRPr="0015172B" w14:paraId="2DD8BEA4" w14:textId="77777777" w:rsidTr="0015172B">
        <w:tc>
          <w:tcPr>
            <w:tcW w:w="3539" w:type="dxa"/>
          </w:tcPr>
          <w:p w14:paraId="04FCB209" w14:textId="77777777" w:rsidR="0015172B" w:rsidRPr="0015172B" w:rsidRDefault="0015172B" w:rsidP="00E93608">
            <w:pPr>
              <w:jc w:val="both"/>
              <w:rPr>
                <w:rFonts w:ascii="Arial" w:hAnsi="Arial" w:cs="Arial"/>
                <w:sz w:val="16"/>
                <w:szCs w:val="16"/>
              </w:rPr>
            </w:pPr>
          </w:p>
        </w:tc>
        <w:tc>
          <w:tcPr>
            <w:tcW w:w="1843" w:type="dxa"/>
          </w:tcPr>
          <w:p w14:paraId="6D46C8FD" w14:textId="2EFE10C4" w:rsidR="0015172B" w:rsidRPr="0015172B" w:rsidRDefault="0015172B" w:rsidP="00E93608">
            <w:pPr>
              <w:jc w:val="both"/>
              <w:rPr>
                <w:rFonts w:ascii="Arial" w:hAnsi="Arial" w:cs="Arial"/>
                <w:sz w:val="16"/>
                <w:szCs w:val="16"/>
              </w:rPr>
            </w:pPr>
            <w:r w:rsidRPr="0015172B">
              <w:rPr>
                <w:rFonts w:ascii="Arial" w:hAnsi="Arial" w:cs="Arial"/>
                <w:sz w:val="16"/>
                <w:szCs w:val="16"/>
              </w:rPr>
              <w:t>A favor</w:t>
            </w:r>
          </w:p>
        </w:tc>
        <w:tc>
          <w:tcPr>
            <w:tcW w:w="2126" w:type="dxa"/>
          </w:tcPr>
          <w:p w14:paraId="4F997F91" w14:textId="2CD53902" w:rsidR="0015172B" w:rsidRPr="0015172B" w:rsidRDefault="0015172B" w:rsidP="00E93608">
            <w:pPr>
              <w:jc w:val="both"/>
              <w:rPr>
                <w:rFonts w:ascii="Arial" w:hAnsi="Arial" w:cs="Arial"/>
                <w:sz w:val="16"/>
                <w:szCs w:val="16"/>
              </w:rPr>
            </w:pPr>
            <w:r w:rsidRPr="0015172B">
              <w:rPr>
                <w:rFonts w:ascii="Arial" w:hAnsi="Arial" w:cs="Arial"/>
                <w:sz w:val="16"/>
                <w:szCs w:val="16"/>
              </w:rPr>
              <w:t>En contra</w:t>
            </w:r>
          </w:p>
        </w:tc>
        <w:tc>
          <w:tcPr>
            <w:tcW w:w="2022" w:type="dxa"/>
          </w:tcPr>
          <w:p w14:paraId="4EBFC441" w14:textId="11C2FAA3" w:rsidR="0015172B" w:rsidRPr="0015172B" w:rsidRDefault="0015172B" w:rsidP="00E93608">
            <w:pPr>
              <w:jc w:val="both"/>
              <w:rPr>
                <w:rFonts w:ascii="Arial" w:hAnsi="Arial" w:cs="Arial"/>
                <w:sz w:val="16"/>
                <w:szCs w:val="16"/>
              </w:rPr>
            </w:pPr>
            <w:r w:rsidRPr="0015172B">
              <w:rPr>
                <w:rFonts w:ascii="Arial" w:hAnsi="Arial" w:cs="Arial"/>
                <w:sz w:val="16"/>
                <w:szCs w:val="16"/>
              </w:rPr>
              <w:t>En abstención</w:t>
            </w:r>
            <w:r>
              <w:rPr>
                <w:rFonts w:ascii="Arial" w:hAnsi="Arial" w:cs="Arial"/>
                <w:sz w:val="16"/>
                <w:szCs w:val="16"/>
              </w:rPr>
              <w:t>.</w:t>
            </w:r>
          </w:p>
        </w:tc>
      </w:tr>
      <w:tr w:rsidR="0015172B" w:rsidRPr="0015172B" w14:paraId="34AF7859" w14:textId="77777777" w:rsidTr="0015172B">
        <w:tc>
          <w:tcPr>
            <w:tcW w:w="3539" w:type="dxa"/>
          </w:tcPr>
          <w:p w14:paraId="65284570" w14:textId="1F7434C0" w:rsidR="0015172B" w:rsidRPr="0015172B" w:rsidRDefault="0015172B" w:rsidP="00027801">
            <w:pPr>
              <w:jc w:val="center"/>
              <w:rPr>
                <w:rFonts w:ascii="Arial" w:hAnsi="Arial" w:cs="Arial"/>
                <w:b/>
                <w:bCs/>
                <w:sz w:val="16"/>
                <w:szCs w:val="16"/>
              </w:rPr>
            </w:pPr>
            <w:r>
              <w:rPr>
                <w:rFonts w:ascii="Arial" w:hAnsi="Arial" w:cs="Arial"/>
                <w:b/>
                <w:bCs/>
                <w:sz w:val="16"/>
                <w:szCs w:val="16"/>
              </w:rPr>
              <w:t xml:space="preserve">C. </w:t>
            </w:r>
            <w:r w:rsidRPr="0015172B">
              <w:rPr>
                <w:rFonts w:ascii="Arial" w:hAnsi="Arial" w:cs="Arial"/>
                <w:b/>
                <w:bCs/>
                <w:sz w:val="16"/>
                <w:szCs w:val="16"/>
              </w:rPr>
              <w:t>MIGUEL MARENTES.</w:t>
            </w:r>
          </w:p>
          <w:p w14:paraId="10F6A38E" w14:textId="16601E53" w:rsidR="0015172B" w:rsidRPr="0015172B" w:rsidRDefault="0015172B" w:rsidP="00027801">
            <w:pPr>
              <w:jc w:val="center"/>
              <w:rPr>
                <w:rFonts w:ascii="Arial" w:hAnsi="Arial" w:cs="Arial"/>
                <w:sz w:val="16"/>
                <w:szCs w:val="16"/>
              </w:rPr>
            </w:pPr>
            <w:r>
              <w:rPr>
                <w:rFonts w:ascii="Arial" w:hAnsi="Arial" w:cs="Arial"/>
                <w:sz w:val="16"/>
                <w:szCs w:val="16"/>
              </w:rPr>
              <w:t xml:space="preserve">Regidor </w:t>
            </w:r>
            <w:proofErr w:type="gramStart"/>
            <w:r>
              <w:rPr>
                <w:rFonts w:ascii="Arial" w:hAnsi="Arial" w:cs="Arial"/>
                <w:sz w:val="16"/>
                <w:szCs w:val="16"/>
              </w:rPr>
              <w:t>Presidente</w:t>
            </w:r>
            <w:proofErr w:type="gramEnd"/>
            <w:r>
              <w:rPr>
                <w:rFonts w:ascii="Arial" w:hAnsi="Arial" w:cs="Arial"/>
                <w:sz w:val="16"/>
                <w:szCs w:val="16"/>
              </w:rPr>
              <w:t xml:space="preserve">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w:t>
            </w:r>
          </w:p>
        </w:tc>
        <w:tc>
          <w:tcPr>
            <w:tcW w:w="1843" w:type="dxa"/>
          </w:tcPr>
          <w:p w14:paraId="60ED32F6" w14:textId="7C42CC54" w:rsidR="0015172B" w:rsidRPr="0015172B" w:rsidRDefault="0015172B" w:rsidP="00027801">
            <w:pPr>
              <w:jc w:val="center"/>
              <w:rPr>
                <w:rFonts w:ascii="Arial" w:hAnsi="Arial" w:cs="Arial"/>
                <w:sz w:val="16"/>
                <w:szCs w:val="16"/>
              </w:rPr>
            </w:pPr>
            <w:r>
              <w:rPr>
                <w:rFonts w:ascii="Arial" w:hAnsi="Arial" w:cs="Arial"/>
                <w:sz w:val="16"/>
                <w:szCs w:val="16"/>
              </w:rPr>
              <w:t>X</w:t>
            </w:r>
          </w:p>
        </w:tc>
        <w:tc>
          <w:tcPr>
            <w:tcW w:w="2126" w:type="dxa"/>
          </w:tcPr>
          <w:p w14:paraId="06C8DFF0" w14:textId="77777777" w:rsidR="0015172B" w:rsidRPr="0015172B" w:rsidRDefault="0015172B" w:rsidP="00027801">
            <w:pPr>
              <w:jc w:val="center"/>
              <w:rPr>
                <w:rFonts w:ascii="Arial" w:hAnsi="Arial" w:cs="Arial"/>
                <w:sz w:val="16"/>
                <w:szCs w:val="16"/>
              </w:rPr>
            </w:pPr>
          </w:p>
        </w:tc>
        <w:tc>
          <w:tcPr>
            <w:tcW w:w="2022" w:type="dxa"/>
          </w:tcPr>
          <w:p w14:paraId="6343A21F" w14:textId="77777777" w:rsidR="0015172B" w:rsidRPr="0015172B" w:rsidRDefault="0015172B" w:rsidP="00027801">
            <w:pPr>
              <w:jc w:val="center"/>
              <w:rPr>
                <w:rFonts w:ascii="Arial" w:hAnsi="Arial" w:cs="Arial"/>
                <w:sz w:val="16"/>
                <w:szCs w:val="16"/>
              </w:rPr>
            </w:pPr>
          </w:p>
        </w:tc>
      </w:tr>
      <w:tr w:rsidR="0015172B" w:rsidRPr="0015172B" w14:paraId="6E0F87AF" w14:textId="77777777" w:rsidTr="0015172B">
        <w:tc>
          <w:tcPr>
            <w:tcW w:w="3539" w:type="dxa"/>
          </w:tcPr>
          <w:p w14:paraId="21DB0CEC" w14:textId="007826B4" w:rsidR="0015172B" w:rsidRDefault="0015172B" w:rsidP="00027801">
            <w:pPr>
              <w:jc w:val="center"/>
              <w:rPr>
                <w:rFonts w:ascii="Arial" w:hAnsi="Arial" w:cs="Arial"/>
                <w:b/>
                <w:bCs/>
                <w:sz w:val="16"/>
                <w:szCs w:val="16"/>
              </w:rPr>
            </w:pPr>
            <w:r>
              <w:rPr>
                <w:rFonts w:ascii="Arial" w:hAnsi="Arial" w:cs="Arial"/>
                <w:b/>
                <w:bCs/>
                <w:sz w:val="16"/>
                <w:szCs w:val="16"/>
              </w:rPr>
              <w:t>C. CLAUDIA MARGARITA ROBLES GÒMEZ.</w:t>
            </w:r>
          </w:p>
          <w:p w14:paraId="1DB9BF7C" w14:textId="7B696B6B" w:rsidR="0015172B" w:rsidRPr="0015172B" w:rsidRDefault="0015172B" w:rsidP="00027801">
            <w:pPr>
              <w:jc w:val="center"/>
              <w:rPr>
                <w:rFonts w:ascii="Arial" w:hAnsi="Arial" w:cs="Arial"/>
                <w:b/>
                <w:bCs/>
                <w:sz w:val="16"/>
                <w:szCs w:val="16"/>
              </w:rPr>
            </w:pPr>
            <w:r>
              <w:rPr>
                <w:rFonts w:ascii="Arial" w:hAnsi="Arial" w:cs="Arial"/>
                <w:b/>
                <w:bCs/>
                <w:sz w:val="16"/>
                <w:szCs w:val="16"/>
              </w:rPr>
              <w:t xml:space="preserve">Síndica </w:t>
            </w:r>
            <w:r w:rsidRPr="0015172B">
              <w:rPr>
                <w:rFonts w:ascii="Arial" w:hAnsi="Arial" w:cs="Arial"/>
                <w:sz w:val="16"/>
                <w:szCs w:val="16"/>
              </w:rPr>
              <w:t xml:space="preserve">y Regidora Vocal </w:t>
            </w:r>
            <w:r>
              <w:rPr>
                <w:rFonts w:ascii="Arial" w:hAnsi="Arial" w:cs="Arial"/>
                <w:sz w:val="16"/>
                <w:szCs w:val="16"/>
              </w:rPr>
              <w:t xml:space="preserve">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w:t>
            </w:r>
          </w:p>
        </w:tc>
        <w:tc>
          <w:tcPr>
            <w:tcW w:w="1843" w:type="dxa"/>
          </w:tcPr>
          <w:p w14:paraId="79F3B842" w14:textId="164AF32A" w:rsidR="0015172B" w:rsidRDefault="0015172B" w:rsidP="00027801">
            <w:pPr>
              <w:jc w:val="center"/>
              <w:rPr>
                <w:rFonts w:ascii="Arial" w:hAnsi="Arial" w:cs="Arial"/>
                <w:sz w:val="16"/>
                <w:szCs w:val="16"/>
              </w:rPr>
            </w:pPr>
            <w:r>
              <w:rPr>
                <w:rFonts w:ascii="Arial" w:hAnsi="Arial" w:cs="Arial"/>
                <w:sz w:val="16"/>
                <w:szCs w:val="16"/>
              </w:rPr>
              <w:t>X</w:t>
            </w:r>
          </w:p>
        </w:tc>
        <w:tc>
          <w:tcPr>
            <w:tcW w:w="2126" w:type="dxa"/>
          </w:tcPr>
          <w:p w14:paraId="15F0AF5E" w14:textId="77777777" w:rsidR="0015172B" w:rsidRPr="0015172B" w:rsidRDefault="0015172B" w:rsidP="00027801">
            <w:pPr>
              <w:jc w:val="center"/>
              <w:rPr>
                <w:rFonts w:ascii="Arial" w:hAnsi="Arial" w:cs="Arial"/>
                <w:sz w:val="16"/>
                <w:szCs w:val="16"/>
              </w:rPr>
            </w:pPr>
          </w:p>
        </w:tc>
        <w:tc>
          <w:tcPr>
            <w:tcW w:w="2022" w:type="dxa"/>
          </w:tcPr>
          <w:p w14:paraId="4D84787F" w14:textId="77777777" w:rsidR="0015172B" w:rsidRPr="0015172B" w:rsidRDefault="0015172B" w:rsidP="00027801">
            <w:pPr>
              <w:jc w:val="center"/>
              <w:rPr>
                <w:rFonts w:ascii="Arial" w:hAnsi="Arial" w:cs="Arial"/>
                <w:sz w:val="16"/>
                <w:szCs w:val="16"/>
              </w:rPr>
            </w:pPr>
          </w:p>
        </w:tc>
      </w:tr>
      <w:tr w:rsidR="0015172B" w:rsidRPr="0015172B" w14:paraId="7C89DDE4" w14:textId="77777777" w:rsidTr="0015172B">
        <w:tc>
          <w:tcPr>
            <w:tcW w:w="3539" w:type="dxa"/>
          </w:tcPr>
          <w:p w14:paraId="49FB4232" w14:textId="1C7184FC" w:rsidR="0015172B" w:rsidRDefault="0015172B" w:rsidP="00027801">
            <w:pPr>
              <w:jc w:val="center"/>
              <w:rPr>
                <w:rFonts w:ascii="Arial" w:hAnsi="Arial" w:cs="Arial"/>
                <w:b/>
                <w:bCs/>
                <w:sz w:val="16"/>
                <w:szCs w:val="16"/>
              </w:rPr>
            </w:pPr>
            <w:r>
              <w:rPr>
                <w:rFonts w:ascii="Arial" w:hAnsi="Arial" w:cs="Arial"/>
                <w:b/>
                <w:bCs/>
                <w:sz w:val="16"/>
                <w:szCs w:val="16"/>
              </w:rPr>
              <w:t>C. MARÌA HIDANIA ROMERO RODRÌGUEZ.</w:t>
            </w:r>
          </w:p>
          <w:p w14:paraId="74CC481D" w14:textId="70873966" w:rsidR="0015172B" w:rsidRDefault="0015172B" w:rsidP="00027801">
            <w:pPr>
              <w:jc w:val="center"/>
              <w:rPr>
                <w:rFonts w:ascii="Arial" w:hAnsi="Arial" w:cs="Arial"/>
                <w:b/>
                <w:bCs/>
                <w:sz w:val="16"/>
                <w:szCs w:val="16"/>
              </w:rPr>
            </w:pPr>
            <w:r w:rsidRPr="0015172B">
              <w:rPr>
                <w:rFonts w:ascii="Arial" w:hAnsi="Arial" w:cs="Arial"/>
                <w:sz w:val="16"/>
                <w:szCs w:val="16"/>
              </w:rPr>
              <w:t xml:space="preserve">Regidora Vocal </w:t>
            </w:r>
            <w:r>
              <w:rPr>
                <w:rFonts w:ascii="Arial" w:hAnsi="Arial" w:cs="Arial"/>
                <w:sz w:val="16"/>
                <w:szCs w:val="16"/>
              </w:rPr>
              <w:t xml:space="preserve">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w:t>
            </w:r>
          </w:p>
        </w:tc>
        <w:tc>
          <w:tcPr>
            <w:tcW w:w="1843" w:type="dxa"/>
          </w:tcPr>
          <w:p w14:paraId="5BF77BDE" w14:textId="0BC7820C" w:rsidR="0015172B" w:rsidRDefault="00B631AA" w:rsidP="00027801">
            <w:pPr>
              <w:jc w:val="center"/>
              <w:rPr>
                <w:rFonts w:ascii="Arial" w:hAnsi="Arial" w:cs="Arial"/>
                <w:sz w:val="16"/>
                <w:szCs w:val="16"/>
              </w:rPr>
            </w:pPr>
            <w:r>
              <w:rPr>
                <w:rFonts w:ascii="Arial" w:hAnsi="Arial" w:cs="Arial"/>
                <w:sz w:val="16"/>
                <w:szCs w:val="16"/>
              </w:rPr>
              <w:t>X</w:t>
            </w:r>
          </w:p>
        </w:tc>
        <w:tc>
          <w:tcPr>
            <w:tcW w:w="2126" w:type="dxa"/>
          </w:tcPr>
          <w:p w14:paraId="4057CCE3" w14:textId="77777777" w:rsidR="0015172B" w:rsidRPr="0015172B" w:rsidRDefault="0015172B" w:rsidP="00027801">
            <w:pPr>
              <w:jc w:val="center"/>
              <w:rPr>
                <w:rFonts w:ascii="Arial" w:hAnsi="Arial" w:cs="Arial"/>
                <w:sz w:val="16"/>
                <w:szCs w:val="16"/>
              </w:rPr>
            </w:pPr>
          </w:p>
        </w:tc>
        <w:tc>
          <w:tcPr>
            <w:tcW w:w="2022" w:type="dxa"/>
          </w:tcPr>
          <w:p w14:paraId="035C071F" w14:textId="77777777" w:rsidR="0015172B" w:rsidRPr="0015172B" w:rsidRDefault="0015172B" w:rsidP="00027801">
            <w:pPr>
              <w:jc w:val="center"/>
              <w:rPr>
                <w:rFonts w:ascii="Arial" w:hAnsi="Arial" w:cs="Arial"/>
                <w:sz w:val="16"/>
                <w:szCs w:val="16"/>
              </w:rPr>
            </w:pPr>
          </w:p>
        </w:tc>
      </w:tr>
      <w:tr w:rsidR="00B631AA" w:rsidRPr="0015172B" w14:paraId="588DAB4D" w14:textId="77777777" w:rsidTr="0015172B">
        <w:tc>
          <w:tcPr>
            <w:tcW w:w="3539" w:type="dxa"/>
          </w:tcPr>
          <w:p w14:paraId="2B1F012C" w14:textId="4A0776DD" w:rsidR="00B631AA" w:rsidRDefault="00B631AA" w:rsidP="00027801">
            <w:pPr>
              <w:jc w:val="center"/>
              <w:rPr>
                <w:rFonts w:ascii="Arial" w:hAnsi="Arial" w:cs="Arial"/>
                <w:b/>
                <w:bCs/>
                <w:sz w:val="16"/>
                <w:szCs w:val="16"/>
              </w:rPr>
            </w:pPr>
            <w:r>
              <w:rPr>
                <w:rFonts w:ascii="Arial" w:hAnsi="Arial" w:cs="Arial"/>
                <w:b/>
                <w:bCs/>
                <w:sz w:val="16"/>
                <w:szCs w:val="16"/>
              </w:rPr>
              <w:t>C. JOSÈ BERTÍN CHÁVEZ VARGAS.</w:t>
            </w:r>
          </w:p>
          <w:p w14:paraId="76BC96CE" w14:textId="4DEFB62D" w:rsidR="00B631AA" w:rsidRDefault="00B631AA" w:rsidP="00027801">
            <w:pPr>
              <w:jc w:val="center"/>
              <w:rPr>
                <w:rFonts w:ascii="Arial" w:hAnsi="Arial" w:cs="Arial"/>
                <w:b/>
                <w:bCs/>
                <w:sz w:val="16"/>
                <w:szCs w:val="16"/>
              </w:rPr>
            </w:pPr>
            <w:r w:rsidRPr="0015172B">
              <w:rPr>
                <w:rFonts w:ascii="Arial" w:hAnsi="Arial" w:cs="Arial"/>
                <w:sz w:val="16"/>
                <w:szCs w:val="16"/>
              </w:rPr>
              <w:t xml:space="preserve">Regidor Vocal </w:t>
            </w:r>
            <w:r>
              <w:rPr>
                <w:rFonts w:ascii="Arial" w:hAnsi="Arial" w:cs="Arial"/>
                <w:sz w:val="16"/>
                <w:szCs w:val="16"/>
              </w:rPr>
              <w:t xml:space="preserve">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w:t>
            </w:r>
          </w:p>
        </w:tc>
        <w:tc>
          <w:tcPr>
            <w:tcW w:w="1843" w:type="dxa"/>
          </w:tcPr>
          <w:p w14:paraId="3BF244D6" w14:textId="002CAC00" w:rsidR="00B631AA" w:rsidRDefault="00B631AA" w:rsidP="00027801">
            <w:pPr>
              <w:jc w:val="center"/>
              <w:rPr>
                <w:rFonts w:ascii="Arial" w:hAnsi="Arial" w:cs="Arial"/>
                <w:sz w:val="16"/>
                <w:szCs w:val="16"/>
              </w:rPr>
            </w:pPr>
            <w:r>
              <w:rPr>
                <w:rFonts w:ascii="Arial" w:hAnsi="Arial" w:cs="Arial"/>
                <w:sz w:val="16"/>
                <w:szCs w:val="16"/>
              </w:rPr>
              <w:t>X</w:t>
            </w:r>
          </w:p>
        </w:tc>
        <w:tc>
          <w:tcPr>
            <w:tcW w:w="2126" w:type="dxa"/>
          </w:tcPr>
          <w:p w14:paraId="5847A413" w14:textId="77777777" w:rsidR="00B631AA" w:rsidRPr="0015172B" w:rsidRDefault="00B631AA" w:rsidP="00027801">
            <w:pPr>
              <w:jc w:val="center"/>
              <w:rPr>
                <w:rFonts w:ascii="Arial" w:hAnsi="Arial" w:cs="Arial"/>
                <w:sz w:val="16"/>
                <w:szCs w:val="16"/>
              </w:rPr>
            </w:pPr>
          </w:p>
        </w:tc>
        <w:tc>
          <w:tcPr>
            <w:tcW w:w="2022" w:type="dxa"/>
          </w:tcPr>
          <w:p w14:paraId="4F6E610A" w14:textId="77777777" w:rsidR="00B631AA" w:rsidRPr="0015172B" w:rsidRDefault="00B631AA" w:rsidP="00027801">
            <w:pPr>
              <w:jc w:val="center"/>
              <w:rPr>
                <w:rFonts w:ascii="Arial" w:hAnsi="Arial" w:cs="Arial"/>
                <w:sz w:val="16"/>
                <w:szCs w:val="16"/>
              </w:rPr>
            </w:pPr>
          </w:p>
        </w:tc>
      </w:tr>
      <w:tr w:rsidR="00B631AA" w:rsidRPr="0015172B" w14:paraId="419C2A05" w14:textId="77777777" w:rsidTr="0015172B">
        <w:tc>
          <w:tcPr>
            <w:tcW w:w="3539" w:type="dxa"/>
          </w:tcPr>
          <w:p w14:paraId="01994895" w14:textId="1B67CDEC" w:rsidR="00B631AA" w:rsidRDefault="00B631AA" w:rsidP="00027801">
            <w:pPr>
              <w:jc w:val="center"/>
              <w:rPr>
                <w:rFonts w:ascii="Arial" w:hAnsi="Arial" w:cs="Arial"/>
                <w:b/>
                <w:bCs/>
                <w:sz w:val="16"/>
                <w:szCs w:val="16"/>
              </w:rPr>
            </w:pPr>
            <w:r>
              <w:rPr>
                <w:rFonts w:ascii="Arial" w:hAnsi="Arial" w:cs="Arial"/>
                <w:b/>
                <w:bCs/>
                <w:sz w:val="16"/>
                <w:szCs w:val="16"/>
              </w:rPr>
              <w:t>C. GUSTAVO LÓPEZ SANDOVAL.</w:t>
            </w:r>
          </w:p>
          <w:p w14:paraId="1FA7BF40" w14:textId="4FE18287" w:rsidR="00B631AA" w:rsidRDefault="00B631AA" w:rsidP="00027801">
            <w:pPr>
              <w:jc w:val="center"/>
              <w:rPr>
                <w:rFonts w:ascii="Arial" w:hAnsi="Arial" w:cs="Arial"/>
                <w:b/>
                <w:bCs/>
                <w:sz w:val="16"/>
                <w:szCs w:val="16"/>
              </w:rPr>
            </w:pPr>
            <w:r w:rsidRPr="0015172B">
              <w:rPr>
                <w:rFonts w:ascii="Arial" w:hAnsi="Arial" w:cs="Arial"/>
                <w:sz w:val="16"/>
                <w:szCs w:val="16"/>
              </w:rPr>
              <w:lastRenderedPageBreak/>
              <w:t xml:space="preserve">Regidor Vocal </w:t>
            </w:r>
            <w:r>
              <w:rPr>
                <w:rFonts w:ascii="Arial" w:hAnsi="Arial" w:cs="Arial"/>
                <w:sz w:val="16"/>
                <w:szCs w:val="16"/>
              </w:rPr>
              <w:t xml:space="preserve">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w:t>
            </w:r>
          </w:p>
        </w:tc>
        <w:tc>
          <w:tcPr>
            <w:tcW w:w="1843" w:type="dxa"/>
          </w:tcPr>
          <w:p w14:paraId="0160C4BC" w14:textId="7853996B" w:rsidR="00B631AA" w:rsidRDefault="00027801" w:rsidP="00027801">
            <w:pPr>
              <w:jc w:val="center"/>
              <w:rPr>
                <w:rFonts w:ascii="Arial" w:hAnsi="Arial" w:cs="Arial"/>
                <w:sz w:val="16"/>
                <w:szCs w:val="16"/>
              </w:rPr>
            </w:pPr>
            <w:r>
              <w:rPr>
                <w:rFonts w:ascii="Arial" w:hAnsi="Arial" w:cs="Arial"/>
                <w:sz w:val="16"/>
                <w:szCs w:val="16"/>
              </w:rPr>
              <w:lastRenderedPageBreak/>
              <w:t>X</w:t>
            </w:r>
          </w:p>
        </w:tc>
        <w:tc>
          <w:tcPr>
            <w:tcW w:w="2126" w:type="dxa"/>
          </w:tcPr>
          <w:p w14:paraId="78680289" w14:textId="77777777" w:rsidR="00B631AA" w:rsidRPr="0015172B" w:rsidRDefault="00B631AA" w:rsidP="00027801">
            <w:pPr>
              <w:jc w:val="center"/>
              <w:rPr>
                <w:rFonts w:ascii="Arial" w:hAnsi="Arial" w:cs="Arial"/>
                <w:sz w:val="16"/>
                <w:szCs w:val="16"/>
              </w:rPr>
            </w:pPr>
          </w:p>
        </w:tc>
        <w:tc>
          <w:tcPr>
            <w:tcW w:w="2022" w:type="dxa"/>
          </w:tcPr>
          <w:p w14:paraId="49364259" w14:textId="77777777" w:rsidR="00B631AA" w:rsidRPr="0015172B" w:rsidRDefault="00B631AA" w:rsidP="00027801">
            <w:pPr>
              <w:jc w:val="center"/>
              <w:rPr>
                <w:rFonts w:ascii="Arial" w:hAnsi="Arial" w:cs="Arial"/>
                <w:sz w:val="16"/>
                <w:szCs w:val="16"/>
              </w:rPr>
            </w:pPr>
          </w:p>
        </w:tc>
      </w:tr>
    </w:tbl>
    <w:p w14:paraId="15F9DA53" w14:textId="77777777" w:rsidR="00B631AA" w:rsidRDefault="00B631AA" w:rsidP="00027801">
      <w:pPr>
        <w:jc w:val="center"/>
        <w:rPr>
          <w:rFonts w:ascii="Arial" w:hAnsi="Arial" w:cs="Arial"/>
          <w:b/>
          <w:bCs/>
          <w:sz w:val="24"/>
          <w:szCs w:val="24"/>
        </w:rPr>
      </w:pPr>
    </w:p>
    <w:p w14:paraId="010AD500" w14:textId="19596810" w:rsidR="00A93643" w:rsidRDefault="00A93643" w:rsidP="00E93608">
      <w:pPr>
        <w:jc w:val="both"/>
        <w:rPr>
          <w:rFonts w:ascii="Arial" w:hAnsi="Arial" w:cs="Arial"/>
          <w:sz w:val="24"/>
          <w:szCs w:val="24"/>
        </w:rPr>
      </w:pPr>
      <w:r w:rsidRPr="00A93643">
        <w:rPr>
          <w:rFonts w:ascii="Arial" w:hAnsi="Arial" w:cs="Arial"/>
          <w:b/>
          <w:bCs/>
          <w:sz w:val="24"/>
          <w:szCs w:val="24"/>
        </w:rPr>
        <w:t>Punto número 4. -</w:t>
      </w:r>
      <w:r>
        <w:rPr>
          <w:rFonts w:ascii="Arial" w:hAnsi="Arial" w:cs="Arial"/>
          <w:sz w:val="24"/>
          <w:szCs w:val="24"/>
        </w:rPr>
        <w:t xml:space="preserve"> No hay asuntos varios.</w:t>
      </w:r>
    </w:p>
    <w:p w14:paraId="48F39131" w14:textId="77777777" w:rsidR="00A93643" w:rsidRDefault="00A93643" w:rsidP="00E93608">
      <w:pPr>
        <w:jc w:val="both"/>
        <w:rPr>
          <w:rFonts w:ascii="Arial" w:hAnsi="Arial" w:cs="Arial"/>
          <w:sz w:val="24"/>
          <w:szCs w:val="24"/>
        </w:rPr>
      </w:pPr>
      <w:r w:rsidRPr="00A93643">
        <w:rPr>
          <w:rFonts w:ascii="Arial" w:hAnsi="Arial" w:cs="Arial"/>
          <w:b/>
          <w:bCs/>
          <w:sz w:val="24"/>
          <w:szCs w:val="24"/>
        </w:rPr>
        <w:t>Punto número 5. -</w:t>
      </w:r>
      <w:r>
        <w:rPr>
          <w:rFonts w:ascii="Arial" w:hAnsi="Arial" w:cs="Arial"/>
          <w:sz w:val="24"/>
          <w:szCs w:val="24"/>
        </w:rPr>
        <w:t xml:space="preserve"> </w:t>
      </w:r>
      <w:r w:rsidRPr="00A93643">
        <w:rPr>
          <w:rFonts w:ascii="Arial" w:hAnsi="Arial" w:cs="Arial"/>
          <w:b/>
          <w:bCs/>
          <w:sz w:val="24"/>
          <w:szCs w:val="24"/>
        </w:rPr>
        <w:t>CLAUSURA</w:t>
      </w:r>
      <w:r w:rsidRPr="00E93608">
        <w:rPr>
          <w:rFonts w:ascii="Arial" w:hAnsi="Arial" w:cs="Arial"/>
          <w:sz w:val="24"/>
          <w:szCs w:val="24"/>
        </w:rPr>
        <w:t xml:space="preserve">. </w:t>
      </w:r>
    </w:p>
    <w:p w14:paraId="6D98B742" w14:textId="1069F092" w:rsidR="00E93608" w:rsidRPr="00E93608" w:rsidRDefault="00000000" w:rsidP="00E93608">
      <w:pPr>
        <w:jc w:val="both"/>
        <w:rPr>
          <w:rFonts w:ascii="Arial" w:hAnsi="Arial" w:cs="Arial"/>
          <w:sz w:val="24"/>
          <w:szCs w:val="24"/>
        </w:rPr>
      </w:pPr>
      <w:r w:rsidRPr="00E93608">
        <w:rPr>
          <w:rFonts w:ascii="Arial" w:hAnsi="Arial" w:cs="Arial"/>
          <w:sz w:val="24"/>
          <w:szCs w:val="24"/>
        </w:rPr>
        <w:t>Y siendo las 16</w:t>
      </w:r>
      <w:r w:rsidR="00A93643">
        <w:rPr>
          <w:rFonts w:ascii="Arial" w:hAnsi="Arial" w:cs="Arial"/>
          <w:sz w:val="24"/>
          <w:szCs w:val="24"/>
        </w:rPr>
        <w:t xml:space="preserve"> dieciséis horas </w:t>
      </w:r>
      <w:r w:rsidRPr="00E93608">
        <w:rPr>
          <w:rFonts w:ascii="Arial" w:hAnsi="Arial" w:cs="Arial"/>
          <w:sz w:val="24"/>
          <w:szCs w:val="24"/>
        </w:rPr>
        <w:t xml:space="preserve">9 </w:t>
      </w:r>
      <w:r w:rsidR="00A93643">
        <w:rPr>
          <w:rFonts w:ascii="Arial" w:hAnsi="Arial" w:cs="Arial"/>
          <w:sz w:val="24"/>
          <w:szCs w:val="24"/>
        </w:rPr>
        <w:t xml:space="preserve">nueve minutos </w:t>
      </w:r>
      <w:r w:rsidRPr="00E93608">
        <w:rPr>
          <w:rFonts w:ascii="Arial" w:hAnsi="Arial" w:cs="Arial"/>
          <w:sz w:val="24"/>
          <w:szCs w:val="24"/>
        </w:rPr>
        <w:t>de este martes 28</w:t>
      </w:r>
      <w:r w:rsidR="00A93643">
        <w:rPr>
          <w:rFonts w:ascii="Arial" w:hAnsi="Arial" w:cs="Arial"/>
          <w:sz w:val="24"/>
          <w:szCs w:val="24"/>
        </w:rPr>
        <w:t xml:space="preserve"> veintiocho</w:t>
      </w:r>
      <w:r w:rsidRPr="00E93608">
        <w:rPr>
          <w:rFonts w:ascii="Arial" w:hAnsi="Arial" w:cs="Arial"/>
          <w:sz w:val="24"/>
          <w:szCs w:val="24"/>
        </w:rPr>
        <w:t xml:space="preserve"> de julio</w:t>
      </w:r>
      <w:r w:rsidR="00A93643">
        <w:rPr>
          <w:rFonts w:ascii="Arial" w:hAnsi="Arial" w:cs="Arial"/>
          <w:sz w:val="24"/>
          <w:szCs w:val="24"/>
        </w:rPr>
        <w:t xml:space="preserve"> </w:t>
      </w:r>
      <w:r w:rsidRPr="00E93608">
        <w:rPr>
          <w:rFonts w:ascii="Arial" w:hAnsi="Arial" w:cs="Arial"/>
          <w:sz w:val="24"/>
          <w:szCs w:val="24"/>
        </w:rPr>
        <w:t>de 2026</w:t>
      </w:r>
      <w:r w:rsidR="00A93643">
        <w:rPr>
          <w:rFonts w:ascii="Arial" w:hAnsi="Arial" w:cs="Arial"/>
          <w:sz w:val="24"/>
          <w:szCs w:val="24"/>
        </w:rPr>
        <w:t xml:space="preserve"> dos mil veintiséis</w:t>
      </w:r>
      <w:r w:rsidRPr="00E93608">
        <w:rPr>
          <w:rFonts w:ascii="Arial" w:hAnsi="Arial" w:cs="Arial"/>
          <w:sz w:val="24"/>
          <w:szCs w:val="24"/>
        </w:rPr>
        <w:t xml:space="preserve">, damos por clausurada la </w:t>
      </w:r>
      <w:r w:rsidR="00B631AA">
        <w:rPr>
          <w:rFonts w:ascii="Arial" w:hAnsi="Arial" w:cs="Arial"/>
          <w:sz w:val="24"/>
          <w:szCs w:val="24"/>
        </w:rPr>
        <w:t>D</w:t>
      </w:r>
      <w:r w:rsidR="00A93643">
        <w:rPr>
          <w:rFonts w:ascii="Arial" w:hAnsi="Arial" w:cs="Arial"/>
          <w:sz w:val="24"/>
          <w:szCs w:val="24"/>
        </w:rPr>
        <w:t xml:space="preserve">écima </w:t>
      </w:r>
      <w:r w:rsidR="00B631AA">
        <w:rPr>
          <w:rFonts w:ascii="Arial" w:hAnsi="Arial" w:cs="Arial"/>
          <w:sz w:val="24"/>
          <w:szCs w:val="24"/>
        </w:rPr>
        <w:t>Q</w:t>
      </w:r>
      <w:r w:rsidR="00A93643">
        <w:rPr>
          <w:rFonts w:ascii="Arial" w:hAnsi="Arial" w:cs="Arial"/>
          <w:sz w:val="24"/>
          <w:szCs w:val="24"/>
        </w:rPr>
        <w:t>uinta</w:t>
      </w:r>
      <w:r w:rsidRPr="00E93608">
        <w:rPr>
          <w:rFonts w:ascii="Arial" w:hAnsi="Arial" w:cs="Arial"/>
          <w:sz w:val="24"/>
          <w:szCs w:val="24"/>
        </w:rPr>
        <w:t xml:space="preserve"> </w:t>
      </w:r>
      <w:r w:rsidR="00B631AA">
        <w:rPr>
          <w:rFonts w:ascii="Arial" w:hAnsi="Arial" w:cs="Arial"/>
          <w:sz w:val="24"/>
          <w:szCs w:val="24"/>
        </w:rPr>
        <w:t>S</w:t>
      </w:r>
      <w:r w:rsidRPr="00E93608">
        <w:rPr>
          <w:rFonts w:ascii="Arial" w:hAnsi="Arial" w:cs="Arial"/>
          <w:sz w:val="24"/>
          <w:szCs w:val="24"/>
        </w:rPr>
        <w:t xml:space="preserve">esión </w:t>
      </w:r>
      <w:r w:rsidR="00B631AA">
        <w:rPr>
          <w:rFonts w:ascii="Arial" w:hAnsi="Arial" w:cs="Arial"/>
          <w:sz w:val="24"/>
          <w:szCs w:val="24"/>
        </w:rPr>
        <w:t>O</w:t>
      </w:r>
      <w:r w:rsidRPr="00E93608">
        <w:rPr>
          <w:rFonts w:ascii="Arial" w:hAnsi="Arial" w:cs="Arial"/>
          <w:sz w:val="24"/>
          <w:szCs w:val="24"/>
        </w:rPr>
        <w:t xml:space="preserve">rdinaria de esta </w:t>
      </w:r>
      <w:r w:rsidR="00A93643">
        <w:rPr>
          <w:rFonts w:ascii="Arial" w:hAnsi="Arial" w:cs="Arial"/>
          <w:sz w:val="24"/>
          <w:szCs w:val="24"/>
        </w:rPr>
        <w:t>C</w:t>
      </w:r>
      <w:r w:rsidRPr="00E93608">
        <w:rPr>
          <w:rFonts w:ascii="Arial" w:hAnsi="Arial" w:cs="Arial"/>
          <w:sz w:val="24"/>
          <w:szCs w:val="24"/>
        </w:rPr>
        <w:t xml:space="preserve">omisión </w:t>
      </w:r>
      <w:proofErr w:type="gramStart"/>
      <w:r w:rsidR="00B631AA">
        <w:rPr>
          <w:rFonts w:ascii="Arial" w:hAnsi="Arial" w:cs="Arial"/>
          <w:sz w:val="24"/>
          <w:szCs w:val="24"/>
        </w:rPr>
        <w:t>Edilicia</w:t>
      </w:r>
      <w:proofErr w:type="gramEnd"/>
      <w:r w:rsidR="00B631AA">
        <w:rPr>
          <w:rFonts w:ascii="Arial" w:hAnsi="Arial" w:cs="Arial"/>
          <w:sz w:val="24"/>
          <w:szCs w:val="24"/>
        </w:rPr>
        <w:t xml:space="preserve"> </w:t>
      </w:r>
      <w:r w:rsidR="00A93643">
        <w:rPr>
          <w:rFonts w:ascii="Arial" w:hAnsi="Arial" w:cs="Arial"/>
          <w:sz w:val="24"/>
          <w:szCs w:val="24"/>
        </w:rPr>
        <w:t>P</w:t>
      </w:r>
      <w:r w:rsidRPr="00E93608">
        <w:rPr>
          <w:rFonts w:ascii="Arial" w:hAnsi="Arial" w:cs="Arial"/>
          <w:sz w:val="24"/>
          <w:szCs w:val="24"/>
        </w:rPr>
        <w:t xml:space="preserve">ermanente de </w:t>
      </w:r>
      <w:r w:rsidR="00A93643">
        <w:rPr>
          <w:rFonts w:ascii="Arial" w:hAnsi="Arial" w:cs="Arial"/>
          <w:sz w:val="24"/>
          <w:szCs w:val="24"/>
        </w:rPr>
        <w:t>H</w:t>
      </w:r>
      <w:r w:rsidRPr="00E93608">
        <w:rPr>
          <w:rFonts w:ascii="Arial" w:hAnsi="Arial" w:cs="Arial"/>
          <w:sz w:val="24"/>
          <w:szCs w:val="24"/>
        </w:rPr>
        <w:t xml:space="preserve">acienda </w:t>
      </w:r>
      <w:r w:rsidR="00A93643">
        <w:rPr>
          <w:rFonts w:ascii="Arial" w:hAnsi="Arial" w:cs="Arial"/>
          <w:sz w:val="24"/>
          <w:szCs w:val="24"/>
        </w:rPr>
        <w:t>P</w:t>
      </w:r>
      <w:r w:rsidRPr="00E93608">
        <w:rPr>
          <w:rFonts w:ascii="Arial" w:hAnsi="Arial" w:cs="Arial"/>
          <w:sz w:val="24"/>
          <w:szCs w:val="24"/>
        </w:rPr>
        <w:t xml:space="preserve">ública y </w:t>
      </w:r>
      <w:r w:rsidR="00A93643">
        <w:rPr>
          <w:rFonts w:ascii="Arial" w:hAnsi="Arial" w:cs="Arial"/>
          <w:sz w:val="24"/>
          <w:szCs w:val="24"/>
        </w:rPr>
        <w:t>P</w:t>
      </w:r>
      <w:r w:rsidRPr="00E93608">
        <w:rPr>
          <w:rFonts w:ascii="Arial" w:hAnsi="Arial" w:cs="Arial"/>
          <w:sz w:val="24"/>
          <w:szCs w:val="24"/>
        </w:rPr>
        <w:t xml:space="preserve">atrimonio </w:t>
      </w:r>
      <w:r w:rsidR="00A93643">
        <w:rPr>
          <w:rFonts w:ascii="Arial" w:hAnsi="Arial" w:cs="Arial"/>
          <w:sz w:val="24"/>
          <w:szCs w:val="24"/>
        </w:rPr>
        <w:t>M</w:t>
      </w:r>
      <w:r w:rsidRPr="00E93608">
        <w:rPr>
          <w:rFonts w:ascii="Arial" w:hAnsi="Arial" w:cs="Arial"/>
          <w:sz w:val="24"/>
          <w:szCs w:val="24"/>
        </w:rPr>
        <w:t>unicipal y válidos los</w:t>
      </w:r>
      <w:r w:rsidR="00A93643">
        <w:rPr>
          <w:rFonts w:ascii="Arial" w:hAnsi="Arial" w:cs="Arial"/>
          <w:sz w:val="24"/>
          <w:szCs w:val="24"/>
        </w:rPr>
        <w:t xml:space="preserve"> </w:t>
      </w:r>
      <w:r w:rsidRPr="00E93608">
        <w:rPr>
          <w:rFonts w:ascii="Arial" w:hAnsi="Arial" w:cs="Arial"/>
          <w:sz w:val="24"/>
          <w:szCs w:val="24"/>
        </w:rPr>
        <w:t xml:space="preserve">acuerdos que </w:t>
      </w:r>
      <w:r w:rsidR="00B631AA">
        <w:rPr>
          <w:rFonts w:ascii="Arial" w:hAnsi="Arial" w:cs="Arial"/>
          <w:sz w:val="24"/>
          <w:szCs w:val="24"/>
        </w:rPr>
        <w:t xml:space="preserve">aquí </w:t>
      </w:r>
      <w:r w:rsidRPr="00E93608">
        <w:rPr>
          <w:rFonts w:ascii="Arial" w:hAnsi="Arial" w:cs="Arial"/>
          <w:sz w:val="24"/>
          <w:szCs w:val="24"/>
        </w:rPr>
        <w:t>se tomar</w:t>
      </w:r>
      <w:r w:rsidR="00A93643">
        <w:rPr>
          <w:rFonts w:ascii="Arial" w:hAnsi="Arial" w:cs="Arial"/>
          <w:sz w:val="24"/>
          <w:szCs w:val="24"/>
        </w:rPr>
        <w:t>on</w:t>
      </w:r>
      <w:r w:rsidRPr="00E93608">
        <w:rPr>
          <w:rFonts w:ascii="Arial" w:hAnsi="Arial" w:cs="Arial"/>
          <w:sz w:val="24"/>
          <w:szCs w:val="24"/>
        </w:rPr>
        <w:t xml:space="preserve">. </w:t>
      </w:r>
    </w:p>
    <w:p w14:paraId="1D638A5E" w14:textId="77777777" w:rsidR="00987532" w:rsidRDefault="00987532" w:rsidP="00E93608">
      <w:pPr>
        <w:jc w:val="both"/>
        <w:rPr>
          <w:rFonts w:ascii="Arial" w:hAnsi="Arial" w:cs="Arial"/>
          <w:sz w:val="24"/>
          <w:szCs w:val="24"/>
        </w:rPr>
      </w:pPr>
    </w:p>
    <w:p w14:paraId="78AA3226" w14:textId="77777777" w:rsidR="00987532" w:rsidRDefault="00987532" w:rsidP="00E93608">
      <w:pPr>
        <w:jc w:val="both"/>
        <w:rPr>
          <w:rFonts w:ascii="Arial" w:hAnsi="Arial" w:cs="Arial"/>
          <w:sz w:val="24"/>
          <w:szCs w:val="24"/>
        </w:rPr>
      </w:pPr>
    </w:p>
    <w:p w14:paraId="69730E9C" w14:textId="3583272D" w:rsidR="00987532" w:rsidRDefault="00987532" w:rsidP="00E93608">
      <w:pPr>
        <w:jc w:val="both"/>
        <w:rPr>
          <w:rFonts w:ascii="Arial" w:hAnsi="Arial" w:cs="Arial"/>
          <w:sz w:val="24"/>
          <w:szCs w:val="24"/>
        </w:rPr>
      </w:pPr>
    </w:p>
    <w:p w14:paraId="1D871DB6" w14:textId="0382B002" w:rsidR="0055043F" w:rsidRDefault="0055043F" w:rsidP="00E93608">
      <w:pPr>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73E466AD" wp14:editId="47A6FB37">
            <wp:simplePos x="0" y="0"/>
            <wp:positionH relativeFrom="margin">
              <wp:align>left</wp:align>
            </wp:positionH>
            <wp:positionV relativeFrom="paragraph">
              <wp:posOffset>420276</wp:posOffset>
            </wp:positionV>
            <wp:extent cx="6057900" cy="2795905"/>
            <wp:effectExtent l="0" t="0" r="0" b="4445"/>
            <wp:wrapSquare wrapText="bothSides"/>
            <wp:docPr id="2104289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89541" name="Imagen 2104289541"/>
                    <pic:cNvPicPr/>
                  </pic:nvPicPr>
                  <pic:blipFill>
                    <a:blip r:embed="rId9"/>
                    <a:stretch>
                      <a:fillRect/>
                    </a:stretch>
                  </pic:blipFill>
                  <pic:spPr>
                    <a:xfrm>
                      <a:off x="0" y="0"/>
                      <a:ext cx="6057900" cy="2795905"/>
                    </a:xfrm>
                    <a:prstGeom prst="rect">
                      <a:avLst/>
                    </a:prstGeom>
                  </pic:spPr>
                </pic:pic>
              </a:graphicData>
            </a:graphic>
          </wp:anchor>
        </w:drawing>
      </w:r>
    </w:p>
    <w:p w14:paraId="7979FA42" w14:textId="3A7EF7D0" w:rsidR="0055043F" w:rsidRDefault="0055043F" w:rsidP="00E93608">
      <w:pPr>
        <w:jc w:val="both"/>
        <w:rPr>
          <w:rFonts w:ascii="Arial" w:hAnsi="Arial" w:cs="Arial"/>
          <w:sz w:val="24"/>
          <w:szCs w:val="24"/>
        </w:rPr>
      </w:pPr>
    </w:p>
    <w:p w14:paraId="4D37AD03" w14:textId="127501E2" w:rsidR="0055043F" w:rsidRDefault="0055043F" w:rsidP="00E93608">
      <w:pPr>
        <w:jc w:val="both"/>
        <w:rPr>
          <w:rFonts w:ascii="Arial" w:hAnsi="Arial" w:cs="Arial"/>
          <w:sz w:val="24"/>
          <w:szCs w:val="24"/>
        </w:rPr>
      </w:pPr>
    </w:p>
    <w:p w14:paraId="31F73343" w14:textId="77777777" w:rsidR="0055043F" w:rsidRDefault="0055043F" w:rsidP="00E93608">
      <w:pPr>
        <w:jc w:val="both"/>
        <w:rPr>
          <w:rFonts w:ascii="Arial" w:hAnsi="Arial" w:cs="Arial"/>
          <w:sz w:val="24"/>
          <w:szCs w:val="24"/>
        </w:rPr>
      </w:pPr>
    </w:p>
    <w:p w14:paraId="503570A6" w14:textId="251BF4F1" w:rsidR="0055043F" w:rsidRDefault="0055043F" w:rsidP="00E93608">
      <w:pPr>
        <w:jc w:val="both"/>
        <w:rPr>
          <w:rFonts w:ascii="Arial" w:hAnsi="Arial" w:cs="Arial"/>
          <w:sz w:val="24"/>
          <w:szCs w:val="24"/>
        </w:rPr>
      </w:pPr>
    </w:p>
    <w:p w14:paraId="0D2D9475" w14:textId="3C908117" w:rsidR="0055043F" w:rsidRDefault="0055043F" w:rsidP="00E93608">
      <w:pPr>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0EA0014B" wp14:editId="19AB94DD">
            <wp:simplePos x="0" y="0"/>
            <wp:positionH relativeFrom="margin">
              <wp:align>right</wp:align>
            </wp:positionH>
            <wp:positionV relativeFrom="page">
              <wp:posOffset>1821976</wp:posOffset>
            </wp:positionV>
            <wp:extent cx="6045418" cy="2913127"/>
            <wp:effectExtent l="0" t="0" r="0" b="1905"/>
            <wp:wrapNone/>
            <wp:docPr id="11020296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29675" name="Imagen 1102029675"/>
                    <pic:cNvPicPr/>
                  </pic:nvPicPr>
                  <pic:blipFill>
                    <a:blip r:embed="rId10"/>
                    <a:stretch>
                      <a:fillRect/>
                    </a:stretch>
                  </pic:blipFill>
                  <pic:spPr>
                    <a:xfrm>
                      <a:off x="0" y="0"/>
                      <a:ext cx="6045418" cy="2913127"/>
                    </a:xfrm>
                    <a:prstGeom prst="rect">
                      <a:avLst/>
                    </a:prstGeom>
                  </pic:spPr>
                </pic:pic>
              </a:graphicData>
            </a:graphic>
            <wp14:sizeRelH relativeFrom="margin">
              <wp14:pctWidth>0</wp14:pctWidth>
            </wp14:sizeRelH>
            <wp14:sizeRelV relativeFrom="margin">
              <wp14:pctHeight>0</wp14:pctHeight>
            </wp14:sizeRelV>
          </wp:anchor>
        </w:drawing>
      </w:r>
    </w:p>
    <w:p w14:paraId="5B5684DD" w14:textId="77777777" w:rsidR="0055043F" w:rsidRDefault="0055043F" w:rsidP="00E93608">
      <w:pPr>
        <w:jc w:val="both"/>
        <w:rPr>
          <w:rFonts w:ascii="Arial" w:hAnsi="Arial" w:cs="Arial"/>
          <w:sz w:val="24"/>
          <w:szCs w:val="24"/>
        </w:rPr>
      </w:pPr>
    </w:p>
    <w:p w14:paraId="647145B2" w14:textId="77777777" w:rsidR="0055043F" w:rsidRDefault="0055043F" w:rsidP="00E93608">
      <w:pPr>
        <w:jc w:val="both"/>
        <w:rPr>
          <w:rFonts w:ascii="Arial" w:hAnsi="Arial" w:cs="Arial"/>
          <w:sz w:val="24"/>
          <w:szCs w:val="24"/>
        </w:rPr>
      </w:pPr>
    </w:p>
    <w:p w14:paraId="73EE1AC4" w14:textId="36FE1E5D" w:rsidR="00987532" w:rsidRDefault="00987532" w:rsidP="00E93608">
      <w:pPr>
        <w:jc w:val="both"/>
        <w:rPr>
          <w:rFonts w:ascii="Arial" w:hAnsi="Arial" w:cs="Arial"/>
          <w:sz w:val="24"/>
          <w:szCs w:val="24"/>
        </w:rPr>
      </w:pPr>
    </w:p>
    <w:p w14:paraId="647857A1" w14:textId="77777777" w:rsidR="0055043F" w:rsidRDefault="0055043F" w:rsidP="00E93608">
      <w:pPr>
        <w:jc w:val="both"/>
        <w:rPr>
          <w:rFonts w:ascii="Arial" w:hAnsi="Arial" w:cs="Arial"/>
          <w:sz w:val="24"/>
          <w:szCs w:val="24"/>
        </w:rPr>
      </w:pPr>
    </w:p>
    <w:p w14:paraId="191F0065" w14:textId="77777777" w:rsidR="0055043F" w:rsidRDefault="0055043F" w:rsidP="00E93608">
      <w:pPr>
        <w:jc w:val="both"/>
        <w:rPr>
          <w:rFonts w:ascii="Arial" w:hAnsi="Arial" w:cs="Arial"/>
          <w:sz w:val="24"/>
          <w:szCs w:val="24"/>
        </w:rPr>
      </w:pPr>
    </w:p>
    <w:p w14:paraId="363ED3C5" w14:textId="77777777" w:rsidR="0055043F" w:rsidRDefault="0055043F" w:rsidP="00E93608">
      <w:pPr>
        <w:jc w:val="both"/>
        <w:rPr>
          <w:rFonts w:ascii="Arial" w:hAnsi="Arial" w:cs="Arial"/>
          <w:sz w:val="24"/>
          <w:szCs w:val="24"/>
        </w:rPr>
      </w:pPr>
    </w:p>
    <w:p w14:paraId="2AB849D1" w14:textId="77777777" w:rsidR="0055043F" w:rsidRDefault="0055043F" w:rsidP="00E93608">
      <w:pPr>
        <w:jc w:val="both"/>
        <w:rPr>
          <w:rFonts w:ascii="Arial" w:hAnsi="Arial" w:cs="Arial"/>
          <w:sz w:val="24"/>
          <w:szCs w:val="24"/>
        </w:rPr>
      </w:pPr>
    </w:p>
    <w:p w14:paraId="1445CDE2" w14:textId="77777777" w:rsidR="0055043F" w:rsidRDefault="0055043F" w:rsidP="00E93608">
      <w:pPr>
        <w:jc w:val="both"/>
        <w:rPr>
          <w:rFonts w:ascii="Arial" w:hAnsi="Arial" w:cs="Arial"/>
          <w:sz w:val="24"/>
          <w:szCs w:val="24"/>
        </w:rPr>
      </w:pPr>
    </w:p>
    <w:p w14:paraId="4CE2889B" w14:textId="77777777" w:rsidR="0055043F" w:rsidRDefault="0055043F" w:rsidP="00E93608">
      <w:pPr>
        <w:jc w:val="both"/>
        <w:rPr>
          <w:rFonts w:ascii="Arial" w:hAnsi="Arial" w:cs="Arial"/>
          <w:sz w:val="24"/>
          <w:szCs w:val="24"/>
        </w:rPr>
      </w:pPr>
    </w:p>
    <w:p w14:paraId="7771D808" w14:textId="77777777" w:rsidR="0055043F" w:rsidRDefault="0055043F" w:rsidP="00E93608">
      <w:pPr>
        <w:jc w:val="both"/>
        <w:rPr>
          <w:rFonts w:ascii="Arial" w:hAnsi="Arial" w:cs="Arial"/>
          <w:sz w:val="24"/>
          <w:szCs w:val="24"/>
        </w:rPr>
      </w:pPr>
    </w:p>
    <w:p w14:paraId="4DEAC919" w14:textId="77777777" w:rsidR="00381DA5" w:rsidRDefault="00381DA5" w:rsidP="00E93608">
      <w:pPr>
        <w:jc w:val="both"/>
        <w:rPr>
          <w:rFonts w:ascii="Arial" w:hAnsi="Arial" w:cs="Arial"/>
          <w:sz w:val="24"/>
          <w:szCs w:val="24"/>
        </w:rPr>
      </w:pPr>
    </w:p>
    <w:p w14:paraId="090D72AF" w14:textId="43319CE0" w:rsidR="0055043F" w:rsidRDefault="0055043F" w:rsidP="00E93608">
      <w:pPr>
        <w:jc w:val="both"/>
        <w:rPr>
          <w:rFonts w:ascii="Arial" w:hAnsi="Arial" w:cs="Arial"/>
          <w:sz w:val="24"/>
          <w:szCs w:val="24"/>
        </w:rPr>
      </w:pPr>
      <w:r>
        <w:rPr>
          <w:rFonts w:ascii="Arial" w:hAnsi="Arial" w:cs="Arial"/>
          <w:noProof/>
          <w:sz w:val="24"/>
          <w:szCs w:val="24"/>
        </w:rPr>
        <w:drawing>
          <wp:inline distT="0" distB="0" distL="0" distR="0" wp14:anchorId="247EE465" wp14:editId="7AC0BC6E">
            <wp:extent cx="6057900" cy="2795905"/>
            <wp:effectExtent l="0" t="0" r="0" b="4445"/>
            <wp:docPr id="20192197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19758" name="Imagen 2019219758"/>
                    <pic:cNvPicPr/>
                  </pic:nvPicPr>
                  <pic:blipFill>
                    <a:blip r:embed="rId11"/>
                    <a:stretch>
                      <a:fillRect/>
                    </a:stretch>
                  </pic:blipFill>
                  <pic:spPr>
                    <a:xfrm>
                      <a:off x="0" y="0"/>
                      <a:ext cx="6057900" cy="2795905"/>
                    </a:xfrm>
                    <a:prstGeom prst="rect">
                      <a:avLst/>
                    </a:prstGeom>
                  </pic:spPr>
                </pic:pic>
              </a:graphicData>
            </a:graphic>
          </wp:inline>
        </w:drawing>
      </w:r>
    </w:p>
    <w:p w14:paraId="5CF297A4" w14:textId="77777777" w:rsidR="00381DA5" w:rsidRDefault="00381DA5" w:rsidP="00E93608">
      <w:pPr>
        <w:jc w:val="both"/>
        <w:rPr>
          <w:rFonts w:ascii="Arial" w:hAnsi="Arial" w:cs="Arial"/>
          <w:sz w:val="24"/>
          <w:szCs w:val="24"/>
        </w:rPr>
      </w:pPr>
    </w:p>
    <w:p w14:paraId="45358741" w14:textId="77777777" w:rsidR="00381DA5" w:rsidRDefault="00381DA5" w:rsidP="00E93608">
      <w:pPr>
        <w:jc w:val="both"/>
        <w:rPr>
          <w:rFonts w:ascii="Arial" w:hAnsi="Arial" w:cs="Arial"/>
          <w:sz w:val="24"/>
          <w:szCs w:val="24"/>
        </w:rPr>
      </w:pPr>
    </w:p>
    <w:p w14:paraId="63495879" w14:textId="77777777" w:rsidR="00381DA5" w:rsidRDefault="00381DA5" w:rsidP="00E93608">
      <w:pPr>
        <w:jc w:val="both"/>
        <w:rPr>
          <w:rFonts w:ascii="Arial" w:hAnsi="Arial" w:cs="Arial"/>
          <w:sz w:val="24"/>
          <w:szCs w:val="24"/>
        </w:rPr>
      </w:pPr>
    </w:p>
    <w:p w14:paraId="595EB971" w14:textId="77777777" w:rsidR="00381DA5" w:rsidRDefault="00381DA5" w:rsidP="00381DA5">
      <w:pPr>
        <w:spacing w:after="0" w:line="240" w:lineRule="auto"/>
        <w:jc w:val="center"/>
        <w:rPr>
          <w:rFonts w:eastAsia="Calibri"/>
          <w:b/>
          <w:bCs/>
          <w:sz w:val="28"/>
          <w:szCs w:val="28"/>
        </w:rPr>
      </w:pPr>
      <w:r w:rsidRPr="00774098">
        <w:rPr>
          <w:rFonts w:eastAsia="Calibri"/>
          <w:b/>
          <w:bCs/>
          <w:sz w:val="28"/>
          <w:szCs w:val="28"/>
        </w:rPr>
        <w:t xml:space="preserve">A t e n t a m e n t e: </w:t>
      </w:r>
    </w:p>
    <w:p w14:paraId="21FCFFD7" w14:textId="77777777" w:rsidR="00381DA5" w:rsidRDefault="00381DA5" w:rsidP="00381DA5">
      <w:pPr>
        <w:spacing w:after="0" w:line="240" w:lineRule="auto"/>
        <w:jc w:val="center"/>
        <w:rPr>
          <w:rFonts w:eastAsia="Calibri"/>
          <w:b/>
          <w:bCs/>
          <w:sz w:val="28"/>
          <w:szCs w:val="28"/>
        </w:rPr>
      </w:pPr>
    </w:p>
    <w:p w14:paraId="01EFA224" w14:textId="77777777" w:rsidR="00381DA5" w:rsidRPr="00B25146" w:rsidRDefault="00381DA5" w:rsidP="00381DA5">
      <w:pPr>
        <w:pStyle w:val="Sinespaciado"/>
        <w:jc w:val="center"/>
        <w:rPr>
          <w:rFonts w:ascii="Arial" w:hAnsi="Arial" w:cs="Arial"/>
          <w:i/>
          <w:iCs/>
          <w:sz w:val="18"/>
          <w:szCs w:val="18"/>
        </w:rPr>
      </w:pPr>
      <w:r w:rsidRPr="00B25146">
        <w:rPr>
          <w:rFonts w:ascii="Arial" w:hAnsi="Arial" w:cs="Arial"/>
          <w:i/>
          <w:iCs/>
          <w:sz w:val="18"/>
          <w:szCs w:val="18"/>
        </w:rPr>
        <w:t>“2026, CENTENARIO DEL NATALICIO DEL COMPOSITOR ZAPOTLENSE RUBÉN FUENTES GASSON”.</w:t>
      </w:r>
    </w:p>
    <w:p w14:paraId="612BFA0C" w14:textId="77777777" w:rsidR="00381DA5" w:rsidRPr="00B25146" w:rsidRDefault="00381DA5" w:rsidP="00381DA5">
      <w:pPr>
        <w:pStyle w:val="Sinespaciado"/>
        <w:jc w:val="center"/>
        <w:rPr>
          <w:rFonts w:ascii="Arial" w:hAnsi="Arial" w:cs="Arial"/>
          <w:i/>
          <w:iCs/>
          <w:sz w:val="18"/>
          <w:szCs w:val="18"/>
        </w:rPr>
      </w:pPr>
    </w:p>
    <w:p w14:paraId="6F247653" w14:textId="77777777" w:rsidR="00381DA5" w:rsidRPr="00B25146" w:rsidRDefault="00381DA5" w:rsidP="00381DA5">
      <w:pPr>
        <w:pStyle w:val="Sinespaciado"/>
        <w:jc w:val="center"/>
        <w:rPr>
          <w:rFonts w:ascii="Arial" w:hAnsi="Arial" w:cs="Arial"/>
          <w:i/>
          <w:iCs/>
          <w:sz w:val="18"/>
          <w:szCs w:val="18"/>
        </w:rPr>
      </w:pPr>
      <w:r w:rsidRPr="00B25146">
        <w:rPr>
          <w:rFonts w:ascii="Arial" w:hAnsi="Arial" w:cs="Arial"/>
          <w:i/>
          <w:iCs/>
          <w:sz w:val="18"/>
          <w:szCs w:val="18"/>
        </w:rPr>
        <w:t xml:space="preserve">“2026, CENTENARIO DEL ANIVERSARIO DEL NATALICIO DEL LITERATO </w:t>
      </w:r>
    </w:p>
    <w:p w14:paraId="64DC486F" w14:textId="77777777" w:rsidR="00381DA5" w:rsidRPr="00B25146" w:rsidRDefault="00381DA5" w:rsidP="00381DA5">
      <w:pPr>
        <w:pStyle w:val="Sinespaciado"/>
        <w:jc w:val="center"/>
        <w:rPr>
          <w:rFonts w:ascii="Arial" w:hAnsi="Arial" w:cs="Arial"/>
          <w:i/>
          <w:iCs/>
          <w:sz w:val="18"/>
          <w:szCs w:val="18"/>
        </w:rPr>
      </w:pPr>
      <w:r w:rsidRPr="00B25146">
        <w:rPr>
          <w:rFonts w:ascii="Arial" w:hAnsi="Arial" w:cs="Arial"/>
          <w:i/>
          <w:iCs/>
          <w:sz w:val="18"/>
          <w:szCs w:val="18"/>
        </w:rPr>
        <w:t>ROBERTO ESPINOZA GUZMÁN”.</w:t>
      </w:r>
    </w:p>
    <w:p w14:paraId="71D3B4F2" w14:textId="77777777" w:rsidR="00381DA5" w:rsidRPr="00B25146" w:rsidRDefault="00381DA5" w:rsidP="00381DA5">
      <w:pPr>
        <w:pStyle w:val="Sinespaciado"/>
        <w:tabs>
          <w:tab w:val="left" w:pos="3616"/>
        </w:tabs>
        <w:rPr>
          <w:rFonts w:ascii="Arial" w:hAnsi="Arial" w:cs="Arial"/>
          <w:i/>
          <w:iCs/>
          <w:sz w:val="18"/>
          <w:szCs w:val="18"/>
        </w:rPr>
      </w:pPr>
      <w:r>
        <w:rPr>
          <w:rFonts w:ascii="Arial" w:hAnsi="Arial" w:cs="Arial"/>
          <w:i/>
          <w:iCs/>
          <w:sz w:val="18"/>
          <w:szCs w:val="18"/>
        </w:rPr>
        <w:tab/>
      </w:r>
    </w:p>
    <w:p w14:paraId="61D193F5" w14:textId="77777777" w:rsidR="00381DA5" w:rsidRPr="00B25146" w:rsidRDefault="00381DA5" w:rsidP="00381DA5">
      <w:pPr>
        <w:pStyle w:val="Sinespaciado"/>
        <w:jc w:val="center"/>
        <w:rPr>
          <w:rFonts w:ascii="Arial" w:hAnsi="Arial" w:cs="Arial"/>
          <w:i/>
          <w:iCs/>
          <w:sz w:val="18"/>
          <w:szCs w:val="18"/>
        </w:rPr>
      </w:pPr>
      <w:r w:rsidRPr="00B25146">
        <w:rPr>
          <w:rFonts w:ascii="Arial" w:hAnsi="Arial" w:cs="Arial"/>
          <w:i/>
          <w:iCs/>
          <w:sz w:val="18"/>
          <w:szCs w:val="18"/>
        </w:rPr>
        <w:t>“2026, CENTÉSIMO QUINCUAGÉSIMO ANIVERSARIO DEL NATALICIO DEL COMPOSITOR Y DIRECTOR DE ORQUESTA JOSÉ PAULINO DE JESÚS ROLÓN ALCARAZ”.</w:t>
      </w:r>
    </w:p>
    <w:p w14:paraId="40261B82" w14:textId="77777777" w:rsidR="00381DA5" w:rsidRPr="00774098" w:rsidRDefault="00381DA5" w:rsidP="00381DA5">
      <w:pPr>
        <w:spacing w:after="0" w:line="240" w:lineRule="auto"/>
        <w:jc w:val="center"/>
        <w:rPr>
          <w:rFonts w:eastAsia="Calibri"/>
          <w:b/>
          <w:bCs/>
          <w:sz w:val="28"/>
          <w:szCs w:val="28"/>
        </w:rPr>
      </w:pPr>
    </w:p>
    <w:p w14:paraId="10FA2D96" w14:textId="7B72D70B" w:rsidR="00381DA5" w:rsidRPr="00774098" w:rsidRDefault="00381DA5" w:rsidP="00381DA5">
      <w:pPr>
        <w:spacing w:after="0" w:line="240" w:lineRule="auto"/>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14</w:t>
      </w:r>
      <w:r>
        <w:rPr>
          <w:rFonts w:eastAsia="Calibri"/>
          <w:b/>
          <w:bCs/>
          <w:sz w:val="20"/>
          <w:szCs w:val="20"/>
        </w:rPr>
        <w:t xml:space="preserve"> de </w:t>
      </w:r>
      <w:r>
        <w:rPr>
          <w:rFonts w:eastAsia="Calibri"/>
          <w:b/>
          <w:bCs/>
          <w:sz w:val="20"/>
          <w:szCs w:val="20"/>
        </w:rPr>
        <w:t>agosto</w:t>
      </w:r>
      <w:r w:rsidRPr="00774098">
        <w:rPr>
          <w:rFonts w:eastAsia="Calibri"/>
          <w:b/>
          <w:bCs/>
          <w:sz w:val="20"/>
          <w:szCs w:val="20"/>
        </w:rPr>
        <w:t xml:space="preserve"> de 202</w:t>
      </w:r>
      <w:r>
        <w:rPr>
          <w:rFonts w:eastAsia="Calibri"/>
          <w:b/>
          <w:bCs/>
          <w:sz w:val="20"/>
          <w:szCs w:val="20"/>
        </w:rPr>
        <w:t>6</w:t>
      </w:r>
      <w:r w:rsidRPr="00774098">
        <w:rPr>
          <w:rFonts w:eastAsia="Calibri"/>
          <w:b/>
          <w:bCs/>
          <w:sz w:val="20"/>
          <w:szCs w:val="20"/>
        </w:rPr>
        <w:t>.</w:t>
      </w:r>
    </w:p>
    <w:p w14:paraId="68B3816C" w14:textId="77777777" w:rsidR="00381DA5" w:rsidRPr="00B6726C" w:rsidRDefault="00381DA5" w:rsidP="00381DA5">
      <w:pPr>
        <w:spacing w:after="0" w:line="240" w:lineRule="auto"/>
        <w:jc w:val="center"/>
        <w:rPr>
          <w:rFonts w:eastAsia="Calibri"/>
          <w:b/>
          <w:bCs/>
          <w:sz w:val="20"/>
          <w:szCs w:val="20"/>
        </w:rPr>
      </w:pPr>
      <w:r w:rsidRPr="00774098">
        <w:rPr>
          <w:rFonts w:eastAsia="Calibri"/>
          <w:b/>
          <w:bCs/>
          <w:sz w:val="20"/>
          <w:szCs w:val="20"/>
        </w:rPr>
        <w:t xml:space="preserve">Comisión </w:t>
      </w:r>
      <w:proofErr w:type="gramStart"/>
      <w:r w:rsidRPr="00774098">
        <w:rPr>
          <w:rFonts w:eastAsia="Calibri"/>
          <w:b/>
          <w:bCs/>
          <w:sz w:val="20"/>
          <w:szCs w:val="20"/>
        </w:rPr>
        <w:t>Edilicia</w:t>
      </w:r>
      <w:proofErr w:type="gramEnd"/>
      <w:r w:rsidRPr="00774098">
        <w:rPr>
          <w:rFonts w:eastAsia="Calibri"/>
          <w:b/>
          <w:bCs/>
          <w:sz w:val="20"/>
          <w:szCs w:val="20"/>
        </w:rPr>
        <w:t xml:space="preserve"> Permanente de </w:t>
      </w:r>
      <w:r>
        <w:rPr>
          <w:rFonts w:eastAsia="Calibri"/>
          <w:b/>
          <w:bCs/>
          <w:sz w:val="20"/>
          <w:szCs w:val="20"/>
        </w:rPr>
        <w:t>Hacienda Pública y Patrimonio Municipal</w:t>
      </w:r>
    </w:p>
    <w:p w14:paraId="4978F356" w14:textId="77777777" w:rsidR="00381DA5" w:rsidRDefault="00381DA5" w:rsidP="00381DA5">
      <w:pPr>
        <w:spacing w:after="0" w:line="240" w:lineRule="auto"/>
        <w:jc w:val="center"/>
        <w:rPr>
          <w:rFonts w:eastAsia="Calibri"/>
        </w:rPr>
      </w:pPr>
    </w:p>
    <w:p w14:paraId="401C01AF" w14:textId="77777777" w:rsidR="00381DA5" w:rsidRDefault="00381DA5" w:rsidP="00381DA5">
      <w:pPr>
        <w:spacing w:after="0" w:line="240" w:lineRule="auto"/>
        <w:jc w:val="center"/>
        <w:rPr>
          <w:rFonts w:eastAsia="Calibri"/>
        </w:rPr>
      </w:pPr>
    </w:p>
    <w:p w14:paraId="0D796F71" w14:textId="77777777" w:rsidR="00381DA5" w:rsidRDefault="00381DA5" w:rsidP="00381DA5">
      <w:pPr>
        <w:spacing w:after="0" w:line="240" w:lineRule="auto"/>
        <w:jc w:val="center"/>
        <w:rPr>
          <w:rFonts w:eastAsia="Calibri"/>
        </w:rPr>
      </w:pPr>
    </w:p>
    <w:p w14:paraId="06B505DD" w14:textId="77777777" w:rsidR="00381DA5" w:rsidRPr="00774098" w:rsidRDefault="00381DA5" w:rsidP="00381DA5">
      <w:pPr>
        <w:spacing w:after="0" w:line="240" w:lineRule="auto"/>
        <w:jc w:val="center"/>
        <w:rPr>
          <w:rFonts w:eastAsia="Calibri"/>
        </w:rPr>
      </w:pPr>
      <w:r w:rsidRPr="00774098">
        <w:rPr>
          <w:rFonts w:eastAsia="Calibri"/>
          <w:noProof/>
          <w:lang w:eastAsia="es-MX"/>
        </w:rPr>
        <mc:AlternateContent>
          <mc:Choice Requires="wps">
            <w:drawing>
              <wp:anchor distT="0" distB="0" distL="114300" distR="114300" simplePos="0" relativeHeight="251661312" behindDoc="0" locked="0" layoutInCell="1" allowOverlap="1" wp14:anchorId="1A0722D3" wp14:editId="1ECFBB6A">
                <wp:simplePos x="0" y="0"/>
                <wp:positionH relativeFrom="column">
                  <wp:posOffset>1782808</wp:posOffset>
                </wp:positionH>
                <wp:positionV relativeFrom="paragraph">
                  <wp:posOffset>188958</wp:posOffset>
                </wp:positionV>
                <wp:extent cx="2535011" cy="0"/>
                <wp:effectExtent l="0" t="0" r="36830" b="19050"/>
                <wp:wrapNone/>
                <wp:docPr id="6" name="Conector recto 6"/>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D25EA7" id="Conector recto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4pt,14.9pt" to="34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" strokecolor="windowText" strokeweight=".5pt">
                <v:stroke joinstyle="miter"/>
              </v:line>
            </w:pict>
          </mc:Fallback>
        </mc:AlternateContent>
      </w:r>
    </w:p>
    <w:p w14:paraId="69AEB185" w14:textId="77777777" w:rsidR="00381DA5" w:rsidRPr="00774098" w:rsidRDefault="00381DA5" w:rsidP="00381DA5">
      <w:pPr>
        <w:spacing w:after="0" w:line="240" w:lineRule="auto"/>
        <w:jc w:val="center"/>
        <w:rPr>
          <w:rFonts w:eastAsia="Calibri"/>
          <w:b/>
          <w:bCs/>
        </w:rPr>
      </w:pPr>
      <w:r w:rsidRPr="0019175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6DDD2B08" w14:textId="77777777" w:rsidR="00381DA5" w:rsidRDefault="00381DA5" w:rsidP="00381DA5">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58C8CB70" w14:textId="77777777" w:rsidR="00381DA5" w:rsidRDefault="00381DA5" w:rsidP="00381DA5">
      <w:pPr>
        <w:spacing w:after="0" w:line="240" w:lineRule="auto"/>
        <w:jc w:val="center"/>
        <w:rPr>
          <w:rFonts w:eastAsia="Calibri"/>
        </w:rPr>
      </w:pPr>
    </w:p>
    <w:p w14:paraId="2A317981" w14:textId="77777777" w:rsidR="00381DA5" w:rsidRDefault="00381DA5" w:rsidP="00381DA5">
      <w:pPr>
        <w:jc w:val="center"/>
        <w:rPr>
          <w:rFonts w:eastAsia="Calibri"/>
        </w:rPr>
      </w:pPr>
    </w:p>
    <w:p w14:paraId="470F2055" w14:textId="77777777" w:rsidR="00381DA5" w:rsidRDefault="00381DA5" w:rsidP="00381DA5">
      <w:pPr>
        <w:jc w:val="center"/>
        <w:rPr>
          <w:rFonts w:eastAsia="Calibri"/>
        </w:rPr>
      </w:pPr>
      <w:r>
        <w:rPr>
          <w:rFonts w:eastAsia="Calibri"/>
        </w:rPr>
        <w:t xml:space="preserve">   _____________________________                                                _____________________________</w:t>
      </w:r>
    </w:p>
    <w:p w14:paraId="2A5827E2" w14:textId="77777777" w:rsidR="00381DA5" w:rsidRDefault="00381DA5" w:rsidP="00381DA5">
      <w:pPr>
        <w:spacing w:after="0"/>
        <w:jc w:val="center"/>
        <w:rPr>
          <w:rFonts w:eastAsia="Calibri"/>
        </w:rPr>
      </w:pPr>
      <w:r>
        <w:rPr>
          <w:rFonts w:eastAsia="Calibri"/>
        </w:rPr>
        <w:t>C. Claudia Margarita Robles Gómez                                     C. María Hidania Romero Rodríguez</w:t>
      </w:r>
    </w:p>
    <w:p w14:paraId="12FEDC20" w14:textId="77777777" w:rsidR="00381DA5" w:rsidRPr="00774098" w:rsidRDefault="00381DA5" w:rsidP="00381DA5">
      <w:pPr>
        <w:spacing w:after="0"/>
        <w:jc w:val="center"/>
        <w:rPr>
          <w:rFonts w:eastAsia="Calibri"/>
        </w:rPr>
      </w:pPr>
      <w:r>
        <w:rPr>
          <w:rFonts w:eastAsia="Calibri"/>
        </w:rPr>
        <w:t xml:space="preserve">    Síndica                                                                                                Regidora Vocal</w:t>
      </w:r>
    </w:p>
    <w:p w14:paraId="564F74FE" w14:textId="77777777" w:rsidR="00381DA5" w:rsidRDefault="00381DA5" w:rsidP="00381DA5">
      <w:pPr>
        <w:rPr>
          <w:rFonts w:eastAsia="Calibri"/>
        </w:rPr>
      </w:pPr>
    </w:p>
    <w:p w14:paraId="4148050C" w14:textId="77777777" w:rsidR="00381DA5" w:rsidRPr="00774098" w:rsidRDefault="00381DA5" w:rsidP="00381DA5">
      <w:pPr>
        <w:rPr>
          <w:rFonts w:eastAsia="Calibri"/>
        </w:rPr>
      </w:pPr>
    </w:p>
    <w:p w14:paraId="02F66FDC" w14:textId="77777777" w:rsidR="00381DA5" w:rsidRDefault="00381DA5" w:rsidP="00381DA5">
      <w:pPr>
        <w:jc w:val="center"/>
        <w:rPr>
          <w:rFonts w:eastAsia="Calibri"/>
        </w:rPr>
      </w:pPr>
      <w:r>
        <w:rPr>
          <w:rFonts w:eastAsia="Calibri"/>
        </w:rPr>
        <w:t>_____________________________                                                  ____________________________</w:t>
      </w:r>
    </w:p>
    <w:p w14:paraId="432DFDE0" w14:textId="77777777" w:rsidR="00381DA5" w:rsidRDefault="00381DA5" w:rsidP="00381DA5">
      <w:pPr>
        <w:spacing w:after="0"/>
        <w:rPr>
          <w:rFonts w:eastAsia="Calibri"/>
        </w:rPr>
      </w:pPr>
      <w:r>
        <w:rPr>
          <w:rFonts w:eastAsia="Calibri"/>
        </w:rPr>
        <w:t xml:space="preserve">         C. José Bertín Chávez Vargas                                                          C. Gustavo López Sandoval</w:t>
      </w:r>
    </w:p>
    <w:p w14:paraId="567141A2" w14:textId="77777777" w:rsidR="00381DA5" w:rsidRDefault="00381DA5" w:rsidP="00381DA5">
      <w:pPr>
        <w:spacing w:after="0"/>
        <w:jc w:val="center"/>
        <w:rPr>
          <w:rFonts w:eastAsia="Calibri"/>
        </w:rPr>
      </w:pPr>
      <w:r>
        <w:rPr>
          <w:rFonts w:eastAsia="Calibri"/>
        </w:rPr>
        <w:t>Regidor Vocal                                                                                           Regidor Vocal</w:t>
      </w:r>
    </w:p>
    <w:p w14:paraId="51EFCABA" w14:textId="1CEBE816" w:rsidR="00381DA5" w:rsidRPr="00B6726C" w:rsidRDefault="00381DA5" w:rsidP="00381DA5">
      <w:pPr>
        <w:spacing w:before="240" w:after="0"/>
        <w:jc w:val="both"/>
        <w:rPr>
          <w:rFonts w:eastAsia="Calibri"/>
        </w:rPr>
      </w:pPr>
      <w:r w:rsidRPr="00774098">
        <w:rPr>
          <w:rFonts w:eastAsia="Calibri"/>
          <w:noProof/>
          <w:sz w:val="16"/>
          <w:szCs w:val="16"/>
        </w:rPr>
        <w:t xml:space="preserve">La presente hoja de firmas corresponde al acta de </w:t>
      </w:r>
      <w:r>
        <w:rPr>
          <w:rFonts w:eastAsia="Calibri"/>
          <w:b/>
          <w:bCs/>
          <w:sz w:val="18"/>
          <w:szCs w:val="18"/>
        </w:rPr>
        <w:t>SESION ORDINARIA DÉCIMO QUINTA</w:t>
      </w:r>
      <w:r w:rsidRPr="00774098">
        <w:rPr>
          <w:rFonts w:eastAsia="Calibri"/>
          <w:b/>
          <w:bCs/>
          <w:sz w:val="18"/>
          <w:szCs w:val="18"/>
        </w:rPr>
        <w:t xml:space="preserve"> DE LA COMISIÓN EDILICIA</w:t>
      </w:r>
      <w:r>
        <w:rPr>
          <w:rFonts w:eastAsia="Calibri"/>
          <w:b/>
          <w:bCs/>
          <w:sz w:val="18"/>
          <w:szCs w:val="18"/>
        </w:rPr>
        <w:t xml:space="preserve"> </w:t>
      </w:r>
      <w:r w:rsidRPr="00774098">
        <w:rPr>
          <w:rFonts w:eastAsia="Calibri"/>
          <w:b/>
          <w:bCs/>
          <w:sz w:val="18"/>
          <w:szCs w:val="18"/>
        </w:rPr>
        <w:t xml:space="preserve">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2</w:t>
      </w:r>
      <w:r>
        <w:rPr>
          <w:rFonts w:eastAsia="Calibri"/>
          <w:b/>
          <w:bCs/>
          <w:sz w:val="18"/>
          <w:szCs w:val="18"/>
        </w:rPr>
        <w:t>8</w:t>
      </w:r>
      <w:r>
        <w:rPr>
          <w:rFonts w:eastAsia="Calibri"/>
          <w:b/>
          <w:bCs/>
          <w:sz w:val="18"/>
          <w:szCs w:val="18"/>
        </w:rPr>
        <w:t xml:space="preserve"> de julio</w:t>
      </w:r>
      <w:r w:rsidRPr="00774098">
        <w:rPr>
          <w:rFonts w:eastAsia="Calibri"/>
          <w:b/>
          <w:bCs/>
          <w:sz w:val="18"/>
          <w:szCs w:val="18"/>
        </w:rPr>
        <w:t xml:space="preserve"> del año 202</w:t>
      </w:r>
      <w:r>
        <w:rPr>
          <w:rFonts w:eastAsia="Calibri"/>
          <w:b/>
          <w:bCs/>
          <w:sz w:val="18"/>
          <w:szCs w:val="18"/>
        </w:rPr>
        <w:t>6</w:t>
      </w:r>
      <w:r w:rsidRPr="00774098">
        <w:rPr>
          <w:rFonts w:eastAsia="Calibri"/>
          <w:b/>
          <w:bCs/>
          <w:sz w:val="18"/>
          <w:szCs w:val="18"/>
        </w:rPr>
        <w:t xml:space="preserve">- </w:t>
      </w:r>
      <w:r>
        <w:rPr>
          <w:rFonts w:eastAsia="Calibri"/>
          <w:b/>
          <w:bCs/>
          <w:sz w:val="18"/>
          <w:szCs w:val="18"/>
        </w:rPr>
        <w:t xml:space="preserve">- - - - - - - - - - - - - - - -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  -</w:t>
      </w:r>
      <w:proofErr w:type="gramEnd"/>
      <w:r>
        <w:rPr>
          <w:rFonts w:eastAsia="Calibri"/>
          <w:b/>
          <w:bCs/>
          <w:sz w:val="18"/>
          <w:szCs w:val="18"/>
        </w:rPr>
        <w:t xml:space="preserve">  -</w:t>
      </w:r>
      <w:proofErr w:type="gramStart"/>
      <w:r>
        <w:rPr>
          <w:rFonts w:eastAsia="Calibri"/>
          <w:b/>
          <w:bCs/>
          <w:sz w:val="18"/>
          <w:szCs w:val="18"/>
        </w:rPr>
        <w:t>CONSTE.-</w:t>
      </w:r>
      <w:proofErr w:type="gramEnd"/>
      <w:r>
        <w:rPr>
          <w:rFonts w:eastAsia="Calibri"/>
          <w:b/>
          <w:bCs/>
          <w:sz w:val="18"/>
          <w:szCs w:val="18"/>
        </w:rPr>
        <w:t xml:space="preserve"> </w:t>
      </w:r>
    </w:p>
    <w:p w14:paraId="77412A78" w14:textId="777A00CE" w:rsidR="00381DA5" w:rsidRPr="00B6726C" w:rsidRDefault="00381DA5" w:rsidP="00381DA5">
      <w:pPr>
        <w:rPr>
          <w:rFonts w:eastAsia="Calibri"/>
          <w:sz w:val="16"/>
          <w:szCs w:val="16"/>
        </w:rPr>
      </w:pPr>
      <w:r>
        <w:rPr>
          <w:rFonts w:eastAsia="Calibri"/>
          <w:b/>
          <w:bCs/>
          <w:sz w:val="16"/>
          <w:szCs w:val="16"/>
        </w:rPr>
        <w:t>*</w:t>
      </w:r>
      <w:r w:rsidRPr="001F5819">
        <w:rPr>
          <w:rFonts w:eastAsia="Calibri"/>
          <w:b/>
          <w:bCs/>
          <w:sz w:val="16"/>
          <w:szCs w:val="16"/>
        </w:rPr>
        <w:t>MM</w:t>
      </w:r>
      <w:r w:rsidRPr="00BF103A">
        <w:rPr>
          <w:rFonts w:eastAsia="Calibri"/>
          <w:sz w:val="16"/>
          <w:szCs w:val="16"/>
        </w:rPr>
        <w:t>/</w:t>
      </w:r>
      <w:proofErr w:type="spellStart"/>
      <w:r>
        <w:rPr>
          <w:rFonts w:eastAsia="Calibri"/>
          <w:sz w:val="16"/>
          <w:szCs w:val="16"/>
        </w:rPr>
        <w:t>mgpa</w:t>
      </w:r>
      <w:proofErr w:type="spellEnd"/>
      <w:r>
        <w:rPr>
          <w:rFonts w:eastAsia="Calibri"/>
          <w:sz w:val="16"/>
          <w:szCs w:val="16"/>
        </w:rPr>
        <w:t>.</w:t>
      </w:r>
    </w:p>
    <w:p w14:paraId="52C0B952" w14:textId="77777777" w:rsidR="00381DA5" w:rsidRPr="00E93608" w:rsidRDefault="00381DA5" w:rsidP="00E93608">
      <w:pPr>
        <w:jc w:val="both"/>
        <w:rPr>
          <w:rFonts w:ascii="Arial" w:hAnsi="Arial" w:cs="Arial"/>
          <w:sz w:val="24"/>
          <w:szCs w:val="24"/>
        </w:rPr>
      </w:pPr>
    </w:p>
    <w:sectPr w:rsidR="00381DA5" w:rsidRPr="00E93608" w:rsidSect="001F3BD1">
      <w:headerReference w:type="default" r:id="rId12"/>
      <w:pgSz w:w="12240" w:h="15840"/>
      <w:pgMar w:top="2127" w:right="900" w:bottom="198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10AE" w14:textId="77777777" w:rsidR="00B96DC5" w:rsidRDefault="00B96DC5" w:rsidP="006602C6">
      <w:pPr>
        <w:spacing w:after="0" w:line="240" w:lineRule="auto"/>
      </w:pPr>
      <w:r>
        <w:separator/>
      </w:r>
    </w:p>
  </w:endnote>
  <w:endnote w:type="continuationSeparator" w:id="0">
    <w:p w14:paraId="1B1F27DA" w14:textId="77777777" w:rsidR="00B96DC5" w:rsidRDefault="00B96DC5" w:rsidP="0066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5133" w14:textId="77777777" w:rsidR="00B96DC5" w:rsidRDefault="00B96DC5" w:rsidP="006602C6">
      <w:pPr>
        <w:spacing w:after="0" w:line="240" w:lineRule="auto"/>
      </w:pPr>
      <w:r>
        <w:separator/>
      </w:r>
    </w:p>
  </w:footnote>
  <w:footnote w:type="continuationSeparator" w:id="0">
    <w:p w14:paraId="1D651632" w14:textId="77777777" w:rsidR="00B96DC5" w:rsidRDefault="00B96DC5" w:rsidP="00660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EDA0" w14:textId="042C7C4E" w:rsidR="006602C6" w:rsidRDefault="001F3BD1">
    <w:pPr>
      <w:pStyle w:val="Encabezado"/>
    </w:pPr>
    <w:sdt>
      <w:sdtPr>
        <w:id w:val="-652987038"/>
        <w:docPartObj>
          <w:docPartGallery w:val="Page Numbers (Margins)"/>
          <w:docPartUnique/>
        </w:docPartObj>
      </w:sdtPr>
      <w:sdtContent>
        <w:r>
          <w:rPr>
            <w:noProof/>
          </w:rPr>
          <mc:AlternateContent>
            <mc:Choice Requires="wps">
              <w:drawing>
                <wp:anchor distT="0" distB="0" distL="114300" distR="114300" simplePos="0" relativeHeight="251659776" behindDoc="0" locked="0" layoutInCell="0" allowOverlap="1" wp14:anchorId="75CC406E" wp14:editId="7DFE9CFD">
                  <wp:simplePos x="0" y="0"/>
                  <wp:positionH relativeFrom="rightMargin">
                    <wp:align>right</wp:align>
                  </wp:positionH>
                  <wp:positionV relativeFrom="margin">
                    <wp:align>center</wp:align>
                  </wp:positionV>
                  <wp:extent cx="727710" cy="329565"/>
                  <wp:effectExtent l="0" t="0" r="0" b="3810"/>
                  <wp:wrapNone/>
                  <wp:docPr id="26722802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0A5B0" w14:textId="77777777" w:rsidR="001F3BD1" w:rsidRDefault="001F3BD1">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5CC406E" id="Rectángulo 1"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7D0A5B0" w14:textId="77777777" w:rsidR="001F3BD1" w:rsidRDefault="001F3BD1">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25D7D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106.5pt;margin-top:-98.9pt;width:644.6pt;height:806.6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174756945">
    <w:abstractNumId w:val="8"/>
  </w:num>
  <w:num w:numId="2" w16cid:durableId="1411847859">
    <w:abstractNumId w:val="6"/>
  </w:num>
  <w:num w:numId="3" w16cid:durableId="1969703480">
    <w:abstractNumId w:val="5"/>
  </w:num>
  <w:num w:numId="4" w16cid:durableId="585578388">
    <w:abstractNumId w:val="4"/>
  </w:num>
  <w:num w:numId="5" w16cid:durableId="1092316826">
    <w:abstractNumId w:val="7"/>
  </w:num>
  <w:num w:numId="6" w16cid:durableId="1350570381">
    <w:abstractNumId w:val="3"/>
  </w:num>
  <w:num w:numId="7" w16cid:durableId="2065444653">
    <w:abstractNumId w:val="2"/>
  </w:num>
  <w:num w:numId="8" w16cid:durableId="768817765">
    <w:abstractNumId w:val="1"/>
  </w:num>
  <w:num w:numId="9" w16cid:durableId="25205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812"/>
    <w:rsid w:val="00027801"/>
    <w:rsid w:val="00034616"/>
    <w:rsid w:val="0006063C"/>
    <w:rsid w:val="00066BBF"/>
    <w:rsid w:val="00071D29"/>
    <w:rsid w:val="00076049"/>
    <w:rsid w:val="0008116E"/>
    <w:rsid w:val="000B3056"/>
    <w:rsid w:val="000B7999"/>
    <w:rsid w:val="001005EF"/>
    <w:rsid w:val="0014742C"/>
    <w:rsid w:val="0015074B"/>
    <w:rsid w:val="0015172B"/>
    <w:rsid w:val="00162446"/>
    <w:rsid w:val="00173FC4"/>
    <w:rsid w:val="001B485C"/>
    <w:rsid w:val="001F3913"/>
    <w:rsid w:val="001F3BD1"/>
    <w:rsid w:val="00243D24"/>
    <w:rsid w:val="0029639D"/>
    <w:rsid w:val="002A1D90"/>
    <w:rsid w:val="003108D2"/>
    <w:rsid w:val="00316BDE"/>
    <w:rsid w:val="00326F90"/>
    <w:rsid w:val="003806AC"/>
    <w:rsid w:val="00381DA5"/>
    <w:rsid w:val="003862AC"/>
    <w:rsid w:val="004218C1"/>
    <w:rsid w:val="00432281"/>
    <w:rsid w:val="00435B45"/>
    <w:rsid w:val="00457EA6"/>
    <w:rsid w:val="004B6260"/>
    <w:rsid w:val="00523E27"/>
    <w:rsid w:val="0055043F"/>
    <w:rsid w:val="00560ECA"/>
    <w:rsid w:val="005F3144"/>
    <w:rsid w:val="006366B8"/>
    <w:rsid w:val="006602C6"/>
    <w:rsid w:val="0066421D"/>
    <w:rsid w:val="00696069"/>
    <w:rsid w:val="00696603"/>
    <w:rsid w:val="006E3ED6"/>
    <w:rsid w:val="00704B10"/>
    <w:rsid w:val="0072541C"/>
    <w:rsid w:val="0076260C"/>
    <w:rsid w:val="007657EF"/>
    <w:rsid w:val="00777F82"/>
    <w:rsid w:val="007823BE"/>
    <w:rsid w:val="007924DB"/>
    <w:rsid w:val="00797DB6"/>
    <w:rsid w:val="007A0252"/>
    <w:rsid w:val="00802EA4"/>
    <w:rsid w:val="00843A9B"/>
    <w:rsid w:val="00852CA4"/>
    <w:rsid w:val="008738A8"/>
    <w:rsid w:val="008A0700"/>
    <w:rsid w:val="008B07FB"/>
    <w:rsid w:val="008B4CE6"/>
    <w:rsid w:val="008B6ED2"/>
    <w:rsid w:val="008D3FC9"/>
    <w:rsid w:val="00906D98"/>
    <w:rsid w:val="009140EF"/>
    <w:rsid w:val="00931739"/>
    <w:rsid w:val="00934988"/>
    <w:rsid w:val="00954180"/>
    <w:rsid w:val="009777A9"/>
    <w:rsid w:val="00987532"/>
    <w:rsid w:val="00A2397A"/>
    <w:rsid w:val="00A74614"/>
    <w:rsid w:val="00A93643"/>
    <w:rsid w:val="00A97DE9"/>
    <w:rsid w:val="00AA1D8D"/>
    <w:rsid w:val="00AB3405"/>
    <w:rsid w:val="00AE3150"/>
    <w:rsid w:val="00AF3869"/>
    <w:rsid w:val="00B02DD6"/>
    <w:rsid w:val="00B246C1"/>
    <w:rsid w:val="00B30DA7"/>
    <w:rsid w:val="00B4447A"/>
    <w:rsid w:val="00B47730"/>
    <w:rsid w:val="00B631AA"/>
    <w:rsid w:val="00B64EE9"/>
    <w:rsid w:val="00B83122"/>
    <w:rsid w:val="00B96DC5"/>
    <w:rsid w:val="00BE33B4"/>
    <w:rsid w:val="00C0763C"/>
    <w:rsid w:val="00C451C2"/>
    <w:rsid w:val="00C621A8"/>
    <w:rsid w:val="00C659A7"/>
    <w:rsid w:val="00C707AD"/>
    <w:rsid w:val="00C84EEE"/>
    <w:rsid w:val="00CB0664"/>
    <w:rsid w:val="00D325CE"/>
    <w:rsid w:val="00D73129"/>
    <w:rsid w:val="00DB2C09"/>
    <w:rsid w:val="00DB46DC"/>
    <w:rsid w:val="00DC6D30"/>
    <w:rsid w:val="00DD2269"/>
    <w:rsid w:val="00DE256F"/>
    <w:rsid w:val="00DE437E"/>
    <w:rsid w:val="00E125AA"/>
    <w:rsid w:val="00E27BD8"/>
    <w:rsid w:val="00E321CE"/>
    <w:rsid w:val="00E52144"/>
    <w:rsid w:val="00E65E06"/>
    <w:rsid w:val="00E674FF"/>
    <w:rsid w:val="00E93608"/>
    <w:rsid w:val="00EA0C28"/>
    <w:rsid w:val="00EB4AD2"/>
    <w:rsid w:val="00EE46EC"/>
    <w:rsid w:val="00F04978"/>
    <w:rsid w:val="00F833FC"/>
    <w:rsid w:val="00FC3703"/>
    <w:rsid w:val="00FC693F"/>
    <w:rsid w:val="00FD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B64F00"/>
  <w14:defaultImageDpi w14:val="300"/>
  <w15:docId w15:val="{5988DBC5-35D8-444D-A449-EA295116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link w:val="SinespaciadoCar"/>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efdecomentario">
    <w:name w:val="annotation reference"/>
    <w:basedOn w:val="Fuentedeprrafopredeter"/>
    <w:uiPriority w:val="99"/>
    <w:semiHidden/>
    <w:unhideWhenUsed/>
    <w:rsid w:val="00906D98"/>
    <w:rPr>
      <w:sz w:val="16"/>
      <w:szCs w:val="16"/>
    </w:rPr>
  </w:style>
  <w:style w:type="paragraph" w:styleId="Textocomentario">
    <w:name w:val="annotation text"/>
    <w:basedOn w:val="Normal"/>
    <w:link w:val="TextocomentarioCar"/>
    <w:uiPriority w:val="99"/>
    <w:semiHidden/>
    <w:unhideWhenUsed/>
    <w:rsid w:val="00906D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6D98"/>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906D98"/>
    <w:rPr>
      <w:b/>
      <w:bCs/>
    </w:rPr>
  </w:style>
  <w:style w:type="character" w:customStyle="1" w:styleId="AsuntodelcomentarioCar">
    <w:name w:val="Asunto del comentario Car"/>
    <w:basedOn w:val="TextocomentarioCar"/>
    <w:link w:val="Asuntodelcomentario"/>
    <w:uiPriority w:val="99"/>
    <w:semiHidden/>
    <w:rsid w:val="00906D98"/>
    <w:rPr>
      <w:b/>
      <w:bCs/>
      <w:sz w:val="20"/>
      <w:szCs w:val="20"/>
      <w:lang w:val="es-MX"/>
    </w:rPr>
  </w:style>
  <w:style w:type="character" w:customStyle="1" w:styleId="SinespaciadoCar">
    <w:name w:val="Sin espaciado Car"/>
    <w:basedOn w:val="Fuentedeprrafopredeter"/>
    <w:link w:val="Sinespaciado"/>
    <w:uiPriority w:val="1"/>
    <w:rsid w:val="00381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68</Pages>
  <Words>29516</Words>
  <Characters>162341</Characters>
  <Application>Microsoft Office Word</Application>
  <DocSecurity>0</DocSecurity>
  <Lines>1352</Lines>
  <Paragraphs>382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191475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Gabriela Patiño Arreola</cp:lastModifiedBy>
  <cp:revision>11</cp:revision>
  <dcterms:created xsi:type="dcterms:W3CDTF">2026-08-14T18:41:00Z</dcterms:created>
  <dcterms:modified xsi:type="dcterms:W3CDTF">2026-08-14T19:27:00Z</dcterms:modified>
  <cp:category/>
</cp:coreProperties>
</file>